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32B98" w14:textId="77777777" w:rsidR="00A96755" w:rsidRDefault="00884E69" w:rsidP="00233AD3">
      <w:pPr>
        <w:spacing w:after="360"/>
        <w:jc w:val="right"/>
        <w:rPr>
          <w:b/>
        </w:rPr>
      </w:pPr>
      <w:r>
        <w:rPr>
          <w:b/>
        </w:rPr>
        <w:t>Załącznik nr 11 do SWZ</w:t>
      </w:r>
    </w:p>
    <w:p w14:paraId="27C3F8E1" w14:textId="52E76464" w:rsidR="001A31C6" w:rsidRPr="0040684E" w:rsidRDefault="00884E69" w:rsidP="00A96755">
      <w:pPr>
        <w:spacing w:after="360"/>
        <w:jc w:val="center"/>
      </w:pPr>
      <w:r>
        <w:rPr>
          <w:b/>
        </w:rPr>
        <w:t>Protokół miesięczny wykonania usługi</w:t>
      </w:r>
    </w:p>
    <w:p w14:paraId="242F88D6" w14:textId="6351F9F2" w:rsidR="001A31C6" w:rsidRPr="00961EA7" w:rsidRDefault="00A96755">
      <w:pPr>
        <w:spacing w:after="360"/>
        <w:jc w:val="both"/>
      </w:pPr>
      <w:r>
        <w:t>Dla zadania:</w:t>
      </w:r>
      <w:r w:rsidR="00884E69" w:rsidRPr="0040684E">
        <w:t xml:space="preserve"> Świadczenie usług cateringowych obejmujących przygotowanie i dostarczanie posiłków dla uczestników Klubu Seniora w Kuczyźnie w ramach projektu „Rozwijamy usługi społeczne w Gmin</w:t>
      </w:r>
      <w:r w:rsidR="00884E69" w:rsidRPr="00961EA7">
        <w:t>ie Cielądz”</w:t>
      </w:r>
    </w:p>
    <w:p w14:paraId="4EA13CF4" w14:textId="77777777" w:rsidR="0040684E" w:rsidRPr="00961EA7" w:rsidRDefault="00884E69">
      <w:pPr>
        <w:jc w:val="both"/>
      </w:pPr>
      <w:r w:rsidRPr="00961EA7">
        <w:t xml:space="preserve">Miesiąc: ............................  Rok: ............  </w:t>
      </w:r>
    </w:p>
    <w:p w14:paraId="1AAC33DC" w14:textId="77777777" w:rsidR="001A31C6" w:rsidRPr="00961EA7" w:rsidRDefault="00884E69">
      <w:pPr>
        <w:jc w:val="both"/>
      </w:pPr>
      <w:r w:rsidRPr="00961EA7">
        <w:t>Wykonawca: ................................................................................................</w:t>
      </w: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576"/>
        <w:gridCol w:w="737"/>
        <w:gridCol w:w="1177"/>
        <w:gridCol w:w="1177"/>
        <w:gridCol w:w="1643"/>
        <w:gridCol w:w="1698"/>
        <w:gridCol w:w="1711"/>
        <w:gridCol w:w="2257"/>
        <w:gridCol w:w="923"/>
      </w:tblGrid>
      <w:tr w:rsidR="001A31C6" w:rsidRPr="00961EA7" w14:paraId="2EFF3912" w14:textId="77777777" w:rsidTr="0040684E">
        <w:trPr>
          <w:jc w:val="center"/>
        </w:trPr>
        <w:tc>
          <w:tcPr>
            <w:tcW w:w="552" w:type="dxa"/>
            <w:vAlign w:val="center"/>
          </w:tcPr>
          <w:p w14:paraId="5B4E42E1" w14:textId="77777777" w:rsidR="001A31C6" w:rsidRPr="00961EA7" w:rsidRDefault="00884E69">
            <w:pPr>
              <w:spacing w:after="0"/>
              <w:jc w:val="center"/>
            </w:pPr>
            <w:r w:rsidRPr="00961EA7">
              <w:rPr>
                <w:b/>
              </w:rPr>
              <w:t>Lp.</w:t>
            </w:r>
          </w:p>
        </w:tc>
        <w:tc>
          <w:tcPr>
            <w:tcW w:w="736" w:type="dxa"/>
            <w:vAlign w:val="center"/>
          </w:tcPr>
          <w:p w14:paraId="6468A846" w14:textId="77777777" w:rsidR="001A31C6" w:rsidRPr="00961EA7" w:rsidRDefault="00884E69">
            <w:pPr>
              <w:spacing w:after="0"/>
              <w:jc w:val="center"/>
            </w:pPr>
            <w:r w:rsidRPr="00961EA7">
              <w:rPr>
                <w:b/>
              </w:rPr>
              <w:t>Data</w:t>
            </w:r>
          </w:p>
        </w:tc>
        <w:tc>
          <w:tcPr>
            <w:tcW w:w="1521" w:type="dxa"/>
            <w:vAlign w:val="center"/>
          </w:tcPr>
          <w:p w14:paraId="1E0C6CE8" w14:textId="77777777" w:rsidR="001A31C6" w:rsidRPr="00961EA7" w:rsidRDefault="00884E69">
            <w:pPr>
              <w:spacing w:after="0"/>
              <w:jc w:val="center"/>
            </w:pPr>
            <w:r w:rsidRPr="00961EA7">
              <w:rPr>
                <w:b/>
              </w:rPr>
              <w:t>Miejsce dostawy</w:t>
            </w:r>
          </w:p>
        </w:tc>
        <w:tc>
          <w:tcPr>
            <w:tcW w:w="1115" w:type="dxa"/>
            <w:vAlign w:val="center"/>
          </w:tcPr>
          <w:p w14:paraId="5DBAD433" w14:textId="77777777" w:rsidR="001A31C6" w:rsidRPr="00961EA7" w:rsidRDefault="00884E69">
            <w:pPr>
              <w:spacing w:after="0"/>
              <w:jc w:val="center"/>
            </w:pPr>
            <w:r w:rsidRPr="00961EA7">
              <w:rPr>
                <w:b/>
              </w:rPr>
              <w:t>Godzina dostawy</w:t>
            </w:r>
          </w:p>
        </w:tc>
        <w:tc>
          <w:tcPr>
            <w:tcW w:w="1594" w:type="dxa"/>
            <w:vAlign w:val="center"/>
          </w:tcPr>
          <w:p w14:paraId="636B9326" w14:textId="77777777" w:rsidR="001A31C6" w:rsidRPr="00961EA7" w:rsidRDefault="00884E69">
            <w:pPr>
              <w:spacing w:after="0"/>
              <w:jc w:val="center"/>
            </w:pPr>
            <w:r w:rsidRPr="00961EA7">
              <w:rPr>
                <w:b/>
              </w:rPr>
              <w:t>Liczba uczestników / liczba posiłków</w:t>
            </w:r>
          </w:p>
        </w:tc>
        <w:tc>
          <w:tcPr>
            <w:tcW w:w="1638" w:type="dxa"/>
            <w:vAlign w:val="center"/>
          </w:tcPr>
          <w:p w14:paraId="30F904DA" w14:textId="77777777" w:rsidR="001A31C6" w:rsidRPr="00961EA7" w:rsidRDefault="00884E69">
            <w:pPr>
              <w:spacing w:after="0"/>
              <w:jc w:val="center"/>
            </w:pPr>
            <w:r w:rsidRPr="00961EA7">
              <w:rPr>
                <w:b/>
              </w:rPr>
              <w:t>Nr rejestracyjny środka transportu żywności</w:t>
            </w:r>
          </w:p>
        </w:tc>
        <w:tc>
          <w:tcPr>
            <w:tcW w:w="1237" w:type="dxa"/>
            <w:vAlign w:val="center"/>
          </w:tcPr>
          <w:p w14:paraId="5C3BF630" w14:textId="77777777" w:rsidR="001A31C6" w:rsidRPr="00961EA7" w:rsidRDefault="00884E69">
            <w:pPr>
              <w:spacing w:after="0"/>
              <w:jc w:val="center"/>
            </w:pPr>
            <w:r w:rsidRPr="00961EA7">
              <w:rPr>
                <w:b/>
              </w:rPr>
              <w:t>Osoba przekazująca / odbierająca</w:t>
            </w:r>
          </w:p>
        </w:tc>
        <w:tc>
          <w:tcPr>
            <w:tcW w:w="920" w:type="dxa"/>
            <w:vAlign w:val="center"/>
          </w:tcPr>
          <w:p w14:paraId="036064DC" w14:textId="77777777" w:rsidR="001A31C6" w:rsidRPr="00961EA7" w:rsidRDefault="00884E69">
            <w:pPr>
              <w:spacing w:after="0"/>
              <w:jc w:val="center"/>
            </w:pPr>
            <w:r w:rsidRPr="00961EA7">
              <w:rPr>
                <w:b/>
              </w:rPr>
              <w:t>Liczba posiłków zaakceptowanych</w:t>
            </w:r>
          </w:p>
        </w:tc>
        <w:tc>
          <w:tcPr>
            <w:tcW w:w="888" w:type="dxa"/>
            <w:vAlign w:val="center"/>
          </w:tcPr>
          <w:p w14:paraId="240A0219" w14:textId="77777777" w:rsidR="001A31C6" w:rsidRPr="00961EA7" w:rsidRDefault="00884E69">
            <w:pPr>
              <w:spacing w:after="0"/>
              <w:jc w:val="center"/>
            </w:pPr>
            <w:r w:rsidRPr="00961EA7">
              <w:rPr>
                <w:b/>
              </w:rPr>
              <w:t>Uwagi</w:t>
            </w:r>
          </w:p>
        </w:tc>
      </w:tr>
      <w:tr w:rsidR="001A31C6" w:rsidRPr="00961EA7" w14:paraId="0945C88F" w14:textId="77777777" w:rsidTr="00961EA7">
        <w:trPr>
          <w:jc w:val="center"/>
        </w:trPr>
        <w:tc>
          <w:tcPr>
            <w:tcW w:w="552" w:type="dxa"/>
            <w:vAlign w:val="center"/>
          </w:tcPr>
          <w:p w14:paraId="103D4607" w14:textId="77777777" w:rsidR="001A31C6" w:rsidRPr="00961EA7" w:rsidRDefault="00884E69">
            <w:pPr>
              <w:spacing w:after="0"/>
              <w:jc w:val="center"/>
            </w:pPr>
            <w:r w:rsidRPr="00961EA7">
              <w:t>1</w:t>
            </w:r>
          </w:p>
        </w:tc>
        <w:tc>
          <w:tcPr>
            <w:tcW w:w="736" w:type="dxa"/>
            <w:vAlign w:val="center"/>
          </w:tcPr>
          <w:p w14:paraId="19B42FE5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309E2442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3DE1B711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1738DEC5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7BC6EC00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1958C44C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7D6F5AAB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33F641C4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65239FFB" w14:textId="77777777" w:rsidTr="00961EA7">
        <w:trPr>
          <w:jc w:val="center"/>
        </w:trPr>
        <w:tc>
          <w:tcPr>
            <w:tcW w:w="552" w:type="dxa"/>
            <w:vAlign w:val="center"/>
          </w:tcPr>
          <w:p w14:paraId="552BCCF2" w14:textId="77777777" w:rsidR="001A31C6" w:rsidRPr="00961EA7" w:rsidRDefault="00884E69">
            <w:pPr>
              <w:spacing w:after="0"/>
              <w:jc w:val="center"/>
            </w:pPr>
            <w:r w:rsidRPr="00961EA7">
              <w:t>2</w:t>
            </w:r>
          </w:p>
        </w:tc>
        <w:tc>
          <w:tcPr>
            <w:tcW w:w="736" w:type="dxa"/>
            <w:vAlign w:val="center"/>
          </w:tcPr>
          <w:p w14:paraId="0C624632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312B9D51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713F0C42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1AC62608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3EADC3AB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2B384AE4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299DE984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2A143AE1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3EC62E3F" w14:textId="77777777" w:rsidTr="00961EA7">
        <w:trPr>
          <w:jc w:val="center"/>
        </w:trPr>
        <w:tc>
          <w:tcPr>
            <w:tcW w:w="552" w:type="dxa"/>
            <w:vAlign w:val="center"/>
          </w:tcPr>
          <w:p w14:paraId="22BD3CA6" w14:textId="77777777" w:rsidR="001A31C6" w:rsidRPr="00961EA7" w:rsidRDefault="00884E69">
            <w:pPr>
              <w:spacing w:after="0"/>
              <w:jc w:val="center"/>
            </w:pPr>
            <w:r w:rsidRPr="00961EA7">
              <w:t>3</w:t>
            </w:r>
          </w:p>
        </w:tc>
        <w:tc>
          <w:tcPr>
            <w:tcW w:w="736" w:type="dxa"/>
            <w:vAlign w:val="center"/>
          </w:tcPr>
          <w:p w14:paraId="50CC6553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4C5803C2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679504D0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5AE68983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59363A49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1066D83E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54826E35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2ACABD20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27DCEE02" w14:textId="77777777" w:rsidTr="00961EA7">
        <w:trPr>
          <w:jc w:val="center"/>
        </w:trPr>
        <w:tc>
          <w:tcPr>
            <w:tcW w:w="552" w:type="dxa"/>
            <w:vAlign w:val="center"/>
          </w:tcPr>
          <w:p w14:paraId="53E8F483" w14:textId="77777777" w:rsidR="001A31C6" w:rsidRPr="00961EA7" w:rsidRDefault="00884E69">
            <w:pPr>
              <w:spacing w:after="0"/>
              <w:jc w:val="center"/>
            </w:pPr>
            <w:r w:rsidRPr="00961EA7">
              <w:t>4</w:t>
            </w:r>
          </w:p>
        </w:tc>
        <w:tc>
          <w:tcPr>
            <w:tcW w:w="736" w:type="dxa"/>
            <w:vAlign w:val="center"/>
          </w:tcPr>
          <w:p w14:paraId="2AF92653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334004BC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3A027E2F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0CAF9B68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47E99F73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6896E13B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7F4B8832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0FB4D85C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2ED6129C" w14:textId="77777777" w:rsidTr="00961EA7">
        <w:trPr>
          <w:jc w:val="center"/>
        </w:trPr>
        <w:tc>
          <w:tcPr>
            <w:tcW w:w="552" w:type="dxa"/>
            <w:vAlign w:val="center"/>
          </w:tcPr>
          <w:p w14:paraId="61A3791F" w14:textId="77777777" w:rsidR="001A31C6" w:rsidRPr="00961EA7" w:rsidRDefault="00884E69">
            <w:pPr>
              <w:spacing w:after="0"/>
              <w:jc w:val="center"/>
            </w:pPr>
            <w:r w:rsidRPr="00961EA7">
              <w:t>5</w:t>
            </w:r>
          </w:p>
        </w:tc>
        <w:tc>
          <w:tcPr>
            <w:tcW w:w="736" w:type="dxa"/>
            <w:vAlign w:val="center"/>
          </w:tcPr>
          <w:p w14:paraId="576A9585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2EF6E170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50336286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5E578A8A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5F6AC47F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1E01195A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2B3643AD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5BCEFD3E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63606369" w14:textId="77777777" w:rsidTr="00961EA7">
        <w:trPr>
          <w:jc w:val="center"/>
        </w:trPr>
        <w:tc>
          <w:tcPr>
            <w:tcW w:w="552" w:type="dxa"/>
            <w:vAlign w:val="center"/>
          </w:tcPr>
          <w:p w14:paraId="6594B167" w14:textId="77777777" w:rsidR="001A31C6" w:rsidRPr="00961EA7" w:rsidRDefault="00884E69">
            <w:pPr>
              <w:spacing w:after="0"/>
              <w:jc w:val="center"/>
            </w:pPr>
            <w:r w:rsidRPr="00961EA7">
              <w:t>6</w:t>
            </w:r>
          </w:p>
        </w:tc>
        <w:tc>
          <w:tcPr>
            <w:tcW w:w="736" w:type="dxa"/>
            <w:vAlign w:val="center"/>
          </w:tcPr>
          <w:p w14:paraId="1466A83E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4151149C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5E908674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6982EB8D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5E937123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596841A7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0FAB79C4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406AFC5D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435425E7" w14:textId="77777777" w:rsidTr="00961EA7">
        <w:trPr>
          <w:jc w:val="center"/>
        </w:trPr>
        <w:tc>
          <w:tcPr>
            <w:tcW w:w="552" w:type="dxa"/>
            <w:vAlign w:val="center"/>
          </w:tcPr>
          <w:p w14:paraId="03D29501" w14:textId="77777777" w:rsidR="001A31C6" w:rsidRPr="00961EA7" w:rsidRDefault="00884E69">
            <w:pPr>
              <w:spacing w:after="0"/>
              <w:jc w:val="center"/>
            </w:pPr>
            <w:r w:rsidRPr="00961EA7">
              <w:t>7</w:t>
            </w:r>
          </w:p>
        </w:tc>
        <w:tc>
          <w:tcPr>
            <w:tcW w:w="736" w:type="dxa"/>
            <w:vAlign w:val="center"/>
          </w:tcPr>
          <w:p w14:paraId="40AB0362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7BAD8D08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4C086238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78ACD0FD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18DA612A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0CCE476D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6096D8CB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1607C66E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1885615D" w14:textId="77777777" w:rsidTr="00961EA7">
        <w:trPr>
          <w:jc w:val="center"/>
        </w:trPr>
        <w:tc>
          <w:tcPr>
            <w:tcW w:w="552" w:type="dxa"/>
            <w:vAlign w:val="center"/>
          </w:tcPr>
          <w:p w14:paraId="0E3EF4C0" w14:textId="77777777" w:rsidR="001A31C6" w:rsidRPr="00961EA7" w:rsidRDefault="00884E69">
            <w:pPr>
              <w:spacing w:after="0"/>
              <w:jc w:val="center"/>
            </w:pPr>
            <w:r w:rsidRPr="00961EA7">
              <w:t>8</w:t>
            </w:r>
          </w:p>
        </w:tc>
        <w:tc>
          <w:tcPr>
            <w:tcW w:w="736" w:type="dxa"/>
            <w:vAlign w:val="center"/>
          </w:tcPr>
          <w:p w14:paraId="20401775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55D0B5B3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42D777D5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5F1CFE1E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764DB9A2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1ED77BE8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4BB93717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1B8355F5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668E8714" w14:textId="77777777" w:rsidTr="00961EA7">
        <w:trPr>
          <w:jc w:val="center"/>
        </w:trPr>
        <w:tc>
          <w:tcPr>
            <w:tcW w:w="552" w:type="dxa"/>
            <w:vAlign w:val="center"/>
          </w:tcPr>
          <w:p w14:paraId="4FF4D997" w14:textId="77777777" w:rsidR="001A31C6" w:rsidRPr="00961EA7" w:rsidRDefault="00884E69">
            <w:pPr>
              <w:spacing w:after="0"/>
              <w:jc w:val="center"/>
            </w:pPr>
            <w:r w:rsidRPr="00961EA7">
              <w:t>9</w:t>
            </w:r>
          </w:p>
        </w:tc>
        <w:tc>
          <w:tcPr>
            <w:tcW w:w="736" w:type="dxa"/>
            <w:vAlign w:val="center"/>
          </w:tcPr>
          <w:p w14:paraId="7F4C6785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312C4836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0ADB12DE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116F7A8F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7CBD845B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0D8B910C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3E4821BF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7043728D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316493AA" w14:textId="77777777" w:rsidTr="00961EA7">
        <w:trPr>
          <w:jc w:val="center"/>
        </w:trPr>
        <w:tc>
          <w:tcPr>
            <w:tcW w:w="552" w:type="dxa"/>
            <w:vAlign w:val="center"/>
          </w:tcPr>
          <w:p w14:paraId="04E0EDD9" w14:textId="77777777" w:rsidR="001A31C6" w:rsidRPr="00961EA7" w:rsidRDefault="00884E69">
            <w:pPr>
              <w:spacing w:after="0"/>
              <w:jc w:val="center"/>
            </w:pPr>
            <w:r w:rsidRPr="00961EA7">
              <w:t>10</w:t>
            </w:r>
          </w:p>
        </w:tc>
        <w:tc>
          <w:tcPr>
            <w:tcW w:w="736" w:type="dxa"/>
            <w:vAlign w:val="center"/>
          </w:tcPr>
          <w:p w14:paraId="441160AB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69B65ADB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13C8827D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0E42C3B7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325AEFD7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65AFD2F6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253D08A0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3180B320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0D064176" w14:textId="77777777" w:rsidTr="00961EA7">
        <w:trPr>
          <w:jc w:val="center"/>
        </w:trPr>
        <w:tc>
          <w:tcPr>
            <w:tcW w:w="552" w:type="dxa"/>
            <w:vAlign w:val="center"/>
          </w:tcPr>
          <w:p w14:paraId="7A81ADB5" w14:textId="77777777" w:rsidR="001A31C6" w:rsidRPr="00961EA7" w:rsidRDefault="00884E69">
            <w:pPr>
              <w:spacing w:after="0"/>
              <w:jc w:val="center"/>
            </w:pPr>
            <w:r w:rsidRPr="00961EA7">
              <w:t>11</w:t>
            </w:r>
          </w:p>
        </w:tc>
        <w:tc>
          <w:tcPr>
            <w:tcW w:w="736" w:type="dxa"/>
            <w:vAlign w:val="center"/>
          </w:tcPr>
          <w:p w14:paraId="5BF1E77F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6A4ADEF5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55584574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366D54EC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1B5FBD26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42E8255C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5EEE09FF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6D0251BA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3600117D" w14:textId="77777777" w:rsidTr="00961EA7">
        <w:trPr>
          <w:jc w:val="center"/>
        </w:trPr>
        <w:tc>
          <w:tcPr>
            <w:tcW w:w="552" w:type="dxa"/>
            <w:vAlign w:val="center"/>
          </w:tcPr>
          <w:p w14:paraId="440A0D21" w14:textId="77777777" w:rsidR="001A31C6" w:rsidRPr="00961EA7" w:rsidRDefault="00884E69">
            <w:pPr>
              <w:spacing w:after="0"/>
              <w:jc w:val="center"/>
            </w:pPr>
            <w:r w:rsidRPr="00961EA7">
              <w:t>12</w:t>
            </w:r>
          </w:p>
        </w:tc>
        <w:tc>
          <w:tcPr>
            <w:tcW w:w="736" w:type="dxa"/>
            <w:vAlign w:val="center"/>
          </w:tcPr>
          <w:p w14:paraId="50A68CD8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20761CDA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6E3D9DA0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4CD4F970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21721056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2FE97422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2A18FB5E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1B7015C6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028452C5" w14:textId="77777777" w:rsidTr="00961EA7">
        <w:trPr>
          <w:jc w:val="center"/>
        </w:trPr>
        <w:tc>
          <w:tcPr>
            <w:tcW w:w="552" w:type="dxa"/>
            <w:vAlign w:val="center"/>
          </w:tcPr>
          <w:p w14:paraId="3BABC9F8" w14:textId="77777777" w:rsidR="001A31C6" w:rsidRPr="00961EA7" w:rsidRDefault="00884E69">
            <w:pPr>
              <w:spacing w:after="0"/>
              <w:jc w:val="center"/>
            </w:pPr>
            <w:r w:rsidRPr="00961EA7">
              <w:t>13</w:t>
            </w:r>
          </w:p>
        </w:tc>
        <w:tc>
          <w:tcPr>
            <w:tcW w:w="736" w:type="dxa"/>
            <w:vAlign w:val="center"/>
          </w:tcPr>
          <w:p w14:paraId="486FF59A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0A2DEBDE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1EBE4BBD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056C4BF5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26AAB59F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7E065067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53476FBC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769663EC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5ABCD470" w14:textId="77777777" w:rsidTr="00961EA7">
        <w:trPr>
          <w:jc w:val="center"/>
        </w:trPr>
        <w:tc>
          <w:tcPr>
            <w:tcW w:w="552" w:type="dxa"/>
            <w:vAlign w:val="center"/>
          </w:tcPr>
          <w:p w14:paraId="2967F0C3" w14:textId="77777777" w:rsidR="001A31C6" w:rsidRPr="00961EA7" w:rsidRDefault="00884E69">
            <w:pPr>
              <w:spacing w:after="0"/>
              <w:jc w:val="center"/>
            </w:pPr>
            <w:r w:rsidRPr="00961EA7">
              <w:t>14</w:t>
            </w:r>
          </w:p>
        </w:tc>
        <w:tc>
          <w:tcPr>
            <w:tcW w:w="736" w:type="dxa"/>
            <w:vAlign w:val="center"/>
          </w:tcPr>
          <w:p w14:paraId="138C2E3B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03D63932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4C5CE9A3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237BEE14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64694344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354664EA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689A3D59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00305F18" w14:textId="77777777" w:rsidR="001A31C6" w:rsidRPr="00961EA7" w:rsidRDefault="001A31C6">
            <w:pPr>
              <w:spacing w:after="0"/>
              <w:jc w:val="center"/>
            </w:pPr>
          </w:p>
        </w:tc>
      </w:tr>
      <w:tr w:rsidR="001A31C6" w:rsidRPr="00961EA7" w14:paraId="0E2A4BD5" w14:textId="77777777" w:rsidTr="00961EA7">
        <w:trPr>
          <w:jc w:val="center"/>
        </w:trPr>
        <w:tc>
          <w:tcPr>
            <w:tcW w:w="552" w:type="dxa"/>
            <w:vAlign w:val="center"/>
          </w:tcPr>
          <w:p w14:paraId="192EB9CA" w14:textId="77777777" w:rsidR="001A31C6" w:rsidRPr="00961EA7" w:rsidRDefault="00884E69">
            <w:pPr>
              <w:spacing w:after="0"/>
              <w:jc w:val="center"/>
            </w:pPr>
            <w:r w:rsidRPr="00961EA7">
              <w:t>15</w:t>
            </w:r>
          </w:p>
        </w:tc>
        <w:tc>
          <w:tcPr>
            <w:tcW w:w="736" w:type="dxa"/>
            <w:vAlign w:val="center"/>
          </w:tcPr>
          <w:p w14:paraId="309A27DE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24F82CF1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5FE0E35B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517EF0AD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0DE3F5CA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7D591128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5CF4365F" w14:textId="77777777" w:rsidR="001A31C6" w:rsidRPr="00961EA7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1FD6CAAF" w14:textId="77777777" w:rsidR="001A31C6" w:rsidRPr="00961EA7" w:rsidRDefault="001A31C6">
            <w:pPr>
              <w:spacing w:after="0"/>
              <w:jc w:val="center"/>
            </w:pPr>
          </w:p>
        </w:tc>
      </w:tr>
    </w:tbl>
    <w:p w14:paraId="0B364141" w14:textId="77777777" w:rsidR="009909AB" w:rsidRDefault="009909AB">
      <w:pPr>
        <w:jc w:val="both"/>
      </w:pPr>
    </w:p>
    <w:p w14:paraId="07ABDCF6" w14:textId="13750465" w:rsidR="001A31C6" w:rsidRPr="00961EA7" w:rsidRDefault="00884E69">
      <w:pPr>
        <w:jc w:val="both"/>
      </w:pPr>
      <w:r w:rsidRPr="00961EA7">
        <w:t>Razem posiłków zaakceptowanych do rozliczenia: ....................</w:t>
      </w:r>
    </w:p>
    <w:p w14:paraId="67486DC8" w14:textId="77777777" w:rsidR="001A31C6" w:rsidRPr="00961EA7" w:rsidRDefault="00884E69">
      <w:pPr>
        <w:jc w:val="both"/>
      </w:pPr>
      <w:r w:rsidRPr="00961EA7">
        <w:t>Cena jednostkowa brutto za 1 posiłek: .................... zł</w:t>
      </w:r>
    </w:p>
    <w:p w14:paraId="60A87622" w14:textId="77777777" w:rsidR="001A31C6" w:rsidRPr="00961EA7" w:rsidRDefault="00884E69">
      <w:pPr>
        <w:jc w:val="both"/>
      </w:pPr>
      <w:r w:rsidRPr="00961EA7">
        <w:t>Wartość brutto za miesiąc: .................... zł</w:t>
      </w:r>
    </w:p>
    <w:p w14:paraId="39C8E672" w14:textId="77777777" w:rsidR="0040684E" w:rsidRPr="00961EA7" w:rsidRDefault="00884E69">
      <w:pPr>
        <w:jc w:val="both"/>
      </w:pPr>
      <w:r w:rsidRPr="00961EA7">
        <w:t>Potwierdzam wykonanie usługi zgodnie z umową / z zastrzeżeniami</w:t>
      </w:r>
      <w:r w:rsidRPr="009909AB">
        <w:rPr>
          <w:b/>
          <w:bCs/>
        </w:rPr>
        <w:t>*</w:t>
      </w:r>
      <w:r w:rsidRPr="00961EA7">
        <w:t xml:space="preserve">: </w:t>
      </w:r>
    </w:p>
    <w:p w14:paraId="6B3D730F" w14:textId="77777777" w:rsidR="001A31C6" w:rsidRPr="00961EA7" w:rsidRDefault="00884E69">
      <w:pPr>
        <w:jc w:val="both"/>
      </w:pPr>
      <w:r w:rsidRPr="00961EA7">
        <w:t>................................................................................................................</w:t>
      </w:r>
    </w:p>
    <w:p w14:paraId="2F7409E0" w14:textId="77777777" w:rsidR="0040684E" w:rsidRPr="00961EA7" w:rsidRDefault="00884E69">
      <w:pPr>
        <w:jc w:val="both"/>
      </w:pPr>
      <w:r w:rsidRPr="00961EA7">
        <w:t xml:space="preserve">Opis zastrzeżeń, jeżeli wystąpiły: </w:t>
      </w:r>
      <w:bookmarkStart w:id="0" w:name="_GoBack"/>
      <w:bookmarkEnd w:id="0"/>
    </w:p>
    <w:p w14:paraId="11ABA0EF" w14:textId="77777777" w:rsidR="001A31C6" w:rsidRPr="00961EA7" w:rsidRDefault="00884E69">
      <w:pPr>
        <w:jc w:val="both"/>
      </w:pPr>
      <w:r w:rsidRPr="00961EA7">
        <w:t>................................................................................................................</w:t>
      </w:r>
    </w:p>
    <w:p w14:paraId="00499A0A" w14:textId="77777777" w:rsidR="001A31C6" w:rsidRPr="009909AB" w:rsidRDefault="00884E69">
      <w:pPr>
        <w:jc w:val="both"/>
        <w:rPr>
          <w:b/>
          <w:bCs/>
        </w:rPr>
      </w:pPr>
      <w:r w:rsidRPr="009909AB">
        <w:rPr>
          <w:b/>
          <w:bCs/>
        </w:rPr>
        <w:t>* niepotrzebne skreślić</w:t>
      </w:r>
    </w:p>
    <w:p w14:paraId="62BDA191" w14:textId="77777777" w:rsidR="002C4BD4" w:rsidRPr="00961EA7" w:rsidRDefault="002C4BD4" w:rsidP="002C4BD4">
      <w:pPr>
        <w:spacing w:before="200"/>
        <w:jc w:val="both"/>
        <w:rPr>
          <w:bCs/>
        </w:rPr>
      </w:pPr>
      <w:r w:rsidRPr="00961EA7">
        <w:rPr>
          <w:bCs/>
        </w:rPr>
        <w:t>Protokół stanowi podstawę rozliczenia wyłącznie w zakresie posiłków zaakceptowanych przez Zamawiającego. W przypadku zastrzeżeń należy wskazać datę dostawy, opis zastrzeżenia, liczbę posiłków spornych oraz sposób rozstrzygnięcia albo informację o pozostawieniu części protokołu do wyjaśnienia.</w:t>
      </w:r>
    </w:p>
    <w:p w14:paraId="19159469" w14:textId="1FEC2167" w:rsidR="002C4BD4" w:rsidRPr="00961EA7" w:rsidRDefault="002C4BD4" w:rsidP="002C4BD4">
      <w:pPr>
        <w:spacing w:before="200"/>
        <w:jc w:val="both"/>
        <w:rPr>
          <w:bCs/>
        </w:rPr>
      </w:pPr>
      <w:r w:rsidRPr="00961EA7">
        <w:rPr>
          <w:bCs/>
        </w:rPr>
        <w:t>Do protokołu można załączyć harmonogramy, ewidencję dzienną dostaw i posiłków, korespondencję dotyczącą zmian dostaw, zgłoszenia reklamacji oraz inne dokumenty potwierdzające prawidłowość rozliczenia.</w:t>
      </w:r>
    </w:p>
    <w:p w14:paraId="1E0F3A64" w14:textId="18C2D106" w:rsidR="004D7902" w:rsidRPr="00961EA7" w:rsidRDefault="004D7902" w:rsidP="004D7902">
      <w:pPr>
        <w:spacing w:before="200"/>
        <w:jc w:val="both"/>
        <w:rPr>
          <w:bCs/>
        </w:rPr>
      </w:pPr>
      <w:r w:rsidRPr="00961EA7">
        <w:rPr>
          <w:bCs/>
        </w:rPr>
        <w:lastRenderedPageBreak/>
        <w:t>Do protokołu należy dołączyć ewidencję dzienną dostaw i posiłków albo zestawienie zawierające dane pozwalające Zamawiającemu zweryfikować liczbę posiłków przyjętych do rozliczenia.</w:t>
      </w:r>
    </w:p>
    <w:p w14:paraId="75A7F296" w14:textId="1B89CACD" w:rsidR="00AB5BDA" w:rsidRPr="00961EA7" w:rsidRDefault="00AB5BDA" w:rsidP="004D7902">
      <w:pPr>
        <w:spacing w:before="200"/>
        <w:jc w:val="both"/>
        <w:rPr>
          <w:bCs/>
        </w:rPr>
      </w:pPr>
      <w:r w:rsidRPr="00961EA7">
        <w:rPr>
          <w:bCs/>
        </w:rPr>
        <w:t>Ewidencja posiłków dołączona do protokołu powinna obejmować wyłącznie posiłki faktycznie zlecone, dostarczone, odebrane i zaakceptowane przez Zamawiającego. Nie obejmuje posiłków niezleconych, niedostarczonych, dostarczonych niezgodnie z harmonogramem albo niezaakceptowanych przez Zamawiającego.</w:t>
      </w:r>
    </w:p>
    <w:p w14:paraId="493FDC41" w14:textId="4A1A7FDC" w:rsidR="004D7902" w:rsidRPr="00961EA7" w:rsidRDefault="004D7902" w:rsidP="004D7902">
      <w:pPr>
        <w:spacing w:before="200"/>
        <w:jc w:val="both"/>
        <w:rPr>
          <w:bCs/>
        </w:rPr>
      </w:pPr>
      <w:r w:rsidRPr="00961EA7">
        <w:rPr>
          <w:bCs/>
        </w:rPr>
        <w:t>W przypadku zastrzeżeń protokół powinien wskazywać, czy dotyczą one bezpieczeństwa żywności, jakości, temperatury, gramatury, punktualności, liczby posiłków, dokumentacji, środka transportu żywności, personelu realizującego usługę, aspektu społecznego czy innych elementów wykonania usługi.</w:t>
      </w:r>
    </w:p>
    <w:p w14:paraId="3CBD4335" w14:textId="28E46322" w:rsidR="004D7902" w:rsidRPr="00961EA7" w:rsidRDefault="004D7902" w:rsidP="004D7902">
      <w:pPr>
        <w:spacing w:before="200"/>
        <w:jc w:val="both"/>
        <w:rPr>
          <w:bCs/>
        </w:rPr>
      </w:pPr>
      <w:r w:rsidRPr="00961EA7">
        <w:rPr>
          <w:bCs/>
        </w:rPr>
        <w:t>Podpisanie protokołu bez zastrzeżeń nie pozbawia Zamawiającego prawa do dochodzenia roszczeń z tytułu wad ukrytych w dokumentacji rozliczeniowej, jeżeli zostaną ujawnione po akceptacji protokołu.</w:t>
      </w:r>
    </w:p>
    <w:p w14:paraId="6F4F6A35" w14:textId="77777777" w:rsidR="004D7902" w:rsidRPr="00961EA7" w:rsidRDefault="004D7902" w:rsidP="002C4BD4">
      <w:pPr>
        <w:spacing w:before="200"/>
        <w:jc w:val="both"/>
        <w:rPr>
          <w:bCs/>
        </w:rPr>
      </w:pPr>
    </w:p>
    <w:p w14:paraId="22A7215D" w14:textId="3E771E2A" w:rsidR="001A31C6" w:rsidRPr="00961EA7" w:rsidRDefault="00884E69">
      <w:pPr>
        <w:spacing w:before="200"/>
        <w:jc w:val="both"/>
      </w:pPr>
      <w:r w:rsidRPr="00961EA7">
        <w:rPr>
          <w:b/>
        </w:rPr>
        <w:t xml:space="preserve">WYKONAWCA:                                         </w:t>
      </w:r>
      <w:r w:rsidR="002C4BD4" w:rsidRPr="00961EA7">
        <w:rPr>
          <w:b/>
        </w:rPr>
        <w:tab/>
      </w:r>
      <w:r w:rsidR="002C4BD4" w:rsidRPr="00961EA7">
        <w:rPr>
          <w:b/>
        </w:rPr>
        <w:tab/>
      </w:r>
      <w:r w:rsidR="002C4BD4" w:rsidRPr="00961EA7">
        <w:rPr>
          <w:b/>
        </w:rPr>
        <w:tab/>
      </w:r>
      <w:r w:rsidRPr="00961EA7">
        <w:rPr>
          <w:b/>
        </w:rPr>
        <w:t xml:space="preserve">    ZAMAWIAJĄCY:</w:t>
      </w:r>
    </w:p>
    <w:p w14:paraId="00B7BB51" w14:textId="77777777" w:rsidR="001A31C6" w:rsidRPr="00961EA7" w:rsidRDefault="001A31C6">
      <w:pPr>
        <w:spacing w:after="240"/>
        <w:jc w:val="both"/>
      </w:pPr>
    </w:p>
    <w:p w14:paraId="2399BBB7" w14:textId="4EDF1F08" w:rsidR="001A31C6" w:rsidRPr="0040684E" w:rsidRDefault="00884E69">
      <w:pPr>
        <w:jc w:val="both"/>
      </w:pPr>
      <w:r w:rsidRPr="00961EA7">
        <w:t xml:space="preserve">...............................................        </w:t>
      </w:r>
      <w:r w:rsidR="002C4BD4" w:rsidRPr="00961EA7">
        <w:tab/>
      </w:r>
      <w:r w:rsidR="002C4BD4" w:rsidRPr="00961EA7">
        <w:tab/>
      </w:r>
      <w:r w:rsidR="002C4BD4" w:rsidRPr="00961EA7">
        <w:tab/>
      </w:r>
      <w:r w:rsidRPr="00961EA7">
        <w:t>...............................................</w:t>
      </w:r>
    </w:p>
    <w:sectPr w:rsidR="001A31C6" w:rsidRPr="0040684E" w:rsidSect="0003461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964" w:right="1134" w:bottom="964" w:left="1134" w:header="45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41649" w14:textId="77777777" w:rsidR="00F84402" w:rsidRDefault="00F84402">
      <w:pPr>
        <w:spacing w:after="0" w:line="240" w:lineRule="auto"/>
      </w:pPr>
      <w:r>
        <w:separator/>
      </w:r>
    </w:p>
  </w:endnote>
  <w:endnote w:type="continuationSeparator" w:id="0">
    <w:p w14:paraId="6C0278E4" w14:textId="77777777" w:rsidR="00F84402" w:rsidRDefault="00F84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4EB95" w14:textId="77777777" w:rsidR="00324E06" w:rsidRDefault="00324E06" w:rsidP="0000542F">
    <w:pPr>
      <w:pStyle w:val="Stopka"/>
      <w:rPr>
        <w:rFonts w:ascii="Cambria" w:hAnsi="Cambria"/>
        <w:sz w:val="20"/>
        <w:bdr w:val="single" w:sz="4" w:space="0" w:color="auto"/>
      </w:rPr>
    </w:pPr>
  </w:p>
  <w:p w14:paraId="216E7285" w14:textId="47730C9D" w:rsidR="00324E06" w:rsidRPr="00BA303A" w:rsidRDefault="00A96755" w:rsidP="0000542F">
    <w:pPr>
      <w:pStyle w:val="Stopka"/>
      <w:rPr>
        <w:rFonts w:ascii="Cambria" w:hAnsi="Cambria"/>
        <w:b/>
        <w:sz w:val="20"/>
        <w:bdr w:val="single" w:sz="4" w:space="0" w:color="auto"/>
      </w:rPr>
    </w:pPr>
    <w:r>
      <w:rPr>
        <w:sz w:val="20"/>
        <w:bdr w:val="single" w:sz="4" w:space="0" w:color="auto"/>
      </w:rPr>
      <w:t>Or.SO.2714.7.2026</w:t>
    </w:r>
    <w:r w:rsidR="00BA11A5" w:rsidRPr="00BA303A">
      <w:rPr>
        <w:sz w:val="20"/>
        <w:bdr w:val="single" w:sz="4" w:space="0" w:color="auto"/>
      </w:rPr>
      <w:tab/>
    </w:r>
    <w:r w:rsidR="00AA11A2">
      <w:rPr>
        <w:sz w:val="20"/>
        <w:bdr w:val="single" w:sz="4" w:space="0" w:color="auto"/>
      </w:rPr>
      <w:t xml:space="preserve">Załącznik nr 11 - </w:t>
    </w:r>
    <w:r w:rsidR="00BA11A5">
      <w:rPr>
        <w:sz w:val="20"/>
        <w:bdr w:val="single" w:sz="4" w:space="0" w:color="auto"/>
      </w:rPr>
      <w:t xml:space="preserve">Specyfikacja </w:t>
    </w:r>
    <w:r w:rsidR="00BA11A5" w:rsidRPr="00BA303A">
      <w:rPr>
        <w:sz w:val="20"/>
        <w:bdr w:val="single" w:sz="4" w:space="0" w:color="auto"/>
      </w:rPr>
      <w:t>Warunków Zamówienia (</w:t>
    </w:r>
    <w:r w:rsidR="00BA11A5">
      <w:rPr>
        <w:sz w:val="20"/>
        <w:bdr w:val="single" w:sz="4" w:space="0" w:color="auto"/>
      </w:rPr>
      <w:t>SWZ</w:t>
    </w:r>
    <w:r w:rsidR="00BA11A5" w:rsidRPr="00BA303A">
      <w:rPr>
        <w:sz w:val="20"/>
        <w:bdr w:val="single" w:sz="4" w:space="0" w:color="auto"/>
      </w:rPr>
      <w:t>)</w:t>
    </w:r>
    <w:r w:rsidR="00BA11A5" w:rsidRPr="00BA303A">
      <w:rPr>
        <w:sz w:val="20"/>
        <w:bdr w:val="single" w:sz="4" w:space="0" w:color="auto"/>
      </w:rPr>
      <w:tab/>
      <w:t xml:space="preserve">Strona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PAGE</w:instrText>
    </w:r>
    <w:r w:rsidR="00BA11A5" w:rsidRPr="00BA303A">
      <w:rPr>
        <w:b/>
        <w:sz w:val="20"/>
        <w:bdr w:val="single" w:sz="4" w:space="0" w:color="auto"/>
      </w:rPr>
      <w:fldChar w:fldCharType="separate"/>
    </w:r>
    <w:r>
      <w:rPr>
        <w:b/>
        <w:noProof/>
        <w:sz w:val="20"/>
        <w:bdr w:val="single" w:sz="4" w:space="0" w:color="auto"/>
      </w:rPr>
      <w:t>2</w:t>
    </w:r>
    <w:r w:rsidR="00BA11A5" w:rsidRPr="00BA303A">
      <w:rPr>
        <w:b/>
        <w:sz w:val="20"/>
        <w:bdr w:val="single" w:sz="4" w:space="0" w:color="auto"/>
      </w:rPr>
      <w:fldChar w:fldCharType="end"/>
    </w:r>
    <w:r w:rsidR="00BA11A5" w:rsidRPr="00BA303A">
      <w:rPr>
        <w:sz w:val="20"/>
        <w:bdr w:val="single" w:sz="4" w:space="0" w:color="auto"/>
      </w:rPr>
      <w:t xml:space="preserve"> z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NUMPAGES</w:instrText>
    </w:r>
    <w:r w:rsidR="00BA11A5" w:rsidRPr="00BA303A">
      <w:rPr>
        <w:b/>
        <w:sz w:val="20"/>
        <w:bdr w:val="single" w:sz="4" w:space="0" w:color="auto"/>
      </w:rPr>
      <w:fldChar w:fldCharType="separate"/>
    </w:r>
    <w:r>
      <w:rPr>
        <w:b/>
        <w:noProof/>
        <w:sz w:val="20"/>
        <w:bdr w:val="single" w:sz="4" w:space="0" w:color="auto"/>
      </w:rPr>
      <w:t>2</w:t>
    </w:r>
    <w:r w:rsidR="00BA11A5" w:rsidRPr="00BA303A">
      <w:rPr>
        <w:b/>
        <w:sz w:val="20"/>
        <w:bdr w:val="single" w:sz="4" w:space="0" w:color="auto"/>
      </w:rPr>
      <w:fldChar w:fldCharType="end"/>
    </w:r>
  </w:p>
  <w:p w14:paraId="252C256B" w14:textId="77777777" w:rsidR="00324E06" w:rsidRDefault="00324E06" w:rsidP="00C51DF4">
    <w:pPr>
      <w:pStyle w:val="Stopka"/>
      <w:tabs>
        <w:tab w:val="left" w:pos="67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828EC" w14:textId="77777777" w:rsidR="00F84402" w:rsidRDefault="00F84402">
      <w:pPr>
        <w:spacing w:after="0" w:line="240" w:lineRule="auto"/>
      </w:pPr>
      <w:r>
        <w:separator/>
      </w:r>
    </w:p>
  </w:footnote>
  <w:footnote w:type="continuationSeparator" w:id="0">
    <w:p w14:paraId="3D6BF79F" w14:textId="77777777" w:rsidR="00F84402" w:rsidRDefault="00F84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A2DB4" w14:textId="77777777" w:rsidR="00FC4FC2" w:rsidRDefault="00884E69">
    <w:pPr>
      <w:jc w:val="center"/>
    </w:pPr>
    <w:r>
      <w:rPr>
        <w:noProof/>
        <w:lang w:bidi="ar-SA"/>
      </w:rPr>
      <w:drawing>
        <wp:inline distT="0" distB="0" distL="0" distR="0" wp14:anchorId="2DA1CDC3" wp14:editId="335F75F3">
          <wp:extent cx="5760000" cy="880941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729E" w14:textId="77777777" w:rsidR="00324E06" w:rsidRDefault="00AB3B60">
    <w:pPr>
      <w:jc w:val="center"/>
    </w:pPr>
    <w:r>
      <w:rPr>
        <w:noProof/>
        <w:lang w:bidi="ar-SA"/>
      </w:rPr>
      <w:drawing>
        <wp:inline distT="0" distB="0" distL="0" distR="0" wp14:anchorId="703CC962" wp14:editId="6706BA32">
          <wp:extent cx="5687695" cy="596900"/>
          <wp:effectExtent l="0" t="0" r="8255" b="0"/>
          <wp:docPr id="7946585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658547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87695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524DF" w14:textId="77777777" w:rsidR="00FC4FC2" w:rsidRDefault="00884E69">
    <w:pPr>
      <w:jc w:val="center"/>
    </w:pPr>
    <w:r>
      <w:rPr>
        <w:noProof/>
        <w:lang w:bidi="ar-SA"/>
      </w:rPr>
      <w:drawing>
        <wp:inline distT="0" distB="0" distL="0" distR="0" wp14:anchorId="08220B46" wp14:editId="1D17409E">
          <wp:extent cx="5760000" cy="880941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1F08"/>
    <w:rsid w:val="00034616"/>
    <w:rsid w:val="0006063C"/>
    <w:rsid w:val="000F4DD4"/>
    <w:rsid w:val="00105982"/>
    <w:rsid w:val="0012651F"/>
    <w:rsid w:val="0015074B"/>
    <w:rsid w:val="00151E5D"/>
    <w:rsid w:val="0016380A"/>
    <w:rsid w:val="001A31C6"/>
    <w:rsid w:val="001D7365"/>
    <w:rsid w:val="00213F45"/>
    <w:rsid w:val="00231A49"/>
    <w:rsid w:val="00233AD3"/>
    <w:rsid w:val="002722CE"/>
    <w:rsid w:val="0029639D"/>
    <w:rsid w:val="002B296B"/>
    <w:rsid w:val="002C29A6"/>
    <w:rsid w:val="002C4BD4"/>
    <w:rsid w:val="002D1CDE"/>
    <w:rsid w:val="002F3009"/>
    <w:rsid w:val="002F48F3"/>
    <w:rsid w:val="003018E2"/>
    <w:rsid w:val="0030335A"/>
    <w:rsid w:val="003134DD"/>
    <w:rsid w:val="00324E06"/>
    <w:rsid w:val="00326F90"/>
    <w:rsid w:val="00346B22"/>
    <w:rsid w:val="00360986"/>
    <w:rsid w:val="00385A8E"/>
    <w:rsid w:val="003F3C46"/>
    <w:rsid w:val="0040684E"/>
    <w:rsid w:val="00435A1E"/>
    <w:rsid w:val="0044702C"/>
    <w:rsid w:val="0047396B"/>
    <w:rsid w:val="004C58D1"/>
    <w:rsid w:val="004D7902"/>
    <w:rsid w:val="004F3185"/>
    <w:rsid w:val="00501C79"/>
    <w:rsid w:val="00537E31"/>
    <w:rsid w:val="00552475"/>
    <w:rsid w:val="005A5B0C"/>
    <w:rsid w:val="00653758"/>
    <w:rsid w:val="006B25CF"/>
    <w:rsid w:val="00761B40"/>
    <w:rsid w:val="007C69AF"/>
    <w:rsid w:val="00803901"/>
    <w:rsid w:val="00884E69"/>
    <w:rsid w:val="008A6A89"/>
    <w:rsid w:val="008E1765"/>
    <w:rsid w:val="008E68CC"/>
    <w:rsid w:val="00906791"/>
    <w:rsid w:val="00961EA7"/>
    <w:rsid w:val="009909AB"/>
    <w:rsid w:val="009A6AB1"/>
    <w:rsid w:val="009E74CD"/>
    <w:rsid w:val="00A15AC1"/>
    <w:rsid w:val="00A524F0"/>
    <w:rsid w:val="00A52EAD"/>
    <w:rsid w:val="00A54325"/>
    <w:rsid w:val="00A96755"/>
    <w:rsid w:val="00AA11A2"/>
    <w:rsid w:val="00AA1D8D"/>
    <w:rsid w:val="00AB3B60"/>
    <w:rsid w:val="00AB5BDA"/>
    <w:rsid w:val="00AE4107"/>
    <w:rsid w:val="00AE4F7E"/>
    <w:rsid w:val="00B2338D"/>
    <w:rsid w:val="00B23805"/>
    <w:rsid w:val="00B47730"/>
    <w:rsid w:val="00B73CD7"/>
    <w:rsid w:val="00BA11A5"/>
    <w:rsid w:val="00C06535"/>
    <w:rsid w:val="00C543A1"/>
    <w:rsid w:val="00C73AC9"/>
    <w:rsid w:val="00CB0664"/>
    <w:rsid w:val="00CB567B"/>
    <w:rsid w:val="00CC4F55"/>
    <w:rsid w:val="00CF4386"/>
    <w:rsid w:val="00D5236C"/>
    <w:rsid w:val="00DA1A9A"/>
    <w:rsid w:val="00DA6B4B"/>
    <w:rsid w:val="00DA6DBF"/>
    <w:rsid w:val="00DE64EB"/>
    <w:rsid w:val="00E26C3F"/>
    <w:rsid w:val="00E37A8A"/>
    <w:rsid w:val="00E61887"/>
    <w:rsid w:val="00EC66A3"/>
    <w:rsid w:val="00ED1EDE"/>
    <w:rsid w:val="00EE67A2"/>
    <w:rsid w:val="00EF1B16"/>
    <w:rsid w:val="00F0025B"/>
    <w:rsid w:val="00F116F1"/>
    <w:rsid w:val="00F37879"/>
    <w:rsid w:val="00F429CD"/>
    <w:rsid w:val="00F50565"/>
    <w:rsid w:val="00F50FA7"/>
    <w:rsid w:val="00F57676"/>
    <w:rsid w:val="00F7313F"/>
    <w:rsid w:val="00F84402"/>
    <w:rsid w:val="00F85C2C"/>
    <w:rsid w:val="00FA6A77"/>
    <w:rsid w:val="00FC4FC2"/>
    <w:rsid w:val="00FC693F"/>
    <w:rsid w:val="00FE1109"/>
    <w:rsid w:val="00FE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D5AFA6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80"/>
    </w:pPr>
    <w:rPr>
      <w:rFonts w:ascii="Aptos" w:eastAsia="Aptos" w:hAnsi="Aptos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rFonts w:ascii="Aptos" w:eastAsia="Aptos" w:hAnsi="Aptos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000000"/>
      <w:lang w:val="pl-PL" w:eastAsia="pl-PL" w:bidi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rFonts w:ascii="Aptos" w:eastAsia="Aptos" w:hAnsi="Aptos"/>
      <w:color w:val="000000"/>
      <w:sz w:val="16"/>
      <w:szCs w:val="16"/>
      <w:lang w:val="pl-PL" w:eastAsia="pl-PL" w:bidi="pl-PL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ptos" w:eastAsia="Aptos" w:hAnsi="Aptos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Aptos" w:eastAsia="Aptos" w:hAnsi="Aptos"/>
      <w:color w:val="000000"/>
      <w:sz w:val="20"/>
      <w:szCs w:val="20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  <w:lang w:val="pl-PL" w:eastAsia="pl-PL" w:bidi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000000"/>
      <w:lang w:val="pl-PL" w:eastAsia="pl-PL" w:bidi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  <w:lang w:val="pl-PL" w:eastAsia="pl-PL" w:bidi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  <w:lang w:val="pl-PL" w:eastAsia="pl-PL" w:bidi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rFonts w:ascii="Aptos" w:eastAsia="Aptos" w:hAnsi="Aptos"/>
      <w:b/>
      <w:bCs/>
      <w:color w:val="000000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Wyrnieniedelikatne">
    <w:name w:val="Subtle Emphasis"/>
    <w:basedOn w:val="Domylnaczcionkaakapitu"/>
    <w:uiPriority w:val="19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Odwoaniedelikatne">
    <w:name w:val="Subtle Reference"/>
    <w:basedOn w:val="Domylnaczcionkaakapitu"/>
    <w:uiPriority w:val="31"/>
    <w:qFormat/>
    <w:rsid w:val="00FC693F"/>
    <w:rPr>
      <w:rFonts w:ascii="Aptos" w:eastAsia="Aptos" w:hAnsi="Aptos"/>
      <w:smallCaps/>
      <w:color w:val="000000"/>
      <w:u w:val="single"/>
      <w:lang w:val="pl-PL" w:eastAsia="pl-PL" w:bidi="pl-PL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rFonts w:ascii="Aptos" w:eastAsia="Aptos" w:hAnsi="Aptos"/>
      <w:b/>
      <w:bCs/>
      <w:smallCaps/>
      <w:color w:val="000000"/>
      <w:spacing w:val="5"/>
      <w:u w:val="single"/>
      <w:lang w:val="pl-PL" w:eastAsia="pl-PL" w:bidi="pl-PL"/>
    </w:rPr>
  </w:style>
  <w:style w:type="character" w:styleId="Tytuksiki">
    <w:name w:val="Book Title"/>
    <w:basedOn w:val="Domylnaczcionkaakapitu"/>
    <w:uiPriority w:val="33"/>
    <w:qFormat/>
    <w:rsid w:val="00FC693F"/>
    <w:rPr>
      <w:rFonts w:ascii="Aptos" w:eastAsia="Aptos" w:hAnsi="Aptos"/>
      <w:b/>
      <w:bCs/>
      <w:smallCaps/>
      <w:color w:val="000000"/>
      <w:spacing w:val="5"/>
      <w:lang w:val="pl-PL" w:eastAsia="pl-PL" w:bidi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  <w:rPr>
      <w:rFonts w:ascii="Aptos" w:eastAsia="Aptos" w:hAnsi="Aptos"/>
    </w:r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ptos" w:eastAsia="Aptos" w:hAnsi="Aptos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agwekSWZ">
    <w:name w:val="Nagłówek SWZ"/>
    <w:basedOn w:val="Normalny"/>
    <w:pPr>
      <w:keepNext/>
      <w:spacing w:before="200"/>
    </w:pPr>
    <w:rPr>
      <w:b/>
    </w:rPr>
  </w:style>
  <w:style w:type="paragraph" w:customStyle="1" w:styleId="TytuSWZ">
    <w:name w:val="Tytuł SWZ"/>
    <w:basedOn w:val="Normalny"/>
    <w:pPr>
      <w:keepNext/>
      <w:spacing w:after="160"/>
    </w:pPr>
    <w:rPr>
      <w:b/>
      <w:sz w:val="30"/>
    </w:rPr>
  </w:style>
  <w:style w:type="paragraph" w:customStyle="1" w:styleId="PodnagwekSWZ">
    <w:name w:val="Podnagłówek SWZ"/>
    <w:basedOn w:val="Normalny"/>
    <w:pPr>
      <w:spacing w:before="120" w:after="60"/>
    </w:pPr>
    <w:rPr>
      <w:b/>
      <w:sz w:val="21"/>
    </w:rPr>
  </w:style>
  <w:style w:type="character" w:styleId="Hipercze">
    <w:name w:val="Hyperlink"/>
    <w:basedOn w:val="Domylnaczcionkaakapitu"/>
    <w:uiPriority w:val="99"/>
    <w:unhideWhenUsed/>
    <w:rsid w:val="003018E2"/>
    <w:rPr>
      <w:rFonts w:ascii="Aptos" w:eastAsia="Aptos" w:hAnsi="Aptos"/>
      <w:color w:val="000000"/>
      <w:u w:val="single"/>
      <w:lang w:val="pl-PL" w:eastAsia="pl-PL" w:bidi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18E2"/>
    <w:rPr>
      <w:rFonts w:ascii="Aptos" w:eastAsia="Aptos" w:hAnsi="Aptos"/>
      <w:color w:val="000000"/>
      <w:shd w:val="clear" w:color="auto" w:fill="E1DFDD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77D3DB-74D7-4EA3-8352-009E66EE1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2544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2026-07-31T10:45:00Z</dcterms:created>
  <dcterms:modified xsi:type="dcterms:W3CDTF">2026-07-31T10:45:00Z</dcterms:modified>
  <cp:category/>
  <dc:language>pl-PL</dc:language>
</cp:coreProperties>
</file>