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550B4" w14:textId="5C53A8EC" w:rsidR="00EE7437" w:rsidRDefault="00B0542C" w:rsidP="002913BD">
      <w:pPr>
        <w:spacing w:after="360"/>
        <w:jc w:val="right"/>
      </w:pPr>
      <w:r>
        <w:rPr>
          <w:b/>
        </w:rPr>
        <w:t xml:space="preserve">Załącznik nr 9 do SWZ </w:t>
      </w:r>
      <w:bookmarkStart w:id="0" w:name="_GoBack"/>
      <w:bookmarkEnd w:id="0"/>
    </w:p>
    <w:p w14:paraId="26EAC1C0" w14:textId="77777777" w:rsidR="00ED18E8" w:rsidRPr="008C272A" w:rsidRDefault="00ED18E8" w:rsidP="00ED18E8">
      <w:pPr>
        <w:spacing w:before="120"/>
        <w:rPr>
          <w:rFonts w:ascii="Arial" w:hAnsi="Arial" w:cs="Arial"/>
        </w:rPr>
      </w:pPr>
      <w:r w:rsidRPr="008C272A">
        <w:rPr>
          <w:rFonts w:ascii="Arial" w:hAnsi="Arial" w:cs="Arial"/>
          <w:sz w:val="20"/>
          <w:szCs w:val="20"/>
        </w:rPr>
        <w:t>........................................................................</w:t>
      </w:r>
      <w:r w:rsidRPr="008C272A">
        <w:rPr>
          <w:rFonts w:ascii="Arial" w:hAnsi="Arial" w:cs="Arial"/>
          <w:sz w:val="20"/>
          <w:szCs w:val="20"/>
        </w:rPr>
        <w:tab/>
        <w:t xml:space="preserve">      </w:t>
      </w:r>
      <w:r w:rsidRPr="008C272A">
        <w:rPr>
          <w:rFonts w:ascii="Arial" w:hAnsi="Arial" w:cs="Arial"/>
          <w:sz w:val="20"/>
          <w:szCs w:val="20"/>
        </w:rPr>
        <w:tab/>
      </w:r>
      <w:r w:rsidRPr="008C272A">
        <w:rPr>
          <w:rFonts w:ascii="Arial" w:hAnsi="Arial" w:cs="Arial"/>
          <w:sz w:val="20"/>
          <w:szCs w:val="20"/>
        </w:rPr>
        <w:tab/>
      </w:r>
      <w:r w:rsidRPr="008C272A">
        <w:rPr>
          <w:rFonts w:ascii="Arial" w:hAnsi="Arial" w:cs="Arial"/>
          <w:sz w:val="20"/>
          <w:szCs w:val="20"/>
        </w:rPr>
        <w:tab/>
      </w:r>
      <w:r w:rsidRPr="008C272A">
        <w:rPr>
          <w:rFonts w:ascii="Arial" w:hAnsi="Arial" w:cs="Arial"/>
          <w:sz w:val="20"/>
          <w:szCs w:val="20"/>
        </w:rPr>
        <w:tab/>
      </w:r>
      <w:r w:rsidRPr="008C272A">
        <w:rPr>
          <w:rFonts w:ascii="Arial" w:hAnsi="Arial" w:cs="Arial"/>
          <w:sz w:val="20"/>
          <w:szCs w:val="20"/>
        </w:rPr>
        <w:tab/>
      </w:r>
      <w:r w:rsidRPr="008C272A">
        <w:rPr>
          <w:rFonts w:ascii="Arial" w:hAnsi="Arial" w:cs="Arial"/>
          <w:sz w:val="20"/>
          <w:szCs w:val="20"/>
        </w:rPr>
        <w:tab/>
      </w:r>
      <w:r w:rsidRPr="008C272A">
        <w:rPr>
          <w:rFonts w:ascii="Arial" w:hAnsi="Arial" w:cs="Arial"/>
          <w:sz w:val="20"/>
          <w:szCs w:val="20"/>
        </w:rPr>
        <w:tab/>
      </w:r>
      <w:r w:rsidRPr="008C272A">
        <w:rPr>
          <w:rFonts w:ascii="Arial" w:hAnsi="Arial" w:cs="Arial"/>
          <w:sz w:val="20"/>
          <w:szCs w:val="20"/>
        </w:rPr>
        <w:tab/>
      </w:r>
      <w:r w:rsidRPr="008C272A">
        <w:rPr>
          <w:rFonts w:ascii="Arial" w:hAnsi="Arial" w:cs="Arial"/>
          <w:sz w:val="20"/>
          <w:szCs w:val="20"/>
        </w:rPr>
        <w:tab/>
        <w:t xml:space="preserve">                                    </w:t>
      </w:r>
    </w:p>
    <w:p w14:paraId="1B002577" w14:textId="7DA6126B" w:rsidR="00ED18E8" w:rsidRPr="00ED18E8" w:rsidRDefault="00ED18E8" w:rsidP="00ED18E8">
      <w:pPr>
        <w:ind w:right="39"/>
        <w:rPr>
          <w:rFonts w:ascii="Arial" w:hAnsi="Arial" w:cs="Arial"/>
        </w:rPr>
      </w:pPr>
      <w:r w:rsidRPr="008C272A">
        <w:rPr>
          <w:rFonts w:ascii="Arial" w:eastAsia="Cambria" w:hAnsi="Arial" w:cs="Arial"/>
          <w:i/>
          <w:sz w:val="16"/>
          <w:szCs w:val="16"/>
        </w:rPr>
        <w:t xml:space="preserve">           </w:t>
      </w:r>
      <w:r w:rsidRPr="008C272A">
        <w:rPr>
          <w:rFonts w:ascii="Arial" w:eastAsia="Batang" w:hAnsi="Arial" w:cs="Arial"/>
          <w:i/>
          <w:sz w:val="16"/>
          <w:szCs w:val="16"/>
        </w:rPr>
        <w:t>(Nazwa i adres Wykonawcy)</w:t>
      </w:r>
    </w:p>
    <w:p w14:paraId="7723E3D6" w14:textId="2E3DFC2D" w:rsidR="00ED18E8" w:rsidRDefault="00434BE8" w:rsidP="00ED18E8">
      <w:pPr>
        <w:spacing w:after="360"/>
        <w:jc w:val="center"/>
      </w:pPr>
      <w:r>
        <w:rPr>
          <w:b/>
        </w:rPr>
        <w:t>Wykaz usług</w:t>
      </w:r>
    </w:p>
    <w:p w14:paraId="123B89A2" w14:textId="78BDF481" w:rsidR="00041088" w:rsidRDefault="00ED18E8" w:rsidP="00ED18E8">
      <w:pPr>
        <w:spacing w:after="360"/>
        <w:jc w:val="both"/>
      </w:pPr>
      <w:r>
        <w:t xml:space="preserve">Dla zadania: </w:t>
      </w:r>
      <w:r w:rsidRPr="00ED18E8">
        <w:rPr>
          <w:b/>
        </w:rPr>
        <w:t>Świadczenie usług cateringowych obejmujących przygotowanie i dostarczanie posiłków dla uczestników Klubu Seniora w Kuczyźnie w ramach projektu „Rozwijamy usługi społeczne w Gminie Cielądz”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091"/>
        <w:gridCol w:w="1399"/>
        <w:gridCol w:w="1400"/>
        <w:gridCol w:w="1346"/>
        <w:gridCol w:w="1319"/>
        <w:gridCol w:w="1950"/>
        <w:gridCol w:w="1457"/>
      </w:tblGrid>
      <w:tr w:rsidR="00EE7437" w14:paraId="6E2B0752" w14:textId="77777777" w:rsidTr="002913BD">
        <w:trPr>
          <w:jc w:val="center"/>
        </w:trPr>
        <w:tc>
          <w:tcPr>
            <w:tcW w:w="1217" w:type="dxa"/>
            <w:vAlign w:val="center"/>
          </w:tcPr>
          <w:p w14:paraId="316BDDE5" w14:textId="77777777" w:rsidR="00EE7437" w:rsidRDefault="00B0542C">
            <w:pPr>
              <w:spacing w:after="0"/>
              <w:jc w:val="center"/>
            </w:pPr>
            <w:r>
              <w:rPr>
                <w:b/>
              </w:rPr>
              <w:t>Lp.</w:t>
            </w:r>
          </w:p>
        </w:tc>
        <w:tc>
          <w:tcPr>
            <w:tcW w:w="1404" w:type="dxa"/>
            <w:vAlign w:val="center"/>
          </w:tcPr>
          <w:p w14:paraId="122C6978" w14:textId="77777777" w:rsidR="00EE7437" w:rsidRDefault="00B0542C">
            <w:pPr>
              <w:spacing w:after="0"/>
              <w:jc w:val="center"/>
            </w:pPr>
            <w:r>
              <w:rPr>
                <w:b/>
              </w:rPr>
              <w:t>Przedmiot usługi</w:t>
            </w:r>
          </w:p>
        </w:tc>
        <w:tc>
          <w:tcPr>
            <w:tcW w:w="1402" w:type="dxa"/>
            <w:vAlign w:val="center"/>
          </w:tcPr>
          <w:p w14:paraId="4CD6DAD0" w14:textId="77777777" w:rsidR="00EE7437" w:rsidRDefault="00B0542C">
            <w:pPr>
              <w:spacing w:after="0"/>
              <w:jc w:val="center"/>
            </w:pPr>
            <w:r>
              <w:rPr>
                <w:b/>
              </w:rPr>
              <w:t>Podmiot, na rzecz którego wykonano usługę</w:t>
            </w:r>
          </w:p>
        </w:tc>
        <w:tc>
          <w:tcPr>
            <w:tcW w:w="1374" w:type="dxa"/>
            <w:vAlign w:val="center"/>
          </w:tcPr>
          <w:p w14:paraId="69953C92" w14:textId="77777777" w:rsidR="00EE7437" w:rsidRDefault="00B0542C">
            <w:pPr>
              <w:spacing w:after="0"/>
              <w:jc w:val="center"/>
            </w:pPr>
            <w:r>
              <w:rPr>
                <w:b/>
              </w:rPr>
              <w:t>Okres realizacji od-do</w:t>
            </w:r>
          </w:p>
        </w:tc>
        <w:tc>
          <w:tcPr>
            <w:tcW w:w="1357" w:type="dxa"/>
            <w:vAlign w:val="center"/>
          </w:tcPr>
          <w:p w14:paraId="1D41932B" w14:textId="77777777" w:rsidR="00EE7437" w:rsidRDefault="00B0542C">
            <w:pPr>
              <w:spacing w:after="0"/>
              <w:jc w:val="center"/>
            </w:pPr>
            <w:r>
              <w:rPr>
                <w:b/>
              </w:rPr>
              <w:t>Wartość brutto</w:t>
            </w:r>
          </w:p>
        </w:tc>
        <w:tc>
          <w:tcPr>
            <w:tcW w:w="1789" w:type="dxa"/>
            <w:vAlign w:val="center"/>
          </w:tcPr>
          <w:p w14:paraId="77B7A233" w14:textId="77777777" w:rsidR="00EE7437" w:rsidRDefault="00B0542C">
            <w:pPr>
              <w:spacing w:after="0"/>
              <w:jc w:val="center"/>
            </w:pPr>
            <w:r>
              <w:rPr>
                <w:b/>
              </w:rPr>
              <w:t>Liczba obsługiwanych osób / charakter usługi</w:t>
            </w:r>
          </w:p>
        </w:tc>
        <w:tc>
          <w:tcPr>
            <w:tcW w:w="1419" w:type="dxa"/>
            <w:vAlign w:val="center"/>
          </w:tcPr>
          <w:p w14:paraId="5AD6669A" w14:textId="77777777" w:rsidR="00EE7437" w:rsidRDefault="00B0542C">
            <w:pPr>
              <w:spacing w:after="0"/>
              <w:jc w:val="center"/>
            </w:pPr>
            <w:r>
              <w:rPr>
                <w:b/>
              </w:rPr>
              <w:t>Dowód należytego wykonania</w:t>
            </w:r>
          </w:p>
        </w:tc>
      </w:tr>
      <w:tr w:rsidR="00EE7437" w14:paraId="1C867B34" w14:textId="77777777" w:rsidTr="00885B5C">
        <w:trPr>
          <w:jc w:val="center"/>
        </w:trPr>
        <w:tc>
          <w:tcPr>
            <w:tcW w:w="1217" w:type="dxa"/>
            <w:vAlign w:val="center"/>
          </w:tcPr>
          <w:p w14:paraId="03C4CBC7" w14:textId="77777777" w:rsidR="00EE7437" w:rsidRDefault="00B0542C">
            <w:pPr>
              <w:spacing w:after="0"/>
              <w:jc w:val="center"/>
            </w:pPr>
            <w:r>
              <w:t>1</w:t>
            </w:r>
          </w:p>
        </w:tc>
        <w:tc>
          <w:tcPr>
            <w:tcW w:w="1404" w:type="dxa"/>
            <w:vAlign w:val="center"/>
          </w:tcPr>
          <w:p w14:paraId="2FCA55DB" w14:textId="77777777" w:rsidR="00EE7437" w:rsidRDefault="00EE7437">
            <w:pPr>
              <w:spacing w:after="0"/>
              <w:jc w:val="center"/>
            </w:pPr>
          </w:p>
        </w:tc>
        <w:tc>
          <w:tcPr>
            <w:tcW w:w="1402" w:type="dxa"/>
            <w:vAlign w:val="center"/>
          </w:tcPr>
          <w:p w14:paraId="004C6DC2" w14:textId="77777777" w:rsidR="00EE7437" w:rsidRDefault="00EE7437">
            <w:pPr>
              <w:spacing w:after="0"/>
              <w:jc w:val="center"/>
            </w:pPr>
          </w:p>
        </w:tc>
        <w:tc>
          <w:tcPr>
            <w:tcW w:w="1374" w:type="dxa"/>
            <w:vAlign w:val="center"/>
          </w:tcPr>
          <w:p w14:paraId="0F1B4BA0" w14:textId="77777777" w:rsidR="00EE7437" w:rsidRDefault="00EE7437">
            <w:pPr>
              <w:spacing w:after="0"/>
              <w:jc w:val="center"/>
            </w:pPr>
          </w:p>
        </w:tc>
        <w:tc>
          <w:tcPr>
            <w:tcW w:w="1357" w:type="dxa"/>
            <w:vAlign w:val="center"/>
          </w:tcPr>
          <w:p w14:paraId="2530E9AF" w14:textId="77777777" w:rsidR="00EE7437" w:rsidRDefault="00EE7437">
            <w:pPr>
              <w:spacing w:after="0"/>
              <w:jc w:val="center"/>
            </w:pPr>
          </w:p>
        </w:tc>
        <w:tc>
          <w:tcPr>
            <w:tcW w:w="1789" w:type="dxa"/>
            <w:vAlign w:val="center"/>
          </w:tcPr>
          <w:p w14:paraId="60819507" w14:textId="77777777" w:rsidR="00EE7437" w:rsidRDefault="00EE7437">
            <w:pPr>
              <w:spacing w:after="0"/>
              <w:jc w:val="center"/>
            </w:pPr>
          </w:p>
        </w:tc>
        <w:tc>
          <w:tcPr>
            <w:tcW w:w="1419" w:type="dxa"/>
            <w:vAlign w:val="center"/>
          </w:tcPr>
          <w:p w14:paraId="663F1145" w14:textId="77777777" w:rsidR="00EE7437" w:rsidRDefault="00EE7437">
            <w:pPr>
              <w:spacing w:after="0"/>
              <w:jc w:val="center"/>
            </w:pPr>
          </w:p>
        </w:tc>
      </w:tr>
      <w:tr w:rsidR="00EE7437" w14:paraId="37F365A7" w14:textId="77777777" w:rsidTr="00885B5C">
        <w:trPr>
          <w:jc w:val="center"/>
        </w:trPr>
        <w:tc>
          <w:tcPr>
            <w:tcW w:w="1217" w:type="dxa"/>
            <w:vAlign w:val="center"/>
          </w:tcPr>
          <w:p w14:paraId="6E314C62" w14:textId="77777777" w:rsidR="00EE7437" w:rsidRDefault="00B0542C">
            <w:pPr>
              <w:spacing w:after="0"/>
              <w:jc w:val="center"/>
            </w:pPr>
            <w:r>
              <w:t>2</w:t>
            </w:r>
          </w:p>
        </w:tc>
        <w:tc>
          <w:tcPr>
            <w:tcW w:w="1404" w:type="dxa"/>
            <w:vAlign w:val="center"/>
          </w:tcPr>
          <w:p w14:paraId="744C4B47" w14:textId="77777777" w:rsidR="00EE7437" w:rsidRDefault="00EE7437">
            <w:pPr>
              <w:spacing w:after="0"/>
              <w:jc w:val="center"/>
            </w:pPr>
          </w:p>
        </w:tc>
        <w:tc>
          <w:tcPr>
            <w:tcW w:w="1402" w:type="dxa"/>
            <w:vAlign w:val="center"/>
          </w:tcPr>
          <w:p w14:paraId="2DF0D06A" w14:textId="77777777" w:rsidR="00EE7437" w:rsidRDefault="00EE7437">
            <w:pPr>
              <w:spacing w:after="0"/>
              <w:jc w:val="center"/>
            </w:pPr>
          </w:p>
        </w:tc>
        <w:tc>
          <w:tcPr>
            <w:tcW w:w="1374" w:type="dxa"/>
            <w:vAlign w:val="center"/>
          </w:tcPr>
          <w:p w14:paraId="0A784276" w14:textId="77777777" w:rsidR="00EE7437" w:rsidRDefault="00EE7437">
            <w:pPr>
              <w:spacing w:after="0"/>
              <w:jc w:val="center"/>
            </w:pPr>
          </w:p>
        </w:tc>
        <w:tc>
          <w:tcPr>
            <w:tcW w:w="1357" w:type="dxa"/>
            <w:vAlign w:val="center"/>
          </w:tcPr>
          <w:p w14:paraId="429A5513" w14:textId="77777777" w:rsidR="00EE7437" w:rsidRDefault="00EE7437">
            <w:pPr>
              <w:spacing w:after="0"/>
              <w:jc w:val="center"/>
            </w:pPr>
          </w:p>
        </w:tc>
        <w:tc>
          <w:tcPr>
            <w:tcW w:w="1789" w:type="dxa"/>
            <w:vAlign w:val="center"/>
          </w:tcPr>
          <w:p w14:paraId="35BE9A30" w14:textId="77777777" w:rsidR="00EE7437" w:rsidRDefault="00EE7437">
            <w:pPr>
              <w:spacing w:after="0"/>
              <w:jc w:val="center"/>
            </w:pPr>
          </w:p>
        </w:tc>
        <w:tc>
          <w:tcPr>
            <w:tcW w:w="1419" w:type="dxa"/>
            <w:vAlign w:val="center"/>
          </w:tcPr>
          <w:p w14:paraId="6C2DE692" w14:textId="77777777" w:rsidR="00EE7437" w:rsidRDefault="00EE7437">
            <w:pPr>
              <w:spacing w:after="0"/>
              <w:jc w:val="center"/>
            </w:pPr>
          </w:p>
        </w:tc>
      </w:tr>
      <w:tr w:rsidR="00EE7437" w14:paraId="4F2AD138" w14:textId="77777777" w:rsidTr="00885B5C">
        <w:trPr>
          <w:jc w:val="center"/>
        </w:trPr>
        <w:tc>
          <w:tcPr>
            <w:tcW w:w="1217" w:type="dxa"/>
            <w:vAlign w:val="center"/>
          </w:tcPr>
          <w:p w14:paraId="0F8F7FD4" w14:textId="77777777" w:rsidR="00EE7437" w:rsidRDefault="00B0542C">
            <w:pPr>
              <w:spacing w:after="0"/>
              <w:jc w:val="center"/>
            </w:pPr>
            <w:r>
              <w:t>3</w:t>
            </w:r>
          </w:p>
        </w:tc>
        <w:tc>
          <w:tcPr>
            <w:tcW w:w="1404" w:type="dxa"/>
            <w:vAlign w:val="center"/>
          </w:tcPr>
          <w:p w14:paraId="0F27986C" w14:textId="77777777" w:rsidR="00EE7437" w:rsidRDefault="00EE7437">
            <w:pPr>
              <w:spacing w:after="0"/>
              <w:jc w:val="center"/>
            </w:pPr>
          </w:p>
        </w:tc>
        <w:tc>
          <w:tcPr>
            <w:tcW w:w="1402" w:type="dxa"/>
            <w:vAlign w:val="center"/>
          </w:tcPr>
          <w:p w14:paraId="7D0F27BF" w14:textId="77777777" w:rsidR="00EE7437" w:rsidRDefault="00EE7437">
            <w:pPr>
              <w:spacing w:after="0"/>
              <w:jc w:val="center"/>
            </w:pPr>
          </w:p>
        </w:tc>
        <w:tc>
          <w:tcPr>
            <w:tcW w:w="1374" w:type="dxa"/>
            <w:vAlign w:val="center"/>
          </w:tcPr>
          <w:p w14:paraId="4974B349" w14:textId="77777777" w:rsidR="00EE7437" w:rsidRDefault="00EE7437">
            <w:pPr>
              <w:spacing w:after="0"/>
              <w:jc w:val="center"/>
            </w:pPr>
          </w:p>
        </w:tc>
        <w:tc>
          <w:tcPr>
            <w:tcW w:w="1357" w:type="dxa"/>
            <w:vAlign w:val="center"/>
          </w:tcPr>
          <w:p w14:paraId="1D0EDCC0" w14:textId="77777777" w:rsidR="00EE7437" w:rsidRDefault="00EE7437">
            <w:pPr>
              <w:spacing w:after="0"/>
              <w:jc w:val="center"/>
            </w:pPr>
          </w:p>
        </w:tc>
        <w:tc>
          <w:tcPr>
            <w:tcW w:w="1789" w:type="dxa"/>
            <w:vAlign w:val="center"/>
          </w:tcPr>
          <w:p w14:paraId="5E37746F" w14:textId="77777777" w:rsidR="00EE7437" w:rsidRDefault="00EE7437">
            <w:pPr>
              <w:spacing w:after="0"/>
              <w:jc w:val="center"/>
            </w:pPr>
          </w:p>
        </w:tc>
        <w:tc>
          <w:tcPr>
            <w:tcW w:w="1419" w:type="dxa"/>
            <w:vAlign w:val="center"/>
          </w:tcPr>
          <w:p w14:paraId="107AB97E" w14:textId="77777777" w:rsidR="00EE7437" w:rsidRDefault="00EE7437">
            <w:pPr>
              <w:spacing w:after="0"/>
              <w:jc w:val="center"/>
            </w:pPr>
          </w:p>
        </w:tc>
      </w:tr>
    </w:tbl>
    <w:p w14:paraId="5E3DA41A" w14:textId="77777777" w:rsidR="002913BD" w:rsidRDefault="002913BD" w:rsidP="002913BD">
      <w:pPr>
        <w:jc w:val="both"/>
      </w:pPr>
    </w:p>
    <w:p w14:paraId="0E5F1DC8" w14:textId="77777777" w:rsidR="002913BD" w:rsidRDefault="002913BD">
      <w:pPr>
        <w:jc w:val="both"/>
      </w:pPr>
    </w:p>
    <w:p w14:paraId="38A91EE5" w14:textId="3143BAB9" w:rsidR="00EE7437" w:rsidRDefault="00B0542C">
      <w:pPr>
        <w:jc w:val="both"/>
      </w:pPr>
      <w:r>
        <w:t>Oświadczam/y, że informacje wskazane w wykazie są zgodne z dokumentami potwierdzającymi należyte wykonanie usług.</w:t>
      </w:r>
    </w:p>
    <w:p w14:paraId="2656C4EE" w14:textId="77777777" w:rsidR="00041088" w:rsidRDefault="00041088">
      <w:pPr>
        <w:jc w:val="both"/>
      </w:pPr>
    </w:p>
    <w:p w14:paraId="6719E52B" w14:textId="77777777" w:rsidR="00041088" w:rsidRDefault="00041088" w:rsidP="00041088">
      <w:pPr>
        <w:spacing w:after="240"/>
        <w:jc w:val="both"/>
      </w:pPr>
      <w:r>
        <w:t>1. Wykazana usługa musi być porównywalna z przedmiotem zamówienia co do charakteru przygotowania i dostarczania posiłków, okresu, zakresu i stopnia organizacyjnej odpowiedzialności Wykonawcy. Zamawiający może badać, czy usługa rzeczywiście potwierdza zdolność do wykonania usług cateringowych objętych zamówieniem.</w:t>
      </w:r>
    </w:p>
    <w:p w14:paraId="6779982E" w14:textId="77777777" w:rsidR="00041088" w:rsidRDefault="00041088" w:rsidP="00041088">
      <w:pPr>
        <w:spacing w:after="240"/>
        <w:jc w:val="both"/>
      </w:pPr>
      <w:r>
        <w:t>2. Dowody należytego wykonania powinny pochodzić od podmiotu, na rzecz którego usługa była wykonywana, chyba że z uzasadnionej przyczyny o obiektywnym charakterze Wykonawca nie jest w stanie uzyskać takiego dokumentu.</w:t>
      </w:r>
    </w:p>
    <w:p w14:paraId="4B1310F5" w14:textId="3ED01CB0" w:rsidR="00EE7437" w:rsidRDefault="00041088" w:rsidP="00041088">
      <w:pPr>
        <w:spacing w:after="240"/>
        <w:jc w:val="both"/>
      </w:pPr>
      <w:r>
        <w:t>3. W przypadku usług nadal wykonywanych dowód powinien odnosić się do części już zrealizowanej i potwierdzać jej należyte wykonywanie.</w:t>
      </w:r>
    </w:p>
    <w:p w14:paraId="36CBCF41" w14:textId="77777777" w:rsidR="00041088" w:rsidRDefault="00041088">
      <w:pPr>
        <w:spacing w:after="240"/>
        <w:jc w:val="both"/>
      </w:pPr>
    </w:p>
    <w:p w14:paraId="4A116A44" w14:textId="4F5A0EA6" w:rsidR="00EE7437" w:rsidRDefault="00EE7437">
      <w:pPr>
        <w:jc w:val="both"/>
      </w:pPr>
    </w:p>
    <w:sectPr w:rsidR="00EE7437" w:rsidSect="0003461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964" w:right="1134" w:bottom="964" w:left="1134" w:header="454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E5430" w14:textId="77777777" w:rsidR="00BD03D0" w:rsidRDefault="00BD03D0">
      <w:pPr>
        <w:spacing w:after="0" w:line="240" w:lineRule="auto"/>
      </w:pPr>
      <w:r>
        <w:separator/>
      </w:r>
    </w:p>
  </w:endnote>
  <w:endnote w:type="continuationSeparator" w:id="0">
    <w:p w14:paraId="636D5A2F" w14:textId="77777777" w:rsidR="00BD03D0" w:rsidRDefault="00BD0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DB583" w14:textId="77777777" w:rsidR="00324E06" w:rsidRDefault="00324E06" w:rsidP="0000542F">
    <w:pPr>
      <w:pStyle w:val="Stopka"/>
      <w:rPr>
        <w:rFonts w:ascii="Cambria" w:hAnsi="Cambria"/>
        <w:sz w:val="20"/>
        <w:bdr w:val="single" w:sz="4" w:space="0" w:color="auto"/>
      </w:rPr>
    </w:pPr>
  </w:p>
  <w:p w14:paraId="24393D2E" w14:textId="2C947B64" w:rsidR="00324E06" w:rsidRPr="00BA303A" w:rsidRDefault="00ED18E8" w:rsidP="0000542F">
    <w:pPr>
      <w:pStyle w:val="Stopka"/>
      <w:rPr>
        <w:rFonts w:ascii="Cambria" w:hAnsi="Cambria"/>
        <w:b/>
        <w:sz w:val="20"/>
        <w:bdr w:val="single" w:sz="4" w:space="0" w:color="auto"/>
      </w:rPr>
    </w:pPr>
    <w:r>
      <w:rPr>
        <w:sz w:val="20"/>
        <w:bdr w:val="single" w:sz="4" w:space="0" w:color="auto"/>
      </w:rPr>
      <w:t>Or.SO.2714.7.2026</w:t>
    </w:r>
    <w:r w:rsidR="00BA11A5" w:rsidRPr="00BA303A">
      <w:rPr>
        <w:sz w:val="20"/>
        <w:bdr w:val="single" w:sz="4" w:space="0" w:color="auto"/>
      </w:rPr>
      <w:tab/>
    </w:r>
    <w:r w:rsidR="000A05E7">
      <w:rPr>
        <w:sz w:val="20"/>
        <w:bdr w:val="single" w:sz="4" w:space="0" w:color="auto"/>
      </w:rPr>
      <w:t xml:space="preserve">Załącznik nr 9 - </w:t>
    </w:r>
    <w:r w:rsidR="00BA11A5">
      <w:rPr>
        <w:sz w:val="20"/>
        <w:bdr w:val="single" w:sz="4" w:space="0" w:color="auto"/>
      </w:rPr>
      <w:t xml:space="preserve">Specyfikacja </w:t>
    </w:r>
    <w:r w:rsidR="00BA11A5" w:rsidRPr="00BA303A">
      <w:rPr>
        <w:sz w:val="20"/>
        <w:bdr w:val="single" w:sz="4" w:space="0" w:color="auto"/>
      </w:rPr>
      <w:t>Warunków Zamówienia (</w:t>
    </w:r>
    <w:r w:rsidR="00BA11A5">
      <w:rPr>
        <w:sz w:val="20"/>
        <w:bdr w:val="single" w:sz="4" w:space="0" w:color="auto"/>
      </w:rPr>
      <w:t>SWZ</w:t>
    </w:r>
    <w:r w:rsidR="00BA11A5" w:rsidRPr="00BA303A">
      <w:rPr>
        <w:sz w:val="20"/>
        <w:bdr w:val="single" w:sz="4" w:space="0" w:color="auto"/>
      </w:rPr>
      <w:t>)</w:t>
    </w:r>
    <w:r w:rsidR="00BA11A5" w:rsidRPr="00BA303A">
      <w:rPr>
        <w:sz w:val="20"/>
        <w:bdr w:val="single" w:sz="4" w:space="0" w:color="auto"/>
      </w:rPr>
      <w:tab/>
      <w:t xml:space="preserve">Strona </w:t>
    </w:r>
    <w:r w:rsidR="00BA11A5" w:rsidRPr="00BA303A">
      <w:rPr>
        <w:b/>
        <w:sz w:val="20"/>
        <w:bdr w:val="single" w:sz="4" w:space="0" w:color="auto"/>
      </w:rPr>
      <w:fldChar w:fldCharType="begin"/>
    </w:r>
    <w:r w:rsidR="00BA11A5" w:rsidRPr="00BA303A">
      <w:rPr>
        <w:b/>
        <w:sz w:val="20"/>
        <w:bdr w:val="single" w:sz="4" w:space="0" w:color="auto"/>
      </w:rPr>
      <w:instrText>PAGE</w:instrText>
    </w:r>
    <w:r w:rsidR="00BA11A5" w:rsidRPr="00BA303A">
      <w:rPr>
        <w:b/>
        <w:sz w:val="20"/>
        <w:bdr w:val="single" w:sz="4" w:space="0" w:color="auto"/>
      </w:rPr>
      <w:fldChar w:fldCharType="separate"/>
    </w:r>
    <w:r w:rsidR="00DE64A1">
      <w:rPr>
        <w:b/>
        <w:noProof/>
        <w:sz w:val="20"/>
        <w:bdr w:val="single" w:sz="4" w:space="0" w:color="auto"/>
      </w:rPr>
      <w:t>1</w:t>
    </w:r>
    <w:r w:rsidR="00BA11A5" w:rsidRPr="00BA303A">
      <w:rPr>
        <w:b/>
        <w:sz w:val="20"/>
        <w:bdr w:val="single" w:sz="4" w:space="0" w:color="auto"/>
      </w:rPr>
      <w:fldChar w:fldCharType="end"/>
    </w:r>
    <w:r w:rsidR="00BA11A5" w:rsidRPr="00BA303A">
      <w:rPr>
        <w:sz w:val="20"/>
        <w:bdr w:val="single" w:sz="4" w:space="0" w:color="auto"/>
      </w:rPr>
      <w:t xml:space="preserve"> z </w:t>
    </w:r>
    <w:r w:rsidR="00BA11A5" w:rsidRPr="00BA303A">
      <w:rPr>
        <w:b/>
        <w:sz w:val="20"/>
        <w:bdr w:val="single" w:sz="4" w:space="0" w:color="auto"/>
      </w:rPr>
      <w:fldChar w:fldCharType="begin"/>
    </w:r>
    <w:r w:rsidR="00BA11A5" w:rsidRPr="00BA303A">
      <w:rPr>
        <w:b/>
        <w:sz w:val="20"/>
        <w:bdr w:val="single" w:sz="4" w:space="0" w:color="auto"/>
      </w:rPr>
      <w:instrText>NUMPAGES</w:instrText>
    </w:r>
    <w:r w:rsidR="00BA11A5" w:rsidRPr="00BA303A">
      <w:rPr>
        <w:b/>
        <w:sz w:val="20"/>
        <w:bdr w:val="single" w:sz="4" w:space="0" w:color="auto"/>
      </w:rPr>
      <w:fldChar w:fldCharType="separate"/>
    </w:r>
    <w:r w:rsidR="00DE64A1">
      <w:rPr>
        <w:b/>
        <w:noProof/>
        <w:sz w:val="20"/>
        <w:bdr w:val="single" w:sz="4" w:space="0" w:color="auto"/>
      </w:rPr>
      <w:t>1</w:t>
    </w:r>
    <w:r w:rsidR="00BA11A5" w:rsidRPr="00BA303A">
      <w:rPr>
        <w:b/>
        <w:sz w:val="20"/>
        <w:bdr w:val="single" w:sz="4" w:space="0" w:color="auto"/>
      </w:rPr>
      <w:fldChar w:fldCharType="end"/>
    </w:r>
  </w:p>
  <w:p w14:paraId="45FB0534" w14:textId="77777777" w:rsidR="00ED18E8" w:rsidRDefault="00ED18E8" w:rsidP="00ED18E8">
    <w:pPr>
      <w:tabs>
        <w:tab w:val="left" w:pos="5400"/>
      </w:tabs>
      <w:jc w:val="center"/>
      <w:rPr>
        <w:rFonts w:ascii="Cambria" w:hAnsi="Cambria" w:cs="Arial"/>
        <w:sz w:val="18"/>
        <w:szCs w:val="18"/>
      </w:rPr>
    </w:pPr>
    <w:r>
      <w:rPr>
        <w:rFonts w:ascii="Cambria" w:hAnsi="Cambria" w:cs="Arial"/>
        <w:sz w:val="18"/>
        <w:szCs w:val="18"/>
      </w:rPr>
      <w:t xml:space="preserve">Dokument sporządza się pod rygorem nieważności w formie elektronicznej </w:t>
    </w:r>
  </w:p>
  <w:p w14:paraId="4A0370EF" w14:textId="77777777" w:rsidR="00ED18E8" w:rsidRDefault="00ED18E8" w:rsidP="00ED18E8">
    <w:pPr>
      <w:tabs>
        <w:tab w:val="left" w:pos="5400"/>
      </w:tabs>
      <w:jc w:val="center"/>
      <w:rPr>
        <w:rFonts w:ascii="Cambria" w:hAnsi="Cambria" w:cs="Arial"/>
        <w:sz w:val="18"/>
        <w:szCs w:val="18"/>
      </w:rPr>
    </w:pPr>
    <w:r>
      <w:rPr>
        <w:rFonts w:ascii="Cambria" w:hAnsi="Cambria" w:cs="Arial"/>
        <w:sz w:val="18"/>
        <w:szCs w:val="18"/>
      </w:rPr>
      <w:t xml:space="preserve">podpisanej kwalifikowanym podpisem elektronicznym </w:t>
    </w:r>
    <w:r>
      <w:rPr>
        <w:rFonts w:ascii="Cambria" w:hAnsi="Cambria" w:cs="Arial"/>
        <w:i/>
        <w:sz w:val="18"/>
        <w:szCs w:val="18"/>
      </w:rPr>
      <w:t>lub podpisem zaufanym lub podpisem osobistym</w:t>
    </w:r>
  </w:p>
  <w:p w14:paraId="42ECD857" w14:textId="77777777" w:rsidR="00324E06" w:rsidRDefault="00324E06" w:rsidP="00C51DF4">
    <w:pPr>
      <w:pStyle w:val="Stopka"/>
      <w:tabs>
        <w:tab w:val="left" w:pos="673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022030" w14:textId="77777777" w:rsidR="00BD03D0" w:rsidRDefault="00BD03D0">
      <w:pPr>
        <w:spacing w:after="0" w:line="240" w:lineRule="auto"/>
      </w:pPr>
      <w:r>
        <w:separator/>
      </w:r>
    </w:p>
  </w:footnote>
  <w:footnote w:type="continuationSeparator" w:id="0">
    <w:p w14:paraId="1E2EFC36" w14:textId="77777777" w:rsidR="00BD03D0" w:rsidRDefault="00BD0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CE5811" w14:textId="77777777" w:rsidR="003F6428" w:rsidRDefault="00B0542C">
    <w:pPr>
      <w:jc w:val="center"/>
    </w:pPr>
    <w:r>
      <w:rPr>
        <w:noProof/>
        <w:lang w:bidi="ar-SA"/>
      </w:rPr>
      <w:drawing>
        <wp:inline distT="0" distB="0" distL="0" distR="0" wp14:anchorId="48E58F95" wp14:editId="29C22324">
          <wp:extent cx="5760000" cy="880941"/>
          <wp:effectExtent l="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8809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7413B" w14:textId="77777777" w:rsidR="00324E06" w:rsidRDefault="009A6682">
    <w:pPr>
      <w:jc w:val="center"/>
    </w:pPr>
    <w:r>
      <w:rPr>
        <w:noProof/>
        <w:lang w:bidi="ar-SA"/>
      </w:rPr>
      <w:drawing>
        <wp:inline distT="0" distB="0" distL="0" distR="0" wp14:anchorId="17CAF805" wp14:editId="6099866C">
          <wp:extent cx="5687695" cy="596900"/>
          <wp:effectExtent l="0" t="0" r="8255" b="0"/>
          <wp:docPr id="79465854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658547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87695" cy="596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67BC6" w14:textId="77777777" w:rsidR="003F6428" w:rsidRDefault="00B0542C">
    <w:pPr>
      <w:jc w:val="center"/>
    </w:pPr>
    <w:r>
      <w:rPr>
        <w:noProof/>
        <w:lang w:bidi="ar-SA"/>
      </w:rPr>
      <w:drawing>
        <wp:inline distT="0" distB="0" distL="0" distR="0" wp14:anchorId="7CC6B652" wp14:editId="6E4D66DD">
          <wp:extent cx="5760000" cy="880941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8809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1F08"/>
    <w:rsid w:val="00017078"/>
    <w:rsid w:val="00034616"/>
    <w:rsid w:val="00041088"/>
    <w:rsid w:val="0006063C"/>
    <w:rsid w:val="000A05E7"/>
    <w:rsid w:val="000C035B"/>
    <w:rsid w:val="000F4DD4"/>
    <w:rsid w:val="00105982"/>
    <w:rsid w:val="0012651F"/>
    <w:rsid w:val="0015074B"/>
    <w:rsid w:val="00151E5D"/>
    <w:rsid w:val="001D7365"/>
    <w:rsid w:val="00231A49"/>
    <w:rsid w:val="002722CE"/>
    <w:rsid w:val="002913BD"/>
    <w:rsid w:val="0029639D"/>
    <w:rsid w:val="002B296B"/>
    <w:rsid w:val="002F3009"/>
    <w:rsid w:val="002F48F3"/>
    <w:rsid w:val="003018E2"/>
    <w:rsid w:val="0030335A"/>
    <w:rsid w:val="003134DD"/>
    <w:rsid w:val="00324E06"/>
    <w:rsid w:val="00326F90"/>
    <w:rsid w:val="00332629"/>
    <w:rsid w:val="00335971"/>
    <w:rsid w:val="00346B22"/>
    <w:rsid w:val="00360986"/>
    <w:rsid w:val="00385A8E"/>
    <w:rsid w:val="003F3C46"/>
    <w:rsid w:val="003F6428"/>
    <w:rsid w:val="00434BE8"/>
    <w:rsid w:val="0044702C"/>
    <w:rsid w:val="0047396B"/>
    <w:rsid w:val="004F3185"/>
    <w:rsid w:val="00501C79"/>
    <w:rsid w:val="00552475"/>
    <w:rsid w:val="005A5B0C"/>
    <w:rsid w:val="006B25CF"/>
    <w:rsid w:val="00761B40"/>
    <w:rsid w:val="007C69AF"/>
    <w:rsid w:val="00803901"/>
    <w:rsid w:val="00885B5C"/>
    <w:rsid w:val="008A6A89"/>
    <w:rsid w:val="008E1765"/>
    <w:rsid w:val="008E68CC"/>
    <w:rsid w:val="00906791"/>
    <w:rsid w:val="009A6682"/>
    <w:rsid w:val="009A6AB1"/>
    <w:rsid w:val="009E74CD"/>
    <w:rsid w:val="00A15AC1"/>
    <w:rsid w:val="00A524F0"/>
    <w:rsid w:val="00A52EAD"/>
    <w:rsid w:val="00A54325"/>
    <w:rsid w:val="00AA1D8D"/>
    <w:rsid w:val="00AD2C44"/>
    <w:rsid w:val="00AE4107"/>
    <w:rsid w:val="00AE4F7E"/>
    <w:rsid w:val="00B0542C"/>
    <w:rsid w:val="00B2338D"/>
    <w:rsid w:val="00B23805"/>
    <w:rsid w:val="00B47730"/>
    <w:rsid w:val="00B73CD7"/>
    <w:rsid w:val="00BA11A5"/>
    <w:rsid w:val="00BC5A8A"/>
    <w:rsid w:val="00BD03D0"/>
    <w:rsid w:val="00C06535"/>
    <w:rsid w:val="00C12819"/>
    <w:rsid w:val="00C543A1"/>
    <w:rsid w:val="00C73AC9"/>
    <w:rsid w:val="00CB0664"/>
    <w:rsid w:val="00CB567B"/>
    <w:rsid w:val="00CC4F55"/>
    <w:rsid w:val="00CF4386"/>
    <w:rsid w:val="00D5236C"/>
    <w:rsid w:val="00DA1A9A"/>
    <w:rsid w:val="00DA6B4B"/>
    <w:rsid w:val="00DA6DBF"/>
    <w:rsid w:val="00DE572E"/>
    <w:rsid w:val="00DE64A1"/>
    <w:rsid w:val="00E26C3F"/>
    <w:rsid w:val="00E61887"/>
    <w:rsid w:val="00E9494F"/>
    <w:rsid w:val="00EC66A3"/>
    <w:rsid w:val="00ED18E8"/>
    <w:rsid w:val="00ED1EDE"/>
    <w:rsid w:val="00EE67A2"/>
    <w:rsid w:val="00EE7437"/>
    <w:rsid w:val="00EF1B16"/>
    <w:rsid w:val="00F0025B"/>
    <w:rsid w:val="00F116F1"/>
    <w:rsid w:val="00F37879"/>
    <w:rsid w:val="00F50FA7"/>
    <w:rsid w:val="00F57676"/>
    <w:rsid w:val="00F7313F"/>
    <w:rsid w:val="00FA6A77"/>
    <w:rsid w:val="00FC693F"/>
    <w:rsid w:val="00FE1109"/>
    <w:rsid w:val="00FE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pl-PL" w:bidi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C38505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pl-P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pPr>
      <w:spacing w:after="80"/>
    </w:pPr>
    <w:rPr>
      <w:rFonts w:ascii="Aptos" w:eastAsia="Aptos" w:hAnsi="Aptos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  <w:rPr>
      <w:rFonts w:ascii="Aptos" w:eastAsia="Aptos" w:hAnsi="Aptos"/>
      <w:color w:val="000000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  <w:rPr>
      <w:rFonts w:ascii="Aptos" w:eastAsia="Aptos" w:hAnsi="Aptos"/>
      <w:color w:val="000000"/>
      <w:lang w:val="pl-PL" w:eastAsia="pl-PL" w:bidi="pl-PL"/>
    </w:rPr>
  </w:style>
  <w:style w:type="paragraph" w:styleId="Bezodstpw">
    <w:name w:val="No Spacing"/>
    <w:uiPriority w:val="1"/>
    <w:qFormat/>
    <w:rsid w:val="00FC693F"/>
    <w:pPr>
      <w:spacing w:after="0" w:line="240" w:lineRule="auto"/>
    </w:pPr>
    <w:rPr>
      <w:rFonts w:ascii="Aptos" w:eastAsia="Aptos" w:hAnsi="Aptos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8"/>
      <w:szCs w:val="28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6"/>
      <w:szCs w:val="26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000000"/>
      <w:lang w:val="pl-PL" w:eastAsia="pl-PL" w:bidi="pl-PL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000000"/>
      <w:spacing w:val="5"/>
      <w:kern w:val="28"/>
      <w:sz w:val="52"/>
      <w:szCs w:val="52"/>
      <w:lang w:val="pl-PL" w:eastAsia="pl-PL" w:bidi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000000"/>
      <w:spacing w:val="15"/>
      <w:sz w:val="24"/>
      <w:szCs w:val="24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  <w:rPr>
      <w:rFonts w:ascii="Aptos" w:eastAsia="Aptos" w:hAnsi="Aptos"/>
      <w:color w:val="000000"/>
      <w:lang w:val="pl-PL" w:eastAsia="pl-PL" w:bidi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  <w:rPr>
      <w:rFonts w:ascii="Aptos" w:eastAsia="Aptos" w:hAnsi="Aptos"/>
      <w:color w:val="000000"/>
      <w:lang w:val="pl-PL" w:eastAsia="pl-PL" w:bidi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rFonts w:ascii="Aptos" w:eastAsia="Aptos" w:hAnsi="Aptos"/>
      <w:color w:val="000000"/>
      <w:sz w:val="16"/>
      <w:szCs w:val="16"/>
      <w:lang w:val="pl-PL" w:eastAsia="pl-PL" w:bidi="pl-PL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ptos" w:eastAsia="Aptos" w:hAnsi="Aptos"/>
      <w:color w:val="000000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Aptos" w:eastAsia="Aptos" w:hAnsi="Aptos"/>
      <w:color w:val="000000"/>
      <w:sz w:val="20"/>
      <w:szCs w:val="20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rFonts w:ascii="Aptos" w:eastAsia="Aptos" w:hAnsi="Aptos"/>
      <w:i/>
      <w:iCs/>
      <w:color w:val="000000"/>
      <w:lang w:val="pl-PL" w:eastAsia="pl-PL"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000000"/>
      <w:lang w:val="pl-PL" w:eastAsia="pl-PL" w:bidi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000000"/>
      <w:lang w:val="pl-PL" w:eastAsia="pl-PL" w:bidi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  <w:lang w:val="pl-PL" w:eastAsia="pl-PL" w:bidi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  <w:lang w:val="pl-PL" w:eastAsia="pl-PL" w:bidi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000000"/>
      <w:sz w:val="20"/>
      <w:szCs w:val="20"/>
      <w:lang w:val="pl-PL" w:eastAsia="pl-PL" w:bidi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  <w:sz w:val="20"/>
      <w:szCs w:val="20"/>
      <w:lang w:val="pl-PL" w:eastAsia="pl-PL" w:bidi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rFonts w:ascii="Aptos" w:eastAsia="Aptos" w:hAnsi="Aptos"/>
      <w:b/>
      <w:bCs/>
      <w:color w:val="000000"/>
      <w:lang w:val="pl-PL" w:eastAsia="pl-PL" w:bidi="pl-PL"/>
    </w:rPr>
  </w:style>
  <w:style w:type="character" w:styleId="Uwydatnienie">
    <w:name w:val="Emphasis"/>
    <w:basedOn w:val="Domylnaczcionkaakapitu"/>
    <w:uiPriority w:val="20"/>
    <w:qFormat/>
    <w:rsid w:val="00FC693F"/>
    <w:rPr>
      <w:rFonts w:ascii="Aptos" w:eastAsia="Aptos" w:hAnsi="Aptos"/>
      <w:i/>
      <w:iCs/>
      <w:color w:val="000000"/>
      <w:lang w:val="pl-PL" w:eastAsia="pl-PL" w:bidi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rFonts w:ascii="Aptos" w:eastAsia="Aptos" w:hAnsi="Aptos"/>
      <w:b/>
      <w:bCs/>
      <w:i/>
      <w:iCs/>
      <w:color w:val="000000"/>
      <w:lang w:val="pl-PL" w:eastAsia="pl-PL" w:bidi="pl-PL"/>
    </w:rPr>
  </w:style>
  <w:style w:type="character" w:styleId="Wyrnieniedelikatne">
    <w:name w:val="Subtle Emphasis"/>
    <w:basedOn w:val="Domylnaczcionkaakapitu"/>
    <w:uiPriority w:val="19"/>
    <w:qFormat/>
    <w:rsid w:val="00FC693F"/>
    <w:rPr>
      <w:rFonts w:ascii="Aptos" w:eastAsia="Aptos" w:hAnsi="Aptos"/>
      <w:i/>
      <w:iCs/>
      <w:color w:val="000000"/>
      <w:lang w:val="pl-PL" w:eastAsia="pl-PL" w:bidi="pl-PL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rFonts w:ascii="Aptos" w:eastAsia="Aptos" w:hAnsi="Aptos"/>
      <w:b/>
      <w:bCs/>
      <w:i/>
      <w:iCs/>
      <w:color w:val="000000"/>
      <w:lang w:val="pl-PL" w:eastAsia="pl-PL" w:bidi="pl-PL"/>
    </w:rPr>
  </w:style>
  <w:style w:type="character" w:styleId="Odwoaniedelikatne">
    <w:name w:val="Subtle Reference"/>
    <w:basedOn w:val="Domylnaczcionkaakapitu"/>
    <w:uiPriority w:val="31"/>
    <w:qFormat/>
    <w:rsid w:val="00FC693F"/>
    <w:rPr>
      <w:rFonts w:ascii="Aptos" w:eastAsia="Aptos" w:hAnsi="Aptos"/>
      <w:smallCaps/>
      <w:color w:val="000000"/>
      <w:u w:val="single"/>
      <w:lang w:val="pl-PL" w:eastAsia="pl-PL" w:bidi="pl-PL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rFonts w:ascii="Aptos" w:eastAsia="Aptos" w:hAnsi="Aptos"/>
      <w:b/>
      <w:bCs/>
      <w:smallCaps/>
      <w:color w:val="000000"/>
      <w:spacing w:val="5"/>
      <w:u w:val="single"/>
      <w:lang w:val="pl-PL" w:eastAsia="pl-PL" w:bidi="pl-PL"/>
    </w:rPr>
  </w:style>
  <w:style w:type="character" w:styleId="Tytuksiki">
    <w:name w:val="Book Title"/>
    <w:basedOn w:val="Domylnaczcionkaakapitu"/>
    <w:uiPriority w:val="33"/>
    <w:qFormat/>
    <w:rsid w:val="00FC693F"/>
    <w:rPr>
      <w:rFonts w:ascii="Aptos" w:eastAsia="Aptos" w:hAnsi="Aptos"/>
      <w:b/>
      <w:bCs/>
      <w:smallCaps/>
      <w:color w:val="000000"/>
      <w:spacing w:val="5"/>
      <w:lang w:val="pl-PL" w:eastAsia="pl-PL" w:bidi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  <w:rPr>
      <w:rFonts w:ascii="Aptos" w:eastAsia="Aptos" w:hAnsi="Aptos"/>
    </w:r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rPr>
      <w:rFonts w:ascii="Aptos" w:eastAsia="Aptos" w:hAnsi="Aptos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agwekSWZ">
    <w:name w:val="Nagłówek SWZ"/>
    <w:basedOn w:val="Normalny"/>
    <w:pPr>
      <w:keepNext/>
      <w:spacing w:before="200"/>
    </w:pPr>
    <w:rPr>
      <w:b/>
    </w:rPr>
  </w:style>
  <w:style w:type="paragraph" w:customStyle="1" w:styleId="TytuSWZ">
    <w:name w:val="Tytuł SWZ"/>
    <w:basedOn w:val="Normalny"/>
    <w:pPr>
      <w:keepNext/>
      <w:spacing w:after="160"/>
    </w:pPr>
    <w:rPr>
      <w:b/>
      <w:sz w:val="30"/>
    </w:rPr>
  </w:style>
  <w:style w:type="paragraph" w:customStyle="1" w:styleId="PodnagwekSWZ">
    <w:name w:val="Podnagłówek SWZ"/>
    <w:basedOn w:val="Normalny"/>
    <w:pPr>
      <w:spacing w:before="120" w:after="60"/>
    </w:pPr>
    <w:rPr>
      <w:b/>
      <w:sz w:val="21"/>
    </w:rPr>
  </w:style>
  <w:style w:type="character" w:styleId="Hipercze">
    <w:name w:val="Hyperlink"/>
    <w:basedOn w:val="Domylnaczcionkaakapitu"/>
    <w:uiPriority w:val="99"/>
    <w:unhideWhenUsed/>
    <w:rsid w:val="003018E2"/>
    <w:rPr>
      <w:rFonts w:ascii="Aptos" w:eastAsia="Aptos" w:hAnsi="Aptos"/>
      <w:color w:val="000000"/>
      <w:u w:val="single"/>
      <w:lang w:val="pl-PL" w:eastAsia="pl-PL" w:bidi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018E2"/>
    <w:rPr>
      <w:rFonts w:ascii="Aptos" w:eastAsia="Aptos" w:hAnsi="Aptos"/>
      <w:color w:val="000000"/>
      <w:shd w:val="clear" w:color="auto" w:fill="E1DFDD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D0574B-EE62-41E8-9D62-9B5363CAB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2026-04-30T11:18:00Z</dcterms:created>
  <dcterms:modified xsi:type="dcterms:W3CDTF">2026-07-31T10:44:00Z</dcterms:modified>
  <cp:category/>
  <dc:language>pl-PL</dc:language>
</cp:coreProperties>
</file>