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1E2B4" w14:textId="451A1B17" w:rsidR="00EB0BDA" w:rsidRDefault="00E05438" w:rsidP="00B664F1">
      <w:pPr>
        <w:spacing w:after="360"/>
        <w:jc w:val="right"/>
      </w:pPr>
      <w:r>
        <w:rPr>
          <w:b/>
        </w:rPr>
        <w:t xml:space="preserve">Załącznik nr 8 do SWZ </w:t>
      </w:r>
      <w:bookmarkStart w:id="0" w:name="_GoBack"/>
      <w:bookmarkEnd w:id="0"/>
    </w:p>
    <w:p w14:paraId="1E081C3D" w14:textId="77777777" w:rsidR="004246A8" w:rsidRPr="008C272A" w:rsidRDefault="004246A8" w:rsidP="004246A8">
      <w:pPr>
        <w:spacing w:before="120"/>
        <w:rPr>
          <w:rFonts w:ascii="Arial" w:hAnsi="Arial" w:cs="Arial"/>
        </w:rPr>
      </w:pPr>
      <w:r w:rsidRPr="008C272A"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Pr="008C272A">
        <w:rPr>
          <w:rFonts w:ascii="Arial" w:hAnsi="Arial" w:cs="Arial"/>
          <w:sz w:val="20"/>
          <w:szCs w:val="20"/>
        </w:rPr>
        <w:tab/>
        <w:t xml:space="preserve">      </w:t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</w:r>
      <w:r w:rsidRPr="008C272A">
        <w:rPr>
          <w:rFonts w:ascii="Arial" w:hAnsi="Arial" w:cs="Arial"/>
          <w:sz w:val="20"/>
          <w:szCs w:val="20"/>
        </w:rPr>
        <w:tab/>
        <w:t xml:space="preserve">                                    </w:t>
      </w:r>
    </w:p>
    <w:p w14:paraId="3830238E" w14:textId="77777777" w:rsidR="004246A8" w:rsidRPr="004246A8" w:rsidRDefault="004246A8" w:rsidP="004246A8">
      <w:pPr>
        <w:ind w:right="39"/>
        <w:rPr>
          <w:rFonts w:ascii="Arial" w:hAnsi="Arial" w:cs="Arial"/>
          <w:b/>
        </w:rPr>
      </w:pPr>
      <w:r w:rsidRPr="008C272A">
        <w:rPr>
          <w:rFonts w:ascii="Arial" w:eastAsia="Cambria" w:hAnsi="Arial" w:cs="Arial"/>
          <w:i/>
          <w:sz w:val="16"/>
          <w:szCs w:val="16"/>
        </w:rPr>
        <w:t xml:space="preserve">           </w:t>
      </w:r>
      <w:r w:rsidRPr="008C272A">
        <w:rPr>
          <w:rFonts w:ascii="Arial" w:eastAsia="Batang" w:hAnsi="Arial" w:cs="Arial"/>
          <w:i/>
          <w:sz w:val="16"/>
          <w:szCs w:val="16"/>
        </w:rPr>
        <w:t>(Nazwa i adres Wykonawcy)</w:t>
      </w:r>
    </w:p>
    <w:p w14:paraId="42C9B73E" w14:textId="1F1336A3" w:rsidR="004246A8" w:rsidRPr="004246A8" w:rsidRDefault="004246A8" w:rsidP="004246A8">
      <w:pPr>
        <w:spacing w:after="360"/>
        <w:jc w:val="center"/>
        <w:rPr>
          <w:b/>
        </w:rPr>
      </w:pPr>
      <w:r w:rsidRPr="004246A8">
        <w:rPr>
          <w:b/>
        </w:rPr>
        <w:t>Wykaz osób</w:t>
      </w:r>
    </w:p>
    <w:p w14:paraId="7257967B" w14:textId="08C7531E" w:rsidR="00EB0BDA" w:rsidRPr="004246A8" w:rsidRDefault="004246A8" w:rsidP="004246A8">
      <w:pPr>
        <w:spacing w:after="360"/>
        <w:jc w:val="both"/>
      </w:pPr>
      <w:r>
        <w:t xml:space="preserve">Dla zadania: </w:t>
      </w:r>
      <w:r w:rsidR="00E05438">
        <w:t xml:space="preserve"> Świadczenie usług cateringowych obejmujących przygotowanie i dostarczanie posiłków dla uczestników Klubu Seniora w Kuczyźnie w ramach projektu „Rozwijamy usługi społeczne w Gminie Cielądz”</w:t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2194"/>
        <w:gridCol w:w="3206"/>
        <w:gridCol w:w="3375"/>
        <w:gridCol w:w="2363"/>
        <w:gridCol w:w="2193"/>
      </w:tblGrid>
      <w:tr w:rsidR="004246A8" w:rsidRPr="004246A8" w14:paraId="01D7186A" w14:textId="77777777" w:rsidTr="00FE4A50">
        <w:trPr>
          <w:cantSplit/>
          <w:tblHeader/>
          <w:jc w:val="center"/>
        </w:trPr>
        <w:tc>
          <w:tcPr>
            <w:tcW w:w="704" w:type="dxa"/>
            <w:vAlign w:val="center"/>
          </w:tcPr>
          <w:p w14:paraId="2534D97B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b/>
                <w:color w:val="000000" w:themeColor="text1"/>
              </w:rPr>
              <w:t>Lp.</w:t>
            </w:r>
          </w:p>
        </w:tc>
        <w:tc>
          <w:tcPr>
            <w:tcW w:w="1843" w:type="dxa"/>
            <w:vAlign w:val="center"/>
          </w:tcPr>
          <w:p w14:paraId="778813A1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b/>
                <w:color w:val="000000" w:themeColor="text1"/>
              </w:rPr>
              <w:t>Imię i nazwisko</w:t>
            </w:r>
          </w:p>
        </w:tc>
        <w:tc>
          <w:tcPr>
            <w:tcW w:w="2693" w:type="dxa"/>
            <w:vAlign w:val="center"/>
          </w:tcPr>
          <w:p w14:paraId="3A66006C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b/>
                <w:color w:val="000000" w:themeColor="text1"/>
              </w:rPr>
              <w:t>Funkcja przy realizacji zamówienia</w:t>
            </w:r>
          </w:p>
        </w:tc>
        <w:tc>
          <w:tcPr>
            <w:tcW w:w="2835" w:type="dxa"/>
            <w:vAlign w:val="center"/>
          </w:tcPr>
          <w:p w14:paraId="762B0FAA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Spełnienie wymagań sanitarnych właściwych dla wykonywanych czynności (TAK/NIE)</w:t>
            </w:r>
          </w:p>
        </w:tc>
        <w:tc>
          <w:tcPr>
            <w:tcW w:w="1985" w:type="dxa"/>
            <w:vAlign w:val="center"/>
          </w:tcPr>
          <w:p w14:paraId="5F71BA84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Informacja o łączeniu funkcji lub zapewnieniu zastępstwa, jeżeli dotyczy</w:t>
            </w:r>
          </w:p>
          <w:p w14:paraId="6D04E431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6FB31A51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b/>
                <w:color w:val="000000" w:themeColor="text1"/>
              </w:rPr>
              <w:t>Podstawa dysponowania</w:t>
            </w:r>
          </w:p>
        </w:tc>
      </w:tr>
      <w:tr w:rsidR="004246A8" w:rsidRPr="004246A8" w14:paraId="03022B5A" w14:textId="77777777" w:rsidTr="00921FFE">
        <w:trPr>
          <w:cantSplit/>
          <w:jc w:val="center"/>
        </w:trPr>
        <w:tc>
          <w:tcPr>
            <w:tcW w:w="704" w:type="dxa"/>
            <w:vAlign w:val="center"/>
          </w:tcPr>
          <w:p w14:paraId="33D03987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1</w:t>
            </w:r>
          </w:p>
        </w:tc>
        <w:tc>
          <w:tcPr>
            <w:tcW w:w="1843" w:type="dxa"/>
            <w:vAlign w:val="center"/>
          </w:tcPr>
          <w:p w14:paraId="2E82C80C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  <w:p w14:paraId="63960C66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  <w:p w14:paraId="115A981C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  <w:p w14:paraId="563BD187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FE1FE96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osoba odpowiedzialna za przygotowywanie posiłków</w:t>
            </w:r>
          </w:p>
        </w:tc>
        <w:tc>
          <w:tcPr>
            <w:tcW w:w="2835" w:type="dxa"/>
            <w:vAlign w:val="center"/>
          </w:tcPr>
          <w:p w14:paraId="2BF09277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472FAE21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0B380C19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</w:tr>
      <w:tr w:rsidR="004246A8" w:rsidRPr="004246A8" w14:paraId="169B660A" w14:textId="77777777" w:rsidTr="00921FFE">
        <w:trPr>
          <w:cantSplit/>
          <w:jc w:val="center"/>
        </w:trPr>
        <w:tc>
          <w:tcPr>
            <w:tcW w:w="704" w:type="dxa"/>
            <w:vAlign w:val="center"/>
          </w:tcPr>
          <w:p w14:paraId="0545D086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2</w:t>
            </w:r>
          </w:p>
        </w:tc>
        <w:tc>
          <w:tcPr>
            <w:tcW w:w="1843" w:type="dxa"/>
            <w:vAlign w:val="center"/>
          </w:tcPr>
          <w:p w14:paraId="7A84399B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  <w:p w14:paraId="2FD3BA71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  <w:p w14:paraId="00267DB5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  <w:p w14:paraId="625D68B3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348698A5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osoba odpowiedzialna za dostawy i bieżący kontakt z Zamawiającym</w:t>
            </w:r>
          </w:p>
        </w:tc>
        <w:tc>
          <w:tcPr>
            <w:tcW w:w="2835" w:type="dxa"/>
            <w:vAlign w:val="center"/>
          </w:tcPr>
          <w:p w14:paraId="2A9ACC9B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FA827E9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410FC1B4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</w:tr>
      <w:tr w:rsidR="004246A8" w:rsidRPr="004246A8" w14:paraId="60D833D5" w14:textId="77777777" w:rsidTr="00921FFE">
        <w:trPr>
          <w:cantSplit/>
          <w:jc w:val="center"/>
        </w:trPr>
        <w:tc>
          <w:tcPr>
            <w:tcW w:w="704" w:type="dxa"/>
            <w:vAlign w:val="center"/>
          </w:tcPr>
          <w:p w14:paraId="62A65D21" w14:textId="77777777" w:rsidR="00EB0BDA" w:rsidRPr="004246A8" w:rsidRDefault="00E05438">
            <w:pPr>
              <w:spacing w:after="0"/>
              <w:jc w:val="center"/>
              <w:rPr>
                <w:color w:val="000000" w:themeColor="text1"/>
              </w:rPr>
            </w:pPr>
            <w:r w:rsidRPr="004246A8">
              <w:rPr>
                <w:color w:val="000000" w:themeColor="text1"/>
              </w:rPr>
              <w:t>3</w:t>
            </w:r>
          </w:p>
        </w:tc>
        <w:tc>
          <w:tcPr>
            <w:tcW w:w="1843" w:type="dxa"/>
            <w:vAlign w:val="center"/>
          </w:tcPr>
          <w:p w14:paraId="2874735C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  <w:p w14:paraId="6D9C886E" w14:textId="3883D6AB" w:rsidR="008071DF" w:rsidRPr="004246A8" w:rsidRDefault="004246A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….</w:t>
            </w:r>
          </w:p>
          <w:p w14:paraId="6907E479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  <w:p w14:paraId="234FB07A" w14:textId="77777777" w:rsidR="008071DF" w:rsidRPr="004246A8" w:rsidRDefault="008071DF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  <w:vAlign w:val="center"/>
          </w:tcPr>
          <w:p w14:paraId="43320AF7" w14:textId="36B19F78" w:rsidR="00EB0BDA" w:rsidRPr="004246A8" w:rsidRDefault="004246A8">
            <w:pPr>
              <w:spacing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……</w:t>
            </w:r>
          </w:p>
        </w:tc>
        <w:tc>
          <w:tcPr>
            <w:tcW w:w="2835" w:type="dxa"/>
            <w:vAlign w:val="center"/>
          </w:tcPr>
          <w:p w14:paraId="71DB8CFB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0EBC5E91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6B848B02" w14:textId="77777777" w:rsidR="00EB0BDA" w:rsidRPr="004246A8" w:rsidRDefault="00EB0BDA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14:paraId="56E65085" w14:textId="77777777" w:rsidR="00EB0BDA" w:rsidRPr="004246A8" w:rsidRDefault="00E05438">
      <w:pPr>
        <w:keepNext/>
        <w:keepLines/>
        <w:pageBreakBefore/>
        <w:jc w:val="both"/>
        <w:rPr>
          <w:color w:val="000000" w:themeColor="text1"/>
        </w:rPr>
      </w:pPr>
      <w:r w:rsidRPr="004246A8">
        <w:rPr>
          <w:color w:val="000000" w:themeColor="text1"/>
        </w:rPr>
        <w:lastRenderedPageBreak/>
        <w:t>Oświadczam/y, że osoby wskazane w wykazie posiadają wymagane uprawnienia i będą wykonywać czynności zgodnie z wymaganiami SWZ, OPZ i umowy.</w:t>
      </w:r>
    </w:p>
    <w:p w14:paraId="16988CC9" w14:textId="77777777" w:rsidR="008071DF" w:rsidRPr="004246A8" w:rsidRDefault="008071DF" w:rsidP="00B664F1">
      <w:pPr>
        <w:keepLines/>
        <w:spacing w:after="120"/>
        <w:jc w:val="both"/>
        <w:rPr>
          <w:color w:val="000000" w:themeColor="text1"/>
        </w:rPr>
      </w:pPr>
    </w:p>
    <w:p w14:paraId="0110CEB2" w14:textId="6FE3F0C4" w:rsidR="00B664F1" w:rsidRPr="004246A8" w:rsidRDefault="00B664F1" w:rsidP="00B664F1">
      <w:pPr>
        <w:keepLines/>
        <w:spacing w:after="120"/>
        <w:jc w:val="both"/>
        <w:rPr>
          <w:color w:val="000000" w:themeColor="text1"/>
        </w:rPr>
      </w:pPr>
      <w:r w:rsidRPr="004246A8">
        <w:rPr>
          <w:color w:val="000000" w:themeColor="text1"/>
        </w:rPr>
        <w:t>W wykazie należy wskazać osoby faktycznie przewidziane do realizacji zamówienia, w tym co najmniej osobę odpowiedzialną za przygotowywanie posiłków oraz osobę odpowiedzialną za dostawy i bieżący kontakt z Zamawiającym. Dopuszczalne jest łączenie obu funkcji przez jedną osobę na zasadach określonych w SWZ. W odniesieniu do osoby wykonującej czynności wymagające spełnienia wymagań sanitarnych należy podać wyłącznie potwierdzenie „TAK/NIE”, bez ujawniania danych o stanie zdrowia ani kopii dokumentacji medycznej.</w:t>
      </w:r>
    </w:p>
    <w:p w14:paraId="04AC7272" w14:textId="77BB3293" w:rsidR="00313115" w:rsidRPr="004246A8" w:rsidRDefault="00656BC2" w:rsidP="004246A8">
      <w:pPr>
        <w:keepLines/>
        <w:spacing w:after="240"/>
        <w:jc w:val="both"/>
        <w:rPr>
          <w:color w:val="000000" w:themeColor="text1"/>
        </w:rPr>
      </w:pPr>
      <w:r w:rsidRPr="004246A8">
        <w:rPr>
          <w:color w:val="000000" w:themeColor="text1"/>
        </w:rPr>
        <w:t>Niniejszy wykaz służy wyłącznie potwierdzeniu warunku udziału w postępowaniu i dysponowania personelem wymaganym do wykonania zamówienia. Nie służy on ocenie ani potwierdzaniu kryterium aspektu społecznego. Wykonawca, którego oferta uzyskała punkty w tym kryterium, potwierdza wykonanie deklaracji dopiero na etapie realizacji umowy, na zasadach określonych w § 10 projektowanych postanowień umowy.</w:t>
      </w:r>
    </w:p>
    <w:p w14:paraId="66AF2BEB" w14:textId="77777777" w:rsidR="00313115" w:rsidRPr="004246A8" w:rsidRDefault="00313115" w:rsidP="00313115">
      <w:pPr>
        <w:keepLines/>
        <w:spacing w:after="240"/>
        <w:jc w:val="both"/>
        <w:rPr>
          <w:color w:val="000000" w:themeColor="text1"/>
        </w:rPr>
      </w:pPr>
      <w:r w:rsidRPr="004246A8">
        <w:rPr>
          <w:color w:val="000000" w:themeColor="text1"/>
        </w:rPr>
        <w:t>1. W wykazie należy wskazać osobę odpowiedzialną za przygotowywanie posiłków oraz osobę odpowiedzialną za dostawy i bieżący kontakt z Zamawiającym, wraz z podstawą dysponowania. Jeżeli funkcje łączy jedna osoba, należy wskazać tę osobę w obu odpowiednich wierszach albo jednoznacznie zaznaczyć łączenie funkcji.</w:t>
      </w:r>
    </w:p>
    <w:p w14:paraId="6934D286" w14:textId="77777777" w:rsidR="00313115" w:rsidRPr="004246A8" w:rsidRDefault="00313115" w:rsidP="00313115">
      <w:pPr>
        <w:keepLines/>
        <w:spacing w:after="240"/>
        <w:jc w:val="both"/>
        <w:rPr>
          <w:color w:val="000000" w:themeColor="text1"/>
        </w:rPr>
      </w:pPr>
      <w:r w:rsidRPr="004246A8">
        <w:rPr>
          <w:color w:val="000000" w:themeColor="text1"/>
        </w:rPr>
        <w:t>2. Nie należy ujawniać danych nadmiarowych. W szczególności nie należy podawać rodzaju badań, rozpoznania, informacji medycznych ani załączać orzeczeń lekarskich. Wystarczające jest oświadczenie „TAK/NIE” o spełnianiu wymagań sanitarnych właściwych dla czynności wykonywanych przez daną osobę.</w:t>
      </w:r>
    </w:p>
    <w:p w14:paraId="44EB3FAF" w14:textId="2C7A9077" w:rsidR="004246A8" w:rsidRPr="004246A8" w:rsidRDefault="004246A8" w:rsidP="004246A8"/>
    <w:p w14:paraId="15B00EFD" w14:textId="10095CA3" w:rsidR="004246A8" w:rsidRDefault="004246A8" w:rsidP="004246A8"/>
    <w:p w14:paraId="523380C7" w14:textId="7D36F34A" w:rsidR="00EB0BDA" w:rsidRPr="004246A8" w:rsidRDefault="004246A8" w:rsidP="004246A8">
      <w:pPr>
        <w:tabs>
          <w:tab w:val="left" w:pos="6045"/>
        </w:tabs>
      </w:pPr>
      <w:r>
        <w:tab/>
      </w:r>
    </w:p>
    <w:sectPr w:rsidR="00EB0BDA" w:rsidRPr="004246A8" w:rsidSect="00CF658E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134" w:right="964" w:bottom="1134" w:left="96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218EA" w14:textId="77777777" w:rsidR="00EF16A7" w:rsidRDefault="00EF16A7">
      <w:pPr>
        <w:spacing w:after="0" w:line="240" w:lineRule="auto"/>
      </w:pPr>
      <w:r>
        <w:separator/>
      </w:r>
    </w:p>
  </w:endnote>
  <w:endnote w:type="continuationSeparator" w:id="0">
    <w:p w14:paraId="1C44AF24" w14:textId="77777777" w:rsidR="00EF16A7" w:rsidRDefault="00EF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28F81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0DE8083B" w14:textId="0296D650" w:rsidR="00324E06" w:rsidRPr="00BA303A" w:rsidRDefault="00577FF2" w:rsidP="00C20DEA">
    <w:pPr>
      <w:pStyle w:val="Stopka"/>
      <w:tabs>
        <w:tab w:val="clear" w:pos="9360"/>
        <w:tab w:val="right" w:pos="13892"/>
      </w:tabs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Or.SO.2714.7.2026</w:t>
    </w:r>
    <w:r w:rsidR="00BA11A5" w:rsidRPr="00BA303A">
      <w:rPr>
        <w:sz w:val="20"/>
        <w:bdr w:val="single" w:sz="4" w:space="0" w:color="auto"/>
      </w:rPr>
      <w:tab/>
    </w:r>
    <w:r w:rsidR="00C20DEA">
      <w:rPr>
        <w:sz w:val="20"/>
        <w:bdr w:val="single" w:sz="4" w:space="0" w:color="auto"/>
      </w:rPr>
      <w:t xml:space="preserve">Załącznik nr 8 -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 w:rsidR="00BE65AA"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 w:rsidR="00BE65AA"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4EF95A88" w14:textId="77777777" w:rsidR="004246A8" w:rsidRPr="004246A8" w:rsidRDefault="004246A8" w:rsidP="004246A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 w:rsidRPr="004246A8">
      <w:rPr>
        <w:rFonts w:ascii="Cambria" w:hAnsi="Cambria" w:cs="Arial"/>
        <w:sz w:val="18"/>
        <w:szCs w:val="18"/>
      </w:rPr>
      <w:t xml:space="preserve">Dokument sporządza się pod rygorem nieważności w formie elektronicznej </w:t>
    </w:r>
  </w:p>
  <w:p w14:paraId="4F12E0E2" w14:textId="77777777" w:rsidR="004246A8" w:rsidRPr="004246A8" w:rsidRDefault="004246A8" w:rsidP="004246A8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 w:rsidRPr="004246A8">
      <w:rPr>
        <w:rFonts w:ascii="Cambria" w:hAnsi="Cambria" w:cs="Arial"/>
        <w:sz w:val="18"/>
        <w:szCs w:val="18"/>
      </w:rPr>
      <w:t xml:space="preserve">podpisanej kwalifikowanym podpisem elektronicznym </w:t>
    </w:r>
    <w:r w:rsidRPr="004246A8">
      <w:rPr>
        <w:rFonts w:ascii="Cambria" w:hAnsi="Cambria" w:cs="Arial"/>
        <w:i/>
        <w:sz w:val="18"/>
        <w:szCs w:val="18"/>
      </w:rPr>
      <w:t>lub podpisem zaufanym lub podpisem osobistym</w:t>
    </w:r>
  </w:p>
  <w:p w14:paraId="19907409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3EC82" w14:textId="77777777" w:rsidR="00EF16A7" w:rsidRDefault="00EF16A7">
      <w:pPr>
        <w:spacing w:after="0" w:line="240" w:lineRule="auto"/>
      </w:pPr>
      <w:r>
        <w:separator/>
      </w:r>
    </w:p>
  </w:footnote>
  <w:footnote w:type="continuationSeparator" w:id="0">
    <w:p w14:paraId="3C397511" w14:textId="77777777" w:rsidR="00EF16A7" w:rsidRDefault="00EF1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03B0A" w14:textId="77777777" w:rsidR="007230A9" w:rsidRDefault="00E05438">
    <w:pPr>
      <w:jc w:val="center"/>
    </w:pPr>
    <w:r>
      <w:rPr>
        <w:noProof/>
        <w:lang w:bidi="ar-SA"/>
      </w:rPr>
      <w:drawing>
        <wp:inline distT="0" distB="0" distL="0" distR="0" wp14:anchorId="351D1BAA" wp14:editId="38BB145C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FF42" w14:textId="77777777" w:rsidR="00324E06" w:rsidRDefault="00A23DBC">
    <w:pPr>
      <w:jc w:val="center"/>
    </w:pPr>
    <w:r>
      <w:rPr>
        <w:noProof/>
        <w:lang w:bidi="ar-SA"/>
      </w:rPr>
      <w:drawing>
        <wp:inline distT="0" distB="0" distL="0" distR="0" wp14:anchorId="7C08F1D3" wp14:editId="7E3214C6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FF2D" w14:textId="77777777" w:rsidR="007230A9" w:rsidRDefault="00E05438">
    <w:pPr>
      <w:jc w:val="center"/>
    </w:pPr>
    <w:r>
      <w:rPr>
        <w:noProof/>
        <w:lang w:bidi="ar-SA"/>
      </w:rPr>
      <w:drawing>
        <wp:inline distT="0" distB="0" distL="0" distR="0" wp14:anchorId="6253EA23" wp14:editId="484A2472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58DE"/>
    <w:rsid w:val="00011F08"/>
    <w:rsid w:val="00034616"/>
    <w:rsid w:val="0006063C"/>
    <w:rsid w:val="000F4DD4"/>
    <w:rsid w:val="00105982"/>
    <w:rsid w:val="0012651F"/>
    <w:rsid w:val="0015074B"/>
    <w:rsid w:val="00150F4F"/>
    <w:rsid w:val="00151E5D"/>
    <w:rsid w:val="001A1515"/>
    <w:rsid w:val="001B4C5B"/>
    <w:rsid w:val="001D7365"/>
    <w:rsid w:val="00231A49"/>
    <w:rsid w:val="002722CE"/>
    <w:rsid w:val="00281036"/>
    <w:rsid w:val="0029639D"/>
    <w:rsid w:val="002B296B"/>
    <w:rsid w:val="002F3009"/>
    <w:rsid w:val="002F48F3"/>
    <w:rsid w:val="003018E2"/>
    <w:rsid w:val="0030335A"/>
    <w:rsid w:val="00313115"/>
    <w:rsid w:val="003134DD"/>
    <w:rsid w:val="00323AC8"/>
    <w:rsid w:val="00324E06"/>
    <w:rsid w:val="00326F90"/>
    <w:rsid w:val="00346B22"/>
    <w:rsid w:val="00360986"/>
    <w:rsid w:val="00385A8E"/>
    <w:rsid w:val="00396555"/>
    <w:rsid w:val="003F3C46"/>
    <w:rsid w:val="004246A8"/>
    <w:rsid w:val="004376C6"/>
    <w:rsid w:val="0044702C"/>
    <w:rsid w:val="0047396B"/>
    <w:rsid w:val="004F3185"/>
    <w:rsid w:val="00501C79"/>
    <w:rsid w:val="00535328"/>
    <w:rsid w:val="00552475"/>
    <w:rsid w:val="00577FF2"/>
    <w:rsid w:val="005A5B0C"/>
    <w:rsid w:val="00656BC2"/>
    <w:rsid w:val="006B25CF"/>
    <w:rsid w:val="006B3559"/>
    <w:rsid w:val="007230A9"/>
    <w:rsid w:val="00754520"/>
    <w:rsid w:val="00761B40"/>
    <w:rsid w:val="007C69AF"/>
    <w:rsid w:val="00803901"/>
    <w:rsid w:val="008071DF"/>
    <w:rsid w:val="00853AFA"/>
    <w:rsid w:val="0088754C"/>
    <w:rsid w:val="008A6A89"/>
    <w:rsid w:val="008E1765"/>
    <w:rsid w:val="008E68CC"/>
    <w:rsid w:val="00906791"/>
    <w:rsid w:val="00921FFE"/>
    <w:rsid w:val="009477D8"/>
    <w:rsid w:val="00976C4F"/>
    <w:rsid w:val="009A6AB1"/>
    <w:rsid w:val="009E74CD"/>
    <w:rsid w:val="00A04AD8"/>
    <w:rsid w:val="00A061D8"/>
    <w:rsid w:val="00A15AC1"/>
    <w:rsid w:val="00A23DBC"/>
    <w:rsid w:val="00A524F0"/>
    <w:rsid w:val="00A52EAD"/>
    <w:rsid w:val="00A54325"/>
    <w:rsid w:val="00AA1D8D"/>
    <w:rsid w:val="00AE4107"/>
    <w:rsid w:val="00AE4F7E"/>
    <w:rsid w:val="00AF6E21"/>
    <w:rsid w:val="00B2338D"/>
    <w:rsid w:val="00B23805"/>
    <w:rsid w:val="00B47730"/>
    <w:rsid w:val="00B664F1"/>
    <w:rsid w:val="00B73CD7"/>
    <w:rsid w:val="00BA11A5"/>
    <w:rsid w:val="00BE65AA"/>
    <w:rsid w:val="00C06535"/>
    <w:rsid w:val="00C20DEA"/>
    <w:rsid w:val="00C543A1"/>
    <w:rsid w:val="00C73AC9"/>
    <w:rsid w:val="00C74E2F"/>
    <w:rsid w:val="00C95002"/>
    <w:rsid w:val="00CA6C03"/>
    <w:rsid w:val="00CB0664"/>
    <w:rsid w:val="00CB567B"/>
    <w:rsid w:val="00CC4F55"/>
    <w:rsid w:val="00CF4386"/>
    <w:rsid w:val="00CF658E"/>
    <w:rsid w:val="00D079BF"/>
    <w:rsid w:val="00D37C6F"/>
    <w:rsid w:val="00D5236C"/>
    <w:rsid w:val="00DA1A9A"/>
    <w:rsid w:val="00DA6B4B"/>
    <w:rsid w:val="00DA6DBF"/>
    <w:rsid w:val="00E05438"/>
    <w:rsid w:val="00E26C3F"/>
    <w:rsid w:val="00E61887"/>
    <w:rsid w:val="00E9460C"/>
    <w:rsid w:val="00EB0BDA"/>
    <w:rsid w:val="00EC66A3"/>
    <w:rsid w:val="00ED1EDE"/>
    <w:rsid w:val="00ED27AE"/>
    <w:rsid w:val="00EE12E1"/>
    <w:rsid w:val="00EE67A2"/>
    <w:rsid w:val="00EF16A7"/>
    <w:rsid w:val="00EF1B16"/>
    <w:rsid w:val="00F0025B"/>
    <w:rsid w:val="00F116F1"/>
    <w:rsid w:val="00F37879"/>
    <w:rsid w:val="00F43F03"/>
    <w:rsid w:val="00F50FA7"/>
    <w:rsid w:val="00F57676"/>
    <w:rsid w:val="00F7313F"/>
    <w:rsid w:val="00FA6A77"/>
    <w:rsid w:val="00FC693F"/>
    <w:rsid w:val="00FE1109"/>
    <w:rsid w:val="00FE273C"/>
    <w:rsid w:val="00F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ED5E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286107-7C51-47DB-81EC-1929B81B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2095</Characters>
  <Application>Microsoft Office Word</Application>
  <DocSecurity>0</DocSecurity>
  <Lines>17</Lines>
  <Paragraphs>4</Paragraphs>
  <ScaleCrop>false</ScaleCrop>
  <Manager/>
  <Company/>
  <LinksUpToDate>false</LinksUpToDate>
  <CharactersWithSpaces>2440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2026-07-27T21:49:00Z</dcterms:created>
  <dcterms:modified xsi:type="dcterms:W3CDTF">2026-07-31T10:44:00Z</dcterms:modified>
  <cp:category/>
  <dc:language/>
</cp:coreProperties>
</file>