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C3B2" w14:textId="77777777" w:rsidR="000A548D" w:rsidRPr="0038523F" w:rsidRDefault="000A548D" w:rsidP="000A548D">
      <w:pPr>
        <w:ind w:left="5760" w:firstLine="720"/>
        <w:jc w:val="center"/>
        <w:rPr>
          <w:b/>
          <w:bCs/>
          <w:sz w:val="24"/>
          <w:szCs w:val="24"/>
          <w:lang w:val="pl-PL"/>
        </w:rPr>
      </w:pPr>
    </w:p>
    <w:p w14:paraId="37B8643F" w14:textId="577EFF90" w:rsidR="000A548D" w:rsidRPr="00D823CC" w:rsidRDefault="000A548D" w:rsidP="000A548D">
      <w:pPr>
        <w:ind w:left="5760" w:firstLine="7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D823CC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Załącznik nr </w:t>
      </w:r>
      <w:r w:rsidR="00CC3871">
        <w:rPr>
          <w:rFonts w:ascii="Times New Roman" w:hAnsi="Times New Roman" w:cs="Times New Roman"/>
          <w:b/>
          <w:sz w:val="24"/>
          <w:szCs w:val="24"/>
          <w:lang w:val="pl-PL"/>
        </w:rPr>
        <w:t>9</w:t>
      </w:r>
      <w:r w:rsidRPr="00D823C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do SWZ</w:t>
      </w:r>
    </w:p>
    <w:p w14:paraId="37EAA3E6" w14:textId="77777777" w:rsidR="000A548D" w:rsidRDefault="000A548D" w:rsidP="000A548D">
      <w:pPr>
        <w:jc w:val="center"/>
        <w:rPr>
          <w:b/>
          <w:sz w:val="28"/>
          <w:lang w:val="pl-PL"/>
        </w:rPr>
      </w:pPr>
    </w:p>
    <w:p w14:paraId="3F9E6E52" w14:textId="77777777" w:rsidR="000A548D" w:rsidRPr="00DA7E4A" w:rsidRDefault="000A548D" w:rsidP="000A548D">
      <w:pPr>
        <w:jc w:val="center"/>
        <w:rPr>
          <w:lang w:val="pl-PL"/>
        </w:rPr>
      </w:pPr>
      <w:r w:rsidRPr="00DA7E4A">
        <w:rPr>
          <w:b/>
          <w:sz w:val="28"/>
          <w:lang w:val="pl-PL"/>
        </w:rPr>
        <w:t>WZÓR OŚWIADCZENIA WYKONAWCY SKŁADANY PRZED PODPISANIEM UMOWY</w:t>
      </w:r>
    </w:p>
    <w:p w14:paraId="3BFB095F" w14:textId="77777777" w:rsidR="000A548D" w:rsidRDefault="000A548D" w:rsidP="000A548D">
      <w:pPr>
        <w:jc w:val="center"/>
        <w:rPr>
          <w:i/>
          <w:lang w:val="pl-PL"/>
        </w:rPr>
      </w:pPr>
      <w:r w:rsidRPr="00DA7E4A">
        <w:rPr>
          <w:i/>
          <w:lang w:val="pl-PL"/>
        </w:rPr>
        <w:t>w zakresie reżimu fakturowania (</w:t>
      </w:r>
      <w:proofErr w:type="spellStart"/>
      <w:r w:rsidRPr="00DA7E4A">
        <w:rPr>
          <w:i/>
          <w:lang w:val="pl-PL"/>
        </w:rPr>
        <w:t>KSeF</w:t>
      </w:r>
      <w:proofErr w:type="spellEnd"/>
      <w:r w:rsidRPr="00DA7E4A">
        <w:rPr>
          <w:i/>
          <w:lang w:val="pl-PL"/>
        </w:rPr>
        <w:t xml:space="preserve"> / poza </w:t>
      </w:r>
      <w:proofErr w:type="spellStart"/>
      <w:r w:rsidRPr="00DA7E4A">
        <w:rPr>
          <w:i/>
          <w:lang w:val="pl-PL"/>
        </w:rPr>
        <w:t>KSeF</w:t>
      </w:r>
      <w:proofErr w:type="spellEnd"/>
      <w:r w:rsidRPr="00DA7E4A">
        <w:rPr>
          <w:i/>
          <w:lang w:val="pl-PL"/>
        </w:rPr>
        <w:t>) oraz danych do rozliczeń</w:t>
      </w:r>
    </w:p>
    <w:p w14:paraId="28A3433A" w14:textId="77777777" w:rsidR="000A548D" w:rsidRPr="00DA7E4A" w:rsidRDefault="000A548D" w:rsidP="000A548D">
      <w:pPr>
        <w:rPr>
          <w:lang w:val="pl-PL"/>
        </w:rPr>
      </w:pPr>
    </w:p>
    <w:p w14:paraId="1A56C703" w14:textId="77777777" w:rsidR="000A548D" w:rsidRPr="00DA7E4A" w:rsidRDefault="000A548D" w:rsidP="000A548D">
      <w:pPr>
        <w:rPr>
          <w:lang w:val="pl-PL"/>
        </w:rPr>
      </w:pPr>
      <w:r w:rsidRPr="00DA7E4A">
        <w:rPr>
          <w:b/>
          <w:lang w:val="pl-PL"/>
        </w:rPr>
        <w:t>1. Dane wykonawcy</w:t>
      </w:r>
    </w:p>
    <w:p w14:paraId="0E1D87BF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>1) Pełna nazwa (firma): ............................................................ (wpisać)</w:t>
      </w:r>
    </w:p>
    <w:p w14:paraId="1DED7312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>2) Siedziba i adres: ............................................................ (wpisać)</w:t>
      </w:r>
    </w:p>
    <w:p w14:paraId="3964345C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>3) NIP: ............................................................ (wpisać)</w:t>
      </w:r>
    </w:p>
    <w:p w14:paraId="54397773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>4) REGON / KRS / CEIDG: ............................................................ (wpisać właściwe)</w:t>
      </w:r>
    </w:p>
    <w:p w14:paraId="3BA8624D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>5) Osoba uprawniona do reprezentacji składająca oświadczenie: ............................................................ (imię, nazwisko, funkcja; ewentualnie pełnomocnictwo - jeżeli dotyczy)</w:t>
      </w:r>
    </w:p>
    <w:p w14:paraId="45CFF08D" w14:textId="77777777" w:rsidR="000A548D" w:rsidRPr="00DA7E4A" w:rsidRDefault="000A548D" w:rsidP="000A548D">
      <w:pPr>
        <w:rPr>
          <w:lang w:val="pl-PL"/>
        </w:rPr>
      </w:pPr>
      <w:r w:rsidRPr="00DA7E4A">
        <w:rPr>
          <w:b/>
          <w:lang w:val="pl-PL"/>
        </w:rPr>
        <w:t>2. Identyfikacja postępowania i umowy</w:t>
      </w:r>
    </w:p>
    <w:p w14:paraId="554C1D20" w14:textId="77777777" w:rsidR="000A548D" w:rsidRPr="00DA7E4A" w:rsidRDefault="000A548D" w:rsidP="000A548D">
      <w:pPr>
        <w:ind w:left="425"/>
        <w:rPr>
          <w:lang w:val="pl-PL"/>
        </w:rPr>
      </w:pPr>
      <w:r w:rsidRPr="00DA7E4A">
        <w:rPr>
          <w:lang w:val="pl-PL"/>
        </w:rPr>
        <w:t xml:space="preserve">1) Numer postępowania (znak sprawy): </w:t>
      </w:r>
      <w:r>
        <w:rPr>
          <w:lang w:val="pl-PL"/>
        </w:rPr>
        <w:t>ŚWK.ZA.271.05.2026</w:t>
      </w:r>
    </w:p>
    <w:p w14:paraId="64062E89" w14:textId="48A4EB35" w:rsidR="000A548D" w:rsidRPr="00CC3871" w:rsidRDefault="000A548D" w:rsidP="00CC3871">
      <w:pPr>
        <w:pStyle w:val="Teksttreci"/>
        <w:ind w:left="425"/>
        <w:rPr>
          <w:rFonts w:ascii="Calibri" w:eastAsia="Calibri" w:hAnsi="Calibri" w:cstheme="minorBidi"/>
          <w:color w:val="auto"/>
          <w:kern w:val="0"/>
          <w:lang w:eastAsia="en-US" w:bidi="ar-SA"/>
        </w:rPr>
      </w:pPr>
      <w:r w:rsidRPr="00CC3871">
        <w:rPr>
          <w:rFonts w:ascii="Calibri" w:eastAsia="Calibri" w:hAnsi="Calibri" w:cstheme="minorBidi"/>
          <w:color w:val="auto"/>
          <w:kern w:val="0"/>
          <w:lang w:eastAsia="en-US" w:bidi="ar-SA"/>
        </w:rPr>
        <w:t xml:space="preserve">2) Nazwa zamówienia: </w:t>
      </w:r>
      <w:r w:rsidR="00CC3871" w:rsidRPr="00CC3871">
        <w:rPr>
          <w:rFonts w:ascii="Calibri" w:eastAsia="Calibri" w:hAnsi="Calibri" w:cstheme="minorBidi"/>
          <w:b/>
          <w:bCs/>
          <w:color w:val="auto"/>
          <w:kern w:val="0"/>
          <w:lang w:eastAsia="en-US" w:bidi="ar-SA"/>
        </w:rPr>
        <w:t>„Zakup i dostawa artykułów spożywczych dla Ośrodka Szkolenia i Wychowania w Starachowicach oraz dla Ośrodka Szkolenia i Wychowania w Jędrzejowie</w:t>
      </w:r>
      <w:r w:rsidRPr="00CC3871">
        <w:rPr>
          <w:rFonts w:ascii="Calibri" w:eastAsia="Calibri" w:hAnsi="Calibri" w:cstheme="minorBidi"/>
          <w:b/>
          <w:bCs/>
          <w:color w:val="auto"/>
          <w:kern w:val="0"/>
          <w:lang w:eastAsia="en-US" w:bidi="ar-SA"/>
        </w:rPr>
        <w:t>”</w:t>
      </w:r>
      <w:r w:rsidR="00CC3871" w:rsidRPr="00CC3871">
        <w:rPr>
          <w:rFonts w:ascii="Calibri" w:eastAsia="Calibri" w:hAnsi="Calibri" w:cstheme="minorBidi"/>
          <w:color w:val="auto"/>
          <w:kern w:val="0"/>
          <w:lang w:eastAsia="en-US" w:bidi="ar-SA"/>
        </w:rPr>
        <w:t xml:space="preserve"> </w:t>
      </w:r>
      <w:r w:rsidRPr="00CC3871">
        <w:rPr>
          <w:rFonts w:ascii="Calibri" w:eastAsia="Calibri" w:hAnsi="Calibri" w:cstheme="minorBidi"/>
          <w:color w:val="auto"/>
          <w:kern w:val="0"/>
          <w:lang w:eastAsia="en-US" w:bidi="ar-SA"/>
        </w:rPr>
        <w:t>dla części……</w:t>
      </w:r>
      <w:proofErr w:type="gramStart"/>
      <w:r w:rsidRPr="00CC3871">
        <w:rPr>
          <w:rFonts w:ascii="Calibri" w:eastAsia="Calibri" w:hAnsi="Calibri" w:cstheme="minorBidi"/>
          <w:color w:val="auto"/>
          <w:kern w:val="0"/>
          <w:lang w:eastAsia="en-US" w:bidi="ar-SA"/>
        </w:rPr>
        <w:t>…….</w:t>
      </w:r>
      <w:proofErr w:type="gramEnd"/>
      <w:r w:rsidRPr="00CC3871">
        <w:rPr>
          <w:rFonts w:ascii="Calibri" w:eastAsia="Calibri" w:hAnsi="Calibri" w:cstheme="minorBidi"/>
          <w:color w:val="auto"/>
          <w:kern w:val="0"/>
          <w:lang w:eastAsia="en-US" w:bidi="ar-SA"/>
        </w:rPr>
        <w:t xml:space="preserve">.zgodnie z zapisami SWZ oraz OPZ. </w:t>
      </w:r>
    </w:p>
    <w:p w14:paraId="265C4FF2" w14:textId="77777777" w:rsidR="000A548D" w:rsidRPr="00B91A9C" w:rsidRDefault="000A548D" w:rsidP="000A548D">
      <w:pPr>
        <w:pStyle w:val="Akapitzlist"/>
        <w:keepNext/>
        <w:widowControl w:val="0"/>
        <w:tabs>
          <w:tab w:val="left" w:pos="284"/>
        </w:tabs>
        <w:suppressAutoHyphens/>
        <w:autoSpaceDN w:val="0"/>
        <w:spacing w:after="0"/>
        <w:ind w:left="426"/>
        <w:contextualSpacing w:val="0"/>
        <w:jc w:val="both"/>
        <w:textAlignment w:val="baseline"/>
        <w:rPr>
          <w:lang w:val="pl-PL"/>
        </w:rPr>
      </w:pPr>
    </w:p>
    <w:p w14:paraId="3F08C0AF" w14:textId="77777777" w:rsidR="0007760F" w:rsidRPr="00DA7E4A" w:rsidRDefault="00F92F5A">
      <w:pPr>
        <w:rPr>
          <w:lang w:val="pl-PL"/>
        </w:rPr>
      </w:pPr>
      <w:r w:rsidRPr="00DA7E4A">
        <w:rPr>
          <w:b/>
          <w:lang w:val="pl-PL"/>
        </w:rPr>
        <w:t>3. Oświadczenie o statusie podatkowym wykonawcy</w:t>
      </w:r>
    </w:p>
    <w:p w14:paraId="4DD4DFA0" w14:textId="77777777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>1) Oświadczam, że wykonawca jest / nie jest podatnikiem VAT w zakresie czynności objętych umową (wybrać właściwe).</w:t>
      </w:r>
    </w:p>
    <w:p w14:paraId="16EF3948" w14:textId="1EE93F1D" w:rsidR="0007760F" w:rsidRDefault="00F92F5A" w:rsidP="00DA7E4A">
      <w:pPr>
        <w:ind w:left="425"/>
        <w:rPr>
          <w:lang w:val="pl-PL"/>
        </w:rPr>
      </w:pPr>
      <w:r w:rsidRPr="00DA7E4A">
        <w:rPr>
          <w:lang w:val="pl-PL"/>
        </w:rPr>
        <w:t>2) Jeżeli wykonawca jest podatnikiem VAT: wykonawca jest czynnym podatnikiem VAT / korzysta ze zwolnienia (wybrać właściwe) z wyjątkiem: ............................................................ (wpisać, jeżeli dotyczy czynności zwolnionych / stawka 0% / inne wyjątki).</w:t>
      </w:r>
    </w:p>
    <w:p w14:paraId="21D63E10" w14:textId="77777777" w:rsidR="00CC42AD" w:rsidRPr="00DA7E4A" w:rsidRDefault="00CC42AD" w:rsidP="00DA7E4A">
      <w:pPr>
        <w:ind w:left="425"/>
        <w:rPr>
          <w:lang w:val="pl-PL"/>
        </w:rPr>
      </w:pPr>
    </w:p>
    <w:p w14:paraId="72753DB8" w14:textId="77777777" w:rsidR="0007760F" w:rsidRPr="00DA7E4A" w:rsidRDefault="00F92F5A">
      <w:pPr>
        <w:rPr>
          <w:lang w:val="pl-PL"/>
        </w:rPr>
      </w:pPr>
      <w:r w:rsidRPr="00DA7E4A">
        <w:rPr>
          <w:b/>
          <w:lang w:val="pl-PL"/>
        </w:rPr>
        <w:t>4. Oświadczenie o reżimie fakturowania</w:t>
      </w:r>
    </w:p>
    <w:p w14:paraId="46427518" w14:textId="27680F6B" w:rsidR="00153DF6" w:rsidRPr="002E187E" w:rsidRDefault="00F92F5A" w:rsidP="00DA7E4A">
      <w:pPr>
        <w:ind w:left="425"/>
        <w:rPr>
          <w:strike/>
          <w:lang w:val="pl-PL"/>
        </w:rPr>
      </w:pPr>
      <w:r w:rsidRPr="002E187E">
        <w:rPr>
          <w:lang w:val="pl-PL"/>
        </w:rPr>
        <w:lastRenderedPageBreak/>
        <w:t xml:space="preserve">Instrukcja: </w:t>
      </w:r>
      <w:r w:rsidR="00153DF6" w:rsidRPr="002E187E">
        <w:rPr>
          <w:lang w:val="pl-PL"/>
        </w:rPr>
        <w:t xml:space="preserve">Należy wybrać dokładnie jedną opcję: A albo B, poprzez zaznaczenie odpowiedniego pola oraz wykreślenie pozostałej opcji. W przypadku wyboru opcji B wykonawca wskazuje konkretną podstawę prawną albo konkretną przesłankę wynikającą z obowiązujących przepisów, uzasadniającą wystawianie faktur poza </w:t>
      </w:r>
      <w:proofErr w:type="spellStart"/>
      <w:r w:rsidR="00153DF6" w:rsidRPr="002E187E">
        <w:rPr>
          <w:lang w:val="pl-PL"/>
        </w:rPr>
        <w:t>KSeF</w:t>
      </w:r>
      <w:proofErr w:type="spellEnd"/>
      <w:r w:rsidR="00153DF6" w:rsidRPr="002E187E">
        <w:rPr>
          <w:lang w:val="pl-PL"/>
        </w:rPr>
        <w:t>.</w:t>
      </w:r>
    </w:p>
    <w:p w14:paraId="5DAFE683" w14:textId="2C57ED81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 xml:space="preserve">☐ A.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 </w:t>
      </w:r>
      <w:r w:rsidR="002E187E">
        <w:rPr>
          <w:lang w:val="pl-PL"/>
        </w:rPr>
        <w:t>−</w:t>
      </w:r>
      <w:r w:rsidRPr="00DA7E4A">
        <w:rPr>
          <w:lang w:val="pl-PL"/>
        </w:rPr>
        <w:t xml:space="preserve"> faktury ustrukturyzowane</w:t>
      </w:r>
    </w:p>
    <w:p w14:paraId="5998BDDD" w14:textId="5E244A3F" w:rsidR="00153DF6" w:rsidRPr="002E187E" w:rsidRDefault="00153DF6" w:rsidP="00153DF6">
      <w:pPr>
        <w:ind w:left="709"/>
        <w:rPr>
          <w:lang w:val="pl-PL"/>
        </w:rPr>
      </w:pPr>
      <w:r w:rsidRPr="002E187E">
        <w:rPr>
          <w:lang w:val="pl-PL"/>
        </w:rPr>
        <w:t>1. Oświadczam, że w zakresie czynności objętych umową wykonawca wystawia faktury ustrukturyzowane przy użyciu Krajowego Systemu e-Faktur (</w:t>
      </w:r>
      <w:proofErr w:type="spellStart"/>
      <w:r w:rsidRPr="002E187E">
        <w:rPr>
          <w:lang w:val="pl-PL"/>
        </w:rPr>
        <w:t>KSeF</w:t>
      </w:r>
      <w:proofErr w:type="spellEnd"/>
      <w:r w:rsidRPr="002E187E">
        <w:rPr>
          <w:lang w:val="pl-PL"/>
        </w:rPr>
        <w:t>), zgodnie z obowiązującymi przepisami</w:t>
      </w:r>
      <w:r w:rsidR="002E187E">
        <w:rPr>
          <w:lang w:val="pl-PL"/>
        </w:rPr>
        <w:t>.</w:t>
      </w:r>
    </w:p>
    <w:p w14:paraId="27A27189" w14:textId="77777777" w:rsidR="0007760F" w:rsidRPr="00DA7E4A" w:rsidRDefault="00F92F5A">
      <w:pPr>
        <w:ind w:left="709"/>
        <w:rPr>
          <w:lang w:val="pl-PL"/>
        </w:rPr>
      </w:pPr>
      <w:r w:rsidRPr="00DA7E4A">
        <w:rPr>
          <w:lang w:val="pl-PL"/>
        </w:rPr>
        <w:t xml:space="preserve">2. Przyjmuję do wiadomości i potwierdzam, że w okresie obowiązywania umowy faktury będą wystawiane i doręczane za pośrednictwem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 zgodnie z przepisami prawa, z zastrzeżeniem przypadków dopuszczalnego wystawienia lub przekazania faktury poza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 w trybach szczególnych (awaria / niedostępność / tryby offline), przewidzianych przepisami.</w:t>
      </w:r>
    </w:p>
    <w:p w14:paraId="41DC53CC" w14:textId="632A6F63" w:rsidR="0007760F" w:rsidRPr="00DA7E4A" w:rsidRDefault="00F92F5A" w:rsidP="00DA7E4A">
      <w:pPr>
        <w:ind w:left="709"/>
        <w:rPr>
          <w:lang w:val="pl-PL"/>
        </w:rPr>
      </w:pPr>
      <w:r w:rsidRPr="00DA7E4A">
        <w:rPr>
          <w:lang w:val="pl-PL"/>
        </w:rPr>
        <w:t xml:space="preserve">3. Zobowiązuję się do przekazywania zamawiającemu </w:t>
      </w:r>
      <w:r w:rsidR="002E187E">
        <w:rPr>
          <w:lang w:val="pl-PL"/>
        </w:rPr>
        <w:t>−</w:t>
      </w:r>
      <w:r w:rsidRPr="00DA7E4A">
        <w:rPr>
          <w:lang w:val="pl-PL"/>
        </w:rPr>
        <w:t xml:space="preserve"> na potrzeby sprawnego obiegu dokumentów </w:t>
      </w:r>
      <w:r w:rsidR="002E187E">
        <w:rPr>
          <w:lang w:val="pl-PL"/>
        </w:rPr>
        <w:t>−</w:t>
      </w:r>
      <w:r w:rsidRPr="00DA7E4A">
        <w:rPr>
          <w:lang w:val="pl-PL"/>
        </w:rPr>
        <w:t xml:space="preserve"> informacji identyfikującej fakturę w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, obejmującej co najmniej: numer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, numer umowy/zamówienia, datę wystawienia, kwotę brutto oraz okres rozliczeniowy, w terminie ............................................................ dni roboczych (wpisać zgodnie z umową, np. 3) od dnia przydzielenia numeru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>.</w:t>
      </w:r>
    </w:p>
    <w:p w14:paraId="3C879619" w14:textId="11F6E4D2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 xml:space="preserve">☐ B. Poza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 </w:t>
      </w:r>
      <w:r w:rsidR="002E187E">
        <w:rPr>
          <w:lang w:val="pl-PL"/>
        </w:rPr>
        <w:t>−</w:t>
      </w:r>
      <w:r w:rsidRPr="00DA7E4A">
        <w:rPr>
          <w:lang w:val="pl-PL"/>
        </w:rPr>
        <w:t xml:space="preserve"> faktury w formie dopuszczalnej przepisami</w:t>
      </w:r>
    </w:p>
    <w:p w14:paraId="76C15AD1" w14:textId="77777777" w:rsidR="00B32F50" w:rsidRPr="002E187E" w:rsidRDefault="00B32F50" w:rsidP="00B32F50">
      <w:pPr>
        <w:ind w:left="709"/>
        <w:rPr>
          <w:lang w:val="pl-PL"/>
        </w:rPr>
      </w:pPr>
      <w:r w:rsidRPr="002E187E">
        <w:rPr>
          <w:lang w:val="pl-PL"/>
        </w:rPr>
        <w:t xml:space="preserve">1. Oświadczam, że na dzień złożenia niniejszego oświadczenia faktury dotyczące realizacji umowy będą wystawiane poza </w:t>
      </w:r>
      <w:proofErr w:type="spellStart"/>
      <w:r w:rsidRPr="002E187E">
        <w:rPr>
          <w:lang w:val="pl-PL"/>
        </w:rPr>
        <w:t>KSeF</w:t>
      </w:r>
      <w:proofErr w:type="spellEnd"/>
      <w:r w:rsidRPr="002E187E">
        <w:rPr>
          <w:lang w:val="pl-PL"/>
        </w:rPr>
        <w:t>.</w:t>
      </w:r>
    </w:p>
    <w:p w14:paraId="14DA4790" w14:textId="72C5E9E7" w:rsidR="00B32F50" w:rsidRPr="002E187E" w:rsidRDefault="00B32F50" w:rsidP="00B32F50">
      <w:pPr>
        <w:ind w:left="709"/>
        <w:rPr>
          <w:lang w:val="pl-PL"/>
        </w:rPr>
      </w:pPr>
      <w:r w:rsidRPr="002E187E">
        <w:rPr>
          <w:lang w:val="pl-PL"/>
        </w:rPr>
        <w:t xml:space="preserve">2. Podstawa prawna / przesłanka wystawiania faktur poza </w:t>
      </w:r>
      <w:proofErr w:type="spellStart"/>
      <w:r w:rsidRPr="002E187E">
        <w:rPr>
          <w:lang w:val="pl-PL"/>
        </w:rPr>
        <w:t>KSeF</w:t>
      </w:r>
      <w:proofErr w:type="spellEnd"/>
      <w:r w:rsidRPr="002E187E">
        <w:rPr>
          <w:lang w:val="pl-PL"/>
        </w:rPr>
        <w:t>: ...................................................</w:t>
      </w:r>
    </w:p>
    <w:p w14:paraId="19B74200" w14:textId="77777777" w:rsidR="00B32F50" w:rsidRPr="002E187E" w:rsidRDefault="00B32F50" w:rsidP="00B32F50">
      <w:pPr>
        <w:ind w:left="709"/>
        <w:rPr>
          <w:i/>
          <w:iCs/>
          <w:lang w:val="pl-PL"/>
        </w:rPr>
      </w:pPr>
      <w:r w:rsidRPr="002E187E">
        <w:rPr>
          <w:i/>
          <w:iCs/>
          <w:lang w:val="pl-PL"/>
        </w:rPr>
        <w:t>(wpisać konkretną podstawę prawną albo przesłankę wynikającą z obowiązujących przepisów).</w:t>
      </w:r>
    </w:p>
    <w:p w14:paraId="3C4885A6" w14:textId="266BBB0A" w:rsidR="00B32F50" w:rsidRPr="002E187E" w:rsidRDefault="00B32F50" w:rsidP="00B32F50">
      <w:pPr>
        <w:ind w:left="709"/>
        <w:rPr>
          <w:lang w:val="pl-PL"/>
        </w:rPr>
      </w:pPr>
      <w:r w:rsidRPr="002E187E">
        <w:rPr>
          <w:lang w:val="pl-PL"/>
        </w:rPr>
        <w:t>3. Zobowiązuję się do niezwłocznego poinformowania zamawiającego o zmianie okoliczności mających wpływ na sposób wystawiania faktur oraz do stosowania fakturowania zgodnego z obowiązującymi przepisami od dnia, w którym zmiana ta wywołuje skutki prawne.</w:t>
      </w:r>
    </w:p>
    <w:p w14:paraId="5159A18E" w14:textId="77777777" w:rsidR="0007760F" w:rsidRPr="00DA7E4A" w:rsidRDefault="00F92F5A">
      <w:pPr>
        <w:rPr>
          <w:lang w:val="pl-PL"/>
        </w:rPr>
      </w:pPr>
      <w:r w:rsidRPr="00DA7E4A">
        <w:rPr>
          <w:b/>
          <w:lang w:val="pl-PL"/>
        </w:rPr>
        <w:t>5. Dane do rozliczeń i doręczania dokumentów</w:t>
      </w:r>
    </w:p>
    <w:p w14:paraId="36F065A1" w14:textId="7B2CD897" w:rsidR="00DA7E4A" w:rsidRDefault="00DA7E4A" w:rsidP="00DA7E4A">
      <w:pPr>
        <w:rPr>
          <w:lang w:val="pl-PL"/>
        </w:rPr>
      </w:pPr>
      <w:r w:rsidRPr="00DA7E4A">
        <w:rPr>
          <w:lang w:val="pl-PL"/>
        </w:rPr>
        <w:t>Osoba do kontaktu w sprawach rozliczeń: ............................................................ (imię, nazwisko, stanowisko)</w:t>
      </w:r>
    </w:p>
    <w:p w14:paraId="7697A970" w14:textId="0B6FF00F" w:rsidR="0007760F" w:rsidRPr="00DA7E4A" w:rsidRDefault="00F92F5A" w:rsidP="00DA7E4A">
      <w:pPr>
        <w:rPr>
          <w:lang w:val="pl-PL"/>
        </w:rPr>
      </w:pPr>
      <w:r w:rsidRPr="00DA7E4A">
        <w:rPr>
          <w:lang w:val="pl-PL"/>
        </w:rPr>
        <w:t xml:space="preserve">Adres e-mail: ............................................................ </w:t>
      </w:r>
    </w:p>
    <w:p w14:paraId="712C675D" w14:textId="599D2D3D" w:rsidR="0007760F" w:rsidRDefault="00F92F5A" w:rsidP="00DA7E4A">
      <w:pPr>
        <w:rPr>
          <w:lang w:val="pl-PL"/>
        </w:rPr>
      </w:pPr>
      <w:r w:rsidRPr="00DA7E4A">
        <w:rPr>
          <w:lang w:val="pl-PL"/>
        </w:rPr>
        <w:t>Numer telefonu: ............................................................</w:t>
      </w:r>
    </w:p>
    <w:p w14:paraId="2D719E1B" w14:textId="77777777" w:rsidR="00CC42AD" w:rsidRPr="00DA7E4A" w:rsidRDefault="00CC42AD" w:rsidP="00DA7E4A">
      <w:pPr>
        <w:rPr>
          <w:lang w:val="pl-PL"/>
        </w:rPr>
      </w:pPr>
    </w:p>
    <w:p w14:paraId="4F863F1D" w14:textId="77777777" w:rsidR="0007760F" w:rsidRPr="00DA7E4A" w:rsidRDefault="00F92F5A">
      <w:pPr>
        <w:rPr>
          <w:lang w:val="pl-PL"/>
        </w:rPr>
      </w:pPr>
      <w:r w:rsidRPr="00DA7E4A">
        <w:rPr>
          <w:b/>
          <w:lang w:val="pl-PL"/>
        </w:rPr>
        <w:lastRenderedPageBreak/>
        <w:t>6. Rachunek bankowy do płatności i oświadczenia białej listy</w:t>
      </w:r>
    </w:p>
    <w:p w14:paraId="6C301DC4" w14:textId="77777777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>1. Numer rachunku bankowego do płatności: ............................................................ (wpisać numer IBAN/rachunku)</w:t>
      </w:r>
    </w:p>
    <w:p w14:paraId="0CF2C711" w14:textId="77777777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>2. Oświadczam, że wskazany rachunek bankowy jest rachunkiem rozliczeniowym służącym wyłącznie do celów rozliczeń prowadzonej działalności gospodarczej.</w:t>
      </w:r>
    </w:p>
    <w:p w14:paraId="58CB8927" w14:textId="77777777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>3. Oświadczam, że wskazany rachunek (zaznaczyć jedną opcję):</w:t>
      </w:r>
    </w:p>
    <w:p w14:paraId="13597CEE" w14:textId="77777777" w:rsidR="0007760F" w:rsidRPr="00DA7E4A" w:rsidRDefault="00F92F5A">
      <w:pPr>
        <w:ind w:left="709"/>
        <w:rPr>
          <w:lang w:val="pl-PL"/>
        </w:rPr>
      </w:pPr>
      <w:r w:rsidRPr="00DA7E4A">
        <w:rPr>
          <w:lang w:val="pl-PL"/>
        </w:rPr>
        <w:t xml:space="preserve">☐ znajduje się w elektronicznym wykazie podatników VAT prowadzonym przez Szefa Krajowej Administracji </w:t>
      </w:r>
      <w:proofErr w:type="gramStart"/>
      <w:r w:rsidRPr="00DA7E4A">
        <w:rPr>
          <w:lang w:val="pl-PL"/>
        </w:rPr>
        <w:t>Skarbowej,</w:t>
      </w:r>
      <w:proofErr w:type="gramEnd"/>
      <w:r w:rsidRPr="00DA7E4A">
        <w:rPr>
          <w:lang w:val="pl-PL"/>
        </w:rPr>
        <w:t xml:space="preserve"> albo</w:t>
      </w:r>
    </w:p>
    <w:p w14:paraId="702824CE" w14:textId="7DDD62C2" w:rsidR="0007760F" w:rsidRPr="00DA7E4A" w:rsidRDefault="00F92F5A" w:rsidP="00DA7E4A">
      <w:pPr>
        <w:ind w:left="709"/>
        <w:rPr>
          <w:lang w:val="pl-PL"/>
        </w:rPr>
      </w:pPr>
      <w:r w:rsidRPr="00DA7E4A">
        <w:rPr>
          <w:lang w:val="pl-PL"/>
        </w:rPr>
        <w:t>☐ nie znajduje się w elektronicznym wykazie podatników VAT z uwagi na: ............................................................ (wpisać przyczynę).</w:t>
      </w:r>
    </w:p>
    <w:p w14:paraId="0C233BB4" w14:textId="3A3B0A21" w:rsidR="0007760F" w:rsidRPr="00DA7E4A" w:rsidRDefault="00DA7E4A">
      <w:pPr>
        <w:rPr>
          <w:lang w:val="pl-PL"/>
        </w:rPr>
      </w:pPr>
      <w:r>
        <w:rPr>
          <w:b/>
          <w:lang w:val="pl-PL"/>
        </w:rPr>
        <w:t>7</w:t>
      </w:r>
      <w:r w:rsidR="00F92F5A" w:rsidRPr="00DA7E4A">
        <w:rPr>
          <w:b/>
          <w:lang w:val="pl-PL"/>
        </w:rPr>
        <w:t>. Zobowiązanie do aktualizacji oświadczenia</w:t>
      </w:r>
    </w:p>
    <w:p w14:paraId="6946FD1D" w14:textId="1C07CCC9" w:rsidR="0007760F" w:rsidRPr="00DA7E4A" w:rsidRDefault="00F92F5A" w:rsidP="00DA7E4A">
      <w:pPr>
        <w:ind w:left="425"/>
        <w:rPr>
          <w:lang w:val="pl-PL"/>
        </w:rPr>
      </w:pPr>
      <w:r w:rsidRPr="00DA7E4A">
        <w:rPr>
          <w:lang w:val="pl-PL"/>
        </w:rPr>
        <w:t xml:space="preserve">Oświadczam, że w przypadku zmiany okoliczności mających wpływ na prawdziwość niniejszego oświadczenia (w szczególności zmiany reżimu fakturowania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 xml:space="preserve"> / poza </w:t>
      </w:r>
      <w:proofErr w:type="spellStart"/>
      <w:r w:rsidRPr="00DA7E4A">
        <w:rPr>
          <w:lang w:val="pl-PL"/>
        </w:rPr>
        <w:t>KSeF</w:t>
      </w:r>
      <w:proofErr w:type="spellEnd"/>
      <w:r w:rsidRPr="00DA7E4A">
        <w:rPr>
          <w:lang w:val="pl-PL"/>
        </w:rPr>
        <w:t>, zmiany danych kontaktowych do rozliczeń albo zmiany rachunku bankowego), wykonawca niezwłocznie poinformuje zamawiającego w formie dokumentowej oraz przedłoży zaktualizowane oświadczenie, a także będzie stosował fakturowanie zgodne z przepisami powszechnie obowiązującymi od dnia, w którym zmiana wywołuje skutki prawne.</w:t>
      </w:r>
    </w:p>
    <w:p w14:paraId="6369384B" w14:textId="0AD28478" w:rsidR="0007760F" w:rsidRPr="00DA7E4A" w:rsidRDefault="00DA7E4A">
      <w:pPr>
        <w:rPr>
          <w:lang w:val="pl-PL"/>
        </w:rPr>
      </w:pPr>
      <w:r>
        <w:rPr>
          <w:b/>
          <w:lang w:val="pl-PL"/>
        </w:rPr>
        <w:t>8</w:t>
      </w:r>
      <w:r w:rsidR="008C0A9F">
        <w:rPr>
          <w:b/>
          <w:lang w:val="pl-PL"/>
        </w:rPr>
        <w:t>.</w:t>
      </w:r>
      <w:r w:rsidR="00F92F5A" w:rsidRPr="00DA7E4A">
        <w:rPr>
          <w:b/>
          <w:lang w:val="pl-PL"/>
        </w:rPr>
        <w:t xml:space="preserve"> Klauzula odpowiedzialności za prawdziwość danych</w:t>
      </w:r>
    </w:p>
    <w:p w14:paraId="56A191A0" w14:textId="77777777" w:rsidR="0007760F" w:rsidRPr="00DA7E4A" w:rsidRDefault="00F92F5A">
      <w:pPr>
        <w:ind w:left="425"/>
        <w:rPr>
          <w:lang w:val="pl-PL"/>
        </w:rPr>
      </w:pPr>
      <w:r w:rsidRPr="00DA7E4A">
        <w:rPr>
          <w:lang w:val="pl-PL"/>
        </w:rPr>
        <w:t>Oświadczam, że wszystkie dane i informacje podane w niniejszym oświadczeniu są aktualne i prawdziwe na dzień jego złożenia, a osoba podpisująca oświadczenie jest uprawniona do reprezentacji wykonawcy.</w:t>
      </w:r>
    </w:p>
    <w:p w14:paraId="0F5C950C" w14:textId="77777777" w:rsidR="0007760F" w:rsidRPr="00DA7E4A" w:rsidRDefault="0007760F">
      <w:pPr>
        <w:rPr>
          <w:lang w:val="pl-PL"/>
        </w:rPr>
      </w:pPr>
    </w:p>
    <w:p w14:paraId="6DCEB2BE" w14:textId="77777777" w:rsidR="0007760F" w:rsidRPr="00DA7E4A" w:rsidRDefault="00F92F5A">
      <w:pPr>
        <w:rPr>
          <w:lang w:val="pl-PL"/>
        </w:rPr>
      </w:pPr>
      <w:r w:rsidRPr="00DA7E4A">
        <w:rPr>
          <w:lang w:val="pl-PL"/>
        </w:rPr>
        <w:t>Miejscowość: ............................................................ (wpisać), dnia: ............................................................ (wpisać)</w:t>
      </w:r>
    </w:p>
    <w:p w14:paraId="2DAC0482" w14:textId="77777777" w:rsidR="0007760F" w:rsidRPr="00DA7E4A" w:rsidRDefault="0007760F">
      <w:pPr>
        <w:rPr>
          <w:lang w:val="pl-PL"/>
        </w:rPr>
      </w:pPr>
    </w:p>
    <w:p w14:paraId="3B35AED7" w14:textId="77777777" w:rsidR="0007760F" w:rsidRPr="00DA7E4A" w:rsidRDefault="00F92F5A">
      <w:pPr>
        <w:rPr>
          <w:lang w:val="pl-PL"/>
        </w:rPr>
      </w:pPr>
      <w:r w:rsidRPr="00DA7E4A">
        <w:rPr>
          <w:lang w:val="pl-PL"/>
        </w:rPr>
        <w:t>Podpis osoby uprawnionej do reprezentacji wykonawcy: ............................................................</w:t>
      </w:r>
    </w:p>
    <w:sectPr w:rsidR="0007760F" w:rsidRPr="00DA7E4A" w:rsidSect="00034616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7F0A" w14:textId="77777777" w:rsidR="00FD7E6C" w:rsidRDefault="00FD7E6C" w:rsidP="000A548D">
      <w:pPr>
        <w:spacing w:after="0" w:line="240" w:lineRule="auto"/>
      </w:pPr>
      <w:r>
        <w:separator/>
      </w:r>
    </w:p>
  </w:endnote>
  <w:endnote w:type="continuationSeparator" w:id="0">
    <w:p w14:paraId="4A87A45B" w14:textId="77777777" w:rsidR="00FD7E6C" w:rsidRDefault="00FD7E6C" w:rsidP="000A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9A374" w14:textId="77777777" w:rsidR="00FD7E6C" w:rsidRDefault="00FD7E6C" w:rsidP="000A548D">
      <w:pPr>
        <w:spacing w:after="0" w:line="240" w:lineRule="auto"/>
      </w:pPr>
      <w:r>
        <w:separator/>
      </w:r>
    </w:p>
  </w:footnote>
  <w:footnote w:type="continuationSeparator" w:id="0">
    <w:p w14:paraId="0B43E546" w14:textId="77777777" w:rsidR="00FD7E6C" w:rsidRDefault="00FD7E6C" w:rsidP="000A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409F" w14:textId="77777777" w:rsidR="00813E32" w:rsidRPr="00CC42AD" w:rsidRDefault="00813E32" w:rsidP="00813E32">
    <w:pPr>
      <w:pStyle w:val="Nagwek"/>
      <w:jc w:val="right"/>
      <w:rPr>
        <w:b/>
        <w:bCs/>
      </w:rPr>
    </w:pPr>
  </w:p>
  <w:p w14:paraId="3F250188" w14:textId="77777777" w:rsidR="00813E32" w:rsidRDefault="00813E32" w:rsidP="00813E32">
    <w:pPr>
      <w:ind w:left="5760" w:firstLine="720"/>
      <w:jc w:val="center"/>
      <w:rPr>
        <w:rFonts w:ascii="Times New Roman" w:hAnsi="Times New Roman" w:cs="Times New Roman"/>
        <w:b/>
        <w:bCs/>
        <w:noProof/>
      </w:rPr>
    </w:pPr>
    <w:r w:rsidRPr="0038523F">
      <w:rPr>
        <w:rFonts w:ascii="Times New Roman" w:hAnsi="Times New Roman" w:cs="Times New Roman"/>
        <w:b/>
        <w:bCs/>
        <w:noProof/>
      </w:rPr>
      <w:t xml:space="preserve">         ŚWK.ZA.271.0</w:t>
    </w:r>
    <w:r>
      <w:rPr>
        <w:rFonts w:ascii="Times New Roman" w:hAnsi="Times New Roman" w:cs="Times New Roman"/>
        <w:b/>
        <w:bCs/>
        <w:noProof/>
      </w:rPr>
      <w:t>6</w:t>
    </w:r>
    <w:r w:rsidRPr="0038523F">
      <w:rPr>
        <w:rFonts w:ascii="Times New Roman" w:hAnsi="Times New Roman" w:cs="Times New Roman"/>
        <w:b/>
        <w:bCs/>
        <w:noProof/>
      </w:rPr>
      <w:t>.2026</w:t>
    </w:r>
  </w:p>
  <w:p w14:paraId="654B4765" w14:textId="77777777" w:rsidR="00813E32" w:rsidRDefault="00813E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6C29EB"/>
    <w:multiLevelType w:val="multilevel"/>
    <w:tmpl w:val="92CC1AB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."/>
      <w:lvlJc w:val="left"/>
      <w:pPr>
        <w:ind w:left="1363" w:hanging="360"/>
      </w:pPr>
    </w:lvl>
    <w:lvl w:ilvl="2">
      <w:start w:val="1"/>
      <w:numFmt w:val="lowerRoman"/>
      <w:lvlText w:val="."/>
      <w:lvlJc w:val="right"/>
      <w:pPr>
        <w:ind w:left="2083" w:hanging="180"/>
      </w:pPr>
    </w:lvl>
    <w:lvl w:ilvl="3">
      <w:start w:val="1"/>
      <w:numFmt w:val="decimal"/>
      <w:lvlText w:val="."/>
      <w:lvlJc w:val="left"/>
      <w:pPr>
        <w:ind w:left="2803" w:hanging="360"/>
      </w:pPr>
    </w:lvl>
    <w:lvl w:ilvl="4">
      <w:start w:val="1"/>
      <w:numFmt w:val="lowerLetter"/>
      <w:lvlText w:val="."/>
      <w:lvlJc w:val="left"/>
      <w:pPr>
        <w:ind w:left="3523" w:hanging="360"/>
      </w:pPr>
    </w:lvl>
    <w:lvl w:ilvl="5">
      <w:start w:val="1"/>
      <w:numFmt w:val="lowerRoman"/>
      <w:lvlText w:val="."/>
      <w:lvlJc w:val="right"/>
      <w:pPr>
        <w:ind w:left="4243" w:hanging="180"/>
      </w:pPr>
    </w:lvl>
    <w:lvl w:ilvl="6">
      <w:start w:val="1"/>
      <w:numFmt w:val="decimal"/>
      <w:lvlText w:val="."/>
      <w:lvlJc w:val="left"/>
      <w:pPr>
        <w:ind w:left="4963" w:hanging="360"/>
      </w:pPr>
    </w:lvl>
    <w:lvl w:ilvl="7">
      <w:start w:val="1"/>
      <w:numFmt w:val="lowerLetter"/>
      <w:lvlText w:val="."/>
      <w:lvlJc w:val="left"/>
      <w:pPr>
        <w:ind w:left="5683" w:hanging="360"/>
      </w:pPr>
    </w:lvl>
    <w:lvl w:ilvl="8">
      <w:start w:val="1"/>
      <w:numFmt w:val="lowerRoman"/>
      <w:lvlText w:val="."/>
      <w:lvlJc w:val="right"/>
      <w:pPr>
        <w:ind w:left="6403" w:hanging="180"/>
      </w:pPr>
    </w:lvl>
  </w:abstractNum>
  <w:num w:numId="1" w16cid:durableId="71970619">
    <w:abstractNumId w:val="8"/>
  </w:num>
  <w:num w:numId="2" w16cid:durableId="102724713">
    <w:abstractNumId w:val="6"/>
  </w:num>
  <w:num w:numId="3" w16cid:durableId="643856055">
    <w:abstractNumId w:val="5"/>
  </w:num>
  <w:num w:numId="4" w16cid:durableId="1584099070">
    <w:abstractNumId w:val="4"/>
  </w:num>
  <w:num w:numId="5" w16cid:durableId="411508577">
    <w:abstractNumId w:val="7"/>
  </w:num>
  <w:num w:numId="6" w16cid:durableId="311179377">
    <w:abstractNumId w:val="3"/>
  </w:num>
  <w:num w:numId="7" w16cid:durableId="786312409">
    <w:abstractNumId w:val="2"/>
  </w:num>
  <w:num w:numId="8" w16cid:durableId="199710220">
    <w:abstractNumId w:val="1"/>
  </w:num>
  <w:num w:numId="9" w16cid:durableId="1202475897">
    <w:abstractNumId w:val="0"/>
  </w:num>
  <w:num w:numId="10" w16cid:durableId="1001815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6B1"/>
    <w:rsid w:val="0006063C"/>
    <w:rsid w:val="00071F5A"/>
    <w:rsid w:val="0007760F"/>
    <w:rsid w:val="000A548D"/>
    <w:rsid w:val="0015074B"/>
    <w:rsid w:val="00153DF6"/>
    <w:rsid w:val="002201F7"/>
    <w:rsid w:val="0029639D"/>
    <w:rsid w:val="002E187E"/>
    <w:rsid w:val="00306B59"/>
    <w:rsid w:val="00326F90"/>
    <w:rsid w:val="00352CA9"/>
    <w:rsid w:val="00356617"/>
    <w:rsid w:val="003E6D8B"/>
    <w:rsid w:val="00405F40"/>
    <w:rsid w:val="004F7781"/>
    <w:rsid w:val="005D2FE0"/>
    <w:rsid w:val="007D4EFC"/>
    <w:rsid w:val="00813E32"/>
    <w:rsid w:val="00823211"/>
    <w:rsid w:val="00845651"/>
    <w:rsid w:val="00876D29"/>
    <w:rsid w:val="008C0A9F"/>
    <w:rsid w:val="00985BDD"/>
    <w:rsid w:val="00A0690F"/>
    <w:rsid w:val="00AA1D8D"/>
    <w:rsid w:val="00AD02D3"/>
    <w:rsid w:val="00B32F50"/>
    <w:rsid w:val="00B47730"/>
    <w:rsid w:val="00B91A9C"/>
    <w:rsid w:val="00CB0664"/>
    <w:rsid w:val="00CC3871"/>
    <w:rsid w:val="00CC42AD"/>
    <w:rsid w:val="00D05044"/>
    <w:rsid w:val="00D0792B"/>
    <w:rsid w:val="00DA7E4A"/>
    <w:rsid w:val="00DF27CC"/>
    <w:rsid w:val="00E511C2"/>
    <w:rsid w:val="00E61328"/>
    <w:rsid w:val="00E77F5B"/>
    <w:rsid w:val="00F92F5A"/>
    <w:rsid w:val="00FC693F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DCD96D"/>
  <w14:defaultImageDpi w14:val="300"/>
  <w15:docId w15:val="{A66E3E94-CF21-45C5-9EC3-501B8F64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ksttreci">
    <w:name w:val="Tekst treści"/>
    <w:basedOn w:val="Normalny"/>
    <w:rsid w:val="00CC3871"/>
    <w:pPr>
      <w:shd w:val="clear" w:color="auto" w:fill="FFFFFF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Kozłowska-Bidas</cp:lastModifiedBy>
  <cp:revision>4</cp:revision>
  <cp:lastPrinted>2026-04-20T10:38:00Z</cp:lastPrinted>
  <dcterms:created xsi:type="dcterms:W3CDTF">2026-07-10T12:15:00Z</dcterms:created>
  <dcterms:modified xsi:type="dcterms:W3CDTF">2026-08-04T06:07:00Z</dcterms:modified>
  <cp:category/>
</cp:coreProperties>
</file>