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D841" w14:textId="77777777" w:rsidR="00FF179B" w:rsidRDefault="00FF179B" w:rsidP="00B664F1">
      <w:pPr>
        <w:spacing w:after="360"/>
        <w:jc w:val="right"/>
        <w:rPr>
          <w:b/>
        </w:rPr>
      </w:pPr>
      <w:r>
        <w:rPr>
          <w:b/>
        </w:rPr>
        <w:t xml:space="preserve">Załącznik nr 8 do SWZ </w:t>
      </w:r>
    </w:p>
    <w:p w14:paraId="6EED9580" w14:textId="77777777" w:rsidR="00FF179B" w:rsidRPr="00FF179B" w:rsidRDefault="00FF179B" w:rsidP="00FF179B">
      <w:pPr>
        <w:spacing w:before="120"/>
        <w:rPr>
          <w:rFonts w:ascii="Arial" w:hAnsi="Arial" w:cs="Arial"/>
        </w:rPr>
      </w:pPr>
      <w:r w:rsidRPr="00FF179B">
        <w:rPr>
          <w:rFonts w:ascii="Arial" w:hAnsi="Arial" w:cs="Arial"/>
          <w:sz w:val="20"/>
          <w:szCs w:val="20"/>
        </w:rPr>
        <w:t>........................................................................</w:t>
      </w:r>
      <w:r w:rsidRPr="00FF179B">
        <w:rPr>
          <w:rFonts w:ascii="Arial" w:hAnsi="Arial" w:cs="Arial"/>
          <w:sz w:val="20"/>
          <w:szCs w:val="20"/>
        </w:rPr>
        <w:tab/>
        <w:t xml:space="preserve">      </w:t>
      </w:r>
      <w:r w:rsidRPr="00FF179B">
        <w:rPr>
          <w:rFonts w:ascii="Arial" w:hAnsi="Arial" w:cs="Arial"/>
          <w:sz w:val="20"/>
          <w:szCs w:val="20"/>
        </w:rPr>
        <w:tab/>
      </w:r>
      <w:r w:rsidRPr="00FF179B">
        <w:rPr>
          <w:rFonts w:ascii="Arial" w:hAnsi="Arial" w:cs="Arial"/>
          <w:sz w:val="20"/>
          <w:szCs w:val="20"/>
        </w:rPr>
        <w:tab/>
      </w:r>
      <w:r w:rsidRPr="00FF179B">
        <w:rPr>
          <w:rFonts w:ascii="Arial" w:hAnsi="Arial" w:cs="Arial"/>
          <w:sz w:val="20"/>
          <w:szCs w:val="20"/>
        </w:rPr>
        <w:tab/>
      </w:r>
      <w:r w:rsidRPr="00FF179B">
        <w:rPr>
          <w:rFonts w:ascii="Arial" w:hAnsi="Arial" w:cs="Arial"/>
          <w:sz w:val="20"/>
          <w:szCs w:val="20"/>
        </w:rPr>
        <w:tab/>
      </w:r>
      <w:r w:rsidRPr="00FF179B">
        <w:rPr>
          <w:rFonts w:ascii="Arial" w:hAnsi="Arial" w:cs="Arial"/>
          <w:sz w:val="20"/>
          <w:szCs w:val="20"/>
        </w:rPr>
        <w:tab/>
      </w:r>
      <w:r w:rsidRPr="00FF179B">
        <w:rPr>
          <w:rFonts w:ascii="Arial" w:hAnsi="Arial" w:cs="Arial"/>
          <w:sz w:val="20"/>
          <w:szCs w:val="20"/>
        </w:rPr>
        <w:tab/>
      </w:r>
      <w:r w:rsidRPr="00FF179B">
        <w:rPr>
          <w:rFonts w:ascii="Arial" w:hAnsi="Arial" w:cs="Arial"/>
          <w:sz w:val="20"/>
          <w:szCs w:val="20"/>
        </w:rPr>
        <w:tab/>
      </w:r>
      <w:r w:rsidRPr="00FF179B">
        <w:rPr>
          <w:rFonts w:ascii="Arial" w:hAnsi="Arial" w:cs="Arial"/>
          <w:sz w:val="20"/>
          <w:szCs w:val="20"/>
        </w:rPr>
        <w:tab/>
      </w:r>
      <w:r w:rsidRPr="00FF179B">
        <w:rPr>
          <w:rFonts w:ascii="Arial" w:hAnsi="Arial" w:cs="Arial"/>
          <w:sz w:val="20"/>
          <w:szCs w:val="20"/>
        </w:rPr>
        <w:tab/>
        <w:t xml:space="preserve">                                    </w:t>
      </w:r>
    </w:p>
    <w:p w14:paraId="2B8D5181" w14:textId="77777777" w:rsidR="00FF179B" w:rsidRPr="00FF179B" w:rsidRDefault="00FF179B" w:rsidP="00FF179B">
      <w:pPr>
        <w:ind w:right="39"/>
        <w:rPr>
          <w:rFonts w:ascii="Arial" w:hAnsi="Arial" w:cs="Arial"/>
        </w:rPr>
      </w:pPr>
      <w:r w:rsidRPr="00FF179B">
        <w:rPr>
          <w:rFonts w:ascii="Arial" w:eastAsia="Cambria" w:hAnsi="Arial" w:cs="Arial"/>
          <w:i/>
          <w:sz w:val="16"/>
          <w:szCs w:val="16"/>
        </w:rPr>
        <w:t xml:space="preserve">           </w:t>
      </w:r>
      <w:r w:rsidRPr="00FF179B">
        <w:rPr>
          <w:rFonts w:ascii="Arial" w:eastAsia="Batang" w:hAnsi="Arial" w:cs="Arial"/>
          <w:i/>
          <w:sz w:val="16"/>
          <w:szCs w:val="16"/>
        </w:rPr>
        <w:t>(Nazwa i adres Wykonawcy)</w:t>
      </w:r>
    </w:p>
    <w:p w14:paraId="005C0C53" w14:textId="77777777" w:rsidR="00FF179B" w:rsidRDefault="00FF179B" w:rsidP="00B664F1">
      <w:pPr>
        <w:spacing w:after="360"/>
        <w:jc w:val="right"/>
        <w:rPr>
          <w:b/>
        </w:rPr>
      </w:pPr>
      <w:bookmarkStart w:id="0" w:name="_GoBack"/>
      <w:bookmarkEnd w:id="0"/>
    </w:p>
    <w:p w14:paraId="1C31E2B4" w14:textId="7A5740C0" w:rsidR="00EB0BDA" w:rsidRDefault="00E05438" w:rsidP="00FF179B">
      <w:pPr>
        <w:spacing w:after="360"/>
        <w:jc w:val="center"/>
      </w:pPr>
      <w:r>
        <w:rPr>
          <w:b/>
        </w:rPr>
        <w:t>Wykaz osób</w:t>
      </w:r>
    </w:p>
    <w:p w14:paraId="7257967B" w14:textId="1CC880C2" w:rsidR="00EB0BDA" w:rsidRDefault="00FF179B" w:rsidP="00FF179B">
      <w:pPr>
        <w:spacing w:after="360"/>
        <w:jc w:val="both"/>
      </w:pPr>
      <w:r>
        <w:t>Dla zadania:</w:t>
      </w:r>
      <w:r w:rsidR="00E05438">
        <w:t xml:space="preserve"> Świadczenie usług przewozu uczestników Klubu Seniora w Kuczyźnie w ramach projektu „Rozwijamy usługi społeczne w Gminie Cielądz”</w:t>
      </w:r>
    </w:p>
    <w:tbl>
      <w:tblPr>
        <w:tblStyle w:val="Tabela-Siatka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693"/>
        <w:gridCol w:w="2835"/>
        <w:gridCol w:w="1985"/>
        <w:gridCol w:w="1842"/>
        <w:gridCol w:w="2268"/>
      </w:tblGrid>
      <w:tr w:rsidR="00EB0BDA" w14:paraId="01D7186A" w14:textId="77777777" w:rsidTr="00FE4A50">
        <w:trPr>
          <w:jc w:val="center"/>
        </w:trPr>
        <w:tc>
          <w:tcPr>
            <w:tcW w:w="704" w:type="dxa"/>
            <w:vAlign w:val="center"/>
          </w:tcPr>
          <w:p w14:paraId="2534D97B" w14:textId="77777777" w:rsidR="00EB0BDA" w:rsidRDefault="00E05438">
            <w:pPr>
              <w:spacing w:after="0"/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1843" w:type="dxa"/>
            <w:vAlign w:val="center"/>
          </w:tcPr>
          <w:p w14:paraId="778813A1" w14:textId="77777777" w:rsidR="00EB0BDA" w:rsidRDefault="00E05438">
            <w:pPr>
              <w:spacing w:after="0"/>
              <w:jc w:val="center"/>
            </w:pPr>
            <w:r>
              <w:rPr>
                <w:b/>
              </w:rPr>
              <w:t>Imię i nazwisko</w:t>
            </w:r>
          </w:p>
        </w:tc>
        <w:tc>
          <w:tcPr>
            <w:tcW w:w="2693" w:type="dxa"/>
            <w:vAlign w:val="center"/>
          </w:tcPr>
          <w:p w14:paraId="3A66006C" w14:textId="77777777" w:rsidR="00EB0BDA" w:rsidRDefault="00E05438">
            <w:pPr>
              <w:spacing w:after="0"/>
              <w:jc w:val="center"/>
            </w:pPr>
            <w:r>
              <w:rPr>
                <w:b/>
              </w:rPr>
              <w:t>Funkcja przy realizacji zamówienia</w:t>
            </w:r>
          </w:p>
        </w:tc>
        <w:tc>
          <w:tcPr>
            <w:tcW w:w="2835" w:type="dxa"/>
            <w:vAlign w:val="center"/>
          </w:tcPr>
          <w:p w14:paraId="762B0FAA" w14:textId="77777777" w:rsidR="00EB0BDA" w:rsidRDefault="00E05438">
            <w:pPr>
              <w:spacing w:after="0"/>
              <w:jc w:val="center"/>
            </w:pPr>
            <w:r>
              <w:rPr>
                <w:b/>
              </w:rPr>
              <w:t>Uprawnienia/kategoria prawa jazdy</w:t>
            </w:r>
          </w:p>
        </w:tc>
        <w:tc>
          <w:tcPr>
            <w:tcW w:w="1985" w:type="dxa"/>
            <w:vAlign w:val="center"/>
          </w:tcPr>
          <w:p w14:paraId="6D04E431" w14:textId="77777777" w:rsidR="00EB0BDA" w:rsidRDefault="00E05438">
            <w:pPr>
              <w:spacing w:after="0"/>
              <w:jc w:val="center"/>
            </w:pPr>
            <w:r>
              <w:rPr>
                <w:b/>
              </w:rPr>
              <w:t>Doświadczenie w przewozie osób</w:t>
            </w:r>
          </w:p>
        </w:tc>
        <w:tc>
          <w:tcPr>
            <w:tcW w:w="1842" w:type="dxa"/>
            <w:vAlign w:val="center"/>
          </w:tcPr>
          <w:p w14:paraId="6FB31A51" w14:textId="77777777" w:rsidR="00EB0BDA" w:rsidRDefault="00E05438">
            <w:pPr>
              <w:spacing w:after="0"/>
              <w:jc w:val="center"/>
            </w:pPr>
            <w:r>
              <w:rPr>
                <w:b/>
              </w:rPr>
              <w:t>Podstawa dysponowania</w:t>
            </w:r>
          </w:p>
        </w:tc>
        <w:tc>
          <w:tcPr>
            <w:tcW w:w="2268" w:type="dxa"/>
            <w:vAlign w:val="center"/>
          </w:tcPr>
          <w:p w14:paraId="450592A2" w14:textId="246303B1" w:rsidR="00EB0BDA" w:rsidRDefault="00656BC2">
            <w:pPr>
              <w:spacing w:after="0"/>
              <w:jc w:val="center"/>
            </w:pPr>
            <w:r w:rsidRPr="00656BC2">
              <w:rPr>
                <w:b/>
              </w:rPr>
              <w:t>Informacja o spełnieniu aspektu społecznego, jeżeli dotyczy (grupa i zakres udziału, bez danych nadmiarowych)</w:t>
            </w:r>
          </w:p>
        </w:tc>
      </w:tr>
      <w:tr w:rsidR="00EB0BDA" w14:paraId="03022B5A" w14:textId="77777777" w:rsidTr="00FE4A50">
        <w:trPr>
          <w:jc w:val="center"/>
        </w:trPr>
        <w:tc>
          <w:tcPr>
            <w:tcW w:w="704" w:type="dxa"/>
            <w:vAlign w:val="center"/>
          </w:tcPr>
          <w:p w14:paraId="33D03987" w14:textId="77777777" w:rsidR="00EB0BDA" w:rsidRDefault="00E05438">
            <w:pPr>
              <w:spacing w:after="0"/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563BD187" w14:textId="77777777" w:rsidR="00EB0BDA" w:rsidRDefault="00EB0BDA">
            <w:pPr>
              <w:spacing w:after="0"/>
              <w:jc w:val="center"/>
            </w:pPr>
          </w:p>
        </w:tc>
        <w:tc>
          <w:tcPr>
            <w:tcW w:w="2693" w:type="dxa"/>
            <w:vAlign w:val="center"/>
          </w:tcPr>
          <w:p w14:paraId="4FE1FE96" w14:textId="77777777" w:rsidR="00EB0BDA" w:rsidRDefault="00E05438">
            <w:pPr>
              <w:spacing w:after="0"/>
              <w:jc w:val="center"/>
            </w:pPr>
            <w:r>
              <w:t>kierowca</w:t>
            </w:r>
          </w:p>
        </w:tc>
        <w:tc>
          <w:tcPr>
            <w:tcW w:w="2835" w:type="dxa"/>
            <w:vAlign w:val="center"/>
          </w:tcPr>
          <w:p w14:paraId="2BF09277" w14:textId="77777777" w:rsidR="00EB0BDA" w:rsidRDefault="00EB0BDA">
            <w:pPr>
              <w:spacing w:after="0"/>
              <w:jc w:val="center"/>
            </w:pPr>
          </w:p>
        </w:tc>
        <w:tc>
          <w:tcPr>
            <w:tcW w:w="1985" w:type="dxa"/>
            <w:vAlign w:val="center"/>
          </w:tcPr>
          <w:p w14:paraId="472FAE21" w14:textId="77777777" w:rsidR="00EB0BDA" w:rsidRDefault="00EB0BDA">
            <w:pPr>
              <w:spacing w:after="0"/>
              <w:jc w:val="center"/>
            </w:pPr>
          </w:p>
        </w:tc>
        <w:tc>
          <w:tcPr>
            <w:tcW w:w="1842" w:type="dxa"/>
            <w:vAlign w:val="center"/>
          </w:tcPr>
          <w:p w14:paraId="0B380C19" w14:textId="77777777" w:rsidR="00EB0BDA" w:rsidRDefault="00EB0BDA">
            <w:pPr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14:paraId="0034C1F9" w14:textId="77777777" w:rsidR="00EB0BDA" w:rsidRDefault="00EB0BDA">
            <w:pPr>
              <w:spacing w:after="0"/>
              <w:jc w:val="center"/>
            </w:pPr>
          </w:p>
        </w:tc>
      </w:tr>
      <w:tr w:rsidR="00EB0BDA" w14:paraId="169B660A" w14:textId="77777777" w:rsidTr="00FE4A50">
        <w:trPr>
          <w:jc w:val="center"/>
        </w:trPr>
        <w:tc>
          <w:tcPr>
            <w:tcW w:w="704" w:type="dxa"/>
            <w:vAlign w:val="center"/>
          </w:tcPr>
          <w:p w14:paraId="0545D086" w14:textId="77777777" w:rsidR="00EB0BDA" w:rsidRDefault="00E05438">
            <w:pPr>
              <w:spacing w:after="0"/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14:paraId="625D68B3" w14:textId="77777777" w:rsidR="00EB0BDA" w:rsidRDefault="00EB0BDA">
            <w:pPr>
              <w:spacing w:after="0"/>
              <w:jc w:val="center"/>
            </w:pPr>
          </w:p>
        </w:tc>
        <w:tc>
          <w:tcPr>
            <w:tcW w:w="2693" w:type="dxa"/>
            <w:vAlign w:val="center"/>
          </w:tcPr>
          <w:p w14:paraId="348698A5" w14:textId="77777777" w:rsidR="00EB0BDA" w:rsidRDefault="00E05438">
            <w:pPr>
              <w:spacing w:after="0"/>
              <w:jc w:val="center"/>
            </w:pPr>
            <w:r>
              <w:t>kierowca zastępczy</w:t>
            </w:r>
          </w:p>
        </w:tc>
        <w:tc>
          <w:tcPr>
            <w:tcW w:w="2835" w:type="dxa"/>
            <w:vAlign w:val="center"/>
          </w:tcPr>
          <w:p w14:paraId="2A9ACC9B" w14:textId="77777777" w:rsidR="00EB0BDA" w:rsidRDefault="00EB0BDA">
            <w:pPr>
              <w:spacing w:after="0"/>
              <w:jc w:val="center"/>
            </w:pPr>
          </w:p>
        </w:tc>
        <w:tc>
          <w:tcPr>
            <w:tcW w:w="1985" w:type="dxa"/>
            <w:vAlign w:val="center"/>
          </w:tcPr>
          <w:p w14:paraId="0FA827E9" w14:textId="77777777" w:rsidR="00EB0BDA" w:rsidRDefault="00EB0BDA">
            <w:pPr>
              <w:spacing w:after="0"/>
              <w:jc w:val="center"/>
            </w:pPr>
          </w:p>
        </w:tc>
        <w:tc>
          <w:tcPr>
            <w:tcW w:w="1842" w:type="dxa"/>
            <w:vAlign w:val="center"/>
          </w:tcPr>
          <w:p w14:paraId="410FC1B4" w14:textId="77777777" w:rsidR="00EB0BDA" w:rsidRDefault="00EB0BDA">
            <w:pPr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14:paraId="1486E8BD" w14:textId="77777777" w:rsidR="00EB0BDA" w:rsidRDefault="00EB0BDA">
            <w:pPr>
              <w:spacing w:after="0"/>
              <w:jc w:val="center"/>
            </w:pPr>
          </w:p>
        </w:tc>
      </w:tr>
      <w:tr w:rsidR="00EB0BDA" w14:paraId="60D833D5" w14:textId="77777777" w:rsidTr="00FE4A50">
        <w:trPr>
          <w:jc w:val="center"/>
        </w:trPr>
        <w:tc>
          <w:tcPr>
            <w:tcW w:w="704" w:type="dxa"/>
            <w:vAlign w:val="center"/>
          </w:tcPr>
          <w:p w14:paraId="62A65D21" w14:textId="77777777" w:rsidR="00EB0BDA" w:rsidRDefault="00E05438">
            <w:pPr>
              <w:spacing w:after="0"/>
              <w:jc w:val="center"/>
            </w:pPr>
            <w:r>
              <w:t>3</w:t>
            </w:r>
          </w:p>
        </w:tc>
        <w:tc>
          <w:tcPr>
            <w:tcW w:w="1843" w:type="dxa"/>
            <w:vAlign w:val="center"/>
          </w:tcPr>
          <w:p w14:paraId="234FB07A" w14:textId="77777777" w:rsidR="00EB0BDA" w:rsidRDefault="00EB0BDA">
            <w:pPr>
              <w:spacing w:after="0"/>
              <w:jc w:val="center"/>
            </w:pPr>
          </w:p>
        </w:tc>
        <w:tc>
          <w:tcPr>
            <w:tcW w:w="2693" w:type="dxa"/>
            <w:vAlign w:val="center"/>
          </w:tcPr>
          <w:p w14:paraId="43320AF7" w14:textId="77777777" w:rsidR="00EB0BDA" w:rsidRDefault="00EB0BDA">
            <w:pPr>
              <w:spacing w:after="0"/>
              <w:jc w:val="center"/>
            </w:pPr>
          </w:p>
        </w:tc>
        <w:tc>
          <w:tcPr>
            <w:tcW w:w="2835" w:type="dxa"/>
            <w:vAlign w:val="center"/>
          </w:tcPr>
          <w:p w14:paraId="71DB8CFB" w14:textId="77777777" w:rsidR="00EB0BDA" w:rsidRDefault="00EB0BDA">
            <w:pPr>
              <w:spacing w:after="0"/>
              <w:jc w:val="center"/>
            </w:pPr>
          </w:p>
        </w:tc>
        <w:tc>
          <w:tcPr>
            <w:tcW w:w="1985" w:type="dxa"/>
            <w:vAlign w:val="center"/>
          </w:tcPr>
          <w:p w14:paraId="0EBC5E91" w14:textId="77777777" w:rsidR="00EB0BDA" w:rsidRDefault="00EB0BDA">
            <w:pPr>
              <w:spacing w:after="0"/>
              <w:jc w:val="center"/>
            </w:pPr>
          </w:p>
        </w:tc>
        <w:tc>
          <w:tcPr>
            <w:tcW w:w="1842" w:type="dxa"/>
            <w:vAlign w:val="center"/>
          </w:tcPr>
          <w:p w14:paraId="6B848B02" w14:textId="77777777" w:rsidR="00EB0BDA" w:rsidRDefault="00EB0BDA">
            <w:pPr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14:paraId="56D5BD9E" w14:textId="77777777" w:rsidR="00EB0BDA" w:rsidRDefault="00EB0BDA">
            <w:pPr>
              <w:spacing w:after="0"/>
              <w:jc w:val="center"/>
            </w:pPr>
          </w:p>
        </w:tc>
      </w:tr>
    </w:tbl>
    <w:p w14:paraId="61495F9F" w14:textId="77777777" w:rsidR="00CF658E" w:rsidRDefault="00CF658E">
      <w:pPr>
        <w:jc w:val="both"/>
        <w:rPr>
          <w:rFonts w:ascii="Arial" w:hAnsi="Arial"/>
        </w:rPr>
      </w:pPr>
    </w:p>
    <w:p w14:paraId="56E65085" w14:textId="3BD326B9" w:rsidR="00EB0BDA" w:rsidRDefault="00E05438">
      <w:pPr>
        <w:jc w:val="both"/>
      </w:pPr>
      <w:r>
        <w:t>Oświadczam/y, że osoby wskazane w wykazie posiadają wymagane uprawnienia i będą wykonywać czynności zgodnie z wymaganiami SWZ, OPZ i umowy.</w:t>
      </w:r>
    </w:p>
    <w:p w14:paraId="2E815090" w14:textId="77777777" w:rsidR="00FF179B" w:rsidRDefault="00FF179B">
      <w:pPr>
        <w:jc w:val="both"/>
      </w:pPr>
    </w:p>
    <w:p w14:paraId="0110CEB2" w14:textId="77777777" w:rsidR="00B664F1" w:rsidRPr="00B664F1" w:rsidRDefault="00B664F1" w:rsidP="00B664F1">
      <w:pPr>
        <w:spacing w:after="120"/>
        <w:jc w:val="both"/>
        <w:rPr>
          <w:color w:val="auto"/>
        </w:rPr>
      </w:pPr>
      <w:r w:rsidRPr="00B664F1">
        <w:rPr>
          <w:color w:val="auto"/>
        </w:rPr>
        <w:t>W wykazie należy wskazać osoby faktycznie przewidziane do realizacji zamówienia, w tym kierowcę podstawowego i zastępczego. Wykonawca powinien potwierdzić, że osoby te posiadają wymagane uprawnienia, aktualne badania oraz niezbędne doświadczenie i predyspozycje do przewozu osób starszych lub wymagających wsparcia.</w:t>
      </w:r>
    </w:p>
    <w:p w14:paraId="04AC7272" w14:textId="46A5B8C9" w:rsidR="00313115" w:rsidRPr="00313115" w:rsidRDefault="00656BC2" w:rsidP="00313115">
      <w:pPr>
        <w:spacing w:after="240"/>
        <w:jc w:val="both"/>
        <w:rPr>
          <w:color w:val="auto"/>
        </w:rPr>
      </w:pPr>
      <w:r w:rsidRPr="00656BC2">
        <w:rPr>
          <w:color w:val="auto"/>
        </w:rPr>
        <w:t>Jeżeli Wykonawca deklaruje aspekt społeczny, w wykazie należy wskazać informację pozwalającą Zamawiającemu zweryfikować spełnienie deklaracji w sposób proporcjonalny i zgodny z RODO, w szczególności grupę wskazaną w ofercie oraz zakres udziału osoby w realizacji zamówienia, bez ujawniania danych nadmiarowych. Zmiana osoby objętej deklaracją jest dopuszczalna wyłącznie pod warunkiem zapewnienia osoby spełniającej równoważne wymagania i zachowania ciągłości spełniania zadeklarowanego kryterium.</w:t>
      </w:r>
      <w:r w:rsidR="00A04AD8" w:rsidRPr="00A04AD8">
        <w:t xml:space="preserve"> </w:t>
      </w:r>
      <w:r w:rsidR="00A04AD8" w:rsidRPr="00A04AD8">
        <w:rPr>
          <w:color w:val="auto"/>
        </w:rPr>
        <w:t>Wykaz powinien umożliwiać weryfikację, że udział tej osoby nie ma charakteru pozornego ani incydentalnego i dotyczy czynności bezpośrednio związanych z usługą przewozu albo jej bieżącą koordynacją.</w:t>
      </w:r>
    </w:p>
    <w:p w14:paraId="66AF2BEB" w14:textId="77777777" w:rsidR="00313115" w:rsidRPr="00313115" w:rsidRDefault="00313115" w:rsidP="00313115">
      <w:pPr>
        <w:spacing w:after="240"/>
        <w:jc w:val="both"/>
        <w:rPr>
          <w:color w:val="auto"/>
        </w:rPr>
      </w:pPr>
      <w:r w:rsidRPr="00313115">
        <w:rPr>
          <w:color w:val="auto"/>
        </w:rPr>
        <w:t>1. W wykazie należy wskazać kierowcę podstawowego i zastępczego albo sposób zapewnienia zastępstwa, wraz z informacją o uprawnieniach, badaniach, podstawie dysponowania oraz doświadczeniu istotnym dla bezpiecznego przewozu osób.</w:t>
      </w:r>
    </w:p>
    <w:p w14:paraId="6934D286" w14:textId="77777777" w:rsidR="00313115" w:rsidRPr="00313115" w:rsidRDefault="00313115" w:rsidP="00313115">
      <w:pPr>
        <w:spacing w:after="240"/>
        <w:jc w:val="both"/>
        <w:rPr>
          <w:color w:val="auto"/>
        </w:rPr>
      </w:pPr>
      <w:r w:rsidRPr="00313115">
        <w:rPr>
          <w:color w:val="auto"/>
        </w:rPr>
        <w:t xml:space="preserve">2. Nie należy ujawniać danych nadmiarowych. Zakres danych powinien być ograniczony do informacji niezbędnych do potwierdzenia spełnienia warunku </w:t>
      </w:r>
      <w:r w:rsidRPr="00313115">
        <w:rPr>
          <w:color w:val="auto"/>
        </w:rPr>
        <w:lastRenderedPageBreak/>
        <w:t>udziału, wymagań OPZ, art. 95 Pzp oraz ewentualnego aspektu społecznego.</w:t>
      </w:r>
    </w:p>
    <w:p w14:paraId="006C5654" w14:textId="2A7D5E0F" w:rsidR="00281036" w:rsidRDefault="00313115" w:rsidP="00313115">
      <w:pPr>
        <w:spacing w:after="240"/>
        <w:jc w:val="both"/>
      </w:pPr>
      <w:r w:rsidRPr="00313115">
        <w:rPr>
          <w:color w:val="auto"/>
        </w:rPr>
        <w:t>3. Jeżeli oferta uzyskała punkty za aspekt społeczny, Wykonawca powinien wskazać podstawę spełnienia tego aspektu i zakres udziału danej osoby w realizacji zamówienia w sposób pozwalający na legalną i proporcjonalną kontrolę, bez przekazywania dokumentów zawierających dane nadmiarowe albo dane szczególnych kategorii, chyba że ich przekazanie wynika z przepisu prawa lub jest niezbędne do wykazania spełnienia deklaracji.</w:t>
      </w:r>
    </w:p>
    <w:p w14:paraId="21E7D8FF" w14:textId="77777777" w:rsidR="00A061D8" w:rsidRPr="00A061D8" w:rsidRDefault="00A061D8" w:rsidP="00A061D8">
      <w:pPr>
        <w:spacing w:after="240"/>
        <w:jc w:val="both"/>
      </w:pPr>
      <w:r w:rsidRPr="00A061D8">
        <w:t>W przypadku realizacji aspektu społecznego należy zachować zgodność z deklaracją z formularza ofertowego. Zamawiający weryfikuje wyłącznie kategorię zadeklarowanej grupy i realny udział osoby w wykonywaniu zamówienia; nie należy przekazywać informacji o rodzaju albo stopniu niepełnosprawności, dokumentacji medycznej, numerów PESEL ani innych danych nadmiarowych.</w:t>
      </w:r>
    </w:p>
    <w:p w14:paraId="228FF4FD" w14:textId="7BA1C10F" w:rsidR="00EB0BDA" w:rsidRDefault="00EB0BDA">
      <w:pPr>
        <w:jc w:val="both"/>
      </w:pPr>
    </w:p>
    <w:sectPr w:rsidR="00EB0BDA" w:rsidSect="00FF179B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1134" w:right="964" w:bottom="1134" w:left="964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93B99" w14:textId="77777777" w:rsidR="00396555" w:rsidRDefault="00396555">
      <w:pPr>
        <w:spacing w:after="0" w:line="240" w:lineRule="auto"/>
      </w:pPr>
      <w:r>
        <w:separator/>
      </w:r>
    </w:p>
  </w:endnote>
  <w:endnote w:type="continuationSeparator" w:id="0">
    <w:p w14:paraId="3D747366" w14:textId="77777777" w:rsidR="00396555" w:rsidRDefault="00396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228F81" w14:textId="77777777" w:rsidR="00324E06" w:rsidRDefault="00324E06" w:rsidP="0000542F">
    <w:pPr>
      <w:pStyle w:val="Stopka"/>
      <w:rPr>
        <w:rFonts w:ascii="Cambria" w:hAnsi="Cambria"/>
        <w:sz w:val="20"/>
        <w:bdr w:val="single" w:sz="4" w:space="0" w:color="auto"/>
      </w:rPr>
    </w:pPr>
  </w:p>
  <w:p w14:paraId="0DE8083B" w14:textId="10B8057A" w:rsidR="00324E06" w:rsidRPr="00BA303A" w:rsidRDefault="00FF179B" w:rsidP="00C20DEA">
    <w:pPr>
      <w:pStyle w:val="Stopka"/>
      <w:tabs>
        <w:tab w:val="clear" w:pos="9360"/>
        <w:tab w:val="right" w:pos="13892"/>
      </w:tabs>
      <w:rPr>
        <w:rFonts w:ascii="Cambria" w:hAnsi="Cambria"/>
        <w:b/>
        <w:sz w:val="20"/>
        <w:bdr w:val="single" w:sz="4" w:space="0" w:color="auto"/>
      </w:rPr>
    </w:pPr>
    <w:r>
      <w:rPr>
        <w:sz w:val="20"/>
        <w:bdr w:val="single" w:sz="4" w:space="0" w:color="auto"/>
      </w:rPr>
      <w:t>Or.SO.2714.8.2026</w:t>
    </w:r>
    <w:r w:rsidR="00BA11A5" w:rsidRPr="00BA303A">
      <w:rPr>
        <w:sz w:val="20"/>
        <w:bdr w:val="single" w:sz="4" w:space="0" w:color="auto"/>
      </w:rPr>
      <w:tab/>
    </w:r>
    <w:r w:rsidR="00C20DEA">
      <w:rPr>
        <w:sz w:val="20"/>
        <w:bdr w:val="single" w:sz="4" w:space="0" w:color="auto"/>
      </w:rPr>
      <w:t xml:space="preserve">Załącznik nr 8 - </w:t>
    </w:r>
    <w:r w:rsidR="00BA11A5">
      <w:rPr>
        <w:sz w:val="20"/>
        <w:bdr w:val="single" w:sz="4" w:space="0" w:color="auto"/>
      </w:rPr>
      <w:t xml:space="preserve">Specyfikacja </w:t>
    </w:r>
    <w:r w:rsidR="00BA11A5" w:rsidRPr="00BA303A">
      <w:rPr>
        <w:sz w:val="20"/>
        <w:bdr w:val="single" w:sz="4" w:space="0" w:color="auto"/>
      </w:rPr>
      <w:t>Warunków Zamówienia (</w:t>
    </w:r>
    <w:r w:rsidR="00BA11A5">
      <w:rPr>
        <w:sz w:val="20"/>
        <w:bdr w:val="single" w:sz="4" w:space="0" w:color="auto"/>
      </w:rPr>
      <w:t>SWZ</w:t>
    </w:r>
    <w:r w:rsidR="00BA11A5" w:rsidRPr="00BA303A">
      <w:rPr>
        <w:sz w:val="20"/>
        <w:bdr w:val="single" w:sz="4" w:space="0" w:color="auto"/>
      </w:rPr>
      <w:t>)</w:t>
    </w:r>
    <w:r w:rsidR="00BA11A5" w:rsidRPr="00BA303A">
      <w:rPr>
        <w:sz w:val="20"/>
        <w:bdr w:val="single" w:sz="4" w:space="0" w:color="auto"/>
      </w:rPr>
      <w:tab/>
      <w:t xml:space="preserve">Strona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PAGE</w:instrText>
    </w:r>
    <w:r w:rsidR="00BA11A5" w:rsidRPr="00BA303A">
      <w:rPr>
        <w:b/>
        <w:sz w:val="20"/>
        <w:bdr w:val="single" w:sz="4" w:space="0" w:color="auto"/>
      </w:rPr>
      <w:fldChar w:fldCharType="separate"/>
    </w:r>
    <w:r>
      <w:rPr>
        <w:b/>
        <w:noProof/>
        <w:sz w:val="20"/>
        <w:bdr w:val="single" w:sz="4" w:space="0" w:color="auto"/>
      </w:rPr>
      <w:t>2</w:t>
    </w:r>
    <w:r w:rsidR="00BA11A5" w:rsidRPr="00BA303A">
      <w:rPr>
        <w:b/>
        <w:sz w:val="20"/>
        <w:bdr w:val="single" w:sz="4" w:space="0" w:color="auto"/>
      </w:rPr>
      <w:fldChar w:fldCharType="end"/>
    </w:r>
    <w:r w:rsidR="00BA11A5" w:rsidRPr="00BA303A">
      <w:rPr>
        <w:sz w:val="20"/>
        <w:bdr w:val="single" w:sz="4" w:space="0" w:color="auto"/>
      </w:rPr>
      <w:t xml:space="preserve"> z </w:t>
    </w:r>
    <w:r w:rsidR="00BA11A5" w:rsidRPr="00BA303A">
      <w:rPr>
        <w:b/>
        <w:sz w:val="20"/>
        <w:bdr w:val="single" w:sz="4" w:space="0" w:color="auto"/>
      </w:rPr>
      <w:fldChar w:fldCharType="begin"/>
    </w:r>
    <w:r w:rsidR="00BA11A5" w:rsidRPr="00BA303A">
      <w:rPr>
        <w:b/>
        <w:sz w:val="20"/>
        <w:bdr w:val="single" w:sz="4" w:space="0" w:color="auto"/>
      </w:rPr>
      <w:instrText>NUMPAGES</w:instrText>
    </w:r>
    <w:r w:rsidR="00BA11A5" w:rsidRPr="00BA303A">
      <w:rPr>
        <w:b/>
        <w:sz w:val="20"/>
        <w:bdr w:val="single" w:sz="4" w:space="0" w:color="auto"/>
      </w:rPr>
      <w:fldChar w:fldCharType="separate"/>
    </w:r>
    <w:r>
      <w:rPr>
        <w:b/>
        <w:noProof/>
        <w:sz w:val="20"/>
        <w:bdr w:val="single" w:sz="4" w:space="0" w:color="auto"/>
      </w:rPr>
      <w:t>2</w:t>
    </w:r>
    <w:r w:rsidR="00BA11A5" w:rsidRPr="00BA303A">
      <w:rPr>
        <w:b/>
        <w:sz w:val="20"/>
        <w:bdr w:val="single" w:sz="4" w:space="0" w:color="auto"/>
      </w:rPr>
      <w:fldChar w:fldCharType="end"/>
    </w:r>
  </w:p>
  <w:p w14:paraId="5B69B122" w14:textId="77777777" w:rsidR="00FF179B" w:rsidRPr="00FF179B" w:rsidRDefault="00FF179B" w:rsidP="00FF179B">
    <w:pPr>
      <w:tabs>
        <w:tab w:val="left" w:pos="5400"/>
      </w:tabs>
      <w:jc w:val="center"/>
      <w:rPr>
        <w:rFonts w:ascii="Cambria" w:hAnsi="Cambria" w:cs="Arial"/>
        <w:sz w:val="18"/>
        <w:szCs w:val="18"/>
      </w:rPr>
    </w:pPr>
    <w:r w:rsidRPr="00FF179B">
      <w:rPr>
        <w:rFonts w:ascii="Cambria" w:hAnsi="Cambria" w:cs="Arial"/>
        <w:sz w:val="18"/>
        <w:szCs w:val="18"/>
      </w:rPr>
      <w:t xml:space="preserve">Dokument sporządza się pod rygorem nieważności w formie elektronicznej </w:t>
    </w:r>
  </w:p>
  <w:p w14:paraId="00BD46EA" w14:textId="77777777" w:rsidR="00FF179B" w:rsidRPr="00FF179B" w:rsidRDefault="00FF179B" w:rsidP="00FF179B">
    <w:pPr>
      <w:tabs>
        <w:tab w:val="left" w:pos="5400"/>
      </w:tabs>
      <w:jc w:val="center"/>
      <w:rPr>
        <w:rFonts w:ascii="Cambria" w:hAnsi="Cambria" w:cs="Arial"/>
        <w:sz w:val="18"/>
        <w:szCs w:val="18"/>
      </w:rPr>
    </w:pPr>
    <w:r w:rsidRPr="00FF179B">
      <w:rPr>
        <w:rFonts w:ascii="Cambria" w:hAnsi="Cambria" w:cs="Arial"/>
        <w:sz w:val="18"/>
        <w:szCs w:val="18"/>
      </w:rPr>
      <w:t xml:space="preserve">podpisanej kwalifikowanym podpisem elektronicznym </w:t>
    </w:r>
    <w:r w:rsidRPr="00FF179B">
      <w:rPr>
        <w:rFonts w:ascii="Cambria" w:hAnsi="Cambria" w:cs="Arial"/>
        <w:i/>
        <w:sz w:val="18"/>
        <w:szCs w:val="18"/>
      </w:rPr>
      <w:t>lub podpisem zaufanym lub podpisem osobistym</w:t>
    </w:r>
  </w:p>
  <w:p w14:paraId="19907409" w14:textId="77777777" w:rsidR="00324E06" w:rsidRDefault="00324E06" w:rsidP="00C51DF4">
    <w:pPr>
      <w:pStyle w:val="Stopka"/>
      <w:tabs>
        <w:tab w:val="left" w:pos="67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13620" w14:textId="77777777" w:rsidR="00396555" w:rsidRDefault="00396555">
      <w:pPr>
        <w:spacing w:after="0" w:line="240" w:lineRule="auto"/>
      </w:pPr>
      <w:r>
        <w:separator/>
      </w:r>
    </w:p>
  </w:footnote>
  <w:footnote w:type="continuationSeparator" w:id="0">
    <w:p w14:paraId="767C0533" w14:textId="77777777" w:rsidR="00396555" w:rsidRDefault="00396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03B0A" w14:textId="77777777" w:rsidR="007230A9" w:rsidRDefault="00E05438">
    <w:pPr>
      <w:jc w:val="center"/>
    </w:pPr>
    <w:r>
      <w:rPr>
        <w:noProof/>
        <w:lang w:bidi="ar-SA"/>
      </w:rPr>
      <w:drawing>
        <wp:inline distT="0" distB="0" distL="0" distR="0" wp14:anchorId="351D1BAA" wp14:editId="38BB145C">
          <wp:extent cx="5760000" cy="880941"/>
          <wp:effectExtent l="0" t="0" r="0" b="0"/>
          <wp:docPr id="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FF42" w14:textId="77777777" w:rsidR="00324E06" w:rsidRDefault="00A23DBC">
    <w:pPr>
      <w:jc w:val="center"/>
    </w:pPr>
    <w:r>
      <w:rPr>
        <w:noProof/>
        <w:lang w:bidi="ar-SA"/>
      </w:rPr>
      <w:drawing>
        <wp:inline distT="0" distB="0" distL="0" distR="0" wp14:anchorId="7C08F1D3" wp14:editId="7E3214C6">
          <wp:extent cx="5687695" cy="596900"/>
          <wp:effectExtent l="0" t="0" r="8255" b="0"/>
          <wp:docPr id="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658547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87695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BFF2D" w14:textId="77777777" w:rsidR="007230A9" w:rsidRDefault="00E05438">
    <w:pPr>
      <w:jc w:val="center"/>
    </w:pPr>
    <w:r>
      <w:rPr>
        <w:noProof/>
        <w:lang w:bidi="ar-SA"/>
      </w:rPr>
      <w:drawing>
        <wp:inline distT="0" distB="0" distL="0" distR="0" wp14:anchorId="6253EA23" wp14:editId="484A2472">
          <wp:extent cx="5760000" cy="880941"/>
          <wp:effectExtent l="0" t="0" r="0" b="0"/>
          <wp:docPr id="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880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58DE"/>
    <w:rsid w:val="00011F08"/>
    <w:rsid w:val="00034616"/>
    <w:rsid w:val="0006063C"/>
    <w:rsid w:val="000F4DD4"/>
    <w:rsid w:val="00105982"/>
    <w:rsid w:val="0012651F"/>
    <w:rsid w:val="0015074B"/>
    <w:rsid w:val="00150F4F"/>
    <w:rsid w:val="00151E5D"/>
    <w:rsid w:val="001A1515"/>
    <w:rsid w:val="001D7365"/>
    <w:rsid w:val="00231A49"/>
    <w:rsid w:val="002722CE"/>
    <w:rsid w:val="00281036"/>
    <w:rsid w:val="0029639D"/>
    <w:rsid w:val="002B296B"/>
    <w:rsid w:val="002F3009"/>
    <w:rsid w:val="002F48F3"/>
    <w:rsid w:val="003018E2"/>
    <w:rsid w:val="0030335A"/>
    <w:rsid w:val="00313115"/>
    <w:rsid w:val="003134DD"/>
    <w:rsid w:val="00323AC8"/>
    <w:rsid w:val="00324E06"/>
    <w:rsid w:val="00326F90"/>
    <w:rsid w:val="00346B22"/>
    <w:rsid w:val="00360986"/>
    <w:rsid w:val="00385A8E"/>
    <w:rsid w:val="00396555"/>
    <w:rsid w:val="003F3C46"/>
    <w:rsid w:val="004376C6"/>
    <w:rsid w:val="0044702C"/>
    <w:rsid w:val="0047396B"/>
    <w:rsid w:val="004F3185"/>
    <w:rsid w:val="00501C79"/>
    <w:rsid w:val="00535328"/>
    <w:rsid w:val="00552475"/>
    <w:rsid w:val="005A5B0C"/>
    <w:rsid w:val="00656BC2"/>
    <w:rsid w:val="006B25CF"/>
    <w:rsid w:val="007230A9"/>
    <w:rsid w:val="00754520"/>
    <w:rsid w:val="00761B40"/>
    <w:rsid w:val="007C69AF"/>
    <w:rsid w:val="00803901"/>
    <w:rsid w:val="0088754C"/>
    <w:rsid w:val="008A6A89"/>
    <w:rsid w:val="008E1765"/>
    <w:rsid w:val="008E68CC"/>
    <w:rsid w:val="00906791"/>
    <w:rsid w:val="009A6AB1"/>
    <w:rsid w:val="009E74CD"/>
    <w:rsid w:val="00A04AD8"/>
    <w:rsid w:val="00A061D8"/>
    <w:rsid w:val="00A15AC1"/>
    <w:rsid w:val="00A23DBC"/>
    <w:rsid w:val="00A524F0"/>
    <w:rsid w:val="00A52EAD"/>
    <w:rsid w:val="00A54325"/>
    <w:rsid w:val="00AA1D8D"/>
    <w:rsid w:val="00AE4107"/>
    <w:rsid w:val="00AE4F7E"/>
    <w:rsid w:val="00AF6E21"/>
    <w:rsid w:val="00B2338D"/>
    <w:rsid w:val="00B23805"/>
    <w:rsid w:val="00B47730"/>
    <w:rsid w:val="00B664F1"/>
    <w:rsid w:val="00B73CD7"/>
    <w:rsid w:val="00BA11A5"/>
    <w:rsid w:val="00C06535"/>
    <w:rsid w:val="00C20DEA"/>
    <w:rsid w:val="00C543A1"/>
    <w:rsid w:val="00C73AC9"/>
    <w:rsid w:val="00C74E2F"/>
    <w:rsid w:val="00C95002"/>
    <w:rsid w:val="00CB0664"/>
    <w:rsid w:val="00CB567B"/>
    <w:rsid w:val="00CC4F55"/>
    <w:rsid w:val="00CF4386"/>
    <w:rsid w:val="00CF658E"/>
    <w:rsid w:val="00D079BF"/>
    <w:rsid w:val="00D5236C"/>
    <w:rsid w:val="00DA1A9A"/>
    <w:rsid w:val="00DA6B4B"/>
    <w:rsid w:val="00DA6DBF"/>
    <w:rsid w:val="00E05438"/>
    <w:rsid w:val="00E26C3F"/>
    <w:rsid w:val="00E61887"/>
    <w:rsid w:val="00E9460C"/>
    <w:rsid w:val="00EB0BDA"/>
    <w:rsid w:val="00EC66A3"/>
    <w:rsid w:val="00ED1EDE"/>
    <w:rsid w:val="00ED27AE"/>
    <w:rsid w:val="00EE67A2"/>
    <w:rsid w:val="00EF1B16"/>
    <w:rsid w:val="00F0025B"/>
    <w:rsid w:val="00F116F1"/>
    <w:rsid w:val="00F37879"/>
    <w:rsid w:val="00F50FA7"/>
    <w:rsid w:val="00F57676"/>
    <w:rsid w:val="00F7313F"/>
    <w:rsid w:val="00FA6A77"/>
    <w:rsid w:val="00FC693F"/>
    <w:rsid w:val="00FE1109"/>
    <w:rsid w:val="00FE273C"/>
    <w:rsid w:val="00FE4A50"/>
    <w:rsid w:val="00FF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DED5EF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80"/>
    </w:pPr>
    <w:rPr>
      <w:rFonts w:ascii="Aptos" w:eastAsia="Aptos" w:hAnsi="Aptos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  <w:rPr>
      <w:rFonts w:ascii="Aptos" w:eastAsia="Aptos" w:hAnsi="Aptos"/>
      <w:color w:val="000000"/>
      <w:lang w:val="pl-PL" w:eastAsia="pl-PL" w:bidi="pl-PL"/>
    </w:rPr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rFonts w:ascii="Aptos" w:eastAsia="Aptos" w:hAnsi="Aptos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8"/>
      <w:szCs w:val="28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000000"/>
      <w:sz w:val="26"/>
      <w:szCs w:val="26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000000"/>
      <w:lang w:val="pl-PL" w:eastAsia="pl-PL" w:bidi="pl-PL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000000"/>
      <w:spacing w:val="5"/>
      <w:kern w:val="28"/>
      <w:sz w:val="52"/>
      <w:szCs w:val="52"/>
      <w:lang w:val="pl-PL"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000000"/>
      <w:spacing w:val="15"/>
      <w:sz w:val="24"/>
      <w:szCs w:val="24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  <w:rPr>
      <w:rFonts w:ascii="Aptos" w:eastAsia="Aptos" w:hAnsi="Aptos"/>
      <w:color w:val="000000"/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rFonts w:ascii="Aptos" w:eastAsia="Aptos" w:hAnsi="Aptos"/>
      <w:color w:val="000000"/>
      <w:sz w:val="16"/>
      <w:szCs w:val="16"/>
      <w:lang w:val="pl-PL" w:eastAsia="pl-PL" w:bidi="pl-PL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ptos" w:eastAsia="Aptos" w:hAnsi="Aptos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Aptos" w:eastAsia="Aptos" w:hAnsi="Aptos"/>
      <w:color w:val="000000"/>
      <w:sz w:val="20"/>
      <w:szCs w:val="20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000000"/>
      <w:lang w:val="pl-PL" w:eastAsia="pl-PL" w:bidi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000000"/>
      <w:lang w:val="pl-PL" w:eastAsia="pl-PL" w:bidi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lang w:val="pl-PL" w:eastAsia="pl-PL" w:bidi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000000"/>
      <w:sz w:val="20"/>
      <w:szCs w:val="20"/>
      <w:lang w:val="pl-PL" w:eastAsia="pl-PL" w:bidi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000000"/>
      <w:sz w:val="20"/>
      <w:szCs w:val="20"/>
      <w:lang w:val="pl-PL" w:eastAsia="pl-PL" w:bidi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rFonts w:ascii="Aptos" w:eastAsia="Aptos" w:hAnsi="Aptos"/>
      <w:b/>
      <w:bCs/>
      <w:color w:val="000000"/>
      <w:lang w:val="pl-PL" w:eastAsia="pl-PL" w:bidi="pl-PL"/>
    </w:rPr>
  </w:style>
  <w:style w:type="character" w:styleId="Uwydatnienie">
    <w:name w:val="Emphasis"/>
    <w:basedOn w:val="Domylnaczcionkaakapitu"/>
    <w:uiPriority w:val="20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Wyrnieniedelikatne">
    <w:name w:val="Subtle Emphasis"/>
    <w:basedOn w:val="Domylnaczcionkaakapitu"/>
    <w:uiPriority w:val="19"/>
    <w:qFormat/>
    <w:rsid w:val="00FC693F"/>
    <w:rPr>
      <w:rFonts w:ascii="Aptos" w:eastAsia="Aptos" w:hAnsi="Aptos"/>
      <w:i/>
      <w:iCs/>
      <w:color w:val="000000"/>
      <w:lang w:val="pl-PL" w:eastAsia="pl-PL" w:bidi="pl-PL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rFonts w:ascii="Aptos" w:eastAsia="Aptos" w:hAnsi="Aptos"/>
      <w:b/>
      <w:bCs/>
      <w:i/>
      <w:iCs/>
      <w:color w:val="000000"/>
      <w:lang w:val="pl-PL" w:eastAsia="pl-PL" w:bidi="pl-PL"/>
    </w:rPr>
  </w:style>
  <w:style w:type="character" w:styleId="Odwoaniedelikatne">
    <w:name w:val="Subtle Reference"/>
    <w:basedOn w:val="Domylnaczcionkaakapitu"/>
    <w:uiPriority w:val="31"/>
    <w:qFormat/>
    <w:rsid w:val="00FC693F"/>
    <w:rPr>
      <w:rFonts w:ascii="Aptos" w:eastAsia="Aptos" w:hAnsi="Aptos"/>
      <w:smallCaps/>
      <w:color w:val="000000"/>
      <w:u w:val="single"/>
      <w:lang w:val="pl-PL" w:eastAsia="pl-PL" w:bidi="pl-PL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rFonts w:ascii="Aptos" w:eastAsia="Aptos" w:hAnsi="Aptos"/>
      <w:b/>
      <w:bCs/>
      <w:smallCaps/>
      <w:color w:val="000000"/>
      <w:spacing w:val="5"/>
      <w:u w:val="single"/>
      <w:lang w:val="pl-PL" w:eastAsia="pl-PL" w:bidi="pl-PL"/>
    </w:rPr>
  </w:style>
  <w:style w:type="character" w:styleId="Tytuksiki">
    <w:name w:val="Book Title"/>
    <w:basedOn w:val="Domylnaczcionkaakapitu"/>
    <w:uiPriority w:val="33"/>
    <w:qFormat/>
    <w:rsid w:val="00FC693F"/>
    <w:rPr>
      <w:rFonts w:ascii="Aptos" w:eastAsia="Aptos" w:hAnsi="Aptos"/>
      <w:b/>
      <w:bCs/>
      <w:smallCaps/>
      <w:color w:val="000000"/>
      <w:spacing w:val="5"/>
      <w:lang w:val="pl-PL" w:eastAsia="pl-PL" w:bidi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  <w:rPr>
      <w:rFonts w:ascii="Aptos" w:eastAsia="Aptos" w:hAnsi="Aptos"/>
    </w:r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ptos" w:eastAsia="Aptos" w:hAnsi="Aptos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rFonts w:ascii="Aptos" w:eastAsia="Aptos" w:hAnsi="Aptos"/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gwekSWZ">
    <w:name w:val="Nagłówek SWZ"/>
    <w:basedOn w:val="Normalny"/>
    <w:pPr>
      <w:keepNext/>
      <w:spacing w:before="200"/>
    </w:pPr>
    <w:rPr>
      <w:b/>
    </w:rPr>
  </w:style>
  <w:style w:type="paragraph" w:customStyle="1" w:styleId="TytuSWZ">
    <w:name w:val="Tytuł SWZ"/>
    <w:basedOn w:val="Normalny"/>
    <w:pPr>
      <w:keepNext/>
      <w:spacing w:after="160"/>
    </w:pPr>
    <w:rPr>
      <w:b/>
      <w:sz w:val="30"/>
    </w:rPr>
  </w:style>
  <w:style w:type="paragraph" w:customStyle="1" w:styleId="PodnagwekSWZ">
    <w:name w:val="Podnagłówek SWZ"/>
    <w:basedOn w:val="Normalny"/>
    <w:pPr>
      <w:spacing w:before="120" w:after="60"/>
    </w:pPr>
    <w:rPr>
      <w:b/>
      <w:sz w:val="21"/>
    </w:rPr>
  </w:style>
  <w:style w:type="character" w:styleId="Hipercze">
    <w:name w:val="Hyperlink"/>
    <w:basedOn w:val="Domylnaczcionkaakapitu"/>
    <w:uiPriority w:val="99"/>
    <w:unhideWhenUsed/>
    <w:rsid w:val="003018E2"/>
    <w:rPr>
      <w:rFonts w:ascii="Aptos" w:eastAsia="Aptos" w:hAnsi="Aptos"/>
      <w:color w:val="000000"/>
      <w:u w:val="single"/>
      <w:lang w:val="pl-PL" w:eastAsia="pl-PL" w:bidi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18E2"/>
    <w:rPr>
      <w:rFonts w:ascii="Aptos" w:eastAsia="Aptos" w:hAnsi="Aptos"/>
      <w:color w:val="000000"/>
      <w:shd w:val="clear" w:color="auto" w:fill="E1DFDD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9EA390-4B2E-4D9E-AB38-F111E668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2602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2026-08-05T10:38:00Z</dcterms:created>
  <dcterms:modified xsi:type="dcterms:W3CDTF">2026-08-05T10:38:00Z</dcterms:modified>
  <cp:category/>
  <dc:language>pl-PL</dc:language>
</cp:coreProperties>
</file>