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59D7D9" w14:textId="77777777" w:rsidR="00851423" w:rsidRPr="00D6661B" w:rsidRDefault="007E4CF2">
      <w:pPr>
        <w:jc w:val="right"/>
        <w:rPr>
          <w:lang w:val="pl-PL"/>
        </w:rPr>
      </w:pPr>
      <w:r w:rsidRPr="00D6661B">
        <w:rPr>
          <w:b/>
          <w:lang w:val="pl-PL"/>
        </w:rPr>
        <w:t>Załącznik nr 11 do SWZ</w:t>
      </w:r>
    </w:p>
    <w:p w14:paraId="72BA8834" w14:textId="77777777" w:rsidR="00851423" w:rsidRPr="00D6661B" w:rsidRDefault="007E4CF2">
      <w:pPr>
        <w:jc w:val="center"/>
        <w:rPr>
          <w:lang w:val="pl-PL"/>
        </w:rPr>
      </w:pPr>
      <w:r w:rsidRPr="00D6661B">
        <w:rPr>
          <w:b/>
          <w:sz w:val="28"/>
          <w:lang w:val="pl-PL"/>
        </w:rPr>
        <w:t>OŚWIADCZENIE O AKTUALNOŚCI INFORMACJI</w:t>
      </w:r>
    </w:p>
    <w:p w14:paraId="79083410" w14:textId="77777777" w:rsidR="00851423" w:rsidRPr="00D6661B" w:rsidRDefault="007E4CF2">
      <w:pPr>
        <w:jc w:val="center"/>
        <w:rPr>
          <w:lang w:val="pl-PL"/>
        </w:rPr>
      </w:pPr>
      <w:r w:rsidRPr="00D6661B">
        <w:rPr>
          <w:i/>
          <w:lang w:val="pl-PL"/>
        </w:rPr>
        <w:t>składane na wezwanie Zamawiającego</w:t>
      </w:r>
    </w:p>
    <w:tbl>
      <w:tblPr>
        <w:tblW w:w="0" w:type="auto"/>
        <w:jc w:val="center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1814"/>
        <w:gridCol w:w="7370"/>
      </w:tblGrid>
      <w:tr w:rsidR="00851423" w:rsidRPr="009A6FDC" w14:paraId="02EBED94" w14:textId="77777777">
        <w:trPr>
          <w:jc w:val="center"/>
        </w:trPr>
        <w:tc>
          <w:tcPr>
            <w:tcW w:w="1814" w:type="dxa"/>
            <w:vAlign w:val="center"/>
          </w:tcPr>
          <w:p w14:paraId="4AC24FB6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sz w:val="18"/>
                <w:lang w:val="pl-PL"/>
              </w:rPr>
              <w:t>Postępowanie:</w:t>
            </w:r>
          </w:p>
        </w:tc>
        <w:tc>
          <w:tcPr>
            <w:tcW w:w="7370" w:type="dxa"/>
            <w:vAlign w:val="center"/>
          </w:tcPr>
          <w:p w14:paraId="1B78C360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sz w:val="18"/>
                <w:lang w:val="pl-PL"/>
              </w:rPr>
              <w:t>Roboty remontowo-modernizacyjne w placówce oświatowej w ramach projektu pn. „Rozwijamy edukację włączającą w Zespole Szkół Ponadpodstawowych nr 2 im. Stanisława Staszica w Tomaszowie Mazowieckim”</w:t>
            </w:r>
          </w:p>
        </w:tc>
      </w:tr>
      <w:tr w:rsidR="00851423" w:rsidRPr="00D6661B" w14:paraId="194A35F9" w14:textId="77777777">
        <w:trPr>
          <w:jc w:val="center"/>
        </w:trPr>
        <w:tc>
          <w:tcPr>
            <w:tcW w:w="1814" w:type="dxa"/>
            <w:vAlign w:val="center"/>
          </w:tcPr>
          <w:p w14:paraId="300606FB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sz w:val="18"/>
                <w:lang w:val="pl-PL"/>
              </w:rPr>
              <w:t>Znak sprawy:</w:t>
            </w:r>
          </w:p>
        </w:tc>
        <w:tc>
          <w:tcPr>
            <w:tcW w:w="7370" w:type="dxa"/>
            <w:vAlign w:val="center"/>
          </w:tcPr>
          <w:p w14:paraId="72469836" w14:textId="339320FA" w:rsidR="00851423" w:rsidRPr="00D6661B" w:rsidRDefault="00F10C09">
            <w:pPr>
              <w:rPr>
                <w:lang w:val="pl-PL"/>
              </w:rPr>
            </w:pPr>
            <w:r w:rsidRPr="009457E1">
              <w:rPr>
                <w:sz w:val="18"/>
                <w:lang w:val="pl-PL"/>
              </w:rPr>
              <w:t>AiO.272.1.4.VIII.2026</w:t>
            </w:r>
          </w:p>
        </w:tc>
      </w:tr>
      <w:tr w:rsidR="00851423" w:rsidRPr="009A6FDC" w14:paraId="6FC79887" w14:textId="77777777">
        <w:trPr>
          <w:jc w:val="center"/>
        </w:trPr>
        <w:tc>
          <w:tcPr>
            <w:tcW w:w="1814" w:type="dxa"/>
            <w:vAlign w:val="center"/>
          </w:tcPr>
          <w:p w14:paraId="4F0549BA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sz w:val="18"/>
                <w:lang w:val="pl-PL"/>
              </w:rPr>
              <w:t>Zamawiający:</w:t>
            </w:r>
          </w:p>
        </w:tc>
        <w:tc>
          <w:tcPr>
            <w:tcW w:w="7370" w:type="dxa"/>
            <w:vAlign w:val="center"/>
          </w:tcPr>
          <w:p w14:paraId="18EA4E39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sz w:val="18"/>
                <w:lang w:val="pl-PL"/>
              </w:rPr>
              <w:t>Powiat Tomaszowski, ul. św. Antoniego 41, 97-200 Tomaszów Mazowiecki, NIP 7732321115, REGON 590648451, reprezentowany przez Zespół Szkół Ponadpodstawowych nr 2 im. Stanisława Staszica w Tomaszowie Mazowieckim, ul. św. Antoniego 57/61, 97-200 Tomaszów Mazowiecki.</w:t>
            </w:r>
          </w:p>
        </w:tc>
      </w:tr>
    </w:tbl>
    <w:p w14:paraId="5733593E" w14:textId="77777777" w:rsidR="00851423" w:rsidRPr="00D6661B" w:rsidRDefault="00851423">
      <w:pPr>
        <w:rPr>
          <w:lang w:val="pl-PL"/>
        </w:rPr>
      </w:pPr>
    </w:p>
    <w:p w14:paraId="67F3966F" w14:textId="77777777" w:rsidR="00851423" w:rsidRPr="00D6661B" w:rsidRDefault="007E4CF2">
      <w:pPr>
        <w:spacing w:before="160" w:after="80"/>
        <w:rPr>
          <w:lang w:val="pl-PL"/>
        </w:rPr>
      </w:pPr>
      <w:r w:rsidRPr="00D6661B">
        <w:rPr>
          <w:b/>
          <w:sz w:val="22"/>
          <w:lang w:val="pl-PL"/>
        </w:rPr>
        <w:t>I. DANE PODMIOTU SKŁADAJĄCEGO OŚWIADCZENIE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851423" w:rsidRPr="00D6661B" w14:paraId="780FD116" w14:textId="77777777">
        <w:tc>
          <w:tcPr>
            <w:tcW w:w="2835" w:type="dxa"/>
            <w:vAlign w:val="center"/>
          </w:tcPr>
          <w:p w14:paraId="06DF0448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Nazwa / firma</w:t>
            </w:r>
          </w:p>
        </w:tc>
        <w:tc>
          <w:tcPr>
            <w:tcW w:w="6350" w:type="dxa"/>
            <w:vAlign w:val="center"/>
          </w:tcPr>
          <w:p w14:paraId="34B3FD79" w14:textId="5F4196FD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D6661B" w14:paraId="59FC8E20" w14:textId="77777777">
        <w:tc>
          <w:tcPr>
            <w:tcW w:w="2835" w:type="dxa"/>
            <w:vAlign w:val="center"/>
          </w:tcPr>
          <w:p w14:paraId="11D539CC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Adres</w:t>
            </w:r>
          </w:p>
        </w:tc>
        <w:tc>
          <w:tcPr>
            <w:tcW w:w="6350" w:type="dxa"/>
            <w:vAlign w:val="center"/>
          </w:tcPr>
          <w:p w14:paraId="3C1703E0" w14:textId="724A4EC9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9A6FDC" w14:paraId="51918EEA" w14:textId="77777777">
        <w:tc>
          <w:tcPr>
            <w:tcW w:w="2835" w:type="dxa"/>
            <w:vAlign w:val="center"/>
          </w:tcPr>
          <w:p w14:paraId="48E55517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NIP / REGON / KRS lub CEIDG</w:t>
            </w:r>
          </w:p>
        </w:tc>
        <w:tc>
          <w:tcPr>
            <w:tcW w:w="6350" w:type="dxa"/>
            <w:vAlign w:val="center"/>
          </w:tcPr>
          <w:p w14:paraId="20FE29AD" w14:textId="27BD5DEC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9A6FDC" w14:paraId="0BBEC82E" w14:textId="77777777">
        <w:tc>
          <w:tcPr>
            <w:tcW w:w="2835" w:type="dxa"/>
            <w:vAlign w:val="center"/>
          </w:tcPr>
          <w:p w14:paraId="58248245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Status podmiotu</w:t>
            </w:r>
          </w:p>
        </w:tc>
        <w:tc>
          <w:tcPr>
            <w:tcW w:w="6350" w:type="dxa"/>
            <w:vAlign w:val="center"/>
          </w:tcPr>
          <w:p w14:paraId="63BF50A8" w14:textId="328C6992" w:rsidR="0041167C" w:rsidRDefault="00255655">
            <w:pPr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  <w:lang w:val="pl-PL"/>
                </w:rPr>
                <w:id w:val="203669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FDC" w:rsidRPr="009A6FDC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E4CF2" w:rsidRPr="00D6661B">
              <w:rPr>
                <w:lang w:val="pl-PL"/>
              </w:rPr>
              <w:t xml:space="preserve"> Wykonawca    </w:t>
            </w:r>
          </w:p>
          <w:p w14:paraId="6A5E1397" w14:textId="5BCED71A" w:rsidR="0041167C" w:rsidRDefault="00255655">
            <w:pPr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  <w:lang w:val="pl-PL"/>
                </w:rPr>
                <w:id w:val="47357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FDC" w:rsidRPr="009A6FDC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E4CF2" w:rsidRPr="00D6661B">
              <w:rPr>
                <w:lang w:val="pl-PL"/>
              </w:rPr>
              <w:t xml:space="preserve"> Wykonawca wspólnie ubiegający się   </w:t>
            </w:r>
          </w:p>
          <w:p w14:paraId="0BA6740D" w14:textId="31F0E027" w:rsidR="00851423" w:rsidRPr="00D6661B" w:rsidRDefault="00255655">
            <w:pPr>
              <w:rPr>
                <w:lang w:val="pl-PL"/>
              </w:rPr>
            </w:pPr>
            <w:sdt>
              <w:sdtPr>
                <w:rPr>
                  <w:rFonts w:cs="Arial"/>
                  <w:b/>
                  <w:sz w:val="24"/>
                  <w:szCs w:val="24"/>
                  <w:lang w:val="pl-PL"/>
                </w:rPr>
                <w:id w:val="-190774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6FDC" w:rsidRPr="009A6FDC">
                  <w:rPr>
                    <w:rFonts w:ascii="Segoe UI Symbol" w:eastAsia="MS Gothic" w:hAnsi="Segoe UI Symbol" w:cs="Segoe UI Symbol"/>
                    <w:b/>
                    <w:sz w:val="24"/>
                    <w:szCs w:val="24"/>
                    <w:lang w:val="pl-PL"/>
                  </w:rPr>
                  <w:t>☐</w:t>
                </w:r>
              </w:sdtContent>
            </w:sdt>
            <w:r w:rsidR="007E4CF2" w:rsidRPr="00D6661B">
              <w:rPr>
                <w:lang w:val="pl-PL"/>
              </w:rPr>
              <w:t xml:space="preserve"> Podmiot udostępniający zasoby</w:t>
            </w:r>
          </w:p>
        </w:tc>
      </w:tr>
    </w:tbl>
    <w:p w14:paraId="48F95AC7" w14:textId="77777777" w:rsidR="0041167C" w:rsidRDefault="0041167C">
      <w:pPr>
        <w:spacing w:before="160" w:after="80"/>
        <w:rPr>
          <w:b/>
          <w:sz w:val="22"/>
          <w:lang w:val="pl-PL"/>
        </w:rPr>
      </w:pPr>
    </w:p>
    <w:p w14:paraId="31123BB1" w14:textId="7B5A0EDE" w:rsidR="00851423" w:rsidRPr="00D6661B" w:rsidRDefault="007E4CF2">
      <w:pPr>
        <w:spacing w:before="160" w:after="80"/>
        <w:rPr>
          <w:lang w:val="pl-PL"/>
        </w:rPr>
      </w:pPr>
      <w:r w:rsidRPr="00D6661B">
        <w:rPr>
          <w:b/>
          <w:sz w:val="22"/>
          <w:lang w:val="pl-PL"/>
        </w:rPr>
        <w:t>II. OŚWIADCZENIE</w:t>
      </w:r>
    </w:p>
    <w:p w14:paraId="2388CADF" w14:textId="77777777" w:rsidR="00851423" w:rsidRPr="00D6661B" w:rsidRDefault="007E4CF2" w:rsidP="00D55E85">
      <w:pPr>
        <w:spacing w:after="80" w:line="252" w:lineRule="auto"/>
        <w:jc w:val="both"/>
        <w:rPr>
          <w:lang w:val="pl-PL"/>
        </w:rPr>
      </w:pPr>
      <w:r w:rsidRPr="00D6661B">
        <w:rPr>
          <w:lang w:val="pl-PL"/>
        </w:rPr>
        <w:t>Na wezwanie Zamawiającego oświadczam/y, że informacje zawarte w złożonych wcześniej oświadczeniach są aktualne w zakresie:</w:t>
      </w:r>
    </w:p>
    <w:p w14:paraId="51DB911F" w14:textId="77777777" w:rsidR="00851423" w:rsidRPr="00D6661B" w:rsidRDefault="007E4CF2" w:rsidP="00D55E85">
      <w:pPr>
        <w:spacing w:after="40"/>
        <w:ind w:left="340" w:hanging="340"/>
        <w:jc w:val="both"/>
        <w:rPr>
          <w:lang w:val="pl-PL"/>
        </w:rPr>
      </w:pPr>
      <w:r w:rsidRPr="00D6661B">
        <w:rPr>
          <w:lang w:val="pl-PL"/>
        </w:rPr>
        <w:t xml:space="preserve">1) braku podstaw wykluczenia z art. 108 ust. 1 ustawy </w:t>
      </w:r>
      <w:proofErr w:type="spellStart"/>
      <w:r w:rsidRPr="00D6661B">
        <w:rPr>
          <w:lang w:val="pl-PL"/>
        </w:rPr>
        <w:t>Pzp</w:t>
      </w:r>
      <w:proofErr w:type="spellEnd"/>
      <w:r w:rsidRPr="00D6661B">
        <w:rPr>
          <w:lang w:val="pl-PL"/>
        </w:rPr>
        <w:t>, w zakresie wymaganym SWZ;</w:t>
      </w:r>
    </w:p>
    <w:p w14:paraId="6F5B305E" w14:textId="04ED0C96" w:rsidR="00851423" w:rsidRPr="00D6661B" w:rsidRDefault="007E4CF2" w:rsidP="00D55E85">
      <w:pPr>
        <w:spacing w:after="40"/>
        <w:ind w:left="340" w:hanging="340"/>
        <w:jc w:val="both"/>
        <w:rPr>
          <w:lang w:val="pl-PL"/>
        </w:rPr>
      </w:pPr>
      <w:r w:rsidRPr="00D6661B">
        <w:rPr>
          <w:lang w:val="pl-PL"/>
        </w:rPr>
        <w:t>2) braku podstaw wykluczenia i zakazów wynikających z przepisów sankcyjnych wskazanych w SWZ, w szczególności art. 7 ust. 1 ustawy sankcyjnej;</w:t>
      </w:r>
    </w:p>
    <w:p w14:paraId="185B8BC0" w14:textId="77777777" w:rsidR="00851423" w:rsidRPr="00D6661B" w:rsidRDefault="007E4CF2" w:rsidP="00D55E85">
      <w:pPr>
        <w:spacing w:after="40"/>
        <w:ind w:left="340" w:hanging="340"/>
        <w:jc w:val="both"/>
        <w:rPr>
          <w:lang w:val="pl-PL"/>
        </w:rPr>
      </w:pPr>
      <w:r w:rsidRPr="00D6661B">
        <w:rPr>
          <w:lang w:val="pl-PL"/>
        </w:rPr>
        <w:t>3) spełniania wymagań dotyczących udziału wykonawców z państw trzecich określonych w SWZ;</w:t>
      </w:r>
    </w:p>
    <w:p w14:paraId="0B0CF322" w14:textId="77777777" w:rsidR="00851423" w:rsidRPr="00D6661B" w:rsidRDefault="007E4CF2" w:rsidP="00D55E85">
      <w:pPr>
        <w:spacing w:after="40"/>
        <w:ind w:left="340" w:hanging="340"/>
        <w:jc w:val="both"/>
        <w:rPr>
          <w:lang w:val="pl-PL"/>
        </w:rPr>
      </w:pPr>
      <w:r w:rsidRPr="00D6661B">
        <w:rPr>
          <w:lang w:val="pl-PL"/>
        </w:rPr>
        <w:t xml:space="preserve">4) danych i okoliczności wskazanych w oświadczeniu z art. 125 ust. 1 ustawy </w:t>
      </w:r>
      <w:proofErr w:type="spellStart"/>
      <w:r w:rsidRPr="00D6661B">
        <w:rPr>
          <w:lang w:val="pl-PL"/>
        </w:rPr>
        <w:t>Pzp</w:t>
      </w:r>
      <w:proofErr w:type="spellEnd"/>
      <w:r w:rsidRPr="00D6661B">
        <w:rPr>
          <w:lang w:val="pl-PL"/>
        </w:rPr>
        <w:t xml:space="preserve"> albo oświadczeniu podmiotu udostępniającego zasoby, o ile dotyczy.</w:t>
      </w:r>
    </w:p>
    <w:p w14:paraId="0AD8238A" w14:textId="60476523" w:rsidR="000755FC" w:rsidRDefault="007E4CF2" w:rsidP="00D55E85">
      <w:pPr>
        <w:spacing w:after="40"/>
        <w:ind w:left="340" w:hanging="340"/>
        <w:jc w:val="both"/>
        <w:rPr>
          <w:lang w:val="pl-PL"/>
        </w:rPr>
      </w:pPr>
      <w:r w:rsidRPr="0041167C">
        <w:rPr>
          <w:lang w:val="pl-PL"/>
        </w:rPr>
        <w:t xml:space="preserve">5) </w:t>
      </w:r>
      <w:r w:rsidRPr="007E4CF2">
        <w:rPr>
          <w:lang w:val="pl-PL"/>
        </w:rPr>
        <w:t>danych identyfikujących certyfikat wykonawcy zamówień publicznych albo certyfikat podmiotu udostępniającego zasoby, jeżeli podmiot składający oświadczenie powoływał się na certyfikat; aktualny status certyfikacji Zamawiający weryfikuje w bazie certyfikacji</w:t>
      </w:r>
      <w:r w:rsidRPr="0041167C">
        <w:rPr>
          <w:lang w:val="pl-PL"/>
        </w:rPr>
        <w:t>.</w:t>
      </w:r>
    </w:p>
    <w:p w14:paraId="21626180" w14:textId="77777777" w:rsidR="0041167C" w:rsidRDefault="0041167C" w:rsidP="0041167C">
      <w:pPr>
        <w:spacing w:after="40"/>
        <w:ind w:left="340" w:hanging="340"/>
        <w:rPr>
          <w:lang w:val="pl-PL"/>
        </w:rPr>
      </w:pPr>
    </w:p>
    <w:p w14:paraId="4C22D8E2" w14:textId="77777777" w:rsidR="007E4CF2" w:rsidRPr="0041167C" w:rsidRDefault="007E4CF2" w:rsidP="0041167C">
      <w:pPr>
        <w:spacing w:after="40"/>
        <w:ind w:left="340" w:hanging="340"/>
        <w:rPr>
          <w:lang w:val="pl-PL"/>
        </w:rPr>
      </w:pPr>
    </w:p>
    <w:p w14:paraId="20D823DA" w14:textId="77777777" w:rsidR="00851423" w:rsidRPr="00D6661B" w:rsidRDefault="007E4CF2">
      <w:pPr>
        <w:spacing w:before="160" w:after="80"/>
        <w:rPr>
          <w:lang w:val="pl-PL"/>
        </w:rPr>
      </w:pPr>
      <w:r w:rsidRPr="00D6661B">
        <w:rPr>
          <w:b/>
          <w:sz w:val="22"/>
          <w:lang w:val="pl-PL"/>
        </w:rPr>
        <w:lastRenderedPageBreak/>
        <w:t>III. ZMIANY OKOLICZNOŚCI - JEŻELI DOTYCZY</w:t>
      </w:r>
    </w:p>
    <w:p w14:paraId="1EE416F2" w14:textId="77777777" w:rsidR="00851423" w:rsidRPr="00D6661B" w:rsidRDefault="007E4CF2">
      <w:pPr>
        <w:spacing w:after="80" w:line="252" w:lineRule="auto"/>
        <w:rPr>
          <w:lang w:val="pl-PL"/>
        </w:rPr>
      </w:pPr>
      <w:r w:rsidRPr="00D6661B">
        <w:rPr>
          <w:lang w:val="pl-PL"/>
        </w:rPr>
        <w:t>Jeżeli jakiekolwiek informacje uległy zmianie, należy wskazać zakres zmiany oraz dołączyć dokumenty lub wyjaśnienia:</w:t>
      </w:r>
    </w:p>
    <w:tbl>
      <w:tblPr>
        <w:tblW w:w="0" w:type="auto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ook w:val="04A0" w:firstRow="1" w:lastRow="0" w:firstColumn="1" w:lastColumn="0" w:noHBand="0" w:noVBand="1"/>
      </w:tblPr>
      <w:tblGrid>
        <w:gridCol w:w="2835"/>
        <w:gridCol w:w="6350"/>
      </w:tblGrid>
      <w:tr w:rsidR="00851423" w:rsidRPr="00D6661B" w14:paraId="46655B68" w14:textId="77777777">
        <w:tc>
          <w:tcPr>
            <w:tcW w:w="2835" w:type="dxa"/>
            <w:vAlign w:val="center"/>
          </w:tcPr>
          <w:p w14:paraId="2F5116F6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Zakres zmiany</w:t>
            </w:r>
          </w:p>
        </w:tc>
        <w:tc>
          <w:tcPr>
            <w:tcW w:w="6350" w:type="dxa"/>
            <w:vAlign w:val="center"/>
          </w:tcPr>
          <w:p w14:paraId="54EA9510" w14:textId="26C8E59A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D6661B" w14:paraId="0071A8AC" w14:textId="77777777">
        <w:tc>
          <w:tcPr>
            <w:tcW w:w="2835" w:type="dxa"/>
            <w:vAlign w:val="center"/>
          </w:tcPr>
          <w:p w14:paraId="39708165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Opis okoliczności</w:t>
            </w:r>
          </w:p>
        </w:tc>
        <w:tc>
          <w:tcPr>
            <w:tcW w:w="6350" w:type="dxa"/>
            <w:vAlign w:val="center"/>
          </w:tcPr>
          <w:p w14:paraId="2C20C6A6" w14:textId="041D07A3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D6661B" w14:paraId="0D57A93F" w14:textId="77777777">
        <w:tc>
          <w:tcPr>
            <w:tcW w:w="2835" w:type="dxa"/>
            <w:vAlign w:val="center"/>
          </w:tcPr>
          <w:p w14:paraId="23608436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Dokumenty / wyjaśnienia</w:t>
            </w:r>
          </w:p>
        </w:tc>
        <w:tc>
          <w:tcPr>
            <w:tcW w:w="6350" w:type="dxa"/>
            <w:vAlign w:val="center"/>
          </w:tcPr>
          <w:p w14:paraId="48BCC829" w14:textId="68BA9EA7" w:rsidR="00851423" w:rsidRPr="00D6661B" w:rsidRDefault="00851423">
            <w:pPr>
              <w:rPr>
                <w:lang w:val="pl-PL"/>
              </w:rPr>
            </w:pPr>
          </w:p>
        </w:tc>
      </w:tr>
      <w:tr w:rsidR="00851423" w:rsidRPr="009A6FDC" w14:paraId="35BA1116" w14:textId="77777777">
        <w:tc>
          <w:tcPr>
            <w:tcW w:w="2835" w:type="dxa"/>
            <w:vAlign w:val="center"/>
          </w:tcPr>
          <w:p w14:paraId="770497AC" w14:textId="77777777" w:rsidR="00851423" w:rsidRPr="00D6661B" w:rsidRDefault="007E4CF2">
            <w:pPr>
              <w:rPr>
                <w:lang w:val="pl-PL"/>
              </w:rPr>
            </w:pPr>
            <w:r w:rsidRPr="00D6661B">
              <w:rPr>
                <w:b/>
                <w:lang w:val="pl-PL"/>
              </w:rPr>
              <w:t>Wpływ na udział w postępowaniu</w:t>
            </w:r>
          </w:p>
        </w:tc>
        <w:tc>
          <w:tcPr>
            <w:tcW w:w="6350" w:type="dxa"/>
            <w:vAlign w:val="center"/>
          </w:tcPr>
          <w:p w14:paraId="063B8DC2" w14:textId="5A654D79" w:rsidR="00851423" w:rsidRPr="00D6661B" w:rsidRDefault="00851423">
            <w:pPr>
              <w:rPr>
                <w:lang w:val="pl-PL"/>
              </w:rPr>
            </w:pPr>
          </w:p>
        </w:tc>
      </w:tr>
    </w:tbl>
    <w:p w14:paraId="3E2E4904" w14:textId="77777777" w:rsidR="00851423" w:rsidRPr="00D6661B" w:rsidRDefault="007E4CF2">
      <w:pPr>
        <w:spacing w:after="80" w:line="252" w:lineRule="auto"/>
        <w:rPr>
          <w:lang w:val="pl-PL"/>
        </w:rPr>
      </w:pPr>
      <w:r w:rsidRPr="00D6661B">
        <w:rPr>
          <w:i/>
          <w:sz w:val="18"/>
          <w:lang w:val="pl-PL"/>
        </w:rPr>
        <w:t>Dokument należy sporządzić w postaci elektronicznej i opatrzyć kwalifikowanym podpisem elektronicznym, podpisem zaufanym albo podpisem osobistym, zgodnie z wymaganiami SWZ. Miejscowość i data wynikają z podpisu elektronicznego.</w:t>
      </w:r>
    </w:p>
    <w:sectPr w:rsidR="00851423" w:rsidRPr="00D6661B" w:rsidSect="00034616">
      <w:headerReference w:type="default" r:id="rId8"/>
      <w:footerReference w:type="default" r:id="rId9"/>
      <w:pgSz w:w="12240" w:h="15840"/>
      <w:pgMar w:top="850" w:right="1020" w:bottom="850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089D71" w14:textId="77777777" w:rsidR="00255655" w:rsidRDefault="00255655">
      <w:pPr>
        <w:spacing w:after="0" w:line="240" w:lineRule="auto"/>
      </w:pPr>
      <w:r>
        <w:separator/>
      </w:r>
    </w:p>
  </w:endnote>
  <w:endnote w:type="continuationSeparator" w:id="0">
    <w:p w14:paraId="38F61C32" w14:textId="77777777" w:rsidR="00255655" w:rsidRDefault="0025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1651ED" w14:textId="77777777" w:rsidR="00851423" w:rsidRPr="00D6661B" w:rsidRDefault="007E4CF2">
    <w:pPr>
      <w:pStyle w:val="Stopka"/>
      <w:jc w:val="center"/>
      <w:rPr>
        <w:lang w:val="pl-PL"/>
      </w:rPr>
    </w:pPr>
    <w:r w:rsidRPr="00D6661B">
      <w:rPr>
        <w:color w:val="5A5A5A"/>
        <w:sz w:val="14"/>
        <w:lang w:val="pl-PL"/>
      </w:rPr>
      <w:t>Projekt współfinansowany ze środków Europejskiego Funduszu Społecznego Plus w ramach programu Fundusze Europejskie dla Łódzkiego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BE590B" w14:textId="77777777" w:rsidR="00255655" w:rsidRDefault="00255655">
      <w:pPr>
        <w:spacing w:after="0" w:line="240" w:lineRule="auto"/>
      </w:pPr>
      <w:r>
        <w:separator/>
      </w:r>
    </w:p>
  </w:footnote>
  <w:footnote w:type="continuationSeparator" w:id="0">
    <w:p w14:paraId="6A718A12" w14:textId="77777777" w:rsidR="00255655" w:rsidRDefault="00255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74E765" w14:textId="77777777" w:rsidR="00851423" w:rsidRDefault="007E4CF2">
    <w:pPr>
      <w:pStyle w:val="Nagwek"/>
      <w:jc w:val="center"/>
    </w:pPr>
    <w:r>
      <w:rPr>
        <w:noProof/>
      </w:rPr>
      <w:drawing>
        <wp:inline distT="0" distB="0" distL="0" distR="0" wp14:anchorId="28B5216B" wp14:editId="47CFBF31">
          <wp:extent cx="5760000" cy="7800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y_lodzkie_match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00" cy="780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1990533">
    <w:abstractNumId w:val="8"/>
  </w:num>
  <w:num w:numId="2" w16cid:durableId="943460360">
    <w:abstractNumId w:val="6"/>
  </w:num>
  <w:num w:numId="3" w16cid:durableId="181819740">
    <w:abstractNumId w:val="5"/>
  </w:num>
  <w:num w:numId="4" w16cid:durableId="1197350267">
    <w:abstractNumId w:val="4"/>
  </w:num>
  <w:num w:numId="5" w16cid:durableId="1924145272">
    <w:abstractNumId w:val="7"/>
  </w:num>
  <w:num w:numId="6" w16cid:durableId="1862357902">
    <w:abstractNumId w:val="3"/>
  </w:num>
  <w:num w:numId="7" w16cid:durableId="2048480259">
    <w:abstractNumId w:val="2"/>
  </w:num>
  <w:num w:numId="8" w16cid:durableId="2117870060">
    <w:abstractNumId w:val="1"/>
  </w:num>
  <w:num w:numId="9" w16cid:durableId="10104500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274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55FC"/>
    <w:rsid w:val="0015074B"/>
    <w:rsid w:val="001D6912"/>
    <w:rsid w:val="00255655"/>
    <w:rsid w:val="0029639D"/>
    <w:rsid w:val="00326F90"/>
    <w:rsid w:val="0041167C"/>
    <w:rsid w:val="00467706"/>
    <w:rsid w:val="005009C5"/>
    <w:rsid w:val="00501A52"/>
    <w:rsid w:val="005B4E81"/>
    <w:rsid w:val="005F1FA7"/>
    <w:rsid w:val="00611AE7"/>
    <w:rsid w:val="007D69E5"/>
    <w:rsid w:val="007E4CF2"/>
    <w:rsid w:val="00851423"/>
    <w:rsid w:val="008741C0"/>
    <w:rsid w:val="00890CEA"/>
    <w:rsid w:val="008D6F4F"/>
    <w:rsid w:val="009479E6"/>
    <w:rsid w:val="009A6FDC"/>
    <w:rsid w:val="00AA1D8D"/>
    <w:rsid w:val="00B47730"/>
    <w:rsid w:val="00CB0664"/>
    <w:rsid w:val="00D13586"/>
    <w:rsid w:val="00D55E85"/>
    <w:rsid w:val="00D6661B"/>
    <w:rsid w:val="00DA73E7"/>
    <w:rsid w:val="00E20EC6"/>
    <w:rsid w:val="00F10C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9F0C3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1868</Characters>
  <Application>Microsoft Office Word</Application>
  <DocSecurity>0</DocSecurity>
  <Lines>15</Lines>
  <Paragraphs>4</Paragraphs>
  <ScaleCrop>false</ScaleCrop>
  <Manager/>
  <Company/>
  <LinksUpToDate>false</LinksUpToDate>
  <CharactersWithSpaces>2175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2026-07-10T09:00:00Z</dcterms:created>
  <dcterms:modified xsi:type="dcterms:W3CDTF">2026-08-03T07:36:00Z</dcterms:modified>
  <cp:category/>
</cp:coreProperties>
</file>