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4688D7" w14:textId="77777777" w:rsidR="00272EFA" w:rsidRPr="002E41F1" w:rsidRDefault="001074E5">
      <w:pPr>
        <w:jc w:val="right"/>
        <w:rPr>
          <w:lang w:val="pl-PL"/>
        </w:rPr>
      </w:pPr>
      <w:r w:rsidRPr="002E41F1">
        <w:rPr>
          <w:b/>
          <w:lang w:val="pl-PL"/>
        </w:rPr>
        <w:t>Załącznik nr 1 do SWZ</w:t>
      </w:r>
    </w:p>
    <w:p w14:paraId="76FC8B06" w14:textId="6285C9CC" w:rsidR="00272EFA" w:rsidRPr="002E41F1" w:rsidRDefault="001074E5">
      <w:pPr>
        <w:jc w:val="center"/>
        <w:rPr>
          <w:lang w:val="pl-PL"/>
        </w:rPr>
      </w:pPr>
      <w:r w:rsidRPr="002E41F1">
        <w:rPr>
          <w:b/>
          <w:sz w:val="28"/>
          <w:lang w:val="pl-PL"/>
        </w:rPr>
        <w:t>FORMULARZ OFERTOWY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814"/>
        <w:gridCol w:w="7370"/>
      </w:tblGrid>
      <w:tr w:rsidR="00272EFA" w:rsidRPr="004966C9" w14:paraId="32D3DB4D" w14:textId="77777777">
        <w:trPr>
          <w:jc w:val="center"/>
        </w:trPr>
        <w:tc>
          <w:tcPr>
            <w:tcW w:w="1814" w:type="dxa"/>
            <w:vAlign w:val="center"/>
          </w:tcPr>
          <w:p w14:paraId="516E6D19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sz w:val="18"/>
                <w:lang w:val="pl-PL"/>
              </w:rPr>
              <w:t>Postępowanie:</w:t>
            </w:r>
          </w:p>
        </w:tc>
        <w:tc>
          <w:tcPr>
            <w:tcW w:w="7370" w:type="dxa"/>
            <w:vAlign w:val="center"/>
          </w:tcPr>
          <w:p w14:paraId="145C451B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sz w:val="18"/>
                <w:lang w:val="pl-PL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272EFA" w:rsidRPr="002E41F1" w14:paraId="4C0662D5" w14:textId="77777777">
        <w:trPr>
          <w:jc w:val="center"/>
        </w:trPr>
        <w:tc>
          <w:tcPr>
            <w:tcW w:w="1814" w:type="dxa"/>
            <w:vAlign w:val="center"/>
          </w:tcPr>
          <w:p w14:paraId="0490DF2F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sz w:val="18"/>
                <w:lang w:val="pl-PL"/>
              </w:rPr>
              <w:t>Znak sprawy:</w:t>
            </w:r>
          </w:p>
        </w:tc>
        <w:tc>
          <w:tcPr>
            <w:tcW w:w="7370" w:type="dxa"/>
            <w:vAlign w:val="center"/>
          </w:tcPr>
          <w:p w14:paraId="44CEC91E" w14:textId="3BF58CA3" w:rsidR="00272EFA" w:rsidRPr="002E41F1" w:rsidRDefault="00F212ED">
            <w:pPr>
              <w:rPr>
                <w:lang w:val="pl-PL"/>
              </w:rPr>
            </w:pPr>
            <w:r w:rsidRPr="009457E1">
              <w:rPr>
                <w:sz w:val="18"/>
                <w:lang w:val="pl-PL"/>
              </w:rPr>
              <w:t>AiO.272.1.4.VIII.2026</w:t>
            </w:r>
          </w:p>
        </w:tc>
      </w:tr>
      <w:tr w:rsidR="00272EFA" w:rsidRPr="004966C9" w14:paraId="4A950614" w14:textId="77777777">
        <w:trPr>
          <w:jc w:val="center"/>
        </w:trPr>
        <w:tc>
          <w:tcPr>
            <w:tcW w:w="1814" w:type="dxa"/>
            <w:vAlign w:val="center"/>
          </w:tcPr>
          <w:p w14:paraId="2C0A648A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sz w:val="18"/>
                <w:lang w:val="pl-PL"/>
              </w:rPr>
              <w:t>Zamawiający:</w:t>
            </w:r>
          </w:p>
        </w:tc>
        <w:tc>
          <w:tcPr>
            <w:tcW w:w="7370" w:type="dxa"/>
            <w:vAlign w:val="center"/>
          </w:tcPr>
          <w:p w14:paraId="25BFCFD6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sz w:val="18"/>
                <w:lang w:val="pl-PL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52171617" w14:textId="77777777" w:rsidR="00272EFA" w:rsidRPr="002E41F1" w:rsidRDefault="00272EFA">
      <w:pPr>
        <w:rPr>
          <w:lang w:val="pl-PL"/>
        </w:rPr>
      </w:pPr>
    </w:p>
    <w:p w14:paraId="5AB74E9D" w14:textId="77777777" w:rsidR="00272EFA" w:rsidRPr="002E41F1" w:rsidRDefault="001074E5">
      <w:pPr>
        <w:spacing w:before="160" w:after="80"/>
        <w:rPr>
          <w:lang w:val="pl-PL"/>
        </w:rPr>
      </w:pPr>
      <w:r w:rsidRPr="002E41F1">
        <w:rPr>
          <w:b/>
          <w:sz w:val="22"/>
          <w:lang w:val="pl-PL"/>
        </w:rPr>
        <w:t>I. DANE WYKONAWCY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835"/>
        <w:gridCol w:w="6350"/>
      </w:tblGrid>
      <w:tr w:rsidR="00272EFA" w:rsidRPr="002E41F1" w14:paraId="0F853A8B" w14:textId="77777777">
        <w:tc>
          <w:tcPr>
            <w:tcW w:w="2835" w:type="dxa"/>
            <w:vAlign w:val="center"/>
          </w:tcPr>
          <w:p w14:paraId="454FCA35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lang w:val="pl-PL"/>
              </w:rPr>
              <w:t>Nazwa / firma Wykonawcy</w:t>
            </w:r>
          </w:p>
        </w:tc>
        <w:tc>
          <w:tcPr>
            <w:tcW w:w="6350" w:type="dxa"/>
            <w:vAlign w:val="center"/>
          </w:tcPr>
          <w:p w14:paraId="3D168B7F" w14:textId="77777777" w:rsidR="00272EFA" w:rsidRPr="002E41F1" w:rsidRDefault="00272EFA">
            <w:pPr>
              <w:rPr>
                <w:lang w:val="pl-PL"/>
              </w:rPr>
            </w:pPr>
          </w:p>
          <w:p w14:paraId="210D1FAF" w14:textId="000B1009" w:rsidR="002E41F1" w:rsidRPr="002E41F1" w:rsidRDefault="002E41F1">
            <w:pPr>
              <w:rPr>
                <w:lang w:val="pl-PL"/>
              </w:rPr>
            </w:pPr>
          </w:p>
        </w:tc>
      </w:tr>
      <w:tr w:rsidR="00272EFA" w:rsidRPr="004966C9" w14:paraId="35C4303E" w14:textId="77777777">
        <w:tc>
          <w:tcPr>
            <w:tcW w:w="2835" w:type="dxa"/>
            <w:vAlign w:val="center"/>
          </w:tcPr>
          <w:p w14:paraId="0523A24B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lang w:val="pl-PL"/>
              </w:rPr>
              <w:t>Adres siedziby / miejsca prowadzenia działalności</w:t>
            </w:r>
          </w:p>
        </w:tc>
        <w:tc>
          <w:tcPr>
            <w:tcW w:w="6350" w:type="dxa"/>
            <w:vAlign w:val="center"/>
          </w:tcPr>
          <w:p w14:paraId="4315C8C6" w14:textId="4372D0D5" w:rsidR="00272EFA" w:rsidRPr="002E41F1" w:rsidRDefault="00272EFA">
            <w:pPr>
              <w:rPr>
                <w:lang w:val="pl-PL"/>
              </w:rPr>
            </w:pPr>
          </w:p>
        </w:tc>
      </w:tr>
      <w:tr w:rsidR="00272EFA" w:rsidRPr="004966C9" w14:paraId="08F95F25" w14:textId="77777777">
        <w:tc>
          <w:tcPr>
            <w:tcW w:w="2835" w:type="dxa"/>
            <w:vAlign w:val="center"/>
          </w:tcPr>
          <w:p w14:paraId="427B8BF8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lang w:val="pl-PL"/>
              </w:rPr>
              <w:t>NIP / REGON / KRS lub CEIDG</w:t>
            </w:r>
          </w:p>
        </w:tc>
        <w:tc>
          <w:tcPr>
            <w:tcW w:w="6350" w:type="dxa"/>
            <w:vAlign w:val="center"/>
          </w:tcPr>
          <w:p w14:paraId="18B593F2" w14:textId="26C251A0" w:rsidR="00272EFA" w:rsidRPr="002E41F1" w:rsidRDefault="00272EFA">
            <w:pPr>
              <w:rPr>
                <w:lang w:val="pl-PL"/>
              </w:rPr>
            </w:pPr>
          </w:p>
        </w:tc>
      </w:tr>
      <w:tr w:rsidR="00272EFA" w:rsidRPr="004966C9" w14:paraId="72315594" w14:textId="77777777">
        <w:tc>
          <w:tcPr>
            <w:tcW w:w="2835" w:type="dxa"/>
            <w:vAlign w:val="center"/>
          </w:tcPr>
          <w:p w14:paraId="61C3B2B4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lang w:val="pl-PL"/>
              </w:rPr>
              <w:t>Adres e-mail do korespondencji</w:t>
            </w:r>
          </w:p>
        </w:tc>
        <w:tc>
          <w:tcPr>
            <w:tcW w:w="6350" w:type="dxa"/>
            <w:vAlign w:val="center"/>
          </w:tcPr>
          <w:p w14:paraId="2BABA04C" w14:textId="07C22ADD" w:rsidR="00272EFA" w:rsidRPr="002E41F1" w:rsidRDefault="00272EFA">
            <w:pPr>
              <w:rPr>
                <w:lang w:val="pl-PL"/>
              </w:rPr>
            </w:pPr>
          </w:p>
        </w:tc>
      </w:tr>
      <w:tr w:rsidR="00272EFA" w:rsidRPr="002E41F1" w14:paraId="31A4E16D" w14:textId="77777777">
        <w:tc>
          <w:tcPr>
            <w:tcW w:w="2835" w:type="dxa"/>
            <w:vAlign w:val="center"/>
          </w:tcPr>
          <w:p w14:paraId="69AD0407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lang w:val="pl-PL"/>
              </w:rPr>
              <w:t>Telefon kontaktowy</w:t>
            </w:r>
          </w:p>
        </w:tc>
        <w:tc>
          <w:tcPr>
            <w:tcW w:w="6350" w:type="dxa"/>
            <w:vAlign w:val="center"/>
          </w:tcPr>
          <w:p w14:paraId="2D8064B9" w14:textId="3EF31B8E" w:rsidR="00272EFA" w:rsidRPr="002E41F1" w:rsidRDefault="00272EFA">
            <w:pPr>
              <w:rPr>
                <w:lang w:val="pl-PL"/>
              </w:rPr>
            </w:pPr>
          </w:p>
        </w:tc>
      </w:tr>
      <w:tr w:rsidR="00272EFA" w:rsidRPr="002E41F1" w14:paraId="2A6F9FA1" w14:textId="77777777">
        <w:tc>
          <w:tcPr>
            <w:tcW w:w="2835" w:type="dxa"/>
            <w:vAlign w:val="center"/>
          </w:tcPr>
          <w:p w14:paraId="1D68F2BC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lang w:val="pl-PL"/>
              </w:rPr>
              <w:t>Osoba uprawniona do kontaktu</w:t>
            </w:r>
          </w:p>
        </w:tc>
        <w:tc>
          <w:tcPr>
            <w:tcW w:w="6350" w:type="dxa"/>
            <w:vAlign w:val="center"/>
          </w:tcPr>
          <w:p w14:paraId="5E34CB7F" w14:textId="0F74E411" w:rsidR="00272EFA" w:rsidRPr="002E41F1" w:rsidRDefault="00272EFA">
            <w:pPr>
              <w:rPr>
                <w:lang w:val="pl-PL"/>
              </w:rPr>
            </w:pPr>
          </w:p>
        </w:tc>
      </w:tr>
      <w:tr w:rsidR="00205BCE" w:rsidRPr="002E41F1" w14:paraId="72FB431C" w14:textId="77777777">
        <w:tc>
          <w:tcPr>
            <w:tcW w:w="2835" w:type="dxa"/>
            <w:vAlign w:val="center"/>
          </w:tcPr>
          <w:p w14:paraId="63A95956" w14:textId="2C1B2FB4" w:rsidR="00205BCE" w:rsidRPr="002E41F1" w:rsidRDefault="00205BCE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 xml:space="preserve">Nr konta i nazwa banku </w:t>
            </w:r>
            <w:r>
              <w:rPr>
                <w:b/>
                <w:lang w:val="pl-PL"/>
              </w:rPr>
              <w:br/>
              <w:t>(do umowy)</w:t>
            </w:r>
          </w:p>
        </w:tc>
        <w:tc>
          <w:tcPr>
            <w:tcW w:w="6350" w:type="dxa"/>
            <w:vAlign w:val="center"/>
          </w:tcPr>
          <w:p w14:paraId="72D51108" w14:textId="77777777" w:rsidR="00205BCE" w:rsidRPr="002E41F1" w:rsidRDefault="00205BCE">
            <w:pPr>
              <w:rPr>
                <w:lang w:val="pl-PL"/>
              </w:rPr>
            </w:pPr>
          </w:p>
        </w:tc>
      </w:tr>
    </w:tbl>
    <w:p w14:paraId="1177B1CC" w14:textId="77777777" w:rsidR="008D7A18" w:rsidRDefault="008D7A18" w:rsidP="004D51A4">
      <w:pPr>
        <w:spacing w:before="160" w:after="80"/>
        <w:jc w:val="center"/>
        <w:rPr>
          <w:b/>
          <w:sz w:val="22"/>
          <w:lang w:val="pl-PL"/>
        </w:rPr>
      </w:pPr>
    </w:p>
    <w:p w14:paraId="55636E28" w14:textId="663EC77B" w:rsidR="002E41F1" w:rsidRPr="002E41F1" w:rsidRDefault="004D51A4" w:rsidP="004D51A4">
      <w:pPr>
        <w:spacing w:before="160" w:after="80"/>
        <w:jc w:val="center"/>
        <w:rPr>
          <w:b/>
          <w:sz w:val="22"/>
          <w:lang w:val="pl-PL"/>
        </w:rPr>
      </w:pPr>
      <w:r w:rsidRPr="002E41F1">
        <w:rPr>
          <w:b/>
          <w:sz w:val="22"/>
          <w:lang w:val="pl-PL"/>
        </w:rPr>
        <w:t>OFERTA</w:t>
      </w:r>
    </w:p>
    <w:p w14:paraId="174BAAD3" w14:textId="029B1D8F" w:rsidR="00272EFA" w:rsidRPr="002E41F1" w:rsidRDefault="001074E5">
      <w:pPr>
        <w:spacing w:before="160" w:after="80"/>
        <w:rPr>
          <w:lang w:val="pl-PL"/>
        </w:rPr>
      </w:pPr>
      <w:r w:rsidRPr="002E41F1">
        <w:rPr>
          <w:b/>
          <w:sz w:val="22"/>
          <w:lang w:val="pl-PL"/>
        </w:rPr>
        <w:t xml:space="preserve">II. </w:t>
      </w:r>
      <w:r w:rsidR="004D51A4" w:rsidRPr="002E41F1">
        <w:rPr>
          <w:b/>
          <w:sz w:val="22"/>
          <w:lang w:val="pl-PL"/>
        </w:rPr>
        <w:t xml:space="preserve">KRYTERIUM: </w:t>
      </w:r>
      <w:r w:rsidR="004D51A4">
        <w:rPr>
          <w:b/>
          <w:sz w:val="22"/>
          <w:lang w:val="pl-PL"/>
        </w:rPr>
        <w:t>CENA</w:t>
      </w:r>
    </w:p>
    <w:p w14:paraId="4CE51121" w14:textId="77777777" w:rsidR="00272EFA" w:rsidRPr="002E41F1" w:rsidRDefault="001074E5">
      <w:pPr>
        <w:spacing w:after="80" w:line="252" w:lineRule="auto"/>
        <w:rPr>
          <w:lang w:val="pl-PL"/>
        </w:rPr>
      </w:pPr>
      <w:r w:rsidRPr="002E41F1">
        <w:rPr>
          <w:lang w:val="pl-PL"/>
        </w:rPr>
        <w:t>Działając w imieniu Wykonawcy, po zapoznaniu się z SWZ wraz z załącznikami, oferuję/</w:t>
      </w:r>
      <w:proofErr w:type="spellStart"/>
      <w:r w:rsidRPr="002E41F1">
        <w:rPr>
          <w:lang w:val="pl-PL"/>
        </w:rPr>
        <w:t>emy</w:t>
      </w:r>
      <w:proofErr w:type="spellEnd"/>
      <w:r w:rsidRPr="002E41F1">
        <w:rPr>
          <w:lang w:val="pl-PL"/>
        </w:rPr>
        <w:t xml:space="preserve"> wykonanie całego przedmiotu zamówienia za cenę ryczałtową: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272EFA" w:rsidRPr="002E41F1" w14:paraId="35F15DE1" w14:textId="77777777" w:rsidTr="002E41F1">
        <w:tc>
          <w:tcPr>
            <w:tcW w:w="3005" w:type="dxa"/>
            <w:vAlign w:val="center"/>
          </w:tcPr>
          <w:p w14:paraId="0ACF0CD6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Cena netto [zł]</w:t>
            </w:r>
          </w:p>
        </w:tc>
        <w:tc>
          <w:tcPr>
            <w:tcW w:w="3005" w:type="dxa"/>
            <w:vAlign w:val="center"/>
          </w:tcPr>
          <w:p w14:paraId="442C2C28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Kwota podatku VAT [zł]</w:t>
            </w:r>
          </w:p>
        </w:tc>
        <w:tc>
          <w:tcPr>
            <w:tcW w:w="3005" w:type="dxa"/>
            <w:vAlign w:val="center"/>
          </w:tcPr>
          <w:p w14:paraId="6DA6E022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Cena brutto [zł]</w:t>
            </w:r>
          </w:p>
        </w:tc>
      </w:tr>
      <w:tr w:rsidR="00272EFA" w:rsidRPr="002E41F1" w14:paraId="4659AD78" w14:textId="77777777">
        <w:tc>
          <w:tcPr>
            <w:tcW w:w="3005" w:type="dxa"/>
            <w:vAlign w:val="center"/>
          </w:tcPr>
          <w:p w14:paraId="07AB5F60" w14:textId="111ED0D9" w:rsidR="00272EFA" w:rsidRPr="002E41F1" w:rsidRDefault="00272EFA">
            <w:pPr>
              <w:jc w:val="center"/>
              <w:rPr>
                <w:lang w:val="pl-PL"/>
              </w:rPr>
            </w:pPr>
          </w:p>
        </w:tc>
        <w:tc>
          <w:tcPr>
            <w:tcW w:w="3005" w:type="dxa"/>
            <w:vAlign w:val="center"/>
          </w:tcPr>
          <w:p w14:paraId="5476A929" w14:textId="625C7C70" w:rsidR="00272EFA" w:rsidRPr="002E41F1" w:rsidRDefault="00272EFA">
            <w:pPr>
              <w:jc w:val="center"/>
              <w:rPr>
                <w:lang w:val="pl-PL"/>
              </w:rPr>
            </w:pPr>
          </w:p>
        </w:tc>
        <w:tc>
          <w:tcPr>
            <w:tcW w:w="3005" w:type="dxa"/>
            <w:vAlign w:val="center"/>
          </w:tcPr>
          <w:p w14:paraId="67446814" w14:textId="63F252B9" w:rsidR="00272EFA" w:rsidRPr="002E41F1" w:rsidRDefault="00272EFA">
            <w:pPr>
              <w:jc w:val="center"/>
              <w:rPr>
                <w:lang w:val="pl-PL"/>
              </w:rPr>
            </w:pPr>
          </w:p>
        </w:tc>
      </w:tr>
    </w:tbl>
    <w:p w14:paraId="7960A523" w14:textId="77777777" w:rsidR="00272EFA" w:rsidRPr="002E41F1" w:rsidRDefault="001074E5">
      <w:pPr>
        <w:spacing w:after="80" w:line="252" w:lineRule="auto"/>
        <w:rPr>
          <w:lang w:val="pl-PL"/>
        </w:rPr>
      </w:pPr>
      <w:r w:rsidRPr="002E41F1">
        <w:rPr>
          <w:sz w:val="18"/>
          <w:lang w:val="pl-PL"/>
        </w:rPr>
        <w:t xml:space="preserve">Cena obejmuje pełne wynagrodzenie ryczałtowe za wykonanie przedmiotu zamówienia i wszystkie koszty wynikające z SWZ, dokumentacji technicznej, </w:t>
      </w:r>
      <w:proofErr w:type="spellStart"/>
      <w:r w:rsidRPr="002E41F1">
        <w:rPr>
          <w:sz w:val="18"/>
          <w:lang w:val="pl-PL"/>
        </w:rPr>
        <w:t>STWiORB</w:t>
      </w:r>
      <w:proofErr w:type="spellEnd"/>
      <w:r w:rsidRPr="002E41F1">
        <w:rPr>
          <w:sz w:val="18"/>
          <w:lang w:val="pl-PL"/>
        </w:rPr>
        <w:t>, kosztorysu zerowego/przedmiaru robót oraz PPU.</w:t>
      </w:r>
    </w:p>
    <w:p w14:paraId="0BAC3A09" w14:textId="344B8407" w:rsidR="00272EFA" w:rsidRPr="002E41F1" w:rsidRDefault="001074E5">
      <w:pPr>
        <w:spacing w:before="160" w:after="80"/>
        <w:rPr>
          <w:lang w:val="pl-PL"/>
        </w:rPr>
      </w:pPr>
      <w:r w:rsidRPr="002E41F1">
        <w:rPr>
          <w:b/>
          <w:sz w:val="22"/>
          <w:lang w:val="pl-PL"/>
        </w:rPr>
        <w:lastRenderedPageBreak/>
        <w:t>III. KRYTERIUM: GWARANCJA JAKOŚCI I RĘKOJMIA ZA WADY</w:t>
      </w:r>
    </w:p>
    <w:p w14:paraId="693B2ABB" w14:textId="77777777" w:rsidR="00272EFA" w:rsidRPr="002E41F1" w:rsidRDefault="001074E5">
      <w:pPr>
        <w:spacing w:after="80" w:line="252" w:lineRule="auto"/>
        <w:rPr>
          <w:lang w:val="pl-PL"/>
        </w:rPr>
      </w:pPr>
      <w:r w:rsidRPr="002E41F1">
        <w:rPr>
          <w:lang w:val="pl-PL"/>
        </w:rPr>
        <w:t>Oferuję/</w:t>
      </w:r>
      <w:proofErr w:type="spellStart"/>
      <w:r w:rsidRPr="002E41F1">
        <w:rPr>
          <w:lang w:val="pl-PL"/>
        </w:rPr>
        <w:t>emy</w:t>
      </w:r>
      <w:proofErr w:type="spellEnd"/>
      <w:r w:rsidRPr="002E41F1">
        <w:rPr>
          <w:lang w:val="pl-PL"/>
        </w:rPr>
        <w:t xml:space="preserve"> następujący okres gwarancji jakości i rękojmi za wady, liczony od dnia podpisania protokołu odbioru końcowego: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246"/>
        <w:gridCol w:w="3397"/>
        <w:gridCol w:w="5541"/>
      </w:tblGrid>
      <w:tr w:rsidR="00272EFA" w:rsidRPr="002E41F1" w14:paraId="16DDDCAC" w14:textId="77777777" w:rsidTr="002E41F1">
        <w:tc>
          <w:tcPr>
            <w:tcW w:w="1247" w:type="dxa"/>
            <w:vAlign w:val="center"/>
          </w:tcPr>
          <w:p w14:paraId="1DE3425E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Wybór</w:t>
            </w:r>
          </w:p>
        </w:tc>
        <w:tc>
          <w:tcPr>
            <w:tcW w:w="3402" w:type="dxa"/>
            <w:vAlign w:val="center"/>
          </w:tcPr>
          <w:p w14:paraId="3275E259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Okres</w:t>
            </w:r>
          </w:p>
        </w:tc>
        <w:tc>
          <w:tcPr>
            <w:tcW w:w="3402" w:type="dxa"/>
            <w:vAlign w:val="center"/>
          </w:tcPr>
          <w:p w14:paraId="6F792DC5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Punktacja wg SWZ</w:t>
            </w:r>
          </w:p>
        </w:tc>
      </w:tr>
      <w:tr w:rsidR="00272EFA" w:rsidRPr="002E41F1" w14:paraId="0CED3267" w14:textId="77777777">
        <w:tc>
          <w:tcPr>
            <w:tcW w:w="1247" w:type="dxa"/>
            <w:vAlign w:val="center"/>
          </w:tcPr>
          <w:p w14:paraId="586780EF" w14:textId="3982FF09" w:rsidR="00272EFA" w:rsidRPr="002E41F1" w:rsidRDefault="00F17222">
            <w:pPr>
              <w:jc w:val="center"/>
              <w:rPr>
                <w:lang w:val="pl-PL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203669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6C9" w:rsidRPr="00996162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402" w:type="dxa"/>
            <w:vAlign w:val="center"/>
          </w:tcPr>
          <w:p w14:paraId="15CA317C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36 miesięcy</w:t>
            </w:r>
          </w:p>
        </w:tc>
        <w:tc>
          <w:tcPr>
            <w:tcW w:w="3402" w:type="dxa"/>
            <w:vAlign w:val="center"/>
          </w:tcPr>
          <w:p w14:paraId="08D921AA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0 pkt</w:t>
            </w:r>
          </w:p>
        </w:tc>
      </w:tr>
      <w:tr w:rsidR="00272EFA" w:rsidRPr="002E41F1" w14:paraId="71EDB7E7" w14:textId="77777777">
        <w:tc>
          <w:tcPr>
            <w:tcW w:w="1247" w:type="dxa"/>
            <w:vAlign w:val="center"/>
          </w:tcPr>
          <w:p w14:paraId="02B36360" w14:textId="721369EF" w:rsidR="00272EFA" w:rsidRPr="002E41F1" w:rsidRDefault="00F17222">
            <w:pPr>
              <w:jc w:val="center"/>
              <w:rPr>
                <w:lang w:val="pl-PL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-1015378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6C9" w:rsidRPr="00996162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402" w:type="dxa"/>
            <w:vAlign w:val="center"/>
          </w:tcPr>
          <w:p w14:paraId="36F81811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48 miesięcy</w:t>
            </w:r>
          </w:p>
        </w:tc>
        <w:tc>
          <w:tcPr>
            <w:tcW w:w="3402" w:type="dxa"/>
            <w:vAlign w:val="center"/>
          </w:tcPr>
          <w:p w14:paraId="66C014E0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10 pkt</w:t>
            </w:r>
          </w:p>
        </w:tc>
      </w:tr>
      <w:tr w:rsidR="00272EFA" w:rsidRPr="002E41F1" w14:paraId="4CADE62F" w14:textId="77777777">
        <w:tc>
          <w:tcPr>
            <w:tcW w:w="1247" w:type="dxa"/>
            <w:vAlign w:val="center"/>
          </w:tcPr>
          <w:p w14:paraId="47B513A6" w14:textId="7C861BD8" w:rsidR="00272EFA" w:rsidRPr="002E41F1" w:rsidRDefault="00F17222">
            <w:pPr>
              <w:jc w:val="center"/>
              <w:rPr>
                <w:lang w:val="pl-PL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70137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6C9" w:rsidRPr="00996162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402" w:type="dxa"/>
            <w:vAlign w:val="center"/>
          </w:tcPr>
          <w:p w14:paraId="08BFB587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60 miesięcy</w:t>
            </w:r>
          </w:p>
        </w:tc>
        <w:tc>
          <w:tcPr>
            <w:tcW w:w="3402" w:type="dxa"/>
            <w:vAlign w:val="center"/>
          </w:tcPr>
          <w:p w14:paraId="3DA3B6F0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20 pkt</w:t>
            </w:r>
          </w:p>
        </w:tc>
      </w:tr>
      <w:tr w:rsidR="00272EFA" w:rsidRPr="002E41F1" w14:paraId="33BCFEDF" w14:textId="77777777">
        <w:tc>
          <w:tcPr>
            <w:tcW w:w="1247" w:type="dxa"/>
            <w:vAlign w:val="center"/>
          </w:tcPr>
          <w:p w14:paraId="4664807A" w14:textId="722A8A13" w:rsidR="00272EFA" w:rsidRPr="002E41F1" w:rsidRDefault="00F17222">
            <w:pPr>
              <w:jc w:val="center"/>
              <w:rPr>
                <w:lang w:val="pl-PL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181605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6C9" w:rsidRPr="00996162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402" w:type="dxa"/>
            <w:vAlign w:val="center"/>
          </w:tcPr>
          <w:p w14:paraId="18A19546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72 miesiące</w:t>
            </w:r>
          </w:p>
        </w:tc>
        <w:tc>
          <w:tcPr>
            <w:tcW w:w="3402" w:type="dxa"/>
            <w:vAlign w:val="center"/>
          </w:tcPr>
          <w:p w14:paraId="09E866D0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30 pkt</w:t>
            </w:r>
          </w:p>
        </w:tc>
      </w:tr>
      <w:tr w:rsidR="00272EFA" w:rsidRPr="002E41F1" w14:paraId="20BBF38F" w14:textId="77777777">
        <w:tc>
          <w:tcPr>
            <w:tcW w:w="1247" w:type="dxa"/>
            <w:vAlign w:val="center"/>
          </w:tcPr>
          <w:p w14:paraId="748A8B86" w14:textId="4104ABA8" w:rsidR="00272EFA" w:rsidRPr="002E41F1" w:rsidRDefault="00F17222">
            <w:pPr>
              <w:jc w:val="center"/>
              <w:rPr>
                <w:lang w:val="pl-PL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206498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6C9" w:rsidRPr="00996162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402" w:type="dxa"/>
            <w:vAlign w:val="center"/>
          </w:tcPr>
          <w:p w14:paraId="02177DB5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84 miesiące</w:t>
            </w:r>
          </w:p>
        </w:tc>
        <w:tc>
          <w:tcPr>
            <w:tcW w:w="3402" w:type="dxa"/>
            <w:vAlign w:val="center"/>
          </w:tcPr>
          <w:p w14:paraId="5A3E3D21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40 pkt</w:t>
            </w:r>
          </w:p>
        </w:tc>
      </w:tr>
      <w:tr w:rsidR="00272EFA" w:rsidRPr="004966C9" w14:paraId="4C19BB7B" w14:textId="77777777" w:rsidTr="001305E7">
        <w:tblPrEx>
          <w:tblBorders>
            <w:top w:val="single" w:sz="6" w:space="0" w:color="A6A6A6"/>
            <w:left w:val="single" w:sz="6" w:space="0" w:color="A6A6A6"/>
            <w:bottom w:val="single" w:sz="6" w:space="0" w:color="A6A6A6"/>
            <w:right w:val="single" w:sz="6" w:space="0" w:color="A6A6A6"/>
            <w:insideH w:val="single" w:sz="6" w:space="0" w:color="A6A6A6"/>
            <w:insideV w:val="single" w:sz="6" w:space="0" w:color="A6A6A6"/>
          </w:tblBorders>
        </w:tblPrEx>
        <w:tc>
          <w:tcPr>
            <w:tcW w:w="10200" w:type="dxa"/>
            <w:gridSpan w:val="3"/>
            <w:vAlign w:val="center"/>
          </w:tcPr>
          <w:p w14:paraId="657B73E3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sz w:val="18"/>
                <w:lang w:val="pl-PL"/>
              </w:rPr>
              <w:t>Wykonawca zaznacza jedną opcję. Brak zaznaczenia oznacza przyjęcie minimalnego okresu 36 miesięcy i 0 pkt. Zaznaczenie więcej niż jednej opcji oznacza przyjęcie najkrótszego prawidłowo zaznaczonego okresu.</w:t>
            </w:r>
          </w:p>
        </w:tc>
      </w:tr>
    </w:tbl>
    <w:p w14:paraId="123A4CBB" w14:textId="77777777" w:rsidR="00272EFA" w:rsidRPr="002E41F1" w:rsidRDefault="00272EFA">
      <w:pPr>
        <w:rPr>
          <w:lang w:val="pl-PL"/>
        </w:rPr>
      </w:pPr>
    </w:p>
    <w:p w14:paraId="619E5CC0" w14:textId="77777777" w:rsidR="00272EFA" w:rsidRPr="002E41F1" w:rsidRDefault="001074E5">
      <w:pPr>
        <w:spacing w:before="160" w:after="80"/>
        <w:rPr>
          <w:lang w:val="pl-PL"/>
        </w:rPr>
      </w:pPr>
      <w:r w:rsidRPr="002E41F1">
        <w:rPr>
          <w:b/>
          <w:sz w:val="22"/>
          <w:lang w:val="pl-PL"/>
        </w:rPr>
        <w:t>IV. TERMIN WYKONANIA I ZABEZPIECZENIE</w:t>
      </w:r>
    </w:p>
    <w:p w14:paraId="13592225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>1) Oświadczam/y, że wykonamy przedmiot zamówienia w terminie 4 miesięcy od dnia zawarcia umowy.</w:t>
      </w:r>
    </w:p>
    <w:p w14:paraId="5D7FAA99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>2) W przypadku wyboru naszej oferty wniosę/wniesiemy zabezpieczenie należytego wykonania umowy w wysokości 5% ceny całkowitej brutto podanej w ofercie, na zasadach określonych w SWZ i PPU.</w:t>
      </w:r>
    </w:p>
    <w:p w14:paraId="0F225F17" w14:textId="77777777" w:rsidR="002E41F1" w:rsidRPr="002E41F1" w:rsidRDefault="002E41F1">
      <w:pPr>
        <w:spacing w:before="160" w:after="80"/>
        <w:rPr>
          <w:b/>
          <w:sz w:val="22"/>
          <w:lang w:val="pl-PL"/>
        </w:rPr>
      </w:pPr>
    </w:p>
    <w:p w14:paraId="05C0A287" w14:textId="07597D23" w:rsidR="00272EFA" w:rsidRPr="002E41F1" w:rsidRDefault="001074E5">
      <w:pPr>
        <w:spacing w:before="160" w:after="80"/>
        <w:rPr>
          <w:lang w:val="pl-PL"/>
        </w:rPr>
      </w:pPr>
      <w:r w:rsidRPr="002E41F1">
        <w:rPr>
          <w:b/>
          <w:sz w:val="22"/>
          <w:lang w:val="pl-PL"/>
        </w:rPr>
        <w:t>V. PODWYKONAWSTWO</w:t>
      </w:r>
    </w:p>
    <w:p w14:paraId="4A27BA95" w14:textId="77777777" w:rsidR="00272EFA" w:rsidRPr="002E41F1" w:rsidRDefault="001074E5">
      <w:pPr>
        <w:spacing w:after="80" w:line="252" w:lineRule="auto"/>
        <w:rPr>
          <w:lang w:val="pl-PL"/>
        </w:rPr>
      </w:pPr>
      <w:r w:rsidRPr="002E41F1">
        <w:rPr>
          <w:lang w:val="pl-PL"/>
        </w:rPr>
        <w:t>Zamierzamy powierzyć podwykonawcom następujące części zamówienia: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061"/>
        <w:gridCol w:w="3061"/>
        <w:gridCol w:w="3061"/>
      </w:tblGrid>
      <w:tr w:rsidR="00272EFA" w:rsidRPr="002E41F1" w14:paraId="26C2EB86" w14:textId="77777777" w:rsidTr="001305E7">
        <w:tc>
          <w:tcPr>
            <w:tcW w:w="3061" w:type="dxa"/>
            <w:vAlign w:val="center"/>
          </w:tcPr>
          <w:p w14:paraId="712DC00A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Część zamówienia</w:t>
            </w:r>
          </w:p>
        </w:tc>
        <w:tc>
          <w:tcPr>
            <w:tcW w:w="3061" w:type="dxa"/>
            <w:vAlign w:val="center"/>
          </w:tcPr>
          <w:p w14:paraId="032D3EA4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Nazwa podwykonawcy, jeżeli jest znany</w:t>
            </w:r>
          </w:p>
        </w:tc>
        <w:tc>
          <w:tcPr>
            <w:tcW w:w="3061" w:type="dxa"/>
            <w:vAlign w:val="center"/>
          </w:tcPr>
          <w:p w14:paraId="79C8C88E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Szacunkowy udział / wartość</w:t>
            </w:r>
          </w:p>
        </w:tc>
      </w:tr>
      <w:tr w:rsidR="00272EFA" w:rsidRPr="002E41F1" w14:paraId="0034E31C" w14:textId="77777777">
        <w:tc>
          <w:tcPr>
            <w:tcW w:w="3061" w:type="dxa"/>
            <w:vAlign w:val="center"/>
          </w:tcPr>
          <w:p w14:paraId="1ED22882" w14:textId="0025BE90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3061" w:type="dxa"/>
            <w:vAlign w:val="center"/>
          </w:tcPr>
          <w:p w14:paraId="7F68B8DF" w14:textId="1BA0BAAA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3061" w:type="dxa"/>
            <w:vAlign w:val="center"/>
          </w:tcPr>
          <w:p w14:paraId="6F89454F" w14:textId="218F9054" w:rsidR="00272EFA" w:rsidRPr="002E41F1" w:rsidRDefault="00272EFA">
            <w:pPr>
              <w:rPr>
                <w:lang w:val="pl-PL"/>
              </w:rPr>
            </w:pPr>
          </w:p>
        </w:tc>
      </w:tr>
      <w:tr w:rsidR="00272EFA" w:rsidRPr="002E41F1" w14:paraId="0A719710" w14:textId="77777777">
        <w:tc>
          <w:tcPr>
            <w:tcW w:w="3061" w:type="dxa"/>
            <w:vAlign w:val="center"/>
          </w:tcPr>
          <w:p w14:paraId="07F962F2" w14:textId="25161456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3061" w:type="dxa"/>
            <w:vAlign w:val="center"/>
          </w:tcPr>
          <w:p w14:paraId="0555931E" w14:textId="4AF145F8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3061" w:type="dxa"/>
            <w:vAlign w:val="center"/>
          </w:tcPr>
          <w:p w14:paraId="3EF9A667" w14:textId="430C53A2" w:rsidR="00272EFA" w:rsidRPr="002E41F1" w:rsidRDefault="00272EFA">
            <w:pPr>
              <w:rPr>
                <w:lang w:val="pl-PL"/>
              </w:rPr>
            </w:pPr>
          </w:p>
        </w:tc>
      </w:tr>
      <w:tr w:rsidR="00272EFA" w:rsidRPr="002E41F1" w14:paraId="732FAE42" w14:textId="77777777">
        <w:tc>
          <w:tcPr>
            <w:tcW w:w="3061" w:type="dxa"/>
            <w:vAlign w:val="center"/>
          </w:tcPr>
          <w:p w14:paraId="42BD04FF" w14:textId="2A90DAA6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3061" w:type="dxa"/>
            <w:vAlign w:val="center"/>
          </w:tcPr>
          <w:p w14:paraId="68758FB6" w14:textId="18BD2067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3061" w:type="dxa"/>
            <w:vAlign w:val="center"/>
          </w:tcPr>
          <w:p w14:paraId="01173A99" w14:textId="5B16E788" w:rsidR="00272EFA" w:rsidRPr="002E41F1" w:rsidRDefault="00272EFA">
            <w:pPr>
              <w:rPr>
                <w:lang w:val="pl-PL"/>
              </w:rPr>
            </w:pPr>
          </w:p>
        </w:tc>
      </w:tr>
    </w:tbl>
    <w:p w14:paraId="073D2067" w14:textId="77777777" w:rsidR="00272EFA" w:rsidRPr="002E41F1" w:rsidRDefault="001074E5">
      <w:pPr>
        <w:spacing w:after="80" w:line="252" w:lineRule="auto"/>
        <w:rPr>
          <w:lang w:val="pl-PL"/>
        </w:rPr>
      </w:pPr>
      <w:r w:rsidRPr="002E41F1">
        <w:rPr>
          <w:i/>
          <w:sz w:val="18"/>
          <w:lang w:val="pl-PL"/>
        </w:rPr>
        <w:t>W przypadku niewypełnienia tabeli Zamawiający przyjmie, że Wykonawca wykona zamówienie bez udziału podwykonawców.</w:t>
      </w:r>
    </w:p>
    <w:p w14:paraId="79FDD5A8" w14:textId="77777777" w:rsidR="002E41F1" w:rsidRPr="002E41F1" w:rsidRDefault="002E41F1">
      <w:pPr>
        <w:spacing w:before="160" w:after="80"/>
        <w:rPr>
          <w:b/>
          <w:sz w:val="22"/>
          <w:lang w:val="pl-PL"/>
        </w:rPr>
      </w:pPr>
    </w:p>
    <w:p w14:paraId="4F10C930" w14:textId="34A6B1C0" w:rsidR="00272EFA" w:rsidRPr="002E41F1" w:rsidRDefault="001074E5">
      <w:pPr>
        <w:spacing w:before="160" w:after="80"/>
        <w:rPr>
          <w:lang w:val="pl-PL"/>
        </w:rPr>
      </w:pPr>
      <w:r w:rsidRPr="002E41F1">
        <w:rPr>
          <w:b/>
          <w:sz w:val="22"/>
          <w:lang w:val="pl-PL"/>
        </w:rPr>
        <w:t>VI. INFORMACJA Z ART. 225 USTAWY PZP</w:t>
      </w:r>
    </w:p>
    <w:p w14:paraId="52031200" w14:textId="77777777" w:rsidR="00272EFA" w:rsidRPr="002E41F1" w:rsidRDefault="001074E5">
      <w:pPr>
        <w:spacing w:after="80" w:line="252" w:lineRule="auto"/>
        <w:rPr>
          <w:lang w:val="pl-PL"/>
        </w:rPr>
      </w:pPr>
      <w:r w:rsidRPr="002E41F1">
        <w:rPr>
          <w:lang w:val="pl-PL"/>
        </w:rPr>
        <w:t>Oświadczam/y, że wybór naszej oferty:</w:t>
      </w:r>
    </w:p>
    <w:p w14:paraId="5AD6627D" w14:textId="0CCBF641" w:rsidR="00272EFA" w:rsidRPr="002E41F1" w:rsidRDefault="001074E5">
      <w:pPr>
        <w:spacing w:after="40"/>
        <w:ind w:left="283" w:hanging="170"/>
        <w:rPr>
          <w:lang w:val="pl-PL"/>
        </w:rPr>
      </w:pPr>
      <w:r w:rsidRPr="002E41F1">
        <w:rPr>
          <w:lang w:val="pl-PL"/>
        </w:rPr>
        <w:t xml:space="preserve">• </w:t>
      </w:r>
      <w:sdt>
        <w:sdtPr>
          <w:rPr>
            <w:rFonts w:cs="Arial"/>
            <w:b/>
            <w:sz w:val="24"/>
            <w:szCs w:val="24"/>
            <w:lang w:val="pl-PL"/>
          </w:rPr>
          <w:id w:val="-1295678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074E5">
            <w:rPr>
              <w:rFonts w:ascii="Segoe UI Symbol" w:eastAsia="MS Gothic" w:hAnsi="Segoe UI Symbol" w:cs="Segoe UI Symbol"/>
              <w:b/>
              <w:sz w:val="24"/>
              <w:szCs w:val="24"/>
              <w:lang w:val="pl-PL"/>
            </w:rPr>
            <w:t>☐</w:t>
          </w:r>
        </w:sdtContent>
      </w:sdt>
      <w:r w:rsidRPr="002E41F1">
        <w:rPr>
          <w:lang w:val="pl-PL"/>
        </w:rPr>
        <w:t xml:space="preserve"> nie będzie prowadził do powstania u Zamawiającego obowiązku podatkowego zgodnie z ustawą o podatku od towarów i usług;</w:t>
      </w:r>
    </w:p>
    <w:p w14:paraId="6D8D431A" w14:textId="4727DD63" w:rsidR="00272EFA" w:rsidRPr="002E41F1" w:rsidRDefault="001074E5">
      <w:pPr>
        <w:spacing w:after="40"/>
        <w:ind w:left="283" w:hanging="170"/>
        <w:rPr>
          <w:lang w:val="pl-PL"/>
        </w:rPr>
      </w:pPr>
      <w:r w:rsidRPr="002E41F1">
        <w:rPr>
          <w:lang w:val="pl-PL"/>
        </w:rPr>
        <w:t xml:space="preserve">• </w:t>
      </w:r>
      <w:sdt>
        <w:sdtPr>
          <w:rPr>
            <w:rFonts w:cs="Arial"/>
            <w:b/>
            <w:sz w:val="24"/>
            <w:szCs w:val="24"/>
            <w:lang w:val="pl-PL"/>
          </w:rPr>
          <w:id w:val="-547618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074E5">
            <w:rPr>
              <w:rFonts w:ascii="Segoe UI Symbol" w:eastAsia="MS Gothic" w:hAnsi="Segoe UI Symbol" w:cs="Segoe UI Symbol"/>
              <w:b/>
              <w:sz w:val="24"/>
              <w:szCs w:val="24"/>
              <w:lang w:val="pl-PL"/>
            </w:rPr>
            <w:t>☐</w:t>
          </w:r>
        </w:sdtContent>
      </w:sdt>
      <w:r w:rsidRPr="002E41F1">
        <w:rPr>
          <w:lang w:val="pl-PL"/>
        </w:rPr>
        <w:t xml:space="preserve"> będzie prowadził do powstania u Zamawiającego obowiązku podatkowego zgodnie z ustawą o podatku od towarów i usług.</w:t>
      </w:r>
    </w:p>
    <w:p w14:paraId="3D5D37E4" w14:textId="77777777" w:rsidR="002E41F1" w:rsidRPr="002E41F1" w:rsidRDefault="002E41F1">
      <w:pPr>
        <w:spacing w:after="80" w:line="252" w:lineRule="auto"/>
        <w:rPr>
          <w:lang w:val="pl-PL"/>
        </w:rPr>
      </w:pPr>
    </w:p>
    <w:p w14:paraId="5F5439A6" w14:textId="3C35F481" w:rsidR="00272EFA" w:rsidRPr="002E41F1" w:rsidRDefault="001074E5">
      <w:pPr>
        <w:spacing w:after="80" w:line="252" w:lineRule="auto"/>
        <w:rPr>
          <w:lang w:val="pl-PL"/>
        </w:rPr>
      </w:pPr>
      <w:r w:rsidRPr="002E41F1">
        <w:rPr>
          <w:lang w:val="pl-PL"/>
        </w:rPr>
        <w:lastRenderedPageBreak/>
        <w:t>W przypadku zaznaczenia drugiej opcji należy wypełnić tabelę: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515"/>
        <w:gridCol w:w="2835"/>
        <w:gridCol w:w="2835"/>
      </w:tblGrid>
      <w:tr w:rsidR="00272EFA" w:rsidRPr="002E41F1" w14:paraId="4A6B45AA" w14:textId="77777777" w:rsidTr="001305E7">
        <w:tc>
          <w:tcPr>
            <w:tcW w:w="3515" w:type="dxa"/>
            <w:vAlign w:val="center"/>
          </w:tcPr>
          <w:p w14:paraId="3D34833A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Nazwa/rodzaj towaru lub usługi</w:t>
            </w:r>
          </w:p>
        </w:tc>
        <w:tc>
          <w:tcPr>
            <w:tcW w:w="2835" w:type="dxa"/>
            <w:vAlign w:val="center"/>
          </w:tcPr>
          <w:p w14:paraId="229B0D75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Wartość bez VAT [zł]</w:t>
            </w:r>
          </w:p>
        </w:tc>
        <w:tc>
          <w:tcPr>
            <w:tcW w:w="2835" w:type="dxa"/>
            <w:vAlign w:val="center"/>
          </w:tcPr>
          <w:p w14:paraId="315FFCA0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Stawka VAT</w:t>
            </w:r>
          </w:p>
        </w:tc>
      </w:tr>
      <w:tr w:rsidR="00272EFA" w:rsidRPr="002E41F1" w14:paraId="2172BDD6" w14:textId="77777777">
        <w:tc>
          <w:tcPr>
            <w:tcW w:w="3515" w:type="dxa"/>
            <w:vAlign w:val="center"/>
          </w:tcPr>
          <w:p w14:paraId="105C65CD" w14:textId="46B738A3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43BA112F" w14:textId="0F4AE170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54321C41" w14:textId="43397BB0" w:rsidR="00272EFA" w:rsidRPr="002E41F1" w:rsidRDefault="00272EFA">
            <w:pPr>
              <w:rPr>
                <w:lang w:val="pl-PL"/>
              </w:rPr>
            </w:pPr>
          </w:p>
        </w:tc>
      </w:tr>
      <w:tr w:rsidR="00272EFA" w:rsidRPr="002E41F1" w14:paraId="330A73BA" w14:textId="77777777">
        <w:tc>
          <w:tcPr>
            <w:tcW w:w="3515" w:type="dxa"/>
            <w:vAlign w:val="center"/>
          </w:tcPr>
          <w:p w14:paraId="49E97483" w14:textId="5AF1F826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1C27A128" w14:textId="154D8B9E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375E2DA9" w14:textId="7E04B2D5" w:rsidR="00272EFA" w:rsidRPr="002E41F1" w:rsidRDefault="00272EFA">
            <w:pPr>
              <w:rPr>
                <w:lang w:val="pl-PL"/>
              </w:rPr>
            </w:pPr>
          </w:p>
        </w:tc>
      </w:tr>
    </w:tbl>
    <w:p w14:paraId="057F23BB" w14:textId="77777777" w:rsidR="002E41F1" w:rsidRPr="002E41F1" w:rsidRDefault="002E41F1">
      <w:pPr>
        <w:spacing w:before="160" w:after="80"/>
        <w:rPr>
          <w:b/>
          <w:sz w:val="22"/>
          <w:lang w:val="pl-PL"/>
        </w:rPr>
      </w:pPr>
    </w:p>
    <w:p w14:paraId="33067D6A" w14:textId="6294E76D" w:rsidR="00272EFA" w:rsidRPr="002E41F1" w:rsidRDefault="001074E5">
      <w:pPr>
        <w:spacing w:before="160" w:after="80"/>
        <w:rPr>
          <w:lang w:val="pl-PL"/>
        </w:rPr>
      </w:pPr>
      <w:r w:rsidRPr="002E41F1">
        <w:rPr>
          <w:b/>
          <w:sz w:val="22"/>
          <w:lang w:val="pl-PL"/>
        </w:rPr>
        <w:t>VII. OŚWIADCZENIA WYKONAWCY</w:t>
      </w:r>
    </w:p>
    <w:p w14:paraId="1B0612FE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 xml:space="preserve">1) zapoznaliśmy się z SWZ, dokumentacją techniczną, </w:t>
      </w:r>
      <w:proofErr w:type="spellStart"/>
      <w:r w:rsidRPr="002E41F1">
        <w:rPr>
          <w:lang w:val="pl-PL"/>
        </w:rPr>
        <w:t>STWiORB</w:t>
      </w:r>
      <w:proofErr w:type="spellEnd"/>
      <w:r w:rsidRPr="002E41F1">
        <w:rPr>
          <w:lang w:val="pl-PL"/>
        </w:rPr>
        <w:t>, kosztorysem zerowym/przedmiarem robót oraz PPU i akceptujemy ich postanowienia;</w:t>
      </w:r>
    </w:p>
    <w:p w14:paraId="531358B0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>2) cena została skalkulowana jako cena ryczałtowa obejmująca pełny zakres świadczenia oraz wszystkie koszty konieczne do prawidłowego wykonania zamówienia;</w:t>
      </w:r>
    </w:p>
    <w:p w14:paraId="283E3D8B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>3) jesteśmy związani ofertą przez okres wskazany w SWZ;</w:t>
      </w:r>
    </w:p>
    <w:p w14:paraId="76CBBCA8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>4) informacje podane w ofercie i załącznikach są aktualne, kompletne i zgodne z prawdą;</w:t>
      </w:r>
    </w:p>
    <w:p w14:paraId="01117DF5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>5) wypełniliśmy obowiązki informacyjne wynikające z art. 13 lub art. 14 RODO wobec osób fizycznych, których dane przekazujemy Zamawiającemu, chyba że zachodzi prawem przewidziane wyłączenie;</w:t>
      </w:r>
    </w:p>
    <w:p w14:paraId="1719DC79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>6) Wykonawca, a w przypadku oferty wspólnej każdy z Wykonawców, a w razie polegania na zasobach również podmiot udostępniający zasoby, spełnia wymagania dotyczące udziału wykonawców z państw trzecich określone w SWZ;</w:t>
      </w:r>
    </w:p>
    <w:p w14:paraId="562BD7D6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>7) przy realizacji zamówienia nie powierzymy wykonania części zamówienia podmiotowi, którego udział byłby niezgodny z ograniczeniami sankcyjnymi albo ograniczeniami dotyczącymi wykonawców z państw trzecich.</w:t>
      </w:r>
    </w:p>
    <w:p w14:paraId="50D04941" w14:textId="77777777" w:rsidR="002E41F1" w:rsidRPr="002E41F1" w:rsidRDefault="002E41F1">
      <w:pPr>
        <w:spacing w:before="160" w:after="80"/>
        <w:rPr>
          <w:b/>
          <w:sz w:val="22"/>
          <w:lang w:val="pl-PL"/>
        </w:rPr>
      </w:pPr>
    </w:p>
    <w:p w14:paraId="6B0415D4" w14:textId="798A7C52" w:rsidR="00272EFA" w:rsidRPr="002E41F1" w:rsidRDefault="001074E5">
      <w:pPr>
        <w:spacing w:before="160" w:after="80"/>
        <w:rPr>
          <w:lang w:val="pl-PL"/>
        </w:rPr>
      </w:pPr>
      <w:r w:rsidRPr="002E41F1">
        <w:rPr>
          <w:b/>
          <w:sz w:val="22"/>
          <w:lang w:val="pl-PL"/>
        </w:rPr>
        <w:t>VIII. ZAŁĄCZNIKI DO OFERTY</w:t>
      </w:r>
    </w:p>
    <w:tbl>
      <w:tblPr>
        <w:tblW w:w="10198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701"/>
        <w:gridCol w:w="9497"/>
      </w:tblGrid>
      <w:tr w:rsidR="00272EFA" w:rsidRPr="002E41F1" w14:paraId="1181BAB9" w14:textId="77777777" w:rsidTr="008D7A18">
        <w:tc>
          <w:tcPr>
            <w:tcW w:w="701" w:type="dxa"/>
            <w:vAlign w:val="center"/>
          </w:tcPr>
          <w:p w14:paraId="16C64986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Lp.</w:t>
            </w:r>
          </w:p>
        </w:tc>
        <w:tc>
          <w:tcPr>
            <w:tcW w:w="9497" w:type="dxa"/>
            <w:vAlign w:val="center"/>
          </w:tcPr>
          <w:p w14:paraId="4FFF558C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lang w:val="pl-PL"/>
              </w:rPr>
              <w:t>Nazwa dokumentu</w:t>
            </w:r>
          </w:p>
        </w:tc>
      </w:tr>
      <w:tr w:rsidR="00272EFA" w:rsidRPr="004966C9" w14:paraId="072B9DAF" w14:textId="77777777" w:rsidTr="008D7A18">
        <w:tc>
          <w:tcPr>
            <w:tcW w:w="701" w:type="dxa"/>
            <w:vAlign w:val="center"/>
          </w:tcPr>
          <w:p w14:paraId="38E4FD09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1</w:t>
            </w:r>
          </w:p>
        </w:tc>
        <w:tc>
          <w:tcPr>
            <w:tcW w:w="9497" w:type="dxa"/>
            <w:vAlign w:val="center"/>
          </w:tcPr>
          <w:p w14:paraId="43CC1417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lang w:val="pl-PL"/>
              </w:rPr>
              <w:t xml:space="preserve">Oświadczenie z art. 125 ust. 1 ustawy </w:t>
            </w:r>
            <w:proofErr w:type="spellStart"/>
            <w:r w:rsidRPr="002E41F1">
              <w:rPr>
                <w:lang w:val="pl-PL"/>
              </w:rPr>
              <w:t>Pzp</w:t>
            </w:r>
            <w:proofErr w:type="spellEnd"/>
          </w:p>
        </w:tc>
      </w:tr>
      <w:tr w:rsidR="00272EFA" w:rsidRPr="002E41F1" w14:paraId="058C8114" w14:textId="77777777" w:rsidTr="008D7A18">
        <w:tc>
          <w:tcPr>
            <w:tcW w:w="701" w:type="dxa"/>
            <w:vAlign w:val="center"/>
          </w:tcPr>
          <w:p w14:paraId="2F4D088F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2</w:t>
            </w:r>
          </w:p>
        </w:tc>
        <w:tc>
          <w:tcPr>
            <w:tcW w:w="9497" w:type="dxa"/>
            <w:vAlign w:val="center"/>
          </w:tcPr>
          <w:p w14:paraId="394E2274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lang w:val="pl-PL"/>
              </w:rPr>
              <w:t>Oświadczenie sankcyjne</w:t>
            </w:r>
          </w:p>
        </w:tc>
      </w:tr>
      <w:tr w:rsidR="00272EFA" w:rsidRPr="002E41F1" w14:paraId="10CDD915" w14:textId="77777777" w:rsidTr="008D7A18">
        <w:tc>
          <w:tcPr>
            <w:tcW w:w="701" w:type="dxa"/>
            <w:vAlign w:val="center"/>
          </w:tcPr>
          <w:p w14:paraId="7A4093EF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3</w:t>
            </w:r>
          </w:p>
        </w:tc>
        <w:tc>
          <w:tcPr>
            <w:tcW w:w="9497" w:type="dxa"/>
            <w:vAlign w:val="center"/>
          </w:tcPr>
          <w:p w14:paraId="1A783675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lang w:val="pl-PL"/>
              </w:rPr>
              <w:t>Pełnomocnictwo - jeżeli dotyczy</w:t>
            </w:r>
          </w:p>
        </w:tc>
      </w:tr>
      <w:tr w:rsidR="00272EFA" w:rsidRPr="004966C9" w14:paraId="42CBD312" w14:textId="77777777" w:rsidTr="008D7A18">
        <w:tc>
          <w:tcPr>
            <w:tcW w:w="701" w:type="dxa"/>
            <w:vAlign w:val="center"/>
          </w:tcPr>
          <w:p w14:paraId="440DC568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4</w:t>
            </w:r>
          </w:p>
        </w:tc>
        <w:tc>
          <w:tcPr>
            <w:tcW w:w="9497" w:type="dxa"/>
            <w:vAlign w:val="center"/>
          </w:tcPr>
          <w:p w14:paraId="5F5B0B42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lang w:val="pl-PL"/>
              </w:rPr>
              <w:t xml:space="preserve">Oświadczenie z art. 117 ust. 4 ustawy </w:t>
            </w:r>
            <w:proofErr w:type="spellStart"/>
            <w:r w:rsidRPr="002E41F1">
              <w:rPr>
                <w:lang w:val="pl-PL"/>
              </w:rPr>
              <w:t>Pzp</w:t>
            </w:r>
            <w:proofErr w:type="spellEnd"/>
            <w:r w:rsidRPr="002E41F1">
              <w:rPr>
                <w:lang w:val="pl-PL"/>
              </w:rPr>
              <w:t xml:space="preserve"> - jeżeli dotyczy</w:t>
            </w:r>
          </w:p>
        </w:tc>
      </w:tr>
      <w:tr w:rsidR="00272EFA" w:rsidRPr="004966C9" w14:paraId="0F773FE8" w14:textId="77777777" w:rsidTr="008D7A18">
        <w:tc>
          <w:tcPr>
            <w:tcW w:w="701" w:type="dxa"/>
            <w:vAlign w:val="center"/>
          </w:tcPr>
          <w:p w14:paraId="206D2931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5</w:t>
            </w:r>
          </w:p>
        </w:tc>
        <w:tc>
          <w:tcPr>
            <w:tcW w:w="9497" w:type="dxa"/>
            <w:vAlign w:val="center"/>
          </w:tcPr>
          <w:p w14:paraId="16D1F380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lang w:val="pl-PL"/>
              </w:rPr>
              <w:t>Zobowiązanie podmiotu udostępniającego zasoby i oświadczenie tego podmiotu - jeżeli dotyczy</w:t>
            </w:r>
          </w:p>
        </w:tc>
      </w:tr>
      <w:tr w:rsidR="00272EFA" w:rsidRPr="002E41F1" w14:paraId="2ACA369B" w14:textId="77777777" w:rsidTr="008D7A18">
        <w:tc>
          <w:tcPr>
            <w:tcW w:w="701" w:type="dxa"/>
            <w:vAlign w:val="center"/>
          </w:tcPr>
          <w:p w14:paraId="6CDB68EB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6</w:t>
            </w:r>
          </w:p>
        </w:tc>
        <w:tc>
          <w:tcPr>
            <w:tcW w:w="9497" w:type="dxa"/>
            <w:vAlign w:val="center"/>
          </w:tcPr>
          <w:p w14:paraId="3854DDB5" w14:textId="18497EE5" w:rsidR="00272EFA" w:rsidRPr="002E41F1" w:rsidRDefault="001074E5">
            <w:pPr>
              <w:rPr>
                <w:lang w:val="pl-PL"/>
              </w:rPr>
            </w:pPr>
            <w:r w:rsidRPr="002E41F1">
              <w:rPr>
                <w:lang w:val="pl-PL"/>
              </w:rPr>
              <w:t>Inne:</w:t>
            </w:r>
          </w:p>
        </w:tc>
      </w:tr>
    </w:tbl>
    <w:p w14:paraId="7CA725C2" w14:textId="77777777" w:rsidR="002E41F1" w:rsidRPr="002E41F1" w:rsidRDefault="002E41F1">
      <w:pPr>
        <w:spacing w:after="80" w:line="252" w:lineRule="auto"/>
        <w:rPr>
          <w:i/>
          <w:sz w:val="18"/>
          <w:lang w:val="pl-PL"/>
        </w:rPr>
      </w:pPr>
    </w:p>
    <w:p w14:paraId="1841009E" w14:textId="77777777" w:rsidR="002E41F1" w:rsidRPr="002E41F1" w:rsidRDefault="002E41F1">
      <w:pPr>
        <w:spacing w:after="80" w:line="252" w:lineRule="auto"/>
        <w:rPr>
          <w:i/>
          <w:sz w:val="18"/>
          <w:lang w:val="pl-PL"/>
        </w:rPr>
      </w:pPr>
    </w:p>
    <w:p w14:paraId="2A9DA796" w14:textId="336080FC" w:rsidR="00272EFA" w:rsidRPr="002E41F1" w:rsidRDefault="001074E5">
      <w:pPr>
        <w:spacing w:after="80" w:line="252" w:lineRule="auto"/>
        <w:rPr>
          <w:lang w:val="pl-PL"/>
        </w:rPr>
      </w:pPr>
      <w:r w:rsidRPr="002E41F1">
        <w:rPr>
          <w:i/>
          <w:sz w:val="18"/>
          <w:lang w:val="pl-PL"/>
        </w:rPr>
        <w:t>Dokument należy sporządzić w postaci elektronicznej i opatrzyć kwalifikowanym podpisem elektronicznym, podpisem zaufanym albo podpisem osobistym, zgodnie z wymaganiami SWZ. Miejscowość i data wynikają z podpisu elektronicznego.</w:t>
      </w:r>
    </w:p>
    <w:sectPr w:rsidR="00272EFA" w:rsidRPr="002E41F1" w:rsidSect="00034616">
      <w:headerReference w:type="default" r:id="rId8"/>
      <w:footerReference w:type="default" r:id="rId9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B77EE5" w14:textId="77777777" w:rsidR="00F17222" w:rsidRDefault="00F17222">
      <w:pPr>
        <w:spacing w:after="0" w:line="240" w:lineRule="auto"/>
      </w:pPr>
      <w:r>
        <w:separator/>
      </w:r>
    </w:p>
  </w:endnote>
  <w:endnote w:type="continuationSeparator" w:id="0">
    <w:p w14:paraId="1E76D3E9" w14:textId="77777777" w:rsidR="00F17222" w:rsidRDefault="00F17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501CC5" w14:textId="77777777" w:rsidR="00272EFA" w:rsidRPr="000F5991" w:rsidRDefault="001074E5">
    <w:pPr>
      <w:pStyle w:val="Stopka"/>
      <w:jc w:val="center"/>
      <w:rPr>
        <w:lang w:val="pl-PL"/>
      </w:rPr>
    </w:pPr>
    <w:r w:rsidRPr="000F5991">
      <w:rPr>
        <w:color w:val="5A5A5A"/>
        <w:sz w:val="14"/>
        <w:lang w:val="pl-PL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A6A08D" w14:textId="77777777" w:rsidR="00F17222" w:rsidRDefault="00F17222">
      <w:pPr>
        <w:spacing w:after="0" w:line="240" w:lineRule="auto"/>
      </w:pPr>
      <w:r>
        <w:separator/>
      </w:r>
    </w:p>
  </w:footnote>
  <w:footnote w:type="continuationSeparator" w:id="0">
    <w:p w14:paraId="4A29B4A3" w14:textId="77777777" w:rsidR="00F17222" w:rsidRDefault="00F17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6B34C5" w14:textId="77777777" w:rsidR="00272EFA" w:rsidRDefault="001074E5">
    <w:pPr>
      <w:pStyle w:val="Nagwek"/>
      <w:jc w:val="center"/>
    </w:pPr>
    <w:r>
      <w:rPr>
        <w:noProof/>
      </w:rPr>
      <w:drawing>
        <wp:inline distT="0" distB="0" distL="0" distR="0" wp14:anchorId="40EEDE25" wp14:editId="26CCF5DA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5387426">
    <w:abstractNumId w:val="8"/>
  </w:num>
  <w:num w:numId="2" w16cid:durableId="1959987029">
    <w:abstractNumId w:val="6"/>
  </w:num>
  <w:num w:numId="3" w16cid:durableId="159121940">
    <w:abstractNumId w:val="5"/>
  </w:num>
  <w:num w:numId="4" w16cid:durableId="1764689836">
    <w:abstractNumId w:val="4"/>
  </w:num>
  <w:num w:numId="5" w16cid:durableId="720634102">
    <w:abstractNumId w:val="7"/>
  </w:num>
  <w:num w:numId="6" w16cid:durableId="943881584">
    <w:abstractNumId w:val="3"/>
  </w:num>
  <w:num w:numId="7" w16cid:durableId="1579558687">
    <w:abstractNumId w:val="2"/>
  </w:num>
  <w:num w:numId="8" w16cid:durableId="2122798774">
    <w:abstractNumId w:val="1"/>
  </w:num>
  <w:num w:numId="9" w16cid:durableId="15722352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74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5991"/>
    <w:rsid w:val="001074E5"/>
    <w:rsid w:val="001305E7"/>
    <w:rsid w:val="0015074B"/>
    <w:rsid w:val="00160B56"/>
    <w:rsid w:val="001951C5"/>
    <w:rsid w:val="001D6912"/>
    <w:rsid w:val="00205BCE"/>
    <w:rsid w:val="00272EFA"/>
    <w:rsid w:val="0029639D"/>
    <w:rsid w:val="002E41F1"/>
    <w:rsid w:val="00326F90"/>
    <w:rsid w:val="004601CE"/>
    <w:rsid w:val="004966C9"/>
    <w:rsid w:val="004D51A4"/>
    <w:rsid w:val="00501A52"/>
    <w:rsid w:val="006F4E13"/>
    <w:rsid w:val="007A258C"/>
    <w:rsid w:val="008A5E02"/>
    <w:rsid w:val="008D7A18"/>
    <w:rsid w:val="00AA1D8D"/>
    <w:rsid w:val="00B47730"/>
    <w:rsid w:val="00B545D7"/>
    <w:rsid w:val="00CB0664"/>
    <w:rsid w:val="00DA73E7"/>
    <w:rsid w:val="00DE7B80"/>
    <w:rsid w:val="00E40065"/>
    <w:rsid w:val="00F17222"/>
    <w:rsid w:val="00F212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3443AD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3852</Characters>
  <Application>Microsoft Office Word</Application>
  <DocSecurity>0</DocSecurity>
  <Lines>32</Lines>
  <Paragraphs>8</Paragraphs>
  <ScaleCrop>false</ScaleCrop>
  <Manager/>
  <Company/>
  <LinksUpToDate>false</LinksUpToDate>
  <CharactersWithSpaces>4486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2026-07-10T07:14:00Z</dcterms:created>
  <dcterms:modified xsi:type="dcterms:W3CDTF">2026-08-03T07:26:00Z</dcterms:modified>
  <cp:category/>
</cp:coreProperties>
</file>