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E677C9" w14:textId="77777777" w:rsidR="00E738B5" w:rsidRPr="009B437E" w:rsidRDefault="00680813">
      <w:pPr>
        <w:jc w:val="right"/>
        <w:rPr>
          <w:lang w:val="pl-PL"/>
        </w:rPr>
      </w:pPr>
      <w:r w:rsidRPr="009B437E">
        <w:rPr>
          <w:b/>
          <w:lang w:val="pl-PL"/>
        </w:rPr>
        <w:t>Załącznik nr 2 do SWZ</w:t>
      </w:r>
    </w:p>
    <w:p w14:paraId="438E1A02" w14:textId="77777777" w:rsidR="00E738B5" w:rsidRPr="009B437E" w:rsidRDefault="00680813">
      <w:pPr>
        <w:jc w:val="center"/>
        <w:rPr>
          <w:lang w:val="pl-PL"/>
        </w:rPr>
      </w:pPr>
      <w:r w:rsidRPr="009B437E">
        <w:rPr>
          <w:b/>
          <w:sz w:val="28"/>
          <w:lang w:val="pl-PL"/>
        </w:rPr>
        <w:t>OŚWIADCZENIE WYKONAWCY</w:t>
      </w:r>
    </w:p>
    <w:p w14:paraId="3D889D36" w14:textId="77777777" w:rsidR="00E738B5" w:rsidRPr="009B437E" w:rsidRDefault="00680813">
      <w:pPr>
        <w:jc w:val="center"/>
        <w:rPr>
          <w:lang w:val="pl-PL"/>
        </w:rPr>
      </w:pPr>
      <w:r w:rsidRPr="009B437E">
        <w:rPr>
          <w:i/>
          <w:lang w:val="pl-PL"/>
        </w:rPr>
        <w:t xml:space="preserve">składane na podstawie art. 125 ust. 1 ustawy </w:t>
      </w:r>
      <w:proofErr w:type="spellStart"/>
      <w:r w:rsidRPr="009B437E">
        <w:rPr>
          <w:i/>
          <w:lang w:val="pl-PL"/>
        </w:rPr>
        <w:t>Pzp</w:t>
      </w:r>
      <w:proofErr w:type="spellEnd"/>
      <w:r w:rsidRPr="009B437E">
        <w:rPr>
          <w:i/>
          <w:lang w:val="pl-PL"/>
        </w:rPr>
        <w:t xml:space="preserve"> wraz z ofertą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487"/>
        <w:gridCol w:w="7774"/>
      </w:tblGrid>
      <w:tr w:rsidR="009B437E" w:rsidRPr="009B437E" w14:paraId="1907EB02" w14:textId="77777777" w:rsidTr="0096497E">
        <w:trPr>
          <w:jc w:val="center"/>
        </w:trPr>
        <w:tc>
          <w:tcPr>
            <w:tcW w:w="928" w:type="dxa"/>
            <w:vAlign w:val="center"/>
          </w:tcPr>
          <w:p w14:paraId="3D03FC5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774" w:type="dxa"/>
            <w:vAlign w:val="center"/>
          </w:tcPr>
          <w:p w14:paraId="5CF408F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9B437E" w:rsidRPr="009B437E" w14:paraId="487B47FB" w14:textId="77777777" w:rsidTr="0096497E">
        <w:trPr>
          <w:jc w:val="center"/>
        </w:trPr>
        <w:tc>
          <w:tcPr>
            <w:tcW w:w="928" w:type="dxa"/>
            <w:vAlign w:val="center"/>
          </w:tcPr>
          <w:p w14:paraId="5FCF5CF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774" w:type="dxa"/>
            <w:vAlign w:val="center"/>
          </w:tcPr>
          <w:p w14:paraId="312DE372" w14:textId="3A87E84A" w:rsidR="00E738B5" w:rsidRPr="009B437E" w:rsidRDefault="000022DA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9B437E" w:rsidRPr="009B437E" w14:paraId="479D70F4" w14:textId="77777777" w:rsidTr="0096497E">
        <w:trPr>
          <w:jc w:val="center"/>
        </w:trPr>
        <w:tc>
          <w:tcPr>
            <w:tcW w:w="928" w:type="dxa"/>
            <w:vAlign w:val="center"/>
          </w:tcPr>
          <w:p w14:paraId="3C855189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774" w:type="dxa"/>
            <w:vAlign w:val="center"/>
          </w:tcPr>
          <w:p w14:paraId="6195B71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E030FB0" w14:textId="77777777" w:rsidR="00E738B5" w:rsidRPr="009B437E" w:rsidRDefault="00E738B5">
      <w:pPr>
        <w:rPr>
          <w:lang w:val="pl-PL"/>
        </w:rPr>
      </w:pPr>
    </w:p>
    <w:p w14:paraId="567DC4FA" w14:textId="77777777" w:rsidR="00E738B5" w:rsidRPr="009B437E" w:rsidRDefault="00680813">
      <w:pPr>
        <w:spacing w:before="160" w:after="80"/>
        <w:rPr>
          <w:lang w:val="pl-PL"/>
        </w:rPr>
      </w:pPr>
      <w:r w:rsidRPr="009B437E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111"/>
        <w:gridCol w:w="6074"/>
      </w:tblGrid>
      <w:tr w:rsidR="009B437E" w:rsidRPr="009B437E" w14:paraId="777818C2" w14:textId="77777777" w:rsidTr="0096497E">
        <w:tc>
          <w:tcPr>
            <w:tcW w:w="3111" w:type="dxa"/>
            <w:vAlign w:val="center"/>
          </w:tcPr>
          <w:p w14:paraId="31FA9658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Nazwa / firma</w:t>
            </w:r>
          </w:p>
        </w:tc>
        <w:tc>
          <w:tcPr>
            <w:tcW w:w="6074" w:type="dxa"/>
            <w:vAlign w:val="center"/>
          </w:tcPr>
          <w:p w14:paraId="75667A8B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5C21D924" w14:textId="77777777" w:rsidTr="0096497E">
        <w:tc>
          <w:tcPr>
            <w:tcW w:w="3111" w:type="dxa"/>
            <w:vAlign w:val="center"/>
          </w:tcPr>
          <w:p w14:paraId="555ACAD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Adres</w:t>
            </w:r>
          </w:p>
        </w:tc>
        <w:tc>
          <w:tcPr>
            <w:tcW w:w="6074" w:type="dxa"/>
            <w:vAlign w:val="center"/>
          </w:tcPr>
          <w:p w14:paraId="172406B4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16F2BD46" w14:textId="77777777" w:rsidTr="0096497E">
        <w:tc>
          <w:tcPr>
            <w:tcW w:w="3111" w:type="dxa"/>
            <w:vAlign w:val="center"/>
          </w:tcPr>
          <w:p w14:paraId="19942B4C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NIP / REGON / KRS lub CEIDG</w:t>
            </w:r>
          </w:p>
        </w:tc>
        <w:tc>
          <w:tcPr>
            <w:tcW w:w="6074" w:type="dxa"/>
            <w:vAlign w:val="center"/>
          </w:tcPr>
          <w:p w14:paraId="644DC7B1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7953F673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252299AF" w14:textId="77777777" w:rsidR="00E738B5" w:rsidRPr="009B437E" w:rsidRDefault="00680813">
      <w:pPr>
        <w:spacing w:before="160" w:after="80"/>
        <w:rPr>
          <w:lang w:val="pl-PL"/>
        </w:rPr>
      </w:pPr>
      <w:r w:rsidRPr="009B437E">
        <w:rPr>
          <w:b/>
          <w:sz w:val="22"/>
          <w:lang w:val="pl-PL"/>
        </w:rPr>
        <w:t>II. OŚWIADCZENIE</w:t>
      </w:r>
    </w:p>
    <w:p w14:paraId="3B6E8473" w14:textId="77777777" w:rsidR="00E738B5" w:rsidRPr="009B437E" w:rsidRDefault="00680813">
      <w:pPr>
        <w:spacing w:after="80" w:line="252" w:lineRule="auto"/>
        <w:rPr>
          <w:lang w:val="pl-PL"/>
        </w:rPr>
      </w:pPr>
      <w:r w:rsidRPr="009B437E">
        <w:rPr>
          <w:lang w:val="pl-PL"/>
        </w:rPr>
        <w:t>Działając w imieniu Wykonawcy wskazanego powyżej, oświadczam/y, że:</w:t>
      </w:r>
    </w:p>
    <w:p w14:paraId="19DBFA42" w14:textId="77777777" w:rsidR="00E738B5" w:rsidRPr="009B437E" w:rsidRDefault="00680813" w:rsidP="00B60341">
      <w:pPr>
        <w:spacing w:after="40"/>
        <w:ind w:left="340" w:hanging="340"/>
        <w:jc w:val="both"/>
        <w:rPr>
          <w:lang w:val="pl-PL"/>
        </w:rPr>
      </w:pPr>
      <w:r w:rsidRPr="009B437E">
        <w:rPr>
          <w:lang w:val="pl-PL"/>
        </w:rPr>
        <w:t xml:space="preserve">1) Wykonawca nie podlega wykluczeniu z postępowania na podstawie art. 108 ust. 1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 xml:space="preserve">. Zamawiający nie przewiduje fakultatywnych podstaw wykluczenia z art. 109 ust. 1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>. Podstawy sankcyjne potwierdzane są odrębnym oświadczeniem.</w:t>
      </w:r>
    </w:p>
    <w:p w14:paraId="271C7E95" w14:textId="77777777" w:rsidR="00E738B5" w:rsidRDefault="00680813" w:rsidP="00B60341">
      <w:pPr>
        <w:spacing w:after="40"/>
        <w:ind w:left="340" w:hanging="340"/>
        <w:jc w:val="both"/>
        <w:rPr>
          <w:lang w:val="pl-PL"/>
        </w:rPr>
      </w:pPr>
      <w:r w:rsidRPr="009B437E">
        <w:rPr>
          <w:lang w:val="pl-PL"/>
        </w:rPr>
        <w:t xml:space="preserve">2) Wykonawca spełnia warunki udziału w postępowaniu określone w rozdziale IX SWZ, w tym warunek doświadczenia oraz warunek dotyczący osoby skierowanej do realizacji zamówienia, samodzielnie albo - w zakresie dopuszczonym ustawą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 xml:space="preserve"> - przy wykorzystaniu zasobów podmiotu udostępniającego zasoby.</w:t>
      </w:r>
    </w:p>
    <w:p w14:paraId="7BE9AD4B" w14:textId="77777777" w:rsidR="0096497E" w:rsidRDefault="0096497E" w:rsidP="00B60341">
      <w:pPr>
        <w:spacing w:after="40"/>
        <w:ind w:left="340" w:hanging="340"/>
        <w:jc w:val="both"/>
        <w:rPr>
          <w:lang w:val="pl-PL"/>
        </w:rPr>
      </w:pPr>
    </w:p>
    <w:p w14:paraId="191052F8" w14:textId="77777777" w:rsidR="00D11F8C" w:rsidRPr="009B437E" w:rsidRDefault="00D11F8C" w:rsidP="00B60341">
      <w:pPr>
        <w:spacing w:after="40"/>
        <w:ind w:left="340" w:hanging="340"/>
        <w:jc w:val="both"/>
        <w:rPr>
          <w:lang w:val="pl-PL"/>
        </w:rPr>
      </w:pPr>
    </w:p>
    <w:p w14:paraId="0B30F459" w14:textId="77777777" w:rsidR="00A238A2" w:rsidRPr="009B437E" w:rsidRDefault="00680813">
      <w:pPr>
        <w:rPr>
          <w:lang w:val="pl-PL"/>
        </w:rPr>
      </w:pPr>
      <w:r w:rsidRPr="009B437E">
        <w:rPr>
          <w:b/>
          <w:lang w:val="pl-PL"/>
        </w:rPr>
        <w:t>III. INFORMACJA O CERTYFIKACIE WYKONAWCY ZAMÓWIEŃ PUBLICZNYCH - JEŻELI DOTYCZY</w:t>
      </w:r>
    </w:p>
    <w:p w14:paraId="701AA21E" w14:textId="5A1FB1EE" w:rsidR="00A238A2" w:rsidRPr="009B437E" w:rsidRDefault="008B185E" w:rsidP="00D11F8C">
      <w:pPr>
        <w:jc w:val="both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107879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nie będzie posługiwał się w niniejszym postępowaniu certyfikatem wykonawcy zamówień publicznych.</w:t>
      </w:r>
    </w:p>
    <w:p w14:paraId="48CA440C" w14:textId="135B2EC6" w:rsidR="00A238A2" w:rsidRPr="009B437E" w:rsidRDefault="008B185E">
      <w:pPr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19507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będzie posługiwał się w niniejszym postępowaniu certyfikatem wykonawcy zamówień publicznych w następującym zakresie:</w:t>
      </w:r>
    </w:p>
    <w:p w14:paraId="12A1509C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1) numer lub oznaczenie certyfikatu: …………………………………………………………………………………;</w:t>
      </w:r>
    </w:p>
    <w:p w14:paraId="519E38C1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2) podmiot certyfikujący: …………………………………………………………………………………………………;</w:t>
      </w:r>
    </w:p>
    <w:p w14:paraId="3DF413EA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3) okres ważności certyfikacji: od ………………………………… do …………………………………;</w:t>
      </w:r>
    </w:p>
    <w:p w14:paraId="57ACBCA4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lastRenderedPageBreak/>
        <w:t>4) podstawy wykluczenia, w zakresie których Wykonawca powołuje się na certyfikat (należy wskazać): ……………………………………………………………………………………………………………………………;</w:t>
      </w:r>
    </w:p>
    <w:p w14:paraId="18CDC81B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5) dane umożliwiające Zamawiającemu samodzielne odnalezienie i weryfikację certyfikatu w bazie certyfikacji: ……………………………………………………………………………………………………………………</w:t>
      </w:r>
      <w:proofErr w:type="gramStart"/>
      <w:r w:rsidRPr="009B437E">
        <w:rPr>
          <w:lang w:val="pl-PL"/>
        </w:rPr>
        <w:t>… .</w:t>
      </w:r>
      <w:proofErr w:type="gramEnd"/>
    </w:p>
    <w:p w14:paraId="29827632" w14:textId="77777777" w:rsidR="00A238A2" w:rsidRPr="009B437E" w:rsidRDefault="00680813" w:rsidP="00D11F8C">
      <w:pPr>
        <w:jc w:val="both"/>
        <w:rPr>
          <w:lang w:val="pl-PL"/>
        </w:rPr>
      </w:pPr>
      <w:r w:rsidRPr="009B437E">
        <w:rPr>
          <w:lang w:val="pl-PL"/>
        </w:rPr>
        <w:t>Wykonawca oświadcza, że certyfikacja, na którą się powołuje, jest ważna i niezawieszona w zakresie istotnym dla niniejszego postępowania.</w:t>
      </w:r>
    </w:p>
    <w:p w14:paraId="0CFD3375" w14:textId="77777777" w:rsidR="00A238A2" w:rsidRPr="009B437E" w:rsidRDefault="00680813" w:rsidP="00D11F8C">
      <w:pPr>
        <w:jc w:val="both"/>
        <w:rPr>
          <w:lang w:val="pl-PL"/>
        </w:rPr>
      </w:pPr>
      <w:r w:rsidRPr="009B437E">
        <w:rPr>
          <w:lang w:val="pl-PL"/>
        </w:rPr>
        <w:t>Uwaga: w niniejszym postępowaniu certyfikat nie zastępuje dokumentów potwierdzających warunek doświadczenia ani warunek dotyczący osób, zgodnie z rozdziałami IX i XI SWZ.</w:t>
      </w:r>
    </w:p>
    <w:p w14:paraId="68ABDA6E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23E7A061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IV. INFORMACJA DOTYCZĄCA SAMOOCZYSZCZENIA - JEŻELI DOTYCZY</w:t>
      </w:r>
    </w:p>
    <w:p w14:paraId="08006ABB" w14:textId="77777777" w:rsidR="00E738B5" w:rsidRPr="009B437E" w:rsidRDefault="00680813" w:rsidP="00B60341">
      <w:pPr>
        <w:spacing w:after="80" w:line="252" w:lineRule="auto"/>
        <w:jc w:val="both"/>
        <w:rPr>
          <w:lang w:val="pl-PL"/>
        </w:rPr>
      </w:pPr>
      <w:r w:rsidRPr="009B437E">
        <w:rPr>
          <w:lang w:val="pl-PL"/>
        </w:rPr>
        <w:t xml:space="preserve">Jeżeli wobec Wykonawcy zachodzą okoliczności mogące stanowić podstawę wykluczenia, Wykonawca wskazuje je poniżej oraz przedstawia dowody potwierdzające podjęcie środków naprawczych, o których mowa w art. 110 ust. 2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>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9B437E" w:rsidRPr="009B437E" w14:paraId="2E319918" w14:textId="77777777">
        <w:tc>
          <w:tcPr>
            <w:tcW w:w="2835" w:type="dxa"/>
            <w:vAlign w:val="center"/>
          </w:tcPr>
          <w:p w14:paraId="130B31F9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Podstawa i opis okoliczności</w:t>
            </w:r>
          </w:p>
        </w:tc>
        <w:tc>
          <w:tcPr>
            <w:tcW w:w="6350" w:type="dxa"/>
            <w:vAlign w:val="center"/>
          </w:tcPr>
          <w:p w14:paraId="2F88CD1D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E738B5" w:rsidRPr="009B437E" w14:paraId="266C2301" w14:textId="77777777">
        <w:tc>
          <w:tcPr>
            <w:tcW w:w="2835" w:type="dxa"/>
            <w:vAlign w:val="center"/>
          </w:tcPr>
          <w:p w14:paraId="3FCAF31A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Opis środków naprawczych / dowody</w:t>
            </w:r>
          </w:p>
        </w:tc>
        <w:tc>
          <w:tcPr>
            <w:tcW w:w="6350" w:type="dxa"/>
            <w:vAlign w:val="center"/>
          </w:tcPr>
          <w:p w14:paraId="67DD0DED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1D87920A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74FA57B5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V. POLEGANIE NA ZASOBACH INNYCH PODMIOTÓW</w:t>
      </w:r>
    </w:p>
    <w:p w14:paraId="43039EEF" w14:textId="2CDFD6F0" w:rsidR="00E738B5" w:rsidRPr="009B437E" w:rsidRDefault="008B185E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nie polega na zdolnościach ani sytuacji podmiotu udostępniającego zasoby.</w:t>
      </w:r>
    </w:p>
    <w:p w14:paraId="7CF50B1D" w14:textId="55FC1346" w:rsidR="00E738B5" w:rsidRPr="009B437E" w:rsidRDefault="008B185E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3830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polega na zdolnościach lub sytuacji podmiotu udostępniającego zasoby.</w:t>
      </w:r>
    </w:p>
    <w:p w14:paraId="5FB86500" w14:textId="77777777" w:rsidR="00D621A0" w:rsidRPr="009B437E" w:rsidRDefault="00D621A0">
      <w:pPr>
        <w:spacing w:after="40"/>
        <w:ind w:left="283" w:hanging="170"/>
        <w:rPr>
          <w:lang w:val="pl-PL"/>
        </w:rPr>
      </w:pP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9B437E" w:rsidRPr="009B437E" w14:paraId="2DDD0E2F" w14:textId="77777777">
        <w:tc>
          <w:tcPr>
            <w:tcW w:w="2835" w:type="dxa"/>
            <w:vAlign w:val="center"/>
          </w:tcPr>
          <w:p w14:paraId="4007887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Nazwa podmiotu</w:t>
            </w:r>
          </w:p>
        </w:tc>
        <w:tc>
          <w:tcPr>
            <w:tcW w:w="6350" w:type="dxa"/>
            <w:vAlign w:val="center"/>
          </w:tcPr>
          <w:p w14:paraId="7C0A2FEA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04ED6EF0" w14:textId="77777777">
        <w:tc>
          <w:tcPr>
            <w:tcW w:w="2835" w:type="dxa"/>
            <w:vAlign w:val="center"/>
          </w:tcPr>
          <w:p w14:paraId="1475E36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Warunek / zakres zasobów</w:t>
            </w:r>
          </w:p>
        </w:tc>
        <w:tc>
          <w:tcPr>
            <w:tcW w:w="6350" w:type="dxa"/>
            <w:vAlign w:val="center"/>
          </w:tcPr>
          <w:p w14:paraId="09A11D4B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E738B5" w:rsidRPr="009B437E" w14:paraId="1A770705" w14:textId="77777777">
        <w:tc>
          <w:tcPr>
            <w:tcW w:w="2835" w:type="dxa"/>
            <w:vAlign w:val="center"/>
          </w:tcPr>
          <w:p w14:paraId="23C5928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Sposób wykorzystania zasobów</w:t>
            </w:r>
          </w:p>
        </w:tc>
        <w:tc>
          <w:tcPr>
            <w:tcW w:w="6350" w:type="dxa"/>
            <w:vAlign w:val="center"/>
          </w:tcPr>
          <w:p w14:paraId="6D9223DF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6354F899" w14:textId="77777777" w:rsidR="00B60341" w:rsidRPr="009B437E" w:rsidRDefault="00B60341">
      <w:pPr>
        <w:spacing w:before="160" w:after="80"/>
        <w:rPr>
          <w:b/>
          <w:sz w:val="22"/>
          <w:lang w:val="pl-PL"/>
        </w:rPr>
      </w:pPr>
    </w:p>
    <w:p w14:paraId="4DD1DEBF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VI. PRAWIDŁOWOŚĆ INFORMACJI</w:t>
      </w:r>
    </w:p>
    <w:p w14:paraId="075B2513" w14:textId="77777777" w:rsidR="00E738B5" w:rsidRPr="009B437E" w:rsidRDefault="00680813" w:rsidP="00D11F8C">
      <w:pPr>
        <w:spacing w:after="80" w:line="252" w:lineRule="auto"/>
        <w:jc w:val="both"/>
        <w:rPr>
          <w:lang w:val="pl-PL"/>
        </w:rPr>
      </w:pPr>
      <w:r w:rsidRPr="009B437E">
        <w:rPr>
          <w:lang w:val="pl-PL"/>
        </w:rPr>
        <w:t>Oświadczam/y, że wszystkie informacje podane w niniejszym oświadczeniu są aktualne i zgodne z prawdą na dzień składania oferty oraz zostały przedstawione z pełną świadomością konsekwencji wprowadzenia Zamawiającego w błąd.</w:t>
      </w:r>
    </w:p>
    <w:p w14:paraId="4EA9FBA7" w14:textId="77777777" w:rsidR="00630E7A" w:rsidRPr="009B437E" w:rsidRDefault="00630E7A">
      <w:pPr>
        <w:spacing w:after="80" w:line="252" w:lineRule="auto"/>
        <w:rPr>
          <w:i/>
          <w:sz w:val="18"/>
          <w:lang w:val="pl-PL"/>
        </w:rPr>
      </w:pPr>
    </w:p>
    <w:p w14:paraId="6A2826E2" w14:textId="77777777" w:rsidR="00E738B5" w:rsidRPr="009B437E" w:rsidRDefault="00680813">
      <w:pPr>
        <w:spacing w:after="80" w:line="252" w:lineRule="auto"/>
        <w:rPr>
          <w:i/>
          <w:sz w:val="18"/>
          <w:lang w:val="pl-PL"/>
        </w:rPr>
      </w:pPr>
      <w:r w:rsidRPr="009B437E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tbl>
      <w:tblPr>
        <w:tblW w:w="0" w:type="auto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0184"/>
      </w:tblGrid>
      <w:tr w:rsidR="009B437E" w:rsidRPr="009B437E" w14:paraId="1A3AD868" w14:textId="77777777" w:rsidTr="004762AB">
        <w:trPr>
          <w:trHeight w:val="167"/>
        </w:trPr>
        <w:tc>
          <w:tcPr>
            <w:tcW w:w="10184" w:type="dxa"/>
            <w:vAlign w:val="center"/>
          </w:tcPr>
          <w:p w14:paraId="448AC1D5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Niepotrzebne warianty należy skreślić albo jednoznacznie oznaczyć właściwy wariant.</w:t>
            </w:r>
          </w:p>
        </w:tc>
      </w:tr>
    </w:tbl>
    <w:p w14:paraId="5E8CC0F5" w14:textId="77777777" w:rsidR="00E738B5" w:rsidRPr="009B437E" w:rsidRDefault="00E738B5">
      <w:pPr>
        <w:rPr>
          <w:lang w:val="pl-PL"/>
        </w:rPr>
      </w:pPr>
    </w:p>
    <w:sectPr w:rsidR="00E738B5" w:rsidRPr="009B437E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9AF3A0" w14:textId="77777777" w:rsidR="008B185E" w:rsidRDefault="008B185E">
      <w:pPr>
        <w:spacing w:after="0" w:line="240" w:lineRule="auto"/>
      </w:pPr>
      <w:r>
        <w:separator/>
      </w:r>
    </w:p>
  </w:endnote>
  <w:endnote w:type="continuationSeparator" w:id="0">
    <w:p w14:paraId="37588BDB" w14:textId="77777777" w:rsidR="008B185E" w:rsidRDefault="008B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2253A" w14:textId="77777777" w:rsidR="00E738B5" w:rsidRPr="00D621A0" w:rsidRDefault="00680813">
    <w:pPr>
      <w:pStyle w:val="Stopka"/>
      <w:jc w:val="center"/>
      <w:rPr>
        <w:lang w:val="pl-PL"/>
      </w:rPr>
    </w:pPr>
    <w:r w:rsidRPr="00D621A0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452279" w14:textId="77777777" w:rsidR="008B185E" w:rsidRDefault="008B185E">
      <w:pPr>
        <w:spacing w:after="0" w:line="240" w:lineRule="auto"/>
      </w:pPr>
      <w:r>
        <w:separator/>
      </w:r>
    </w:p>
  </w:footnote>
  <w:footnote w:type="continuationSeparator" w:id="0">
    <w:p w14:paraId="571AEAB6" w14:textId="77777777" w:rsidR="008B185E" w:rsidRDefault="008B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992240" w14:textId="77777777" w:rsidR="00E738B5" w:rsidRDefault="00680813">
    <w:pPr>
      <w:pStyle w:val="Nagwek"/>
      <w:jc w:val="center"/>
    </w:pPr>
    <w:r>
      <w:rPr>
        <w:noProof/>
      </w:rPr>
      <w:drawing>
        <wp:inline distT="0" distB="0" distL="0" distR="0" wp14:anchorId="41951034" wp14:editId="0E9B6BE4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6986653">
    <w:abstractNumId w:val="8"/>
  </w:num>
  <w:num w:numId="2" w16cid:durableId="1162623642">
    <w:abstractNumId w:val="6"/>
  </w:num>
  <w:num w:numId="3" w16cid:durableId="1058237498">
    <w:abstractNumId w:val="5"/>
  </w:num>
  <w:num w:numId="4" w16cid:durableId="2118137463">
    <w:abstractNumId w:val="4"/>
  </w:num>
  <w:num w:numId="5" w16cid:durableId="2028292243">
    <w:abstractNumId w:val="7"/>
  </w:num>
  <w:num w:numId="6" w16cid:durableId="1282416227">
    <w:abstractNumId w:val="3"/>
  </w:num>
  <w:num w:numId="7" w16cid:durableId="864632837">
    <w:abstractNumId w:val="2"/>
  </w:num>
  <w:num w:numId="8" w16cid:durableId="1111515239">
    <w:abstractNumId w:val="1"/>
  </w:num>
  <w:num w:numId="9" w16cid:durableId="2436833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2DA"/>
    <w:rsid w:val="00034616"/>
    <w:rsid w:val="0006022A"/>
    <w:rsid w:val="0006063C"/>
    <w:rsid w:val="0015074B"/>
    <w:rsid w:val="0029639D"/>
    <w:rsid w:val="00326F90"/>
    <w:rsid w:val="004762AB"/>
    <w:rsid w:val="00501A52"/>
    <w:rsid w:val="00630E7A"/>
    <w:rsid w:val="00680813"/>
    <w:rsid w:val="006D01D2"/>
    <w:rsid w:val="008B185E"/>
    <w:rsid w:val="0096497E"/>
    <w:rsid w:val="009B437E"/>
    <w:rsid w:val="009F713E"/>
    <w:rsid w:val="00A238A2"/>
    <w:rsid w:val="00AA1D8D"/>
    <w:rsid w:val="00B47730"/>
    <w:rsid w:val="00B60341"/>
    <w:rsid w:val="00CB0664"/>
    <w:rsid w:val="00D11F8C"/>
    <w:rsid w:val="00D621A0"/>
    <w:rsid w:val="00DA73E7"/>
    <w:rsid w:val="00E738B5"/>
    <w:rsid w:val="00EB3D24"/>
    <w:rsid w:val="00F57A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21739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3156</Characters>
  <Application>Microsoft Office Word</Application>
  <DocSecurity>0</DocSecurity>
  <Lines>26</Lines>
  <Paragraphs>7</Paragraphs>
  <ScaleCrop>false</ScaleCrop>
  <Manager/>
  <Company/>
  <LinksUpToDate>false</LinksUpToDate>
  <CharactersWithSpaces>3674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2026-07-10T07:29:00Z</dcterms:created>
  <dcterms:modified xsi:type="dcterms:W3CDTF">2026-08-03T07:26:00Z</dcterms:modified>
  <cp:category/>
</cp:coreProperties>
</file>