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C4DB4A" w14:textId="77777777" w:rsidR="00E9369B" w:rsidRPr="00984668" w:rsidRDefault="001D48B1">
      <w:pPr>
        <w:jc w:val="right"/>
        <w:rPr>
          <w:lang w:val="pl-PL"/>
        </w:rPr>
      </w:pPr>
      <w:r w:rsidRPr="00984668">
        <w:rPr>
          <w:b/>
          <w:lang w:val="pl-PL"/>
        </w:rPr>
        <w:t>Załącznik nr 3 do SWZ</w:t>
      </w:r>
    </w:p>
    <w:p w14:paraId="4F1D802C" w14:textId="77777777" w:rsidR="00E9369B" w:rsidRPr="00984668" w:rsidRDefault="001D48B1">
      <w:pPr>
        <w:jc w:val="center"/>
        <w:rPr>
          <w:lang w:val="pl-PL"/>
        </w:rPr>
      </w:pPr>
      <w:r w:rsidRPr="00984668">
        <w:rPr>
          <w:b/>
          <w:sz w:val="28"/>
          <w:lang w:val="pl-PL"/>
        </w:rPr>
        <w:t>OŚWIADCZENIE SANKCYJNE WYKONAWCY</w:t>
      </w:r>
    </w:p>
    <w:p w14:paraId="39CAED1B" w14:textId="77777777" w:rsidR="00E9369B" w:rsidRPr="00984668" w:rsidRDefault="001D48B1">
      <w:pPr>
        <w:jc w:val="center"/>
        <w:rPr>
          <w:lang w:val="pl-PL"/>
        </w:rPr>
      </w:pPr>
      <w:r w:rsidRPr="00984668">
        <w:rPr>
          <w:i/>
          <w:lang w:val="pl-PL"/>
        </w:rPr>
        <w:t>składane wraz z ofertą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E9369B" w:rsidRPr="001D48B1" w14:paraId="69320FF2" w14:textId="77777777">
        <w:trPr>
          <w:jc w:val="center"/>
        </w:trPr>
        <w:tc>
          <w:tcPr>
            <w:tcW w:w="1814" w:type="dxa"/>
            <w:vAlign w:val="center"/>
          </w:tcPr>
          <w:p w14:paraId="38F6E579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72CE236D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E9369B" w:rsidRPr="00984668" w14:paraId="1FEA3603" w14:textId="77777777">
        <w:trPr>
          <w:jc w:val="center"/>
        </w:trPr>
        <w:tc>
          <w:tcPr>
            <w:tcW w:w="1814" w:type="dxa"/>
            <w:vAlign w:val="center"/>
          </w:tcPr>
          <w:p w14:paraId="409AA0CA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0717321D" w14:textId="1F05A572" w:rsidR="00E9369B" w:rsidRPr="00984668" w:rsidRDefault="001D48B1">
            <w:pPr>
              <w:rPr>
                <w:lang w:val="pl-PL"/>
              </w:rPr>
            </w:pPr>
            <w:r w:rsidRPr="00ED0507">
              <w:rPr>
                <w:sz w:val="18"/>
                <w:lang w:val="pl-PL"/>
              </w:rPr>
              <w:t>AiO.272.1.</w:t>
            </w:r>
            <w:r w:rsidR="00ED0507" w:rsidRPr="00ED0507">
              <w:rPr>
                <w:sz w:val="18"/>
                <w:lang w:val="pl-PL"/>
              </w:rPr>
              <w:t>4</w:t>
            </w:r>
            <w:r w:rsidRPr="00ED0507">
              <w:rPr>
                <w:sz w:val="18"/>
                <w:lang w:val="pl-PL"/>
              </w:rPr>
              <w:t>.VI</w:t>
            </w:r>
            <w:r w:rsidR="00ED0507" w:rsidRPr="00ED0507">
              <w:rPr>
                <w:sz w:val="18"/>
                <w:lang w:val="pl-PL"/>
              </w:rPr>
              <w:t>I</w:t>
            </w:r>
            <w:r w:rsidRPr="00ED0507">
              <w:rPr>
                <w:sz w:val="18"/>
                <w:lang w:val="pl-PL"/>
              </w:rPr>
              <w:t>I.2026</w:t>
            </w:r>
          </w:p>
        </w:tc>
      </w:tr>
      <w:tr w:rsidR="00E9369B" w:rsidRPr="001D48B1" w14:paraId="186BA1BD" w14:textId="77777777">
        <w:trPr>
          <w:jc w:val="center"/>
        </w:trPr>
        <w:tc>
          <w:tcPr>
            <w:tcW w:w="1814" w:type="dxa"/>
            <w:vAlign w:val="center"/>
          </w:tcPr>
          <w:p w14:paraId="7726E2C2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29D62C3B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4287C04" w14:textId="77777777" w:rsidR="00E9369B" w:rsidRPr="00984668" w:rsidRDefault="00E9369B">
      <w:pPr>
        <w:rPr>
          <w:lang w:val="pl-PL"/>
        </w:rPr>
      </w:pPr>
    </w:p>
    <w:p w14:paraId="502A93AC" w14:textId="77777777" w:rsidR="00E9369B" w:rsidRPr="00984668" w:rsidRDefault="001D48B1">
      <w:pPr>
        <w:spacing w:before="160" w:after="80"/>
        <w:rPr>
          <w:lang w:val="pl-PL"/>
        </w:rPr>
      </w:pPr>
      <w:r w:rsidRPr="00984668">
        <w:rPr>
          <w:b/>
          <w:sz w:val="22"/>
          <w:lang w:val="pl-PL"/>
        </w:rPr>
        <w:t>I. DANE WYKONAWCY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3253"/>
        <w:gridCol w:w="5932"/>
      </w:tblGrid>
      <w:tr w:rsidR="00E9369B" w:rsidRPr="00984668" w14:paraId="78A0F11B" w14:textId="77777777" w:rsidTr="00C50A3C">
        <w:tc>
          <w:tcPr>
            <w:tcW w:w="3253" w:type="dxa"/>
            <w:vAlign w:val="center"/>
          </w:tcPr>
          <w:p w14:paraId="0C700ED2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lang w:val="pl-PL"/>
              </w:rPr>
              <w:t>Nazwa / firma</w:t>
            </w:r>
          </w:p>
        </w:tc>
        <w:tc>
          <w:tcPr>
            <w:tcW w:w="5932" w:type="dxa"/>
            <w:vAlign w:val="center"/>
          </w:tcPr>
          <w:p w14:paraId="41F53FE4" w14:textId="6F58FA59" w:rsidR="00E9369B" w:rsidRPr="00984668" w:rsidRDefault="00E9369B">
            <w:pPr>
              <w:rPr>
                <w:lang w:val="pl-PL"/>
              </w:rPr>
            </w:pPr>
          </w:p>
        </w:tc>
      </w:tr>
      <w:tr w:rsidR="00E9369B" w:rsidRPr="00984668" w14:paraId="7BCFD37C" w14:textId="77777777" w:rsidTr="00C50A3C">
        <w:tc>
          <w:tcPr>
            <w:tcW w:w="3253" w:type="dxa"/>
            <w:vAlign w:val="center"/>
          </w:tcPr>
          <w:p w14:paraId="514E8C7F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lang w:val="pl-PL"/>
              </w:rPr>
              <w:t>Adres</w:t>
            </w:r>
          </w:p>
        </w:tc>
        <w:tc>
          <w:tcPr>
            <w:tcW w:w="5932" w:type="dxa"/>
            <w:vAlign w:val="center"/>
          </w:tcPr>
          <w:p w14:paraId="4D70CF5C" w14:textId="43892576" w:rsidR="00E9369B" w:rsidRPr="00984668" w:rsidRDefault="00E9369B">
            <w:pPr>
              <w:rPr>
                <w:lang w:val="pl-PL"/>
              </w:rPr>
            </w:pPr>
          </w:p>
        </w:tc>
      </w:tr>
      <w:tr w:rsidR="00E9369B" w:rsidRPr="001D48B1" w14:paraId="63D50B5A" w14:textId="77777777" w:rsidTr="00C50A3C">
        <w:tc>
          <w:tcPr>
            <w:tcW w:w="3253" w:type="dxa"/>
            <w:vAlign w:val="center"/>
          </w:tcPr>
          <w:p w14:paraId="6EF13ECB" w14:textId="77777777" w:rsidR="00E9369B" w:rsidRPr="00984668" w:rsidRDefault="001D48B1">
            <w:pPr>
              <w:rPr>
                <w:lang w:val="pl-PL"/>
              </w:rPr>
            </w:pPr>
            <w:r w:rsidRPr="00984668">
              <w:rPr>
                <w:b/>
                <w:lang w:val="pl-PL"/>
              </w:rPr>
              <w:t>NIP / REGON / KRS lub CEIDG</w:t>
            </w:r>
          </w:p>
        </w:tc>
        <w:tc>
          <w:tcPr>
            <w:tcW w:w="5932" w:type="dxa"/>
            <w:vAlign w:val="center"/>
          </w:tcPr>
          <w:p w14:paraId="3802F09A" w14:textId="7F6F06E4" w:rsidR="00E9369B" w:rsidRPr="00984668" w:rsidRDefault="00E9369B">
            <w:pPr>
              <w:rPr>
                <w:lang w:val="pl-PL"/>
              </w:rPr>
            </w:pPr>
          </w:p>
        </w:tc>
      </w:tr>
    </w:tbl>
    <w:p w14:paraId="79C509E4" w14:textId="77777777" w:rsidR="00984668" w:rsidRPr="00984668" w:rsidRDefault="00984668">
      <w:pPr>
        <w:spacing w:before="160" w:after="80"/>
        <w:rPr>
          <w:b/>
          <w:sz w:val="22"/>
          <w:lang w:val="pl-PL"/>
        </w:rPr>
      </w:pPr>
    </w:p>
    <w:p w14:paraId="7F215981" w14:textId="61684FAA" w:rsidR="00E9369B" w:rsidRPr="00984668" w:rsidRDefault="001D48B1">
      <w:pPr>
        <w:spacing w:before="160" w:after="80"/>
        <w:rPr>
          <w:lang w:val="pl-PL"/>
        </w:rPr>
      </w:pPr>
      <w:r w:rsidRPr="00984668">
        <w:rPr>
          <w:b/>
          <w:sz w:val="22"/>
          <w:lang w:val="pl-PL"/>
        </w:rPr>
        <w:t>II. OŚWIADCZENIE</w:t>
      </w:r>
    </w:p>
    <w:p w14:paraId="3D739396" w14:textId="77777777" w:rsidR="00E9369B" w:rsidRPr="00984668" w:rsidRDefault="001D48B1" w:rsidP="00984668">
      <w:pPr>
        <w:spacing w:after="80" w:line="252" w:lineRule="auto"/>
        <w:jc w:val="both"/>
        <w:rPr>
          <w:lang w:val="pl-PL"/>
        </w:rPr>
      </w:pPr>
      <w:r w:rsidRPr="00984668">
        <w:rPr>
          <w:lang w:val="pl-PL"/>
        </w:rPr>
        <w:t>Działając w imieniu wykonawcy wskazanego powyżej, oświadczam/y, że:</w:t>
      </w:r>
    </w:p>
    <w:p w14:paraId="15F1C6B9" w14:textId="5A22E4AC" w:rsidR="00E9369B" w:rsidRPr="00984668" w:rsidRDefault="001D48B1" w:rsidP="00984668">
      <w:pPr>
        <w:spacing w:after="40"/>
        <w:ind w:left="340" w:hanging="340"/>
        <w:jc w:val="both"/>
        <w:rPr>
          <w:lang w:val="pl-PL"/>
        </w:rPr>
      </w:pPr>
      <w:r w:rsidRPr="00984668">
        <w:rPr>
          <w:lang w:val="pl-PL"/>
        </w:rPr>
        <w:t>1) Wykonawc</w:t>
      </w:r>
      <w:r w:rsidR="00961315">
        <w:rPr>
          <w:lang w:val="pl-PL"/>
        </w:rPr>
        <w:t>a</w:t>
      </w:r>
      <w:r w:rsidRPr="00984668">
        <w:rPr>
          <w:lang w:val="pl-PL"/>
        </w:rPr>
        <w:t xml:space="preserve"> nie podlega wykluczeniu na podstawie art. 7 ust. 1 ustawy z dnia 13 kwietnia 2022 r. o szczególnych rozwiązaniach w zakresie przeciwdziałania wspieraniu agresji na Ukrainę oraz służących ochronie bezpieczeństwa narodowego.</w:t>
      </w:r>
    </w:p>
    <w:p w14:paraId="769EEB27" w14:textId="104B2417" w:rsidR="00E9369B" w:rsidRPr="00984668" w:rsidRDefault="002808B0" w:rsidP="00984668">
      <w:pPr>
        <w:spacing w:after="40"/>
        <w:ind w:left="340" w:hanging="340"/>
        <w:jc w:val="both"/>
        <w:rPr>
          <w:lang w:val="pl-PL"/>
        </w:rPr>
      </w:pPr>
      <w:r>
        <w:rPr>
          <w:lang w:val="pl-PL"/>
        </w:rPr>
        <w:t>2</w:t>
      </w:r>
      <w:r w:rsidR="001D48B1" w:rsidRPr="00984668">
        <w:rPr>
          <w:lang w:val="pl-PL"/>
        </w:rPr>
        <w:t xml:space="preserve">) </w:t>
      </w:r>
      <w:r>
        <w:rPr>
          <w:lang w:val="pl-PL"/>
        </w:rPr>
        <w:t>Z</w:t>
      </w:r>
      <w:r w:rsidR="001D48B1" w:rsidRPr="00984668">
        <w:rPr>
          <w:lang w:val="pl-PL"/>
        </w:rPr>
        <w:t>obowiązujemy się niezwłocznie poinformować Zamawiającego o każdej zmianie okoliczności objętych niniejszym oświadczeniem.</w:t>
      </w:r>
    </w:p>
    <w:p w14:paraId="44A6E358" w14:textId="77777777" w:rsidR="00984668" w:rsidRPr="00984668" w:rsidRDefault="00984668">
      <w:pPr>
        <w:spacing w:after="80" w:line="252" w:lineRule="auto"/>
        <w:rPr>
          <w:i/>
          <w:sz w:val="18"/>
          <w:lang w:val="pl-PL"/>
        </w:rPr>
      </w:pPr>
    </w:p>
    <w:p w14:paraId="47A818A0" w14:textId="77777777" w:rsidR="00984668" w:rsidRPr="00984668" w:rsidRDefault="00984668">
      <w:pPr>
        <w:spacing w:after="80" w:line="252" w:lineRule="auto"/>
        <w:rPr>
          <w:i/>
          <w:sz w:val="18"/>
          <w:lang w:val="pl-PL"/>
        </w:rPr>
      </w:pPr>
    </w:p>
    <w:p w14:paraId="49B03220" w14:textId="516C6D40" w:rsidR="00E9369B" w:rsidRPr="00984668" w:rsidRDefault="001D48B1">
      <w:pPr>
        <w:spacing w:after="80" w:line="252" w:lineRule="auto"/>
        <w:rPr>
          <w:lang w:val="pl-PL"/>
        </w:rPr>
      </w:pPr>
      <w:r w:rsidRPr="00984668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E9369B" w:rsidRPr="00984668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CDEC6E" w14:textId="77777777" w:rsidR="00B81DD8" w:rsidRDefault="00B81DD8">
      <w:pPr>
        <w:spacing w:after="0" w:line="240" w:lineRule="auto"/>
      </w:pPr>
      <w:r>
        <w:separator/>
      </w:r>
    </w:p>
  </w:endnote>
  <w:endnote w:type="continuationSeparator" w:id="0">
    <w:p w14:paraId="26C94941" w14:textId="77777777" w:rsidR="00B81DD8" w:rsidRDefault="00B81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03C69C" w14:textId="77777777" w:rsidR="00E9369B" w:rsidRPr="00984668" w:rsidRDefault="001D48B1">
    <w:pPr>
      <w:pStyle w:val="Stopka"/>
      <w:jc w:val="center"/>
      <w:rPr>
        <w:lang w:val="pl-PL"/>
      </w:rPr>
    </w:pPr>
    <w:r w:rsidRPr="00984668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F7266E" w14:textId="77777777" w:rsidR="00B81DD8" w:rsidRDefault="00B81DD8">
      <w:pPr>
        <w:spacing w:after="0" w:line="240" w:lineRule="auto"/>
      </w:pPr>
      <w:r>
        <w:separator/>
      </w:r>
    </w:p>
  </w:footnote>
  <w:footnote w:type="continuationSeparator" w:id="0">
    <w:p w14:paraId="14365C0C" w14:textId="77777777" w:rsidR="00B81DD8" w:rsidRDefault="00B81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B2A3DA" w14:textId="77777777" w:rsidR="00E9369B" w:rsidRDefault="001D48B1">
    <w:pPr>
      <w:pStyle w:val="Nagwek"/>
      <w:jc w:val="center"/>
    </w:pPr>
    <w:r>
      <w:rPr>
        <w:noProof/>
      </w:rPr>
      <w:drawing>
        <wp:inline distT="0" distB="0" distL="0" distR="0" wp14:anchorId="2DB335BF" wp14:editId="4F21A6F8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8771805">
    <w:abstractNumId w:val="8"/>
  </w:num>
  <w:num w:numId="2" w16cid:durableId="1058280726">
    <w:abstractNumId w:val="6"/>
  </w:num>
  <w:num w:numId="3" w16cid:durableId="406654309">
    <w:abstractNumId w:val="5"/>
  </w:num>
  <w:num w:numId="4" w16cid:durableId="1116371858">
    <w:abstractNumId w:val="4"/>
  </w:num>
  <w:num w:numId="5" w16cid:durableId="791510069">
    <w:abstractNumId w:val="7"/>
  </w:num>
  <w:num w:numId="6" w16cid:durableId="515772971">
    <w:abstractNumId w:val="3"/>
  </w:num>
  <w:num w:numId="7" w16cid:durableId="2112162674">
    <w:abstractNumId w:val="2"/>
  </w:num>
  <w:num w:numId="8" w16cid:durableId="985351788">
    <w:abstractNumId w:val="1"/>
  </w:num>
  <w:num w:numId="9" w16cid:durableId="6287072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5B8B"/>
    <w:rsid w:val="0015074B"/>
    <w:rsid w:val="001D48B1"/>
    <w:rsid w:val="002808B0"/>
    <w:rsid w:val="0029639D"/>
    <w:rsid w:val="00326F90"/>
    <w:rsid w:val="003534F1"/>
    <w:rsid w:val="003C6B3C"/>
    <w:rsid w:val="00501A52"/>
    <w:rsid w:val="006C4919"/>
    <w:rsid w:val="006E631B"/>
    <w:rsid w:val="007022B3"/>
    <w:rsid w:val="007E7687"/>
    <w:rsid w:val="008C48FA"/>
    <w:rsid w:val="00957484"/>
    <w:rsid w:val="00961315"/>
    <w:rsid w:val="00984668"/>
    <w:rsid w:val="00A062A9"/>
    <w:rsid w:val="00AA1D8D"/>
    <w:rsid w:val="00AA7280"/>
    <w:rsid w:val="00B47730"/>
    <w:rsid w:val="00B81DD8"/>
    <w:rsid w:val="00C50A3C"/>
    <w:rsid w:val="00CB0664"/>
    <w:rsid w:val="00D86264"/>
    <w:rsid w:val="00DA73E7"/>
    <w:rsid w:val="00E10B1D"/>
    <w:rsid w:val="00E9369B"/>
    <w:rsid w:val="00ED050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624883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1160</Characters>
  <Application>Microsoft Office Word</Application>
  <DocSecurity>0</DocSecurity>
  <Lines>9</Lines>
  <Paragraphs>2</Paragraphs>
  <ScaleCrop>false</ScaleCrop>
  <Manager/>
  <Company/>
  <LinksUpToDate>false</LinksUpToDate>
  <CharactersWithSpaces>1351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2026-07-10T09:03:00Z</dcterms:created>
  <dcterms:modified xsi:type="dcterms:W3CDTF">2026-08-03T07:25:00Z</dcterms:modified>
  <cp:category/>
</cp:coreProperties>
</file>