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9057D6" w14:textId="77777777" w:rsidR="005E3996" w:rsidRPr="006A63C0" w:rsidRDefault="00AC7C02">
      <w:pPr>
        <w:jc w:val="right"/>
      </w:pPr>
      <w:r w:rsidRPr="006A63C0">
        <w:rPr>
          <w:b/>
        </w:rPr>
        <w:t>Załącznik nr 3a do SWZ</w:t>
      </w:r>
    </w:p>
    <w:p w14:paraId="56869F62" w14:textId="77777777" w:rsidR="005E3996" w:rsidRPr="006A63C0" w:rsidRDefault="00AC7C02">
      <w:pPr>
        <w:jc w:val="center"/>
      </w:pPr>
      <w:r w:rsidRPr="006A63C0">
        <w:rPr>
          <w:b/>
          <w:sz w:val="28"/>
        </w:rPr>
        <w:t>OŚWIADCZENIE PODMIOTU UDOSTĘPNIAJĄCEGO ZASOBY</w:t>
      </w:r>
    </w:p>
    <w:p w14:paraId="059D48FF" w14:textId="77777777" w:rsidR="005E3996" w:rsidRPr="006A63C0" w:rsidRDefault="00AC7C02">
      <w:pPr>
        <w:jc w:val="center"/>
      </w:pPr>
      <w:r w:rsidRPr="006A63C0">
        <w:rPr>
          <w:i/>
        </w:rPr>
        <w:t>składane wraz z ofertą, jeżeli Wykonawca polega na zasobach podmiotu trzeciego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6A63C0" w:rsidRPr="006A63C0" w14:paraId="0B64988F" w14:textId="77777777">
        <w:trPr>
          <w:jc w:val="center"/>
        </w:trPr>
        <w:tc>
          <w:tcPr>
            <w:tcW w:w="1814" w:type="dxa"/>
            <w:vAlign w:val="center"/>
          </w:tcPr>
          <w:p w14:paraId="7E0622AB" w14:textId="77777777" w:rsidR="005E3996" w:rsidRPr="006A63C0" w:rsidRDefault="00AC7C02">
            <w:r w:rsidRPr="006A63C0">
              <w:rPr>
                <w:b/>
                <w:sz w:val="18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4C6CF7A0" w14:textId="77777777" w:rsidR="005E3996" w:rsidRPr="006A63C0" w:rsidRDefault="00AC7C02">
            <w:r w:rsidRPr="006A63C0">
              <w:rPr>
                <w:sz w:val="18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6A63C0" w:rsidRPr="006A63C0" w14:paraId="2E921861" w14:textId="77777777">
        <w:trPr>
          <w:jc w:val="center"/>
        </w:trPr>
        <w:tc>
          <w:tcPr>
            <w:tcW w:w="1814" w:type="dxa"/>
            <w:vAlign w:val="center"/>
          </w:tcPr>
          <w:p w14:paraId="2D3D5ADA" w14:textId="77777777" w:rsidR="005E3996" w:rsidRPr="006A63C0" w:rsidRDefault="00AC7C02">
            <w:r w:rsidRPr="006A63C0">
              <w:rPr>
                <w:b/>
                <w:sz w:val="18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25D319D0" w14:textId="53219D30" w:rsidR="005E3996" w:rsidRPr="006A63C0" w:rsidRDefault="00316639">
            <w:r w:rsidRPr="009457E1">
              <w:rPr>
                <w:sz w:val="18"/>
              </w:rPr>
              <w:t>AiO.272.1.4.VIII.2026</w:t>
            </w:r>
          </w:p>
        </w:tc>
      </w:tr>
      <w:tr w:rsidR="005E3996" w:rsidRPr="006A63C0" w14:paraId="2180C224" w14:textId="77777777">
        <w:trPr>
          <w:jc w:val="center"/>
        </w:trPr>
        <w:tc>
          <w:tcPr>
            <w:tcW w:w="1814" w:type="dxa"/>
            <w:vAlign w:val="center"/>
          </w:tcPr>
          <w:p w14:paraId="35BE1695" w14:textId="77777777" w:rsidR="005E3996" w:rsidRPr="006A63C0" w:rsidRDefault="00AC7C02">
            <w:r w:rsidRPr="006A63C0">
              <w:rPr>
                <w:b/>
                <w:sz w:val="18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587527B2" w14:textId="77777777" w:rsidR="005E3996" w:rsidRPr="006A63C0" w:rsidRDefault="00AC7C02">
            <w:r w:rsidRPr="006A63C0">
              <w:rPr>
                <w:sz w:val="18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63A496D3" w14:textId="77777777" w:rsidR="005E3996" w:rsidRPr="006A63C0" w:rsidRDefault="005E3996"/>
    <w:p w14:paraId="3C3AFBE3" w14:textId="77777777" w:rsidR="005E3996" w:rsidRPr="006A63C0" w:rsidRDefault="00AC7C02">
      <w:pPr>
        <w:spacing w:before="160" w:after="80"/>
      </w:pPr>
      <w:r w:rsidRPr="006A63C0">
        <w:rPr>
          <w:b/>
          <w:sz w:val="22"/>
        </w:rPr>
        <w:t>I. DANE PODMIOTU UDOSTĘPNIAJĄCEGO ZASOBY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53"/>
        <w:gridCol w:w="5932"/>
      </w:tblGrid>
      <w:tr w:rsidR="006A63C0" w:rsidRPr="006A63C0" w14:paraId="13370AAA" w14:textId="77777777" w:rsidTr="000A6543">
        <w:tc>
          <w:tcPr>
            <w:tcW w:w="3253" w:type="dxa"/>
            <w:vAlign w:val="center"/>
          </w:tcPr>
          <w:p w14:paraId="3DDE0822" w14:textId="77777777" w:rsidR="005E3996" w:rsidRPr="006A63C0" w:rsidRDefault="00AC7C02">
            <w:r w:rsidRPr="006A63C0">
              <w:rPr>
                <w:b/>
              </w:rPr>
              <w:t>Nazwa / firma</w:t>
            </w:r>
          </w:p>
        </w:tc>
        <w:tc>
          <w:tcPr>
            <w:tcW w:w="5932" w:type="dxa"/>
            <w:vAlign w:val="center"/>
          </w:tcPr>
          <w:p w14:paraId="09EAE3EF" w14:textId="77777777" w:rsidR="005E3996" w:rsidRPr="006A63C0" w:rsidRDefault="005E3996"/>
        </w:tc>
      </w:tr>
      <w:tr w:rsidR="006A63C0" w:rsidRPr="006A63C0" w14:paraId="0B2785AD" w14:textId="77777777" w:rsidTr="000A6543">
        <w:tc>
          <w:tcPr>
            <w:tcW w:w="3253" w:type="dxa"/>
            <w:vAlign w:val="center"/>
          </w:tcPr>
          <w:p w14:paraId="41A0D022" w14:textId="77777777" w:rsidR="005E3996" w:rsidRPr="006A63C0" w:rsidRDefault="00AC7C02">
            <w:r w:rsidRPr="006A63C0">
              <w:rPr>
                <w:b/>
              </w:rPr>
              <w:t>Adres</w:t>
            </w:r>
          </w:p>
        </w:tc>
        <w:tc>
          <w:tcPr>
            <w:tcW w:w="5932" w:type="dxa"/>
            <w:vAlign w:val="center"/>
          </w:tcPr>
          <w:p w14:paraId="515D80EB" w14:textId="77777777" w:rsidR="005E3996" w:rsidRPr="006A63C0" w:rsidRDefault="005E3996"/>
        </w:tc>
      </w:tr>
      <w:tr w:rsidR="006A63C0" w:rsidRPr="006A63C0" w14:paraId="32FF026E" w14:textId="77777777" w:rsidTr="000A6543">
        <w:tc>
          <w:tcPr>
            <w:tcW w:w="3253" w:type="dxa"/>
            <w:vAlign w:val="center"/>
          </w:tcPr>
          <w:p w14:paraId="063FEA36" w14:textId="77777777" w:rsidR="005E3996" w:rsidRPr="006A63C0" w:rsidRDefault="00AC7C02">
            <w:r w:rsidRPr="006A63C0">
              <w:rPr>
                <w:b/>
              </w:rPr>
              <w:t>NIP / REGON / KRS lub CEIDG</w:t>
            </w:r>
          </w:p>
        </w:tc>
        <w:tc>
          <w:tcPr>
            <w:tcW w:w="5932" w:type="dxa"/>
            <w:vAlign w:val="center"/>
          </w:tcPr>
          <w:p w14:paraId="5D08BB1C" w14:textId="77777777" w:rsidR="005E3996" w:rsidRPr="006A63C0" w:rsidRDefault="005E3996"/>
        </w:tc>
      </w:tr>
      <w:tr w:rsidR="006A63C0" w:rsidRPr="006A63C0" w14:paraId="573E7EBB" w14:textId="77777777" w:rsidTr="000A6543">
        <w:tc>
          <w:tcPr>
            <w:tcW w:w="3253" w:type="dxa"/>
            <w:vAlign w:val="center"/>
          </w:tcPr>
          <w:p w14:paraId="7C0D06F5" w14:textId="77777777" w:rsidR="005E3996" w:rsidRPr="006A63C0" w:rsidRDefault="00AC7C02">
            <w:r w:rsidRPr="006A63C0">
              <w:rPr>
                <w:b/>
              </w:rPr>
              <w:t>Wykonawca, któremu zasoby są udostępniane</w:t>
            </w:r>
          </w:p>
        </w:tc>
        <w:tc>
          <w:tcPr>
            <w:tcW w:w="5932" w:type="dxa"/>
            <w:vAlign w:val="center"/>
          </w:tcPr>
          <w:p w14:paraId="1AD0CC68" w14:textId="77777777" w:rsidR="005E3996" w:rsidRPr="006A63C0" w:rsidRDefault="005E3996"/>
        </w:tc>
      </w:tr>
    </w:tbl>
    <w:p w14:paraId="71CC3138" w14:textId="77777777" w:rsidR="006A63C0" w:rsidRDefault="006A63C0">
      <w:pPr>
        <w:spacing w:before="160" w:after="80"/>
        <w:rPr>
          <w:b/>
          <w:sz w:val="22"/>
        </w:rPr>
      </w:pPr>
    </w:p>
    <w:p w14:paraId="1390BAAE" w14:textId="4B074AC4" w:rsidR="005E3996" w:rsidRPr="006A63C0" w:rsidRDefault="00AC7C02">
      <w:pPr>
        <w:spacing w:before="160" w:after="80"/>
      </w:pPr>
      <w:r w:rsidRPr="006A63C0">
        <w:rPr>
          <w:b/>
          <w:sz w:val="22"/>
        </w:rPr>
        <w:t>II. OŚWIADCZENIA PODMIOTU</w:t>
      </w:r>
    </w:p>
    <w:p w14:paraId="32566A85" w14:textId="5DBDAF9D" w:rsidR="005E3996" w:rsidRPr="006A63C0" w:rsidRDefault="00AC7C02" w:rsidP="006A63C0">
      <w:pPr>
        <w:spacing w:after="40"/>
        <w:ind w:left="340" w:hanging="340"/>
        <w:jc w:val="both"/>
      </w:pPr>
      <w:r w:rsidRPr="006A63C0">
        <w:t xml:space="preserve">1) Podmiot udostępniający zasoby nie podlega wykluczeniu z postępowania na podstawie </w:t>
      </w:r>
      <w:r w:rsidR="006A63C0">
        <w:t>art</w:t>
      </w:r>
      <w:r w:rsidRPr="006A63C0">
        <w:t xml:space="preserve">. 108 ust. 1 ustawy </w:t>
      </w:r>
      <w:proofErr w:type="spellStart"/>
      <w:r w:rsidRPr="006A63C0">
        <w:t>Pzp</w:t>
      </w:r>
      <w:proofErr w:type="spellEnd"/>
      <w:r w:rsidRPr="006A63C0">
        <w:t xml:space="preserve"> w zakresie, w jakim Zamawiający bada brak podstaw wykluczenia tego podmiotu.</w:t>
      </w:r>
    </w:p>
    <w:p w14:paraId="38414AD5" w14:textId="496E44D9" w:rsidR="005E3996" w:rsidRPr="006A63C0" w:rsidRDefault="00AC7C02" w:rsidP="006A63C0">
      <w:pPr>
        <w:spacing w:after="40"/>
        <w:ind w:left="340" w:hanging="340"/>
        <w:jc w:val="both"/>
      </w:pPr>
      <w:r w:rsidRPr="006A63C0">
        <w:t xml:space="preserve">2) Podmiot udostępniający zasoby nie podlega wykluczeniu ani zakazowi udziału w realizacji zamówienia na podstawie przepisów sankcyjnych wskazanych w SWZ, w tym </w:t>
      </w:r>
      <w:r w:rsidR="006A63C0">
        <w:t>art</w:t>
      </w:r>
      <w:r w:rsidRPr="006A63C0">
        <w:t>. 7 ust. 1 ustawy sankcyjnej.</w:t>
      </w:r>
    </w:p>
    <w:p w14:paraId="3BE0910A" w14:textId="77777777" w:rsidR="005E3996" w:rsidRPr="006A63C0" w:rsidRDefault="00AC7C02" w:rsidP="006A63C0">
      <w:pPr>
        <w:spacing w:after="40"/>
        <w:ind w:left="340" w:hanging="340"/>
        <w:jc w:val="both"/>
      </w:pPr>
      <w:r w:rsidRPr="006A63C0">
        <w:t>3) W zakresie udostępnianych zasobów podmiot spełnia warunek udziału w postępowaniu, którego spełnienie Wykonawca wykazuje przy wykorzystaniu tych zasobów.</w:t>
      </w:r>
    </w:p>
    <w:p w14:paraId="3129074C" w14:textId="77777777" w:rsidR="005E3996" w:rsidRPr="006A63C0" w:rsidRDefault="00AC7C02" w:rsidP="006A63C0">
      <w:pPr>
        <w:spacing w:after="40"/>
        <w:ind w:left="340" w:hanging="340"/>
        <w:jc w:val="both"/>
      </w:pPr>
      <w:r w:rsidRPr="006A63C0">
        <w:t>4) Jeżeli udostępniane zdolności dotyczą doświadczenia w robotach budowlanych, podmiot zobowiązuje się wykonać osobiście część robót, do których zdolności te są wymagane, zgodnie ze zobowiązaniem stanowiącym załącznik nr 10 do SWZ.</w:t>
      </w:r>
    </w:p>
    <w:p w14:paraId="56D1D5E3" w14:textId="77777777" w:rsidR="006A63C0" w:rsidRDefault="006A63C0">
      <w:pPr>
        <w:rPr>
          <w:b/>
        </w:rPr>
      </w:pPr>
    </w:p>
    <w:p w14:paraId="0E09C036" w14:textId="32CD99A7" w:rsidR="004E4F01" w:rsidRPr="006A63C0" w:rsidRDefault="00AC7C02">
      <w:r w:rsidRPr="006A63C0">
        <w:rPr>
          <w:b/>
        </w:rPr>
        <w:t xml:space="preserve">III. INFORMACJA O CERTYFIKACIE PODMIOTU UDOSTĘPNIAJĄCEGO ZASOBY </w:t>
      </w:r>
      <w:r w:rsidR="006A63C0">
        <w:rPr>
          <w:b/>
        </w:rPr>
        <w:t>–</w:t>
      </w:r>
      <w:r w:rsidRPr="006A63C0">
        <w:rPr>
          <w:b/>
        </w:rPr>
        <w:t xml:space="preserve"> JEŻELI DOTYCZY</w:t>
      </w:r>
    </w:p>
    <w:p w14:paraId="271F83AD" w14:textId="3BCC34A8" w:rsidR="004E4F01" w:rsidRPr="006A63C0" w:rsidRDefault="00434BEE" w:rsidP="006A63C0">
      <w:pPr>
        <w:jc w:val="both"/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543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7C02" w:rsidRPr="006A63C0">
        <w:t xml:space="preserve"> Podmiot udostępniający zasoby nie posługuje się certyfikatem wykonawcy zamówień publicznych w zakresie objętym niniejszym postępowaniem.</w:t>
      </w:r>
    </w:p>
    <w:p w14:paraId="7F0B5631" w14:textId="774B47EF" w:rsidR="004E4F01" w:rsidRPr="006A63C0" w:rsidRDefault="00434BEE">
      <w:sdt>
        <w:sdtPr>
          <w:rPr>
            <w:rFonts w:cs="Arial"/>
            <w:b/>
            <w:sz w:val="24"/>
            <w:szCs w:val="24"/>
          </w:rPr>
          <w:id w:val="54333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543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7C02" w:rsidRPr="006A63C0">
        <w:t xml:space="preserve"> Podmiot udostępniający zasoby posługuje się certyfikatem wykonawcy zamówień publicznych w następującym zakresie:</w:t>
      </w:r>
    </w:p>
    <w:p w14:paraId="70F6878A" w14:textId="77777777" w:rsidR="004E4F01" w:rsidRPr="006A63C0" w:rsidRDefault="00AC7C02">
      <w:r w:rsidRPr="006A63C0">
        <w:lastRenderedPageBreak/>
        <w:t>1) numer lub oznaczenie certyfikatu: …………………………………………………………………………………;</w:t>
      </w:r>
    </w:p>
    <w:p w14:paraId="3CBAAF25" w14:textId="77777777" w:rsidR="004E4F01" w:rsidRPr="006A63C0" w:rsidRDefault="00AC7C02">
      <w:r w:rsidRPr="006A63C0">
        <w:t>2) podmiot certyfikujący: …………………………………………………………………………………………………;</w:t>
      </w:r>
    </w:p>
    <w:p w14:paraId="60DDFB93" w14:textId="77777777" w:rsidR="004E4F01" w:rsidRPr="006A63C0" w:rsidRDefault="00AC7C02">
      <w:r w:rsidRPr="006A63C0">
        <w:t>3) okres ważności certyfikacji: od ………………………………… do …………………………………;</w:t>
      </w:r>
    </w:p>
    <w:p w14:paraId="3F092E23" w14:textId="77777777" w:rsidR="004E4F01" w:rsidRPr="006A63C0" w:rsidRDefault="00AC7C02">
      <w:r w:rsidRPr="006A63C0">
        <w:t>4) podstawy wykluczenia, w zakresie których podmiot powołuje się na certyfikat (należy wskazać): ……………………………………………………………………………………………………………………………;</w:t>
      </w:r>
    </w:p>
    <w:p w14:paraId="5E3BD898" w14:textId="77777777" w:rsidR="004E4F01" w:rsidRPr="006A63C0" w:rsidRDefault="00AC7C02">
      <w:r w:rsidRPr="006A63C0">
        <w:t>5) dane umożliwiające Zamawiającemu samodzielne odnalezienie i weryfikację certyfikatu w bazie certyfikacji: ……………………………………………………………………………………………………………………</w:t>
      </w:r>
      <w:proofErr w:type="gramStart"/>
      <w:r w:rsidRPr="006A63C0">
        <w:t>… .</w:t>
      </w:r>
      <w:proofErr w:type="gramEnd"/>
    </w:p>
    <w:p w14:paraId="38F11DEE" w14:textId="77777777" w:rsidR="004E4F01" w:rsidRPr="006A63C0" w:rsidRDefault="00AC7C02">
      <w:r w:rsidRPr="006A63C0">
        <w:t>Podmiot oświadcza, że certyfikacja, na którą się powołuje, jest ważna i niezawieszona w zakresie istotnym dla niniejszego postępowania.</w:t>
      </w:r>
    </w:p>
    <w:p w14:paraId="1515FDB8" w14:textId="77777777" w:rsidR="004E4F01" w:rsidRDefault="00AC7C02" w:rsidP="006A63C0">
      <w:pPr>
        <w:jc w:val="both"/>
      </w:pPr>
      <w:r w:rsidRPr="006A63C0">
        <w:t>Uwaga: w niniejszym postępowaniu certyfikat nie zastępuje zobowiązania do udostępnienia zasobów ani dokumentów potwierdzających doświadczenie lub kwalifikacje udostępniane Wykonawcy.</w:t>
      </w:r>
    </w:p>
    <w:p w14:paraId="2020EAC0" w14:textId="77777777" w:rsidR="006A63C0" w:rsidRPr="006A63C0" w:rsidRDefault="006A63C0" w:rsidP="006A63C0">
      <w:pPr>
        <w:jc w:val="both"/>
      </w:pPr>
    </w:p>
    <w:p w14:paraId="07B32F8C" w14:textId="77777777" w:rsidR="005E3996" w:rsidRPr="006A63C0" w:rsidRDefault="00AC7C02" w:rsidP="006A63C0">
      <w:pPr>
        <w:rPr>
          <w:b/>
        </w:rPr>
      </w:pPr>
      <w:r w:rsidRPr="006A63C0">
        <w:rPr>
          <w:b/>
        </w:rPr>
        <w:t>IV. SAMOOCZYSZCZENIE - JEŻELI DOTYCZY</w:t>
      </w:r>
    </w:p>
    <w:p w14:paraId="0033CE14" w14:textId="77777777" w:rsidR="005E3996" w:rsidRPr="006A63C0" w:rsidRDefault="00AC7C02">
      <w:pPr>
        <w:spacing w:after="80" w:line="252" w:lineRule="auto"/>
      </w:pPr>
      <w:r w:rsidRPr="006A63C0">
        <w:t xml:space="preserve">Jeżeli wobec podmiotu zachodzą okoliczności mogące stanowić podstawę wykluczenia, należy wskazać je poniżej oraz opisać środki naprawcze zgodnie z art. 110 ustawy </w:t>
      </w:r>
      <w:proofErr w:type="spellStart"/>
      <w:r w:rsidRPr="006A63C0">
        <w:t>Pzp</w:t>
      </w:r>
      <w:proofErr w:type="spellEnd"/>
      <w:r w:rsidRPr="006A63C0">
        <w:t>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05"/>
        <w:gridCol w:w="6180"/>
      </w:tblGrid>
      <w:tr w:rsidR="006A63C0" w:rsidRPr="006A63C0" w14:paraId="58CA8323" w14:textId="77777777">
        <w:tc>
          <w:tcPr>
            <w:tcW w:w="3005" w:type="dxa"/>
            <w:vAlign w:val="center"/>
          </w:tcPr>
          <w:p w14:paraId="5E757BED" w14:textId="77777777" w:rsidR="005E3996" w:rsidRPr="006A63C0" w:rsidRDefault="00AC7C02">
            <w:r w:rsidRPr="006A63C0">
              <w:rPr>
                <w:b/>
              </w:rPr>
              <w:t>Podstawa i opis okoliczności</w:t>
            </w:r>
          </w:p>
        </w:tc>
        <w:tc>
          <w:tcPr>
            <w:tcW w:w="6180" w:type="dxa"/>
            <w:vAlign w:val="center"/>
          </w:tcPr>
          <w:p w14:paraId="5C2028CF" w14:textId="77777777" w:rsidR="005E3996" w:rsidRPr="006A63C0" w:rsidRDefault="005E3996"/>
        </w:tc>
      </w:tr>
      <w:tr w:rsidR="006A63C0" w:rsidRPr="006A63C0" w14:paraId="6CA88AD5" w14:textId="77777777">
        <w:tc>
          <w:tcPr>
            <w:tcW w:w="3005" w:type="dxa"/>
            <w:vAlign w:val="center"/>
          </w:tcPr>
          <w:p w14:paraId="6C15ABCE" w14:textId="77777777" w:rsidR="005E3996" w:rsidRPr="006A63C0" w:rsidRDefault="00AC7C02">
            <w:r w:rsidRPr="006A63C0">
              <w:rPr>
                <w:b/>
              </w:rPr>
              <w:t>Opis środków naprawczych / dowody</w:t>
            </w:r>
          </w:p>
        </w:tc>
        <w:tc>
          <w:tcPr>
            <w:tcW w:w="6180" w:type="dxa"/>
            <w:vAlign w:val="center"/>
          </w:tcPr>
          <w:p w14:paraId="166CF2BA" w14:textId="77777777" w:rsidR="005E3996" w:rsidRPr="006A63C0" w:rsidRDefault="005E3996"/>
        </w:tc>
      </w:tr>
    </w:tbl>
    <w:p w14:paraId="6A067F19" w14:textId="77777777" w:rsidR="006A63C0" w:rsidRDefault="006A63C0">
      <w:pPr>
        <w:spacing w:after="80" w:line="252" w:lineRule="auto"/>
        <w:rPr>
          <w:i/>
          <w:sz w:val="18"/>
        </w:rPr>
      </w:pPr>
    </w:p>
    <w:p w14:paraId="18E2EF3D" w14:textId="148C6B8B" w:rsidR="005E3996" w:rsidRDefault="00AC7C02">
      <w:pPr>
        <w:spacing w:after="80" w:line="252" w:lineRule="auto"/>
      </w:pPr>
      <w:r w:rsidRPr="006A63C0">
        <w:rPr>
          <w:i/>
          <w:sz w:val="18"/>
        </w:rPr>
        <w:t>Dokument należy sporządzić w postaci elektronicznej i opatrzyć kwalifikowanym podpisem elektronicznym, podpisem zaufanym albo podpisem osobistym</w:t>
      </w:r>
      <w:r w:rsidRPr="00F66B4F">
        <w:rPr>
          <w:i/>
          <w:sz w:val="18"/>
        </w:rPr>
        <w:t>, zgodnie z wymaganiami SWZ. Miejscowość i data wynikają z podpisu elektronicznego.</w:t>
      </w:r>
    </w:p>
    <w:sectPr w:rsidR="005E3996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2B0A1B" w14:textId="77777777" w:rsidR="00434BEE" w:rsidRPr="00F66B4F" w:rsidRDefault="00434BEE">
      <w:pPr>
        <w:spacing w:after="0" w:line="240" w:lineRule="auto"/>
      </w:pPr>
      <w:r w:rsidRPr="00F66B4F">
        <w:separator/>
      </w:r>
    </w:p>
  </w:endnote>
  <w:endnote w:type="continuationSeparator" w:id="0">
    <w:p w14:paraId="24FB0269" w14:textId="77777777" w:rsidR="00434BEE" w:rsidRPr="00F66B4F" w:rsidRDefault="00434BEE">
      <w:pPr>
        <w:spacing w:after="0" w:line="240" w:lineRule="auto"/>
      </w:pPr>
      <w:r w:rsidRPr="00F66B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95A8C0" w14:textId="77777777" w:rsidR="005E3996" w:rsidRPr="00F66B4F" w:rsidRDefault="00AC7C02">
    <w:pPr>
      <w:pStyle w:val="Stopka"/>
      <w:jc w:val="center"/>
    </w:pPr>
    <w:r w:rsidRPr="00F66B4F">
      <w:rPr>
        <w:color w:val="5A5A5A"/>
        <w:sz w:val="14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E5B26D" w14:textId="77777777" w:rsidR="00434BEE" w:rsidRPr="00F66B4F" w:rsidRDefault="00434BEE">
      <w:pPr>
        <w:spacing w:after="0" w:line="240" w:lineRule="auto"/>
      </w:pPr>
      <w:r w:rsidRPr="00F66B4F">
        <w:separator/>
      </w:r>
    </w:p>
  </w:footnote>
  <w:footnote w:type="continuationSeparator" w:id="0">
    <w:p w14:paraId="43DF789D" w14:textId="77777777" w:rsidR="00434BEE" w:rsidRPr="00F66B4F" w:rsidRDefault="00434BEE">
      <w:pPr>
        <w:spacing w:after="0" w:line="240" w:lineRule="auto"/>
      </w:pPr>
      <w:r w:rsidRPr="00F66B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C157C" w14:textId="77777777" w:rsidR="005E3996" w:rsidRPr="00F66B4F" w:rsidRDefault="00AC7C02">
    <w:pPr>
      <w:pStyle w:val="Nagwek"/>
      <w:jc w:val="center"/>
    </w:pPr>
    <w:r w:rsidRPr="00F66B4F">
      <w:rPr>
        <w:noProof/>
      </w:rPr>
      <w:drawing>
        <wp:inline distT="0" distB="0" distL="0" distR="0" wp14:anchorId="2CC97373" wp14:editId="475EC77D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0434083">
    <w:abstractNumId w:val="8"/>
  </w:num>
  <w:num w:numId="2" w16cid:durableId="1499228741">
    <w:abstractNumId w:val="6"/>
  </w:num>
  <w:num w:numId="3" w16cid:durableId="351420959">
    <w:abstractNumId w:val="5"/>
  </w:num>
  <w:num w:numId="4" w16cid:durableId="1616400503">
    <w:abstractNumId w:val="4"/>
  </w:num>
  <w:num w:numId="5" w16cid:durableId="108479742">
    <w:abstractNumId w:val="7"/>
  </w:num>
  <w:num w:numId="6" w16cid:durableId="158036136">
    <w:abstractNumId w:val="3"/>
  </w:num>
  <w:num w:numId="7" w16cid:durableId="1235698166">
    <w:abstractNumId w:val="2"/>
  </w:num>
  <w:num w:numId="8" w16cid:durableId="1640189788">
    <w:abstractNumId w:val="1"/>
  </w:num>
  <w:num w:numId="9" w16cid:durableId="21176295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BEE"/>
    <w:rsid w:val="000A6543"/>
    <w:rsid w:val="0015074B"/>
    <w:rsid w:val="0029639D"/>
    <w:rsid w:val="00304B71"/>
    <w:rsid w:val="00316639"/>
    <w:rsid w:val="00326F90"/>
    <w:rsid w:val="004034F0"/>
    <w:rsid w:val="00434BEE"/>
    <w:rsid w:val="004800BA"/>
    <w:rsid w:val="004A6D06"/>
    <w:rsid w:val="004E4F01"/>
    <w:rsid w:val="00501A52"/>
    <w:rsid w:val="005E3996"/>
    <w:rsid w:val="006A63C0"/>
    <w:rsid w:val="00875426"/>
    <w:rsid w:val="00A45E08"/>
    <w:rsid w:val="00A5231C"/>
    <w:rsid w:val="00AA1D8D"/>
    <w:rsid w:val="00AC7C02"/>
    <w:rsid w:val="00B47730"/>
    <w:rsid w:val="00B54BF9"/>
    <w:rsid w:val="00CB0664"/>
    <w:rsid w:val="00CF361F"/>
    <w:rsid w:val="00DA73E7"/>
    <w:rsid w:val="00F66B4F"/>
    <w:rsid w:val="00FA5B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81C5C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2809</Characters>
  <Application>Microsoft Office Word</Application>
  <DocSecurity>0</DocSecurity>
  <Lines>23</Lines>
  <Paragraphs>6</Paragraphs>
  <ScaleCrop>false</ScaleCrop>
  <Manager/>
  <Company/>
  <LinksUpToDate>false</LinksUpToDate>
  <CharactersWithSpaces>3271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2026-07-10T09:01:00Z</dcterms:created>
  <dcterms:modified xsi:type="dcterms:W3CDTF">2026-08-03T07:27:00Z</dcterms:modified>
  <cp:category/>
</cp:coreProperties>
</file>