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95C6B" w14:textId="77777777" w:rsidR="00260C1C" w:rsidRPr="00F94B8E" w:rsidRDefault="00442652">
      <w:pPr>
        <w:jc w:val="right"/>
        <w:rPr>
          <w:lang w:val="pl-PL"/>
        </w:rPr>
      </w:pPr>
      <w:r w:rsidRPr="00F94B8E">
        <w:rPr>
          <w:b/>
          <w:lang w:val="pl-PL"/>
        </w:rPr>
        <w:t>Załącznik nr 5 do SWZ</w:t>
      </w:r>
    </w:p>
    <w:p w14:paraId="388B547B" w14:textId="77777777" w:rsidR="00260C1C" w:rsidRPr="00F94B8E" w:rsidRDefault="00442652">
      <w:pPr>
        <w:jc w:val="center"/>
        <w:rPr>
          <w:lang w:val="pl-PL"/>
        </w:rPr>
      </w:pPr>
      <w:r w:rsidRPr="00F94B8E">
        <w:rPr>
          <w:b/>
          <w:sz w:val="28"/>
          <w:lang w:val="pl-PL"/>
        </w:rPr>
        <w:t>WYKAZ OSÓB SKIEROWANYCH DO REALIZACJI ZAMÓWIENIA</w:t>
      </w:r>
    </w:p>
    <w:p w14:paraId="5434C3D4" w14:textId="77777777" w:rsidR="00260C1C" w:rsidRPr="00F94B8E" w:rsidRDefault="00442652">
      <w:pPr>
        <w:jc w:val="center"/>
        <w:rPr>
          <w:lang w:val="pl-PL"/>
        </w:rPr>
      </w:pPr>
      <w:r w:rsidRPr="00F94B8E">
        <w:rPr>
          <w:i/>
          <w:lang w:val="pl-PL"/>
        </w:rPr>
        <w:t>składany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260C1C" w:rsidRPr="00F94B8E" w14:paraId="16DB92B3" w14:textId="77777777">
        <w:trPr>
          <w:jc w:val="center"/>
        </w:trPr>
        <w:tc>
          <w:tcPr>
            <w:tcW w:w="1814" w:type="dxa"/>
            <w:vAlign w:val="center"/>
          </w:tcPr>
          <w:p w14:paraId="0749915B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2C5A14C5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260C1C" w:rsidRPr="00F94B8E" w14:paraId="0F5ECF6B" w14:textId="77777777">
        <w:trPr>
          <w:jc w:val="center"/>
        </w:trPr>
        <w:tc>
          <w:tcPr>
            <w:tcW w:w="1814" w:type="dxa"/>
            <w:vAlign w:val="center"/>
          </w:tcPr>
          <w:p w14:paraId="00979B4C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532D63E9" w14:textId="04515574" w:rsidR="00260C1C" w:rsidRPr="00F94B8E" w:rsidRDefault="005C52D8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260C1C" w:rsidRPr="00F94B8E" w14:paraId="5214643B" w14:textId="77777777">
        <w:trPr>
          <w:jc w:val="center"/>
        </w:trPr>
        <w:tc>
          <w:tcPr>
            <w:tcW w:w="1814" w:type="dxa"/>
            <w:vAlign w:val="center"/>
          </w:tcPr>
          <w:p w14:paraId="4347FEC8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3C06205D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355FA1B" w14:textId="77777777" w:rsidR="00260C1C" w:rsidRPr="00F94B8E" w:rsidRDefault="00260C1C">
      <w:pPr>
        <w:rPr>
          <w:lang w:val="pl-PL"/>
        </w:rPr>
      </w:pPr>
    </w:p>
    <w:p w14:paraId="4468D35F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lang w:val="pl-PL"/>
        </w:rPr>
        <w:t>Wykonawca wykazuje osoby, którymi dysponuje lub będzie dysponował, w zakresie wymaganym w rozdziale IX SWZ.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566"/>
        <w:gridCol w:w="1867"/>
        <w:gridCol w:w="1755"/>
        <w:gridCol w:w="1868"/>
        <w:gridCol w:w="1755"/>
        <w:gridCol w:w="2373"/>
      </w:tblGrid>
      <w:tr w:rsidR="00260C1C" w:rsidRPr="00F94B8E" w14:paraId="5CBF90BB" w14:textId="77777777" w:rsidTr="00FE3A11">
        <w:tc>
          <w:tcPr>
            <w:tcW w:w="566" w:type="dxa"/>
            <w:vAlign w:val="center"/>
          </w:tcPr>
          <w:p w14:paraId="0481BD34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1867" w:type="dxa"/>
            <w:vAlign w:val="center"/>
          </w:tcPr>
          <w:p w14:paraId="004437A1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Imię i nazwisko</w:t>
            </w:r>
          </w:p>
        </w:tc>
        <w:tc>
          <w:tcPr>
            <w:tcW w:w="1755" w:type="dxa"/>
            <w:vAlign w:val="center"/>
          </w:tcPr>
          <w:p w14:paraId="5416D6C1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Funkcja / zakres czynności</w:t>
            </w:r>
          </w:p>
        </w:tc>
        <w:tc>
          <w:tcPr>
            <w:tcW w:w="1868" w:type="dxa"/>
            <w:vAlign w:val="center"/>
          </w:tcPr>
          <w:p w14:paraId="0B399DF5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Uprawnienia / kwalifikacje</w:t>
            </w:r>
          </w:p>
        </w:tc>
        <w:tc>
          <w:tcPr>
            <w:tcW w:w="1755" w:type="dxa"/>
            <w:vAlign w:val="center"/>
          </w:tcPr>
          <w:p w14:paraId="3C6D7AD3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Podstawa dysponowania</w:t>
            </w:r>
          </w:p>
        </w:tc>
        <w:tc>
          <w:tcPr>
            <w:tcW w:w="2373" w:type="dxa"/>
            <w:vAlign w:val="center"/>
          </w:tcPr>
          <w:p w14:paraId="4F0DBAAE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Doświadczenie / uwagi</w:t>
            </w:r>
          </w:p>
        </w:tc>
      </w:tr>
      <w:tr w:rsidR="00260C1C" w:rsidRPr="00F94B8E" w14:paraId="5BCE0653" w14:textId="77777777" w:rsidTr="00FE3A11">
        <w:tc>
          <w:tcPr>
            <w:tcW w:w="566" w:type="dxa"/>
            <w:vAlign w:val="center"/>
          </w:tcPr>
          <w:p w14:paraId="3C2048E0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1</w:t>
            </w:r>
          </w:p>
        </w:tc>
        <w:tc>
          <w:tcPr>
            <w:tcW w:w="1867" w:type="dxa"/>
            <w:vAlign w:val="center"/>
          </w:tcPr>
          <w:p w14:paraId="3D988547" w14:textId="6BDDF036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1F3DCEB6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Kierownik budowy albo kierownik robót - specjalność konstrukcyjno-budowlana</w:t>
            </w:r>
          </w:p>
        </w:tc>
        <w:tc>
          <w:tcPr>
            <w:tcW w:w="1868" w:type="dxa"/>
            <w:vAlign w:val="center"/>
          </w:tcPr>
          <w:p w14:paraId="212FCE65" w14:textId="05B01210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420DCDF6" w14:textId="329E8063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2373" w:type="dxa"/>
            <w:vAlign w:val="center"/>
          </w:tcPr>
          <w:p w14:paraId="26A324F8" w14:textId="01083323" w:rsidR="00260C1C" w:rsidRPr="00F94B8E" w:rsidRDefault="00260C1C">
            <w:pPr>
              <w:rPr>
                <w:lang w:val="pl-PL"/>
              </w:rPr>
            </w:pPr>
          </w:p>
        </w:tc>
      </w:tr>
      <w:tr w:rsidR="00260C1C" w:rsidRPr="00F94B8E" w14:paraId="52572815" w14:textId="77777777" w:rsidTr="00FE3A11">
        <w:tc>
          <w:tcPr>
            <w:tcW w:w="566" w:type="dxa"/>
            <w:vAlign w:val="center"/>
          </w:tcPr>
          <w:p w14:paraId="09D57BE4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2</w:t>
            </w:r>
          </w:p>
        </w:tc>
        <w:tc>
          <w:tcPr>
            <w:tcW w:w="1867" w:type="dxa"/>
            <w:vAlign w:val="center"/>
          </w:tcPr>
          <w:p w14:paraId="5DFE9638" w14:textId="3C554127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0AD5CB9F" w14:textId="20CA4D62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868" w:type="dxa"/>
            <w:vAlign w:val="center"/>
          </w:tcPr>
          <w:p w14:paraId="46F14E1B" w14:textId="28A1384E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324E3641" w14:textId="0FAE312D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2373" w:type="dxa"/>
            <w:vAlign w:val="center"/>
          </w:tcPr>
          <w:p w14:paraId="7D842A49" w14:textId="4EB1A25A" w:rsidR="00260C1C" w:rsidRPr="00F94B8E" w:rsidRDefault="00260C1C">
            <w:pPr>
              <w:rPr>
                <w:lang w:val="pl-PL"/>
              </w:rPr>
            </w:pPr>
          </w:p>
        </w:tc>
      </w:tr>
      <w:tr w:rsidR="00260C1C" w:rsidRPr="00F94B8E" w14:paraId="051D043C" w14:textId="77777777" w:rsidTr="00FE3A11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184" w:type="dxa"/>
            <w:gridSpan w:val="6"/>
            <w:vAlign w:val="center"/>
          </w:tcPr>
          <w:p w14:paraId="3E595BA1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Minimalnie należy wykazać co najmniej jedną osobę pełniącą funkcję kierownika budowy albo kierownika robót, posiadającą uprawnienia budowlane w specjalności konstrukcyjno-budowlanej w zakresie umożliwiającym kierowanie robotami objętymi zamówieniem. Zamawiający dopuszcza łączenie funkcji, jeżeli osoba posiada wymagane uprawnienia.</w:t>
            </w:r>
          </w:p>
        </w:tc>
      </w:tr>
    </w:tbl>
    <w:p w14:paraId="453835FB" w14:textId="77777777" w:rsidR="00260C1C" w:rsidRPr="00F94B8E" w:rsidRDefault="00260C1C">
      <w:pPr>
        <w:rPr>
          <w:lang w:val="pl-PL"/>
        </w:rPr>
      </w:pPr>
    </w:p>
    <w:p w14:paraId="187BC344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lang w:val="pl-PL"/>
        </w:rPr>
        <w:t>Oświadczam/y, że osoby wskazane w wykazie będą uczestniczyć w realizacji zamówienia oraz posiadają wymagane kwalifikacje, uprawnienia i podstawę dysponowania.</w:t>
      </w:r>
    </w:p>
    <w:p w14:paraId="5EFEBC73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260C1C" w:rsidRPr="00F94B8E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AFA78F" w14:textId="77777777" w:rsidR="004E7128" w:rsidRDefault="004E7128">
      <w:pPr>
        <w:spacing w:after="0" w:line="240" w:lineRule="auto"/>
      </w:pPr>
      <w:r>
        <w:separator/>
      </w:r>
    </w:p>
  </w:endnote>
  <w:endnote w:type="continuationSeparator" w:id="0">
    <w:p w14:paraId="4044A4C0" w14:textId="77777777" w:rsidR="004E7128" w:rsidRDefault="004E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161A2B" w14:textId="77777777" w:rsidR="00260C1C" w:rsidRPr="00F94B8E" w:rsidRDefault="00442652">
    <w:pPr>
      <w:pStyle w:val="Stopka"/>
      <w:jc w:val="center"/>
      <w:rPr>
        <w:lang w:val="pl-PL"/>
      </w:rPr>
    </w:pPr>
    <w:r w:rsidRPr="00F94B8E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7F872D" w14:textId="77777777" w:rsidR="004E7128" w:rsidRDefault="004E7128">
      <w:pPr>
        <w:spacing w:after="0" w:line="240" w:lineRule="auto"/>
      </w:pPr>
      <w:r>
        <w:separator/>
      </w:r>
    </w:p>
  </w:footnote>
  <w:footnote w:type="continuationSeparator" w:id="0">
    <w:p w14:paraId="4AE113D4" w14:textId="77777777" w:rsidR="004E7128" w:rsidRDefault="004E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2FDBA" w14:textId="77777777" w:rsidR="00260C1C" w:rsidRDefault="00442652">
    <w:pPr>
      <w:pStyle w:val="Nagwek"/>
      <w:jc w:val="center"/>
    </w:pPr>
    <w:r>
      <w:rPr>
        <w:noProof/>
      </w:rPr>
      <w:drawing>
        <wp:inline distT="0" distB="0" distL="0" distR="0" wp14:anchorId="0F461EAE" wp14:editId="1013AE30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6597146">
    <w:abstractNumId w:val="8"/>
  </w:num>
  <w:num w:numId="2" w16cid:durableId="1120949692">
    <w:abstractNumId w:val="6"/>
  </w:num>
  <w:num w:numId="3" w16cid:durableId="1036007986">
    <w:abstractNumId w:val="5"/>
  </w:num>
  <w:num w:numId="4" w16cid:durableId="1305039400">
    <w:abstractNumId w:val="4"/>
  </w:num>
  <w:num w:numId="5" w16cid:durableId="1641496153">
    <w:abstractNumId w:val="7"/>
  </w:num>
  <w:num w:numId="6" w16cid:durableId="403112626">
    <w:abstractNumId w:val="3"/>
  </w:num>
  <w:num w:numId="7" w16cid:durableId="2096903346">
    <w:abstractNumId w:val="2"/>
  </w:num>
  <w:num w:numId="8" w16cid:durableId="1656252564">
    <w:abstractNumId w:val="1"/>
  </w:num>
  <w:num w:numId="9" w16cid:durableId="13832164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FC1"/>
    <w:rsid w:val="001C1311"/>
    <w:rsid w:val="00260C1C"/>
    <w:rsid w:val="0029639D"/>
    <w:rsid w:val="00326F90"/>
    <w:rsid w:val="003C14CC"/>
    <w:rsid w:val="00442652"/>
    <w:rsid w:val="004E7128"/>
    <w:rsid w:val="00501A52"/>
    <w:rsid w:val="005C52D8"/>
    <w:rsid w:val="006F7D7F"/>
    <w:rsid w:val="00A74E83"/>
    <w:rsid w:val="00AA1D8D"/>
    <w:rsid w:val="00AD6100"/>
    <w:rsid w:val="00B47730"/>
    <w:rsid w:val="00C9285A"/>
    <w:rsid w:val="00CB0664"/>
    <w:rsid w:val="00DA73E7"/>
    <w:rsid w:val="00F12B2C"/>
    <w:rsid w:val="00F94B8E"/>
    <w:rsid w:val="00FC693F"/>
    <w:rsid w:val="00FE3A11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558D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1433</Characters>
  <Application>Microsoft Office Word</Application>
  <DocSecurity>0</DocSecurity>
  <Lines>11</Lines>
  <Paragraphs>3</Paragraphs>
  <ScaleCrop>false</ScaleCrop>
  <Manager/>
  <Company/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2026-07-10T09:02:00Z</dcterms:created>
  <dcterms:modified xsi:type="dcterms:W3CDTF">2026-08-03T07:33:00Z</dcterms:modified>
  <cp:category/>
</cp:coreProperties>
</file>