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47ADA7" w14:textId="77777777" w:rsidR="007B0D2C" w:rsidRPr="0082762A" w:rsidRDefault="00835189">
      <w:pPr>
        <w:jc w:val="right"/>
        <w:rPr>
          <w:lang w:val="pl-PL"/>
        </w:rPr>
      </w:pPr>
      <w:r w:rsidRPr="0082762A">
        <w:rPr>
          <w:b/>
          <w:lang w:val="pl-PL"/>
        </w:rPr>
        <w:t>Załącznik nr 6 do SWZ</w:t>
      </w:r>
    </w:p>
    <w:p w14:paraId="51DDC74B" w14:textId="77777777" w:rsidR="007B0D2C" w:rsidRPr="0082762A" w:rsidRDefault="00835189">
      <w:pPr>
        <w:jc w:val="center"/>
        <w:rPr>
          <w:lang w:val="pl-PL"/>
        </w:rPr>
      </w:pPr>
      <w:r w:rsidRPr="0082762A">
        <w:rPr>
          <w:b/>
          <w:sz w:val="28"/>
          <w:lang w:val="pl-PL"/>
        </w:rPr>
        <w:t>WYKAZ ROBÓT BUDOWLANYCH</w:t>
      </w:r>
    </w:p>
    <w:p w14:paraId="44336A1A" w14:textId="77777777" w:rsidR="007B0D2C" w:rsidRPr="0082762A" w:rsidRDefault="00835189">
      <w:pPr>
        <w:jc w:val="center"/>
        <w:rPr>
          <w:lang w:val="pl-PL"/>
        </w:rPr>
      </w:pPr>
      <w:r w:rsidRPr="0082762A">
        <w:rPr>
          <w:i/>
          <w:lang w:val="pl-PL"/>
        </w:rPr>
        <w:t>składany na wezwanie Zamawiającego</w:t>
      </w:r>
    </w:p>
    <w:tbl>
      <w:tblPr>
        <w:tblW w:w="0" w:type="auto"/>
        <w:jc w:val="center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1814"/>
        <w:gridCol w:w="7370"/>
      </w:tblGrid>
      <w:tr w:rsidR="007B0D2C" w:rsidRPr="00BE648E" w14:paraId="10D6DBBB" w14:textId="77777777">
        <w:trPr>
          <w:jc w:val="center"/>
        </w:trPr>
        <w:tc>
          <w:tcPr>
            <w:tcW w:w="1814" w:type="dxa"/>
            <w:vAlign w:val="center"/>
          </w:tcPr>
          <w:p w14:paraId="037A49D5" w14:textId="77777777" w:rsidR="007B0D2C" w:rsidRPr="0082762A" w:rsidRDefault="00835189">
            <w:pPr>
              <w:rPr>
                <w:lang w:val="pl-PL"/>
              </w:rPr>
            </w:pPr>
            <w:r w:rsidRPr="0082762A">
              <w:rPr>
                <w:b/>
                <w:sz w:val="18"/>
                <w:lang w:val="pl-PL"/>
              </w:rPr>
              <w:t>Postępowanie:</w:t>
            </w:r>
          </w:p>
        </w:tc>
        <w:tc>
          <w:tcPr>
            <w:tcW w:w="7370" w:type="dxa"/>
            <w:vAlign w:val="center"/>
          </w:tcPr>
          <w:p w14:paraId="056F1074" w14:textId="77777777" w:rsidR="007B0D2C" w:rsidRPr="0082762A" w:rsidRDefault="00835189">
            <w:pPr>
              <w:rPr>
                <w:lang w:val="pl-PL"/>
              </w:rPr>
            </w:pPr>
            <w:r w:rsidRPr="0082762A">
              <w:rPr>
                <w:sz w:val="18"/>
                <w:lang w:val="pl-PL"/>
              </w:rPr>
              <w:t>Roboty remontowo-modernizacyjne w placówce oświatowej w ramach projektu pn. „Rozwijamy edukację włączającą w Zespole Szkół Ponadpodstawowych nr 2 im. Stanisława Staszica w Tomaszowie Mazowieckim”</w:t>
            </w:r>
          </w:p>
        </w:tc>
      </w:tr>
      <w:tr w:rsidR="007B0D2C" w:rsidRPr="0082762A" w14:paraId="03A3CCED" w14:textId="77777777">
        <w:trPr>
          <w:jc w:val="center"/>
        </w:trPr>
        <w:tc>
          <w:tcPr>
            <w:tcW w:w="1814" w:type="dxa"/>
            <w:vAlign w:val="center"/>
          </w:tcPr>
          <w:p w14:paraId="1DB84125" w14:textId="77777777" w:rsidR="007B0D2C" w:rsidRPr="0082762A" w:rsidRDefault="00835189">
            <w:pPr>
              <w:rPr>
                <w:lang w:val="pl-PL"/>
              </w:rPr>
            </w:pPr>
            <w:r w:rsidRPr="0082762A">
              <w:rPr>
                <w:b/>
                <w:sz w:val="18"/>
                <w:lang w:val="pl-PL"/>
              </w:rPr>
              <w:t>Znak sprawy:</w:t>
            </w:r>
          </w:p>
        </w:tc>
        <w:tc>
          <w:tcPr>
            <w:tcW w:w="7370" w:type="dxa"/>
            <w:vAlign w:val="center"/>
          </w:tcPr>
          <w:p w14:paraId="40A7E25C" w14:textId="29C9C014" w:rsidR="007B0D2C" w:rsidRPr="0082762A" w:rsidRDefault="00BA2302">
            <w:pPr>
              <w:rPr>
                <w:lang w:val="pl-PL"/>
              </w:rPr>
            </w:pPr>
            <w:r w:rsidRPr="009457E1">
              <w:rPr>
                <w:sz w:val="18"/>
                <w:lang w:val="pl-PL"/>
              </w:rPr>
              <w:t>AiO.272.1.4.VIII.2026</w:t>
            </w:r>
          </w:p>
        </w:tc>
      </w:tr>
      <w:tr w:rsidR="007B0D2C" w:rsidRPr="00BE648E" w14:paraId="27C2C04A" w14:textId="77777777">
        <w:trPr>
          <w:jc w:val="center"/>
        </w:trPr>
        <w:tc>
          <w:tcPr>
            <w:tcW w:w="1814" w:type="dxa"/>
            <w:vAlign w:val="center"/>
          </w:tcPr>
          <w:p w14:paraId="3DF949FC" w14:textId="77777777" w:rsidR="007B0D2C" w:rsidRPr="0082762A" w:rsidRDefault="00835189">
            <w:pPr>
              <w:rPr>
                <w:lang w:val="pl-PL"/>
              </w:rPr>
            </w:pPr>
            <w:r w:rsidRPr="0082762A">
              <w:rPr>
                <w:b/>
                <w:sz w:val="18"/>
                <w:lang w:val="pl-PL"/>
              </w:rPr>
              <w:t>Zamawiający:</w:t>
            </w:r>
          </w:p>
        </w:tc>
        <w:tc>
          <w:tcPr>
            <w:tcW w:w="7370" w:type="dxa"/>
            <w:vAlign w:val="center"/>
          </w:tcPr>
          <w:p w14:paraId="1F9810A1" w14:textId="77777777" w:rsidR="007B0D2C" w:rsidRPr="0082762A" w:rsidRDefault="00835189">
            <w:pPr>
              <w:rPr>
                <w:lang w:val="pl-PL"/>
              </w:rPr>
            </w:pPr>
            <w:r w:rsidRPr="0082762A">
              <w:rPr>
                <w:sz w:val="18"/>
                <w:lang w:val="pl-PL"/>
              </w:rPr>
              <w:t>Powiat Tomaszowski, ul. św. Antoniego 41, 97-200 Tomaszów Mazowiecki, NIP 7732321115, REGON 590648451, reprezentowany przez Zespół Szkół Ponadpodstawowych nr 2 im. Stanisława Staszica w Tomaszowie Mazowieckim, ul. św. Antoniego 57/61, 97-200 Tomaszów Mazowiecki.</w:t>
            </w:r>
          </w:p>
        </w:tc>
      </w:tr>
    </w:tbl>
    <w:p w14:paraId="75579B84" w14:textId="77777777" w:rsidR="007B0D2C" w:rsidRPr="0082762A" w:rsidRDefault="007B0D2C">
      <w:pPr>
        <w:rPr>
          <w:lang w:val="pl-PL"/>
        </w:rPr>
      </w:pPr>
    </w:p>
    <w:p w14:paraId="3CF5FF7B" w14:textId="77777777" w:rsidR="007B0D2C" w:rsidRPr="0082762A" w:rsidRDefault="00835189">
      <w:pPr>
        <w:spacing w:after="80" w:line="252" w:lineRule="auto"/>
        <w:rPr>
          <w:lang w:val="pl-PL"/>
        </w:rPr>
      </w:pPr>
      <w:r w:rsidRPr="0082762A">
        <w:rPr>
          <w:lang w:val="pl-PL"/>
        </w:rPr>
        <w:t>Wykonawca wykazuje roboty budowlane wykonane nie wcześniej niż w okresie ostatnich 5 lat przed upływem terminu składania ofert, a jeżeli okres prowadzenia działalności jest krótszy - w tym okresie.</w:t>
      </w:r>
    </w:p>
    <w:tbl>
      <w:tblPr>
        <w:tblW w:w="0" w:type="auto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453"/>
        <w:gridCol w:w="2036"/>
        <w:gridCol w:w="1699"/>
        <w:gridCol w:w="1416"/>
        <w:gridCol w:w="1303"/>
        <w:gridCol w:w="1415"/>
        <w:gridCol w:w="1862"/>
      </w:tblGrid>
      <w:tr w:rsidR="007B0D2C" w:rsidRPr="0082762A" w14:paraId="73EB8347" w14:textId="77777777" w:rsidTr="0082762A">
        <w:tc>
          <w:tcPr>
            <w:tcW w:w="454" w:type="dxa"/>
            <w:vAlign w:val="center"/>
          </w:tcPr>
          <w:p w14:paraId="4456D425" w14:textId="77777777" w:rsidR="007B0D2C" w:rsidRPr="0082762A" w:rsidRDefault="00835189">
            <w:pPr>
              <w:jc w:val="center"/>
              <w:rPr>
                <w:lang w:val="pl-PL"/>
              </w:rPr>
            </w:pPr>
            <w:r w:rsidRPr="0082762A">
              <w:rPr>
                <w:b/>
                <w:sz w:val="15"/>
                <w:lang w:val="pl-PL"/>
              </w:rPr>
              <w:t>Lp.</w:t>
            </w:r>
          </w:p>
        </w:tc>
        <w:tc>
          <w:tcPr>
            <w:tcW w:w="2041" w:type="dxa"/>
            <w:vAlign w:val="center"/>
          </w:tcPr>
          <w:p w14:paraId="52156DB3" w14:textId="77777777" w:rsidR="007B0D2C" w:rsidRPr="0082762A" w:rsidRDefault="00835189">
            <w:pPr>
              <w:jc w:val="center"/>
              <w:rPr>
                <w:lang w:val="pl-PL"/>
              </w:rPr>
            </w:pPr>
            <w:r w:rsidRPr="0082762A">
              <w:rPr>
                <w:b/>
                <w:sz w:val="15"/>
                <w:lang w:val="pl-PL"/>
              </w:rPr>
              <w:t>Nazwa zadania i miejsce wykonania</w:t>
            </w:r>
          </w:p>
        </w:tc>
        <w:tc>
          <w:tcPr>
            <w:tcW w:w="1701" w:type="dxa"/>
            <w:vAlign w:val="center"/>
          </w:tcPr>
          <w:p w14:paraId="1B1E5933" w14:textId="77777777" w:rsidR="007B0D2C" w:rsidRPr="0082762A" w:rsidRDefault="00835189">
            <w:pPr>
              <w:jc w:val="center"/>
              <w:rPr>
                <w:lang w:val="pl-PL"/>
              </w:rPr>
            </w:pPr>
            <w:r w:rsidRPr="0082762A">
              <w:rPr>
                <w:b/>
                <w:sz w:val="15"/>
                <w:lang w:val="pl-PL"/>
              </w:rPr>
              <w:t>Zakres robót potwierdzający spełnienie warunku</w:t>
            </w:r>
          </w:p>
        </w:tc>
        <w:tc>
          <w:tcPr>
            <w:tcW w:w="1417" w:type="dxa"/>
            <w:vAlign w:val="center"/>
          </w:tcPr>
          <w:p w14:paraId="7650C5F4" w14:textId="77777777" w:rsidR="007B0D2C" w:rsidRPr="0082762A" w:rsidRDefault="00835189">
            <w:pPr>
              <w:jc w:val="center"/>
              <w:rPr>
                <w:lang w:val="pl-PL"/>
              </w:rPr>
            </w:pPr>
            <w:r w:rsidRPr="0082762A">
              <w:rPr>
                <w:b/>
                <w:sz w:val="15"/>
                <w:lang w:val="pl-PL"/>
              </w:rPr>
              <w:t>Wartość brutto wykonanych robót [zł]</w:t>
            </w:r>
          </w:p>
        </w:tc>
        <w:tc>
          <w:tcPr>
            <w:tcW w:w="1304" w:type="dxa"/>
            <w:vAlign w:val="center"/>
          </w:tcPr>
          <w:p w14:paraId="13C705F9" w14:textId="77777777" w:rsidR="007B0D2C" w:rsidRPr="0082762A" w:rsidRDefault="00835189">
            <w:pPr>
              <w:jc w:val="center"/>
              <w:rPr>
                <w:lang w:val="pl-PL"/>
              </w:rPr>
            </w:pPr>
            <w:r w:rsidRPr="0082762A">
              <w:rPr>
                <w:b/>
                <w:sz w:val="15"/>
                <w:lang w:val="pl-PL"/>
              </w:rPr>
              <w:t>Data wykonania od-do</w:t>
            </w:r>
          </w:p>
        </w:tc>
        <w:tc>
          <w:tcPr>
            <w:tcW w:w="1417" w:type="dxa"/>
            <w:vAlign w:val="center"/>
          </w:tcPr>
          <w:p w14:paraId="553CDD53" w14:textId="77777777" w:rsidR="007B0D2C" w:rsidRPr="0082762A" w:rsidRDefault="00835189">
            <w:pPr>
              <w:jc w:val="center"/>
              <w:rPr>
                <w:lang w:val="pl-PL"/>
              </w:rPr>
            </w:pPr>
            <w:r w:rsidRPr="0082762A">
              <w:rPr>
                <w:b/>
                <w:sz w:val="15"/>
                <w:lang w:val="pl-PL"/>
              </w:rPr>
              <w:t>Podmiot, na rzecz którego wykonano roboty</w:t>
            </w:r>
          </w:p>
        </w:tc>
        <w:tc>
          <w:tcPr>
            <w:tcW w:w="1134" w:type="dxa"/>
            <w:vAlign w:val="center"/>
          </w:tcPr>
          <w:p w14:paraId="1B039804" w14:textId="77777777" w:rsidR="007B0D2C" w:rsidRPr="0082762A" w:rsidRDefault="00835189">
            <w:pPr>
              <w:jc w:val="center"/>
              <w:rPr>
                <w:lang w:val="pl-PL"/>
              </w:rPr>
            </w:pPr>
            <w:r w:rsidRPr="0082762A">
              <w:rPr>
                <w:b/>
                <w:sz w:val="15"/>
                <w:lang w:val="pl-PL"/>
              </w:rPr>
              <w:t>Dowód należytego wykonania</w:t>
            </w:r>
          </w:p>
        </w:tc>
      </w:tr>
      <w:tr w:rsidR="007B0D2C" w:rsidRPr="0082762A" w14:paraId="7E146EB3" w14:textId="77777777">
        <w:tc>
          <w:tcPr>
            <w:tcW w:w="454" w:type="dxa"/>
            <w:vAlign w:val="center"/>
          </w:tcPr>
          <w:p w14:paraId="2D1832FB" w14:textId="77777777" w:rsidR="007B0D2C" w:rsidRPr="0082762A" w:rsidRDefault="00835189">
            <w:pPr>
              <w:jc w:val="center"/>
              <w:rPr>
                <w:lang w:val="pl-PL"/>
              </w:rPr>
            </w:pPr>
            <w:r w:rsidRPr="0082762A">
              <w:rPr>
                <w:sz w:val="16"/>
                <w:lang w:val="pl-PL"/>
              </w:rPr>
              <w:t>1</w:t>
            </w:r>
          </w:p>
        </w:tc>
        <w:tc>
          <w:tcPr>
            <w:tcW w:w="2041" w:type="dxa"/>
            <w:vAlign w:val="center"/>
          </w:tcPr>
          <w:p w14:paraId="14688826" w14:textId="67C5AEFF" w:rsidR="007B0D2C" w:rsidRPr="0082762A" w:rsidRDefault="007B0D2C">
            <w:pPr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093BDFCB" w14:textId="3BCAA26B" w:rsidR="007B0D2C" w:rsidRPr="0082762A" w:rsidRDefault="007B0D2C">
            <w:pPr>
              <w:rPr>
                <w:lang w:val="pl-PL"/>
              </w:rPr>
            </w:pPr>
          </w:p>
        </w:tc>
        <w:tc>
          <w:tcPr>
            <w:tcW w:w="1417" w:type="dxa"/>
            <w:vAlign w:val="center"/>
          </w:tcPr>
          <w:p w14:paraId="590514E2" w14:textId="47BD1490" w:rsidR="007B0D2C" w:rsidRPr="0082762A" w:rsidRDefault="007B0D2C">
            <w:pPr>
              <w:rPr>
                <w:lang w:val="pl-PL"/>
              </w:rPr>
            </w:pPr>
          </w:p>
        </w:tc>
        <w:tc>
          <w:tcPr>
            <w:tcW w:w="1304" w:type="dxa"/>
            <w:vAlign w:val="center"/>
          </w:tcPr>
          <w:p w14:paraId="32FF0D66" w14:textId="1F66D9C5" w:rsidR="007B0D2C" w:rsidRPr="0082762A" w:rsidRDefault="007B0D2C">
            <w:pPr>
              <w:rPr>
                <w:lang w:val="pl-PL"/>
              </w:rPr>
            </w:pPr>
          </w:p>
        </w:tc>
        <w:tc>
          <w:tcPr>
            <w:tcW w:w="1417" w:type="dxa"/>
            <w:vAlign w:val="center"/>
          </w:tcPr>
          <w:p w14:paraId="7DB1E016" w14:textId="0E7AFDCA" w:rsidR="007B0D2C" w:rsidRPr="0082762A" w:rsidRDefault="007B0D2C">
            <w:pPr>
              <w:rPr>
                <w:lang w:val="pl-PL"/>
              </w:rPr>
            </w:pPr>
          </w:p>
        </w:tc>
        <w:tc>
          <w:tcPr>
            <w:tcW w:w="1134" w:type="dxa"/>
            <w:vAlign w:val="center"/>
          </w:tcPr>
          <w:p w14:paraId="2BEEAA9F" w14:textId="3E4C4189" w:rsidR="007B0D2C" w:rsidRPr="0082762A" w:rsidRDefault="007B0D2C">
            <w:pPr>
              <w:rPr>
                <w:lang w:val="pl-PL"/>
              </w:rPr>
            </w:pPr>
          </w:p>
        </w:tc>
      </w:tr>
      <w:tr w:rsidR="007B0D2C" w:rsidRPr="0082762A" w14:paraId="03CDE1EC" w14:textId="77777777">
        <w:tc>
          <w:tcPr>
            <w:tcW w:w="454" w:type="dxa"/>
            <w:vAlign w:val="center"/>
          </w:tcPr>
          <w:p w14:paraId="70E7BA2B" w14:textId="77777777" w:rsidR="007B0D2C" w:rsidRPr="0082762A" w:rsidRDefault="00835189">
            <w:pPr>
              <w:jc w:val="center"/>
              <w:rPr>
                <w:lang w:val="pl-PL"/>
              </w:rPr>
            </w:pPr>
            <w:r w:rsidRPr="0082762A">
              <w:rPr>
                <w:sz w:val="16"/>
                <w:lang w:val="pl-PL"/>
              </w:rPr>
              <w:t>2</w:t>
            </w:r>
          </w:p>
        </w:tc>
        <w:tc>
          <w:tcPr>
            <w:tcW w:w="2041" w:type="dxa"/>
            <w:vAlign w:val="center"/>
          </w:tcPr>
          <w:p w14:paraId="04DDE841" w14:textId="0E2EF9C2" w:rsidR="007B0D2C" w:rsidRPr="0082762A" w:rsidRDefault="007B0D2C">
            <w:pPr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5023B6FE" w14:textId="5E9B7D9E" w:rsidR="007B0D2C" w:rsidRPr="0082762A" w:rsidRDefault="007B0D2C">
            <w:pPr>
              <w:rPr>
                <w:lang w:val="pl-PL"/>
              </w:rPr>
            </w:pPr>
          </w:p>
        </w:tc>
        <w:tc>
          <w:tcPr>
            <w:tcW w:w="1417" w:type="dxa"/>
            <w:vAlign w:val="center"/>
          </w:tcPr>
          <w:p w14:paraId="052FFCA7" w14:textId="2C76A4C2" w:rsidR="007B0D2C" w:rsidRPr="0082762A" w:rsidRDefault="007B0D2C">
            <w:pPr>
              <w:rPr>
                <w:lang w:val="pl-PL"/>
              </w:rPr>
            </w:pPr>
          </w:p>
        </w:tc>
        <w:tc>
          <w:tcPr>
            <w:tcW w:w="1304" w:type="dxa"/>
            <w:vAlign w:val="center"/>
          </w:tcPr>
          <w:p w14:paraId="1CFC45FF" w14:textId="0EECC60D" w:rsidR="007B0D2C" w:rsidRPr="0082762A" w:rsidRDefault="007B0D2C">
            <w:pPr>
              <w:rPr>
                <w:lang w:val="pl-PL"/>
              </w:rPr>
            </w:pPr>
          </w:p>
        </w:tc>
        <w:tc>
          <w:tcPr>
            <w:tcW w:w="1417" w:type="dxa"/>
            <w:vAlign w:val="center"/>
          </w:tcPr>
          <w:p w14:paraId="15160B60" w14:textId="51DC63C8" w:rsidR="007B0D2C" w:rsidRPr="0082762A" w:rsidRDefault="007B0D2C">
            <w:pPr>
              <w:rPr>
                <w:lang w:val="pl-PL"/>
              </w:rPr>
            </w:pPr>
          </w:p>
        </w:tc>
        <w:tc>
          <w:tcPr>
            <w:tcW w:w="1134" w:type="dxa"/>
            <w:vAlign w:val="center"/>
          </w:tcPr>
          <w:p w14:paraId="09BF1D26" w14:textId="25D75B75" w:rsidR="007B0D2C" w:rsidRPr="0082762A" w:rsidRDefault="007B0D2C">
            <w:pPr>
              <w:rPr>
                <w:lang w:val="pl-PL"/>
              </w:rPr>
            </w:pPr>
          </w:p>
        </w:tc>
      </w:tr>
      <w:tr w:rsidR="007B0D2C" w:rsidRPr="0082762A" w14:paraId="66F5D486" w14:textId="77777777">
        <w:tc>
          <w:tcPr>
            <w:tcW w:w="454" w:type="dxa"/>
            <w:vAlign w:val="center"/>
          </w:tcPr>
          <w:p w14:paraId="0C60C72C" w14:textId="77777777" w:rsidR="007B0D2C" w:rsidRPr="0082762A" w:rsidRDefault="00835189">
            <w:pPr>
              <w:jc w:val="center"/>
              <w:rPr>
                <w:lang w:val="pl-PL"/>
              </w:rPr>
            </w:pPr>
            <w:r w:rsidRPr="0082762A">
              <w:rPr>
                <w:sz w:val="16"/>
                <w:lang w:val="pl-PL"/>
              </w:rPr>
              <w:t>3</w:t>
            </w:r>
          </w:p>
        </w:tc>
        <w:tc>
          <w:tcPr>
            <w:tcW w:w="2041" w:type="dxa"/>
            <w:vAlign w:val="center"/>
          </w:tcPr>
          <w:p w14:paraId="77C58B71" w14:textId="2C9661D2" w:rsidR="007B0D2C" w:rsidRPr="0082762A" w:rsidRDefault="007B0D2C">
            <w:pPr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7083718C" w14:textId="286E5A99" w:rsidR="007B0D2C" w:rsidRPr="0082762A" w:rsidRDefault="007B0D2C">
            <w:pPr>
              <w:rPr>
                <w:lang w:val="pl-PL"/>
              </w:rPr>
            </w:pPr>
          </w:p>
        </w:tc>
        <w:tc>
          <w:tcPr>
            <w:tcW w:w="1417" w:type="dxa"/>
            <w:vAlign w:val="center"/>
          </w:tcPr>
          <w:p w14:paraId="7DA7FFAB" w14:textId="3F39D35D" w:rsidR="007B0D2C" w:rsidRPr="0082762A" w:rsidRDefault="007B0D2C">
            <w:pPr>
              <w:rPr>
                <w:lang w:val="pl-PL"/>
              </w:rPr>
            </w:pPr>
          </w:p>
        </w:tc>
        <w:tc>
          <w:tcPr>
            <w:tcW w:w="1304" w:type="dxa"/>
            <w:vAlign w:val="center"/>
          </w:tcPr>
          <w:p w14:paraId="31082E0C" w14:textId="49EA5E8B" w:rsidR="007B0D2C" w:rsidRPr="0082762A" w:rsidRDefault="007B0D2C">
            <w:pPr>
              <w:rPr>
                <w:lang w:val="pl-PL"/>
              </w:rPr>
            </w:pPr>
          </w:p>
        </w:tc>
        <w:tc>
          <w:tcPr>
            <w:tcW w:w="1417" w:type="dxa"/>
            <w:vAlign w:val="center"/>
          </w:tcPr>
          <w:p w14:paraId="21DB3DA1" w14:textId="437DBDE2" w:rsidR="007B0D2C" w:rsidRPr="0082762A" w:rsidRDefault="007B0D2C">
            <w:pPr>
              <w:rPr>
                <w:lang w:val="pl-PL"/>
              </w:rPr>
            </w:pPr>
          </w:p>
        </w:tc>
        <w:tc>
          <w:tcPr>
            <w:tcW w:w="1134" w:type="dxa"/>
            <w:vAlign w:val="center"/>
          </w:tcPr>
          <w:p w14:paraId="72D816F6" w14:textId="3B303569" w:rsidR="007B0D2C" w:rsidRPr="0082762A" w:rsidRDefault="007B0D2C">
            <w:pPr>
              <w:rPr>
                <w:lang w:val="pl-PL"/>
              </w:rPr>
            </w:pPr>
          </w:p>
        </w:tc>
      </w:tr>
      <w:tr w:rsidR="007B0D2C" w:rsidRPr="0082762A" w14:paraId="0340B766" w14:textId="77777777">
        <w:tc>
          <w:tcPr>
            <w:tcW w:w="454" w:type="dxa"/>
            <w:vAlign w:val="center"/>
          </w:tcPr>
          <w:p w14:paraId="7FE70DF0" w14:textId="77777777" w:rsidR="007B0D2C" w:rsidRPr="0082762A" w:rsidRDefault="00835189">
            <w:pPr>
              <w:jc w:val="center"/>
              <w:rPr>
                <w:lang w:val="pl-PL"/>
              </w:rPr>
            </w:pPr>
            <w:r w:rsidRPr="0082762A">
              <w:rPr>
                <w:sz w:val="16"/>
                <w:lang w:val="pl-PL"/>
              </w:rPr>
              <w:t>4</w:t>
            </w:r>
          </w:p>
        </w:tc>
        <w:tc>
          <w:tcPr>
            <w:tcW w:w="2041" w:type="dxa"/>
            <w:vAlign w:val="center"/>
          </w:tcPr>
          <w:p w14:paraId="5E0EBAA7" w14:textId="6A069D07" w:rsidR="007B0D2C" w:rsidRPr="0082762A" w:rsidRDefault="007B0D2C">
            <w:pPr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761B8C48" w14:textId="036C3A56" w:rsidR="007B0D2C" w:rsidRPr="0082762A" w:rsidRDefault="007B0D2C">
            <w:pPr>
              <w:rPr>
                <w:lang w:val="pl-PL"/>
              </w:rPr>
            </w:pPr>
          </w:p>
        </w:tc>
        <w:tc>
          <w:tcPr>
            <w:tcW w:w="1417" w:type="dxa"/>
            <w:vAlign w:val="center"/>
          </w:tcPr>
          <w:p w14:paraId="19E18A6A" w14:textId="6D9EE2B5" w:rsidR="007B0D2C" w:rsidRPr="0082762A" w:rsidRDefault="007B0D2C">
            <w:pPr>
              <w:rPr>
                <w:lang w:val="pl-PL"/>
              </w:rPr>
            </w:pPr>
          </w:p>
        </w:tc>
        <w:tc>
          <w:tcPr>
            <w:tcW w:w="1304" w:type="dxa"/>
            <w:vAlign w:val="center"/>
          </w:tcPr>
          <w:p w14:paraId="7C87B97B" w14:textId="59174AD6" w:rsidR="007B0D2C" w:rsidRPr="0082762A" w:rsidRDefault="007B0D2C">
            <w:pPr>
              <w:rPr>
                <w:lang w:val="pl-PL"/>
              </w:rPr>
            </w:pPr>
          </w:p>
        </w:tc>
        <w:tc>
          <w:tcPr>
            <w:tcW w:w="1417" w:type="dxa"/>
            <w:vAlign w:val="center"/>
          </w:tcPr>
          <w:p w14:paraId="7DE38DA1" w14:textId="728E531C" w:rsidR="007B0D2C" w:rsidRPr="0082762A" w:rsidRDefault="007B0D2C">
            <w:pPr>
              <w:rPr>
                <w:lang w:val="pl-PL"/>
              </w:rPr>
            </w:pPr>
          </w:p>
        </w:tc>
        <w:tc>
          <w:tcPr>
            <w:tcW w:w="1134" w:type="dxa"/>
            <w:vAlign w:val="center"/>
          </w:tcPr>
          <w:p w14:paraId="1DBD53B3" w14:textId="20337EA5" w:rsidR="007B0D2C" w:rsidRPr="0082762A" w:rsidRDefault="007B0D2C">
            <w:pPr>
              <w:rPr>
                <w:lang w:val="pl-PL"/>
              </w:rPr>
            </w:pPr>
          </w:p>
        </w:tc>
      </w:tr>
      <w:tr w:rsidR="007B0D2C" w:rsidRPr="00BE648E" w14:paraId="78429DBA" w14:textId="77777777" w:rsidTr="0082762A">
        <w:tblPrEx>
          <w:tblBorders>
            <w:top w:val="single" w:sz="6" w:space="0" w:color="A6A6A6"/>
            <w:left w:val="single" w:sz="6" w:space="0" w:color="A6A6A6"/>
            <w:bottom w:val="single" w:sz="6" w:space="0" w:color="A6A6A6"/>
            <w:right w:val="single" w:sz="6" w:space="0" w:color="A6A6A6"/>
            <w:insideH w:val="single" w:sz="6" w:space="0" w:color="A6A6A6"/>
            <w:insideV w:val="single" w:sz="6" w:space="0" w:color="A6A6A6"/>
          </w:tblBorders>
        </w:tblPrEx>
        <w:tc>
          <w:tcPr>
            <w:tcW w:w="10200" w:type="dxa"/>
            <w:gridSpan w:val="7"/>
            <w:vAlign w:val="center"/>
          </w:tcPr>
          <w:p w14:paraId="64C86E76" w14:textId="77777777" w:rsidR="007B0D2C" w:rsidRPr="0082762A" w:rsidRDefault="00835189">
            <w:pPr>
              <w:rPr>
                <w:lang w:val="pl-PL"/>
              </w:rPr>
            </w:pPr>
            <w:r w:rsidRPr="0082762A">
              <w:rPr>
                <w:sz w:val="18"/>
                <w:lang w:val="pl-PL"/>
              </w:rPr>
              <w:t>Warunek SWZ: co najmniej jedna robota budowlana polegająca na remoncie, przebudowie, modernizacji albo adaptacji pomieszczeń w budynku, o wartości nie mniejszej niż 200 000,00 zł brutto, zrealizowana na podstawie jednej umowy. Do wykazu należy załączyć dowody określające, czy roboty zostały wykonane należycie.</w:t>
            </w:r>
          </w:p>
        </w:tc>
      </w:tr>
    </w:tbl>
    <w:p w14:paraId="2EA9D8E4" w14:textId="77777777" w:rsidR="007B0D2C" w:rsidRPr="0082762A" w:rsidRDefault="007B0D2C">
      <w:pPr>
        <w:rPr>
          <w:lang w:val="pl-PL"/>
        </w:rPr>
      </w:pPr>
    </w:p>
    <w:p w14:paraId="44F26118" w14:textId="77777777" w:rsidR="007B0D2C" w:rsidRPr="0082762A" w:rsidRDefault="00835189">
      <w:pPr>
        <w:spacing w:after="80" w:line="252" w:lineRule="auto"/>
        <w:rPr>
          <w:lang w:val="pl-PL"/>
        </w:rPr>
      </w:pPr>
      <w:r w:rsidRPr="0082762A">
        <w:rPr>
          <w:lang w:val="pl-PL"/>
        </w:rPr>
        <w:t>Oświadczam/y, że informacje podane w wykazie są zgodne z prawdą i aktualne na dzień złożenia wykazu.</w:t>
      </w:r>
    </w:p>
    <w:p w14:paraId="2BAEFF50" w14:textId="77777777" w:rsidR="00BE648E" w:rsidRDefault="00BE648E">
      <w:pPr>
        <w:spacing w:after="80" w:line="252" w:lineRule="auto"/>
        <w:rPr>
          <w:i/>
          <w:sz w:val="18"/>
          <w:lang w:val="pl-PL"/>
        </w:rPr>
      </w:pPr>
    </w:p>
    <w:p w14:paraId="2183AD63" w14:textId="1F6CCADB" w:rsidR="007B0D2C" w:rsidRPr="0082762A" w:rsidRDefault="00835189">
      <w:pPr>
        <w:spacing w:after="80" w:line="252" w:lineRule="auto"/>
        <w:rPr>
          <w:lang w:val="pl-PL"/>
        </w:rPr>
      </w:pPr>
      <w:r w:rsidRPr="0082762A">
        <w:rPr>
          <w:i/>
          <w:sz w:val="18"/>
          <w:lang w:val="pl-PL"/>
        </w:rPr>
        <w:t>Dokument należy sporządzić w postaci elektronicznej i opatrzyć kwalifikowanym podpisem elektronicznym, podpisem zaufanym albo podpisem osobistym, zgodnie z wymaganiami SWZ. Miejscowość i data wynikają z podpisu elektronicznego.</w:t>
      </w:r>
    </w:p>
    <w:sectPr w:rsidR="007B0D2C" w:rsidRPr="0082762A" w:rsidSect="00034616">
      <w:headerReference w:type="default" r:id="rId8"/>
      <w:footerReference w:type="default" r:id="rId9"/>
      <w:pgSz w:w="12240" w:h="15840"/>
      <w:pgMar w:top="850" w:right="1020" w:bottom="850" w:left="1020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C7C136F" w14:textId="77777777" w:rsidR="00C67B5B" w:rsidRDefault="00C67B5B">
      <w:pPr>
        <w:spacing w:after="0" w:line="240" w:lineRule="auto"/>
      </w:pPr>
      <w:r>
        <w:separator/>
      </w:r>
    </w:p>
  </w:endnote>
  <w:endnote w:type="continuationSeparator" w:id="0">
    <w:p w14:paraId="667B5845" w14:textId="77777777" w:rsidR="00C67B5B" w:rsidRDefault="00C67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A765F13" w14:textId="77777777" w:rsidR="007B0D2C" w:rsidRPr="0082762A" w:rsidRDefault="00835189">
    <w:pPr>
      <w:pStyle w:val="Stopka"/>
      <w:jc w:val="center"/>
      <w:rPr>
        <w:lang w:val="pl-PL"/>
      </w:rPr>
    </w:pPr>
    <w:r w:rsidRPr="0082762A">
      <w:rPr>
        <w:color w:val="5A5A5A"/>
        <w:sz w:val="14"/>
        <w:lang w:val="pl-PL"/>
      </w:rPr>
      <w:t>Projekt współfinansowany ze środków Europejskiego Funduszu Społecznego Plus w ramach programu Fundusze Europejskie dla Łódzkiego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4F163E1" w14:textId="77777777" w:rsidR="00C67B5B" w:rsidRDefault="00C67B5B">
      <w:pPr>
        <w:spacing w:after="0" w:line="240" w:lineRule="auto"/>
      </w:pPr>
      <w:r>
        <w:separator/>
      </w:r>
    </w:p>
  </w:footnote>
  <w:footnote w:type="continuationSeparator" w:id="0">
    <w:p w14:paraId="7496DC75" w14:textId="77777777" w:rsidR="00C67B5B" w:rsidRDefault="00C67B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061F450" w14:textId="77777777" w:rsidR="007B0D2C" w:rsidRDefault="00835189">
    <w:pPr>
      <w:pStyle w:val="Nagwek"/>
      <w:jc w:val="center"/>
    </w:pPr>
    <w:r>
      <w:rPr>
        <w:noProof/>
      </w:rPr>
      <w:drawing>
        <wp:inline distT="0" distB="0" distL="0" distR="0" wp14:anchorId="1111C629" wp14:editId="71EBCA30">
          <wp:extent cx="5760000" cy="78002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y_lodzkie_matche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00" cy="7800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2723683">
    <w:abstractNumId w:val="8"/>
  </w:num>
  <w:num w:numId="2" w16cid:durableId="1012294051">
    <w:abstractNumId w:val="6"/>
  </w:num>
  <w:num w:numId="3" w16cid:durableId="98911816">
    <w:abstractNumId w:val="5"/>
  </w:num>
  <w:num w:numId="4" w16cid:durableId="1142111548">
    <w:abstractNumId w:val="4"/>
  </w:num>
  <w:num w:numId="5" w16cid:durableId="1758671945">
    <w:abstractNumId w:val="7"/>
  </w:num>
  <w:num w:numId="6" w16cid:durableId="766191502">
    <w:abstractNumId w:val="3"/>
  </w:num>
  <w:num w:numId="7" w16cid:durableId="1041368184">
    <w:abstractNumId w:val="2"/>
  </w:num>
  <w:num w:numId="8" w16cid:durableId="762266719">
    <w:abstractNumId w:val="1"/>
  </w:num>
  <w:num w:numId="9" w16cid:durableId="17160507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274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01A52"/>
    <w:rsid w:val="0054263C"/>
    <w:rsid w:val="0077082F"/>
    <w:rsid w:val="007B0D2C"/>
    <w:rsid w:val="0082762A"/>
    <w:rsid w:val="00835189"/>
    <w:rsid w:val="008E17A9"/>
    <w:rsid w:val="00A21AB0"/>
    <w:rsid w:val="00AA1D8D"/>
    <w:rsid w:val="00B47730"/>
    <w:rsid w:val="00B61B7A"/>
    <w:rsid w:val="00BA2302"/>
    <w:rsid w:val="00BE648E"/>
    <w:rsid w:val="00C67B5B"/>
    <w:rsid w:val="00CB0664"/>
    <w:rsid w:val="00DA73E7"/>
    <w:rsid w:val="00E668E8"/>
    <w:rsid w:val="00F04E6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D4F88F7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1455</Characters>
  <Application>Microsoft Office Word</Application>
  <DocSecurity>0</DocSecurity>
  <Lines>12</Lines>
  <Paragraphs>3</Paragraphs>
  <ScaleCrop>false</ScaleCrop>
  <Manager/>
  <Company/>
  <LinksUpToDate>false</LinksUpToDate>
  <CharactersWithSpaces>1694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2026-07-10T09:01:00Z</dcterms:created>
  <dcterms:modified xsi:type="dcterms:W3CDTF">2026-08-03T07:34:00Z</dcterms:modified>
  <cp:category/>
</cp:coreProperties>
</file>