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C4449" w14:textId="2A7782AD" w:rsidR="00A72049" w:rsidRPr="007D0988" w:rsidRDefault="00000000" w:rsidP="007D0988">
      <w:pPr>
        <w:ind w:left="6096"/>
        <w:jc w:val="center"/>
        <w:rPr>
          <w:bCs/>
        </w:rPr>
      </w:pPr>
      <w:proofErr w:type="spellStart"/>
      <w:r w:rsidRPr="007D0988">
        <w:rPr>
          <w:bCs/>
          <w:sz w:val="24"/>
        </w:rPr>
        <w:t>Załącznik</w:t>
      </w:r>
      <w:proofErr w:type="spellEnd"/>
      <w:r w:rsidRPr="007D0988">
        <w:rPr>
          <w:bCs/>
          <w:sz w:val="24"/>
        </w:rPr>
        <w:t xml:space="preserve"> Nr </w:t>
      </w:r>
      <w:r w:rsidR="008E79D8" w:rsidRPr="007D0988">
        <w:rPr>
          <w:bCs/>
          <w:sz w:val="24"/>
        </w:rPr>
        <w:t>8</w:t>
      </w:r>
      <w:r w:rsidRPr="007D0988">
        <w:rPr>
          <w:bCs/>
          <w:sz w:val="24"/>
        </w:rPr>
        <w:t xml:space="preserve"> do SWZ</w:t>
      </w:r>
    </w:p>
    <w:p w14:paraId="19247BBD" w14:textId="77777777" w:rsidR="00A72049" w:rsidRDefault="00A72049"/>
    <w:p w14:paraId="27ABD116" w14:textId="7B42D9AB" w:rsidR="00A72049" w:rsidRPr="008E79D8" w:rsidRDefault="001D338D">
      <w:pPr>
        <w:jc w:val="center"/>
        <w:rPr>
          <w:lang w:val="pl-PL"/>
        </w:rPr>
      </w:pPr>
      <w:proofErr w:type="spellStart"/>
      <w:r w:rsidRPr="001D338D">
        <w:rPr>
          <w:rFonts w:ascii="Times New Roman" w:hAnsi="Times New Roman" w:cs="Times New Roman"/>
          <w:b/>
          <w:bCs/>
          <w:lang w:eastAsia="pl-PL"/>
        </w:rPr>
        <w:t>Zobowiązanie</w:t>
      </w:r>
      <w:proofErr w:type="spellEnd"/>
      <w:r w:rsidRPr="001D338D">
        <w:rPr>
          <w:rFonts w:ascii="Times New Roman" w:hAnsi="Times New Roman" w:cs="Times New Roman"/>
          <w:b/>
          <w:bCs/>
          <w:lang w:eastAsia="pl-PL"/>
        </w:rPr>
        <w:t xml:space="preserve"> </w:t>
      </w:r>
      <w:r w:rsidR="00000000" w:rsidRPr="008E79D8">
        <w:rPr>
          <w:b/>
          <w:sz w:val="24"/>
          <w:lang w:val="pl-PL"/>
        </w:rPr>
        <w:t>*</w:t>
      </w:r>
    </w:p>
    <w:p w14:paraId="05810127" w14:textId="77777777" w:rsidR="00A72049" w:rsidRPr="008E79D8" w:rsidRDefault="00000000">
      <w:pPr>
        <w:jc w:val="center"/>
        <w:rPr>
          <w:lang w:val="pl-PL"/>
        </w:rPr>
      </w:pPr>
      <w:r w:rsidRPr="008E79D8">
        <w:rPr>
          <w:lang w:val="pl-PL"/>
        </w:rPr>
        <w:t>Podmiotu udostępniającego Wykonawcy zasoby na potrzeby realizacji zamówienia</w:t>
      </w:r>
    </w:p>
    <w:p w14:paraId="4115E592" w14:textId="77777777" w:rsidR="00A72049" w:rsidRPr="008E79D8" w:rsidRDefault="00000000">
      <w:pPr>
        <w:jc w:val="center"/>
        <w:rPr>
          <w:lang w:val="pl-PL"/>
        </w:rPr>
      </w:pPr>
      <w:r w:rsidRPr="008E79D8">
        <w:rPr>
          <w:lang w:val="pl-PL"/>
        </w:rPr>
        <w:t xml:space="preserve">(art. 118 ust. 3 i 4 ustawy </w:t>
      </w:r>
      <w:proofErr w:type="spellStart"/>
      <w:r w:rsidRPr="008E79D8">
        <w:rPr>
          <w:lang w:val="pl-PL"/>
        </w:rPr>
        <w:t>Pzp</w:t>
      </w:r>
      <w:proofErr w:type="spellEnd"/>
      <w:r w:rsidRPr="008E79D8">
        <w:rPr>
          <w:lang w:val="pl-PL"/>
        </w:rPr>
        <w:t>)</w:t>
      </w:r>
    </w:p>
    <w:p w14:paraId="0014F8EB" w14:textId="77777777" w:rsidR="00A72049" w:rsidRPr="008E79D8" w:rsidRDefault="00A72049">
      <w:pPr>
        <w:rPr>
          <w:lang w:val="pl-PL"/>
        </w:rPr>
      </w:pPr>
    </w:p>
    <w:p w14:paraId="3F9E11E8" w14:textId="77777777" w:rsidR="00A72049" w:rsidRPr="008E79D8" w:rsidRDefault="00000000">
      <w:pPr>
        <w:rPr>
          <w:lang w:val="pl-PL"/>
        </w:rPr>
      </w:pPr>
      <w:r w:rsidRPr="008E79D8">
        <w:rPr>
          <w:lang w:val="pl-PL"/>
        </w:rPr>
        <w:t>Ja niżej podpisany:</w:t>
      </w:r>
    </w:p>
    <w:p w14:paraId="2E21D683" w14:textId="77777777" w:rsidR="00A72049" w:rsidRPr="008E79D8" w:rsidRDefault="00000000">
      <w:pPr>
        <w:jc w:val="center"/>
        <w:rPr>
          <w:lang w:val="pl-PL"/>
        </w:rPr>
      </w:pPr>
      <w:r w:rsidRPr="008E79D8">
        <w:rPr>
          <w:lang w:val="pl-PL"/>
        </w:rPr>
        <w:t>_________________________________________________________________</w:t>
      </w:r>
    </w:p>
    <w:p w14:paraId="632F2FE9" w14:textId="77777777" w:rsidR="00A72049" w:rsidRPr="008E79D8" w:rsidRDefault="00000000">
      <w:pPr>
        <w:rPr>
          <w:lang w:val="pl-PL"/>
        </w:rPr>
      </w:pPr>
      <w:r w:rsidRPr="008E79D8">
        <w:rPr>
          <w:lang w:val="pl-PL"/>
        </w:rPr>
        <w:t>(nazwa podmiotu udostępniającego zasoby Wykonawcy)</w:t>
      </w:r>
    </w:p>
    <w:p w14:paraId="244DF30F" w14:textId="77777777" w:rsidR="00A72049" w:rsidRPr="008E79D8" w:rsidRDefault="00A72049">
      <w:pPr>
        <w:rPr>
          <w:lang w:val="pl-PL"/>
        </w:rPr>
      </w:pPr>
    </w:p>
    <w:p w14:paraId="5D725220" w14:textId="77777777" w:rsidR="00A72049" w:rsidRPr="008E79D8" w:rsidRDefault="00000000">
      <w:pPr>
        <w:rPr>
          <w:lang w:val="pl-PL"/>
        </w:rPr>
      </w:pPr>
      <w:r w:rsidRPr="008E79D8">
        <w:rPr>
          <w:lang w:val="pl-PL"/>
        </w:rPr>
        <w:t>zobowiązuję się do oddania swoich zasobów:</w:t>
      </w:r>
    </w:p>
    <w:p w14:paraId="05C58100" w14:textId="77777777" w:rsidR="00A72049" w:rsidRPr="008E79D8" w:rsidRDefault="00A72049">
      <w:pPr>
        <w:rPr>
          <w:lang w:val="pl-PL"/>
        </w:rPr>
      </w:pPr>
    </w:p>
    <w:p w14:paraId="04F29BA5" w14:textId="77777777" w:rsidR="00A72049" w:rsidRPr="008E79D8" w:rsidRDefault="00000000">
      <w:pPr>
        <w:jc w:val="center"/>
        <w:rPr>
          <w:lang w:val="pl-PL"/>
        </w:rPr>
      </w:pPr>
      <w:r w:rsidRPr="008E79D8">
        <w:rPr>
          <w:lang w:val="pl-PL"/>
        </w:rPr>
        <w:t>_________________________________________________________________</w:t>
      </w:r>
    </w:p>
    <w:p w14:paraId="6A49B6B8" w14:textId="77777777" w:rsidR="00A72049" w:rsidRPr="008E79D8" w:rsidRDefault="00000000">
      <w:pPr>
        <w:jc w:val="center"/>
        <w:rPr>
          <w:lang w:val="pl-PL"/>
        </w:rPr>
      </w:pPr>
      <w:r w:rsidRPr="008E79D8">
        <w:rPr>
          <w:lang w:val="pl-PL"/>
        </w:rPr>
        <w:t>_________________________________________________________________</w:t>
      </w:r>
    </w:p>
    <w:p w14:paraId="28F3B060" w14:textId="77777777" w:rsidR="00A72049" w:rsidRPr="008E79D8" w:rsidRDefault="00000000">
      <w:pPr>
        <w:jc w:val="center"/>
        <w:rPr>
          <w:lang w:val="pl-PL"/>
        </w:rPr>
      </w:pPr>
      <w:r w:rsidRPr="008E79D8">
        <w:rPr>
          <w:lang w:val="pl-PL"/>
        </w:rPr>
        <w:t>_________________________________________________________________</w:t>
      </w:r>
    </w:p>
    <w:p w14:paraId="27C20C32" w14:textId="77777777" w:rsidR="00A72049" w:rsidRPr="008E79D8" w:rsidRDefault="00000000">
      <w:pPr>
        <w:jc w:val="center"/>
        <w:rPr>
          <w:lang w:val="pl-PL"/>
        </w:rPr>
      </w:pPr>
      <w:r w:rsidRPr="008E79D8">
        <w:rPr>
          <w:i/>
          <w:sz w:val="18"/>
          <w:lang w:val="pl-PL"/>
        </w:rPr>
        <w:t>(określenie zasobu - zdolności techniczne lub zawodowe, sytuacja finansowa</w:t>
      </w:r>
    </w:p>
    <w:p w14:paraId="5A5AB247" w14:textId="77777777" w:rsidR="00A72049" w:rsidRPr="008E79D8" w:rsidRDefault="00000000">
      <w:pPr>
        <w:jc w:val="center"/>
        <w:rPr>
          <w:lang w:val="pl-PL"/>
        </w:rPr>
      </w:pPr>
      <w:r w:rsidRPr="008E79D8">
        <w:rPr>
          <w:i/>
          <w:sz w:val="18"/>
          <w:lang w:val="pl-PL"/>
        </w:rPr>
        <w:t>lub ekonomiczna, wykształcenie, kwalifikacje zawodowe, doświadczenie)</w:t>
      </w:r>
    </w:p>
    <w:p w14:paraId="64763F02" w14:textId="77777777" w:rsidR="00A72049" w:rsidRPr="008E79D8" w:rsidRDefault="00A72049">
      <w:pPr>
        <w:rPr>
          <w:lang w:val="pl-PL"/>
        </w:rPr>
      </w:pPr>
    </w:p>
    <w:p w14:paraId="275C1B2D" w14:textId="77777777" w:rsidR="00A72049" w:rsidRPr="008E79D8" w:rsidRDefault="00000000">
      <w:pPr>
        <w:rPr>
          <w:lang w:val="pl-PL"/>
        </w:rPr>
      </w:pPr>
      <w:r w:rsidRPr="008E79D8">
        <w:rPr>
          <w:lang w:val="pl-PL"/>
        </w:rPr>
        <w:t>do dyspozycji Wykonawcy:</w:t>
      </w:r>
    </w:p>
    <w:p w14:paraId="138B52F6" w14:textId="77777777" w:rsidR="00A72049" w:rsidRPr="008E79D8" w:rsidRDefault="00000000">
      <w:pPr>
        <w:jc w:val="center"/>
        <w:rPr>
          <w:lang w:val="pl-PL"/>
        </w:rPr>
      </w:pPr>
      <w:r w:rsidRPr="008E79D8">
        <w:rPr>
          <w:lang w:val="pl-PL"/>
        </w:rPr>
        <w:t>_________________________________________________________________</w:t>
      </w:r>
    </w:p>
    <w:p w14:paraId="62FA5107" w14:textId="77777777" w:rsidR="00A72049" w:rsidRPr="008E79D8" w:rsidRDefault="00000000">
      <w:pPr>
        <w:rPr>
          <w:lang w:val="pl-PL"/>
        </w:rPr>
      </w:pPr>
      <w:r w:rsidRPr="008E79D8">
        <w:rPr>
          <w:lang w:val="pl-PL"/>
        </w:rPr>
        <w:t>(nazwa Wykonawcy)</w:t>
      </w:r>
    </w:p>
    <w:p w14:paraId="38035315" w14:textId="77777777" w:rsidR="00A72049" w:rsidRPr="008E79D8" w:rsidRDefault="00A72049">
      <w:pPr>
        <w:rPr>
          <w:lang w:val="pl-PL"/>
        </w:rPr>
      </w:pPr>
    </w:p>
    <w:p w14:paraId="729728CA" w14:textId="77777777" w:rsidR="00A72049" w:rsidRPr="008E79D8" w:rsidRDefault="00000000">
      <w:pPr>
        <w:rPr>
          <w:lang w:val="pl-PL"/>
        </w:rPr>
      </w:pPr>
      <w:r w:rsidRPr="008E79D8">
        <w:rPr>
          <w:lang w:val="pl-PL"/>
        </w:rPr>
        <w:t>przy wykonywaniu na rzecz:</w:t>
      </w:r>
    </w:p>
    <w:p w14:paraId="2C04B742" w14:textId="77777777" w:rsidR="00A72049" w:rsidRPr="008E79D8" w:rsidRDefault="00000000">
      <w:pPr>
        <w:jc w:val="center"/>
        <w:rPr>
          <w:lang w:val="pl-PL"/>
        </w:rPr>
      </w:pPr>
      <w:r w:rsidRPr="008E79D8">
        <w:rPr>
          <w:lang w:val="pl-PL"/>
        </w:rPr>
        <w:t>_________________________________________________________________</w:t>
      </w:r>
    </w:p>
    <w:p w14:paraId="4BF72BC7" w14:textId="77777777" w:rsidR="00A72049" w:rsidRPr="008E79D8" w:rsidRDefault="00000000">
      <w:pPr>
        <w:rPr>
          <w:lang w:val="pl-PL"/>
        </w:rPr>
      </w:pPr>
      <w:r w:rsidRPr="008E79D8">
        <w:rPr>
          <w:lang w:val="pl-PL"/>
        </w:rPr>
        <w:t>(nazwa Zamawiającego)</w:t>
      </w:r>
    </w:p>
    <w:p w14:paraId="64575219" w14:textId="77777777" w:rsidR="00A72049" w:rsidRPr="008E79D8" w:rsidRDefault="00A72049">
      <w:pPr>
        <w:rPr>
          <w:lang w:val="pl-PL"/>
        </w:rPr>
      </w:pPr>
    </w:p>
    <w:p w14:paraId="04F57D00" w14:textId="77777777" w:rsidR="00A72049" w:rsidRPr="008E79D8" w:rsidRDefault="00000000">
      <w:pPr>
        <w:rPr>
          <w:lang w:val="pl-PL"/>
        </w:rPr>
      </w:pPr>
      <w:r w:rsidRPr="008E79D8">
        <w:rPr>
          <w:lang w:val="pl-PL"/>
        </w:rPr>
        <w:lastRenderedPageBreak/>
        <w:t>zamówienia pn.:</w:t>
      </w:r>
    </w:p>
    <w:p w14:paraId="58C91C66" w14:textId="77777777" w:rsidR="00A72049" w:rsidRPr="008E79D8" w:rsidRDefault="00000000">
      <w:pPr>
        <w:jc w:val="center"/>
        <w:rPr>
          <w:lang w:val="pl-PL"/>
        </w:rPr>
      </w:pPr>
      <w:r w:rsidRPr="008E79D8">
        <w:rPr>
          <w:lang w:val="pl-PL"/>
        </w:rPr>
        <w:t>_________________________________________________________________</w:t>
      </w:r>
    </w:p>
    <w:p w14:paraId="3653661F" w14:textId="77777777" w:rsidR="00A72049" w:rsidRPr="008E79D8" w:rsidRDefault="00000000">
      <w:pPr>
        <w:jc w:val="center"/>
        <w:rPr>
          <w:lang w:val="pl-PL"/>
        </w:rPr>
      </w:pPr>
      <w:r w:rsidRPr="008E79D8">
        <w:rPr>
          <w:lang w:val="pl-PL"/>
        </w:rPr>
        <w:t>_________________________________________________________________</w:t>
      </w:r>
    </w:p>
    <w:p w14:paraId="388190C6" w14:textId="77777777" w:rsidR="00A72049" w:rsidRPr="008E79D8" w:rsidRDefault="00000000">
      <w:pPr>
        <w:rPr>
          <w:lang w:val="pl-PL"/>
        </w:rPr>
      </w:pPr>
      <w:r w:rsidRPr="008E79D8">
        <w:rPr>
          <w:lang w:val="pl-PL"/>
        </w:rPr>
        <w:t>(nazwa zamówienia)</w:t>
      </w:r>
    </w:p>
    <w:p w14:paraId="5D9BC9C7" w14:textId="77777777" w:rsidR="00A72049" w:rsidRPr="008E79D8" w:rsidRDefault="00A72049">
      <w:pPr>
        <w:rPr>
          <w:lang w:val="pl-PL"/>
        </w:rPr>
      </w:pPr>
    </w:p>
    <w:p w14:paraId="3C98CCEE" w14:textId="77777777" w:rsidR="00A72049" w:rsidRPr="008E79D8" w:rsidRDefault="00000000">
      <w:pPr>
        <w:rPr>
          <w:lang w:val="pl-PL"/>
        </w:rPr>
      </w:pPr>
      <w:r w:rsidRPr="008E79D8">
        <w:rPr>
          <w:lang w:val="pl-PL"/>
        </w:rPr>
        <w:t>oświadczam, że:</w:t>
      </w:r>
    </w:p>
    <w:p w14:paraId="4CFAA70B" w14:textId="77777777" w:rsidR="00A72049" w:rsidRPr="008E79D8" w:rsidRDefault="00A72049">
      <w:pPr>
        <w:rPr>
          <w:lang w:val="pl-PL"/>
        </w:rPr>
      </w:pPr>
    </w:p>
    <w:p w14:paraId="46E73001" w14:textId="77777777" w:rsidR="00A72049" w:rsidRPr="008E79D8" w:rsidRDefault="00000000">
      <w:pPr>
        <w:rPr>
          <w:lang w:val="pl-PL"/>
        </w:rPr>
      </w:pPr>
      <w:r w:rsidRPr="008E79D8">
        <w:rPr>
          <w:b/>
          <w:lang w:val="pl-PL"/>
        </w:rPr>
        <w:t>1. Udostępniam Wykonawcy wyżej wymienione zasoby w następującym zakresie:</w:t>
      </w:r>
    </w:p>
    <w:p w14:paraId="2E297C7E" w14:textId="77777777" w:rsidR="00A72049" w:rsidRPr="008E79D8" w:rsidRDefault="00000000">
      <w:pPr>
        <w:rPr>
          <w:lang w:val="pl-PL"/>
        </w:rPr>
      </w:pPr>
      <w:r w:rsidRPr="008E79D8">
        <w:rPr>
          <w:lang w:val="pl-PL"/>
        </w:rPr>
        <w:t>_________________________________________________________________</w:t>
      </w:r>
    </w:p>
    <w:p w14:paraId="0899B75B" w14:textId="77777777" w:rsidR="00A72049" w:rsidRPr="008E79D8" w:rsidRDefault="00000000">
      <w:pPr>
        <w:rPr>
          <w:lang w:val="pl-PL"/>
        </w:rPr>
      </w:pPr>
      <w:r w:rsidRPr="008E79D8">
        <w:rPr>
          <w:lang w:val="pl-PL"/>
        </w:rPr>
        <w:t>_________________________________________________________________</w:t>
      </w:r>
    </w:p>
    <w:p w14:paraId="0C1BDFC6" w14:textId="77777777" w:rsidR="00A72049" w:rsidRPr="008E79D8" w:rsidRDefault="00000000">
      <w:pPr>
        <w:rPr>
          <w:lang w:val="pl-PL"/>
        </w:rPr>
      </w:pPr>
      <w:r w:rsidRPr="008E79D8">
        <w:rPr>
          <w:lang w:val="pl-PL"/>
        </w:rPr>
        <w:t>_________________________________________________________________</w:t>
      </w:r>
    </w:p>
    <w:p w14:paraId="24646DDF" w14:textId="77777777" w:rsidR="00A72049" w:rsidRPr="008E79D8" w:rsidRDefault="00000000">
      <w:pPr>
        <w:rPr>
          <w:lang w:val="pl-PL"/>
        </w:rPr>
      </w:pPr>
      <w:r w:rsidRPr="008E79D8">
        <w:rPr>
          <w:lang w:val="pl-PL"/>
        </w:rPr>
        <w:t>_________________________________________________________________</w:t>
      </w:r>
    </w:p>
    <w:p w14:paraId="3BD7CDAB" w14:textId="77777777" w:rsidR="00A72049" w:rsidRPr="008E79D8" w:rsidRDefault="00A72049">
      <w:pPr>
        <w:rPr>
          <w:lang w:val="pl-PL"/>
        </w:rPr>
      </w:pPr>
    </w:p>
    <w:p w14:paraId="60F9E1CD" w14:textId="77777777" w:rsidR="00A72049" w:rsidRPr="008E79D8" w:rsidRDefault="00000000">
      <w:pPr>
        <w:rPr>
          <w:lang w:val="pl-PL"/>
        </w:rPr>
      </w:pPr>
      <w:r w:rsidRPr="008E79D8">
        <w:rPr>
          <w:b/>
          <w:lang w:val="pl-PL"/>
        </w:rPr>
        <w:t>2. Sposób i okres udostępnienia oraz wykorzystania udostępnionych wykonawcy zasobów będzie następujący:</w:t>
      </w:r>
    </w:p>
    <w:p w14:paraId="6D5856A7" w14:textId="77777777" w:rsidR="00A72049" w:rsidRPr="008E79D8" w:rsidRDefault="00000000">
      <w:pPr>
        <w:rPr>
          <w:lang w:val="pl-PL"/>
        </w:rPr>
      </w:pPr>
      <w:r w:rsidRPr="008E79D8">
        <w:rPr>
          <w:lang w:val="pl-PL"/>
        </w:rPr>
        <w:t>_________________________________________________________________</w:t>
      </w:r>
    </w:p>
    <w:p w14:paraId="7101350F" w14:textId="77777777" w:rsidR="00A72049" w:rsidRPr="008E79D8" w:rsidRDefault="00000000">
      <w:pPr>
        <w:rPr>
          <w:lang w:val="pl-PL"/>
        </w:rPr>
      </w:pPr>
      <w:r w:rsidRPr="008E79D8">
        <w:rPr>
          <w:lang w:val="pl-PL"/>
        </w:rPr>
        <w:t>_________________________________________________________________</w:t>
      </w:r>
    </w:p>
    <w:p w14:paraId="565D6BF8" w14:textId="77777777" w:rsidR="00A72049" w:rsidRPr="008E79D8" w:rsidRDefault="00000000">
      <w:pPr>
        <w:rPr>
          <w:lang w:val="pl-PL"/>
        </w:rPr>
      </w:pPr>
      <w:r w:rsidRPr="008E79D8">
        <w:rPr>
          <w:lang w:val="pl-PL"/>
        </w:rPr>
        <w:t>_________________________________________________________________</w:t>
      </w:r>
    </w:p>
    <w:p w14:paraId="5903FC1C" w14:textId="77777777" w:rsidR="00A72049" w:rsidRPr="008E79D8" w:rsidRDefault="00000000">
      <w:pPr>
        <w:rPr>
          <w:lang w:val="pl-PL"/>
        </w:rPr>
      </w:pPr>
      <w:r w:rsidRPr="008E79D8">
        <w:rPr>
          <w:lang w:val="pl-PL"/>
        </w:rPr>
        <w:t>_________________________________________________________________</w:t>
      </w:r>
    </w:p>
    <w:p w14:paraId="08EB910C" w14:textId="77777777" w:rsidR="00A72049" w:rsidRPr="008E79D8" w:rsidRDefault="00A72049">
      <w:pPr>
        <w:rPr>
          <w:lang w:val="pl-PL"/>
        </w:rPr>
      </w:pPr>
    </w:p>
    <w:p w14:paraId="502828CA" w14:textId="77777777" w:rsidR="00A72049" w:rsidRPr="008E79D8" w:rsidRDefault="00000000">
      <w:pPr>
        <w:rPr>
          <w:lang w:val="pl-PL"/>
        </w:rPr>
      </w:pPr>
      <w:r w:rsidRPr="008E79D8">
        <w:rPr>
          <w:b/>
          <w:lang w:val="pl-PL"/>
        </w:rPr>
        <w:t>3. Jako podmiot udostępniający zdolności w postaci wykształcenia, kwalifikacji zawodowych lub doświadczenia będę realizował dostawy lub usługi, których wskazane zdolności dotyczą **</w:t>
      </w:r>
    </w:p>
    <w:p w14:paraId="2FB1A666" w14:textId="77777777" w:rsidR="00A72049" w:rsidRPr="008E79D8" w:rsidRDefault="00000000">
      <w:pPr>
        <w:rPr>
          <w:lang w:val="pl-PL"/>
        </w:rPr>
      </w:pPr>
      <w:r w:rsidRPr="008E79D8">
        <w:rPr>
          <w:i/>
          <w:sz w:val="18"/>
          <w:lang w:val="pl-PL"/>
        </w:rPr>
        <w:t>(wypełnić tylko w przypadku udostępniania zasobów w postaci wykształcenia,</w:t>
      </w:r>
    </w:p>
    <w:p w14:paraId="4D4968CD" w14:textId="77777777" w:rsidR="00A72049" w:rsidRPr="008E79D8" w:rsidRDefault="00000000">
      <w:pPr>
        <w:rPr>
          <w:lang w:val="pl-PL"/>
        </w:rPr>
      </w:pPr>
      <w:r w:rsidRPr="008E79D8">
        <w:rPr>
          <w:i/>
          <w:sz w:val="18"/>
          <w:lang w:val="pl-PL"/>
        </w:rPr>
        <w:t>kwalifikacji zawodowych lub doświadczenia)</w:t>
      </w:r>
    </w:p>
    <w:p w14:paraId="144660D5" w14:textId="77777777" w:rsidR="00A72049" w:rsidRPr="008E79D8" w:rsidRDefault="00A72049">
      <w:pPr>
        <w:rPr>
          <w:lang w:val="pl-PL"/>
        </w:rPr>
      </w:pPr>
    </w:p>
    <w:p w14:paraId="6AFD957B" w14:textId="77777777" w:rsidR="00A72049" w:rsidRPr="008E79D8" w:rsidRDefault="00000000">
      <w:pPr>
        <w:rPr>
          <w:lang w:val="pl-PL"/>
        </w:rPr>
      </w:pPr>
      <w:r w:rsidRPr="008E79D8">
        <w:rPr>
          <w:b/>
          <w:lang w:val="pl-PL"/>
        </w:rPr>
        <w:t>4. Zakres mojego udziału przy realizacji zamówienia będzie polegał na:</w:t>
      </w:r>
    </w:p>
    <w:p w14:paraId="1D5C822D" w14:textId="77777777" w:rsidR="00A72049" w:rsidRPr="008E79D8" w:rsidRDefault="00000000">
      <w:pPr>
        <w:rPr>
          <w:lang w:val="pl-PL"/>
        </w:rPr>
      </w:pPr>
      <w:r w:rsidRPr="008E79D8">
        <w:rPr>
          <w:lang w:val="pl-PL"/>
        </w:rPr>
        <w:t>_________________________________________________________________</w:t>
      </w:r>
    </w:p>
    <w:p w14:paraId="00FAC0CF" w14:textId="77777777" w:rsidR="00A72049" w:rsidRPr="008E79D8" w:rsidRDefault="00000000">
      <w:pPr>
        <w:rPr>
          <w:lang w:val="pl-PL"/>
        </w:rPr>
      </w:pPr>
      <w:r w:rsidRPr="008E79D8">
        <w:rPr>
          <w:lang w:val="pl-PL"/>
        </w:rPr>
        <w:lastRenderedPageBreak/>
        <w:t>_________________________________________________________________</w:t>
      </w:r>
    </w:p>
    <w:p w14:paraId="2EC36B1D" w14:textId="77777777" w:rsidR="00A72049" w:rsidRPr="008E79D8" w:rsidRDefault="00000000">
      <w:pPr>
        <w:rPr>
          <w:lang w:val="pl-PL"/>
        </w:rPr>
      </w:pPr>
      <w:r w:rsidRPr="008E79D8">
        <w:rPr>
          <w:lang w:val="pl-PL"/>
        </w:rPr>
        <w:t>_________________________________________________________________</w:t>
      </w:r>
    </w:p>
    <w:p w14:paraId="19F10DEE" w14:textId="77777777" w:rsidR="00A72049" w:rsidRPr="008E79D8" w:rsidRDefault="00000000">
      <w:pPr>
        <w:rPr>
          <w:lang w:val="pl-PL"/>
        </w:rPr>
      </w:pPr>
      <w:r w:rsidRPr="008E79D8">
        <w:rPr>
          <w:lang w:val="pl-PL"/>
        </w:rPr>
        <w:t>_________________________________________________________________</w:t>
      </w:r>
    </w:p>
    <w:p w14:paraId="4FB032FF" w14:textId="77777777" w:rsidR="00A72049" w:rsidRPr="008E79D8" w:rsidRDefault="00A72049">
      <w:pPr>
        <w:rPr>
          <w:lang w:val="pl-PL"/>
        </w:rPr>
      </w:pPr>
    </w:p>
    <w:p w14:paraId="35A1466E" w14:textId="77777777" w:rsidR="00A72049" w:rsidRPr="008E79D8" w:rsidRDefault="00000000">
      <w:pPr>
        <w:rPr>
          <w:lang w:val="pl-PL"/>
        </w:rPr>
      </w:pPr>
      <w:r w:rsidRPr="008E79D8">
        <w:rPr>
          <w:b/>
          <w:lang w:val="pl-PL"/>
        </w:rPr>
        <w:t>5. Charakter stosunku łączącego mnie z Wykonawcą będzie następujący:</w:t>
      </w:r>
    </w:p>
    <w:p w14:paraId="0717A768" w14:textId="77777777" w:rsidR="00A72049" w:rsidRPr="008E79D8" w:rsidRDefault="00000000">
      <w:pPr>
        <w:rPr>
          <w:lang w:val="pl-PL"/>
        </w:rPr>
      </w:pPr>
      <w:r w:rsidRPr="008E79D8">
        <w:rPr>
          <w:lang w:val="pl-PL"/>
        </w:rPr>
        <w:t>_________________________________________________________________</w:t>
      </w:r>
    </w:p>
    <w:p w14:paraId="317DF229" w14:textId="77777777" w:rsidR="00A72049" w:rsidRPr="008E79D8" w:rsidRDefault="00000000">
      <w:pPr>
        <w:rPr>
          <w:lang w:val="pl-PL"/>
        </w:rPr>
      </w:pPr>
      <w:r w:rsidRPr="008E79D8">
        <w:rPr>
          <w:lang w:val="pl-PL"/>
        </w:rPr>
        <w:t>_________________________________________________________________</w:t>
      </w:r>
    </w:p>
    <w:p w14:paraId="47BFDD45" w14:textId="77777777" w:rsidR="00A72049" w:rsidRPr="008E79D8" w:rsidRDefault="00000000">
      <w:pPr>
        <w:rPr>
          <w:lang w:val="pl-PL"/>
        </w:rPr>
      </w:pPr>
      <w:r w:rsidRPr="008E79D8">
        <w:rPr>
          <w:lang w:val="pl-PL"/>
        </w:rPr>
        <w:t>_________________________________________________________________</w:t>
      </w:r>
    </w:p>
    <w:p w14:paraId="269879C2" w14:textId="77777777" w:rsidR="00A72049" w:rsidRPr="008E79D8" w:rsidRDefault="00A72049">
      <w:pPr>
        <w:rPr>
          <w:lang w:val="pl-PL"/>
        </w:rPr>
      </w:pPr>
    </w:p>
    <w:p w14:paraId="4283CB36" w14:textId="77777777" w:rsidR="00A72049" w:rsidRPr="008E79D8" w:rsidRDefault="00000000">
      <w:pPr>
        <w:rPr>
          <w:lang w:val="pl-PL"/>
        </w:rPr>
      </w:pPr>
      <w:r w:rsidRPr="008E79D8">
        <w:rPr>
          <w:b/>
          <w:lang w:val="pl-PL"/>
        </w:rPr>
        <w:t>6. Okres mojego udziału przy wykonywaniu zamówienia będzie następujący:</w:t>
      </w:r>
    </w:p>
    <w:p w14:paraId="5517B83F" w14:textId="77777777" w:rsidR="00A72049" w:rsidRPr="008E79D8" w:rsidRDefault="00000000">
      <w:pPr>
        <w:rPr>
          <w:lang w:val="pl-PL"/>
        </w:rPr>
      </w:pPr>
      <w:r w:rsidRPr="008E79D8">
        <w:rPr>
          <w:lang w:val="pl-PL"/>
        </w:rPr>
        <w:t>_________________________________________________________________</w:t>
      </w:r>
    </w:p>
    <w:p w14:paraId="0A043CBB" w14:textId="77777777" w:rsidR="00A72049" w:rsidRPr="008E79D8" w:rsidRDefault="00000000">
      <w:pPr>
        <w:rPr>
          <w:lang w:val="pl-PL"/>
        </w:rPr>
      </w:pPr>
      <w:r w:rsidRPr="008E79D8">
        <w:rPr>
          <w:lang w:val="pl-PL"/>
        </w:rPr>
        <w:t>_________________________________________________________________</w:t>
      </w:r>
    </w:p>
    <w:p w14:paraId="5F9A7E5D" w14:textId="77777777" w:rsidR="00A72049" w:rsidRPr="008E79D8" w:rsidRDefault="00A72049">
      <w:pPr>
        <w:rPr>
          <w:lang w:val="pl-PL"/>
        </w:rPr>
      </w:pPr>
    </w:p>
    <w:p w14:paraId="44EEAAF9" w14:textId="77777777" w:rsidR="00A72049" w:rsidRPr="008E79D8" w:rsidRDefault="00A72049">
      <w:pPr>
        <w:rPr>
          <w:lang w:val="pl-PL"/>
        </w:rPr>
      </w:pPr>
    </w:p>
    <w:p w14:paraId="1321EF99" w14:textId="77777777" w:rsidR="00A72049" w:rsidRPr="008E79D8" w:rsidRDefault="00000000">
      <w:pPr>
        <w:rPr>
          <w:lang w:val="pl-PL"/>
        </w:rPr>
      </w:pPr>
      <w:r w:rsidRPr="008E79D8">
        <w:rPr>
          <w:lang w:val="pl-PL"/>
        </w:rPr>
        <w:t>_______________________, dnia _________________</w:t>
      </w:r>
    </w:p>
    <w:p w14:paraId="17F16B98" w14:textId="77777777" w:rsidR="00A72049" w:rsidRPr="008E79D8" w:rsidRDefault="00A72049">
      <w:pPr>
        <w:rPr>
          <w:lang w:val="pl-PL"/>
        </w:rPr>
      </w:pPr>
    </w:p>
    <w:p w14:paraId="23B963BD" w14:textId="77777777" w:rsidR="00A72049" w:rsidRPr="008E79D8" w:rsidRDefault="00A72049">
      <w:pPr>
        <w:rPr>
          <w:lang w:val="pl-PL"/>
        </w:rPr>
      </w:pPr>
    </w:p>
    <w:p w14:paraId="1A340202" w14:textId="77777777" w:rsidR="00A72049" w:rsidRPr="008E79D8" w:rsidRDefault="00000000">
      <w:pPr>
        <w:jc w:val="right"/>
        <w:rPr>
          <w:lang w:val="pl-PL"/>
        </w:rPr>
      </w:pPr>
      <w:r w:rsidRPr="008E79D8">
        <w:rPr>
          <w:lang w:val="pl-PL"/>
        </w:rPr>
        <w:t>_________________________________________________</w:t>
      </w:r>
    </w:p>
    <w:p w14:paraId="583DD0FB" w14:textId="77777777" w:rsidR="00A72049" w:rsidRPr="008E79D8" w:rsidRDefault="00000000">
      <w:pPr>
        <w:jc w:val="right"/>
        <w:rPr>
          <w:lang w:val="pl-PL"/>
        </w:rPr>
      </w:pPr>
      <w:r w:rsidRPr="008E79D8">
        <w:rPr>
          <w:i/>
          <w:sz w:val="18"/>
          <w:lang w:val="pl-PL"/>
        </w:rPr>
        <w:t>(Niniejsze zobowiązanie należy opatrzyć kwalifikowanym</w:t>
      </w:r>
    </w:p>
    <w:p w14:paraId="5687073F" w14:textId="77777777" w:rsidR="00A72049" w:rsidRPr="008E79D8" w:rsidRDefault="00000000">
      <w:pPr>
        <w:jc w:val="right"/>
        <w:rPr>
          <w:lang w:val="pl-PL"/>
        </w:rPr>
      </w:pPr>
      <w:r w:rsidRPr="008E79D8">
        <w:rPr>
          <w:i/>
          <w:sz w:val="18"/>
          <w:lang w:val="pl-PL"/>
        </w:rPr>
        <w:t>podpisem elektronicznym, podpisem zaufanym lub podpisem</w:t>
      </w:r>
    </w:p>
    <w:p w14:paraId="152DE277" w14:textId="77777777" w:rsidR="00A72049" w:rsidRPr="008E79D8" w:rsidRDefault="00000000">
      <w:pPr>
        <w:jc w:val="right"/>
        <w:rPr>
          <w:lang w:val="pl-PL"/>
        </w:rPr>
      </w:pPr>
      <w:r w:rsidRPr="008E79D8">
        <w:rPr>
          <w:i/>
          <w:sz w:val="18"/>
          <w:lang w:val="pl-PL"/>
        </w:rPr>
        <w:t>osobistym osoby uprawnionej)</w:t>
      </w:r>
    </w:p>
    <w:p w14:paraId="1C55BC42" w14:textId="77777777" w:rsidR="00A72049" w:rsidRPr="008E79D8" w:rsidRDefault="00A72049">
      <w:pPr>
        <w:rPr>
          <w:lang w:val="pl-PL"/>
        </w:rPr>
      </w:pPr>
    </w:p>
    <w:p w14:paraId="2023FF54" w14:textId="77777777" w:rsidR="00A72049" w:rsidRPr="008E79D8" w:rsidRDefault="00A72049">
      <w:pPr>
        <w:rPr>
          <w:lang w:val="pl-PL"/>
        </w:rPr>
      </w:pPr>
    </w:p>
    <w:p w14:paraId="2006FAB5" w14:textId="77777777" w:rsidR="00A72049" w:rsidRPr="008E79D8" w:rsidRDefault="00000000">
      <w:pPr>
        <w:rPr>
          <w:lang w:val="pl-PL"/>
        </w:rPr>
      </w:pPr>
      <w:r w:rsidRPr="008E79D8">
        <w:rPr>
          <w:sz w:val="18"/>
          <w:lang w:val="pl-PL"/>
        </w:rPr>
        <w:t>* Dokument składany wraz z ofertą tylko w sytuacji, gdy Wykonawca powołuje się na zasoby innego podmiotu.</w:t>
      </w:r>
    </w:p>
    <w:p w14:paraId="46CCA647" w14:textId="77777777" w:rsidR="00A72049" w:rsidRPr="008E79D8" w:rsidRDefault="00A72049">
      <w:pPr>
        <w:rPr>
          <w:lang w:val="pl-PL"/>
        </w:rPr>
      </w:pPr>
    </w:p>
    <w:p w14:paraId="3413D84C" w14:textId="77777777" w:rsidR="00A72049" w:rsidRPr="008E79D8" w:rsidRDefault="00000000">
      <w:pPr>
        <w:rPr>
          <w:lang w:val="pl-PL"/>
        </w:rPr>
      </w:pPr>
      <w:r w:rsidRPr="008E79D8">
        <w:rPr>
          <w:sz w:val="18"/>
          <w:lang w:val="pl-PL"/>
        </w:rPr>
        <w:t xml:space="preserve">** Zgodnie z art. 118 ust. 4 ustawy </w:t>
      </w:r>
      <w:proofErr w:type="spellStart"/>
      <w:r w:rsidRPr="008E79D8">
        <w:rPr>
          <w:sz w:val="18"/>
          <w:lang w:val="pl-PL"/>
        </w:rPr>
        <w:t>Pzp</w:t>
      </w:r>
      <w:proofErr w:type="spellEnd"/>
      <w:r w:rsidRPr="008E79D8">
        <w:rPr>
          <w:sz w:val="18"/>
          <w:lang w:val="pl-PL"/>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8E79D8">
        <w:rPr>
          <w:sz w:val="18"/>
          <w:lang w:val="pl-PL"/>
        </w:rPr>
        <w:lastRenderedPageBreak/>
        <w:t>dowodowy potwierdzający, że wykonawca realizując zamówienie, będzie dysponował niezbędnymi zasobami tych podmiotów.</w:t>
      </w:r>
    </w:p>
    <w:p w14:paraId="785DA1AA" w14:textId="77777777" w:rsidR="00A72049" w:rsidRPr="008E79D8" w:rsidRDefault="00A72049">
      <w:pPr>
        <w:rPr>
          <w:lang w:val="pl-PL"/>
        </w:rPr>
      </w:pPr>
    </w:p>
    <w:p w14:paraId="3B0FF098" w14:textId="77777777" w:rsidR="00A72049" w:rsidRPr="008E79D8" w:rsidRDefault="00000000">
      <w:pPr>
        <w:rPr>
          <w:lang w:val="pl-PL"/>
        </w:rPr>
      </w:pPr>
      <w:r w:rsidRPr="008E79D8">
        <w:rPr>
          <w:sz w:val="18"/>
          <w:lang w:val="pl-PL"/>
        </w:rPr>
        <w:t xml:space="preserve">Zamawiający informuje, że zgodnie z przepisami ustawy Prawo zamówień publicznych, zamiast niniejszego załącznika wykonawca może do oferty załączyć inny podmiotowy środek dowodowy potwierdzający, że wykonawca realizując zamówienie, będzie dysponował niezbędnymi zasobami tych podmiotów (art. 118 ust. 3 ustawy </w:t>
      </w:r>
      <w:proofErr w:type="spellStart"/>
      <w:r w:rsidRPr="008E79D8">
        <w:rPr>
          <w:sz w:val="18"/>
          <w:lang w:val="pl-PL"/>
        </w:rPr>
        <w:t>Pzp</w:t>
      </w:r>
      <w:proofErr w:type="spellEnd"/>
      <w:r w:rsidRPr="008E79D8">
        <w:rPr>
          <w:sz w:val="18"/>
          <w:lang w:val="pl-PL"/>
        </w:rPr>
        <w:t>).</w:t>
      </w:r>
    </w:p>
    <w:p w14:paraId="6D8DB82E" w14:textId="77777777" w:rsidR="00A72049" w:rsidRPr="008E79D8" w:rsidRDefault="00A72049">
      <w:pPr>
        <w:rPr>
          <w:lang w:val="pl-PL"/>
        </w:rPr>
      </w:pPr>
    </w:p>
    <w:p w14:paraId="70DFA90E" w14:textId="77777777" w:rsidR="00A72049" w:rsidRPr="008E79D8" w:rsidRDefault="00000000">
      <w:pPr>
        <w:rPr>
          <w:lang w:val="pl-PL"/>
        </w:rPr>
      </w:pPr>
      <w:r w:rsidRPr="008E79D8">
        <w:rPr>
          <w:b/>
          <w:sz w:val="20"/>
          <w:lang w:val="pl-PL"/>
        </w:rPr>
        <w:t>UWAGA:</w:t>
      </w:r>
    </w:p>
    <w:p w14:paraId="4F65711A" w14:textId="77777777" w:rsidR="00A72049" w:rsidRPr="008E79D8" w:rsidRDefault="00000000">
      <w:pPr>
        <w:rPr>
          <w:lang w:val="pl-PL"/>
        </w:rPr>
      </w:pPr>
      <w:r w:rsidRPr="008E79D8">
        <w:rPr>
          <w:sz w:val="18"/>
          <w:lang w:val="pl-PL"/>
        </w:rPr>
        <w:t>Zamawiający zaleca przed podpisaniem, zapisanie dokumentu w formacie .pdf</w:t>
      </w:r>
    </w:p>
    <w:p w14:paraId="01B0C565" w14:textId="77777777" w:rsidR="00A72049" w:rsidRPr="008E79D8" w:rsidRDefault="00000000">
      <w:pPr>
        <w:rPr>
          <w:lang w:val="pl-PL"/>
        </w:rPr>
      </w:pPr>
      <w:r w:rsidRPr="008E79D8">
        <w:rPr>
          <w:sz w:val="18"/>
          <w:lang w:val="pl-PL"/>
        </w:rPr>
        <w:t>Dokument należy wypełnić i podpisać kwalifikowanym podpisem elektronicznym lub podpisem zaufanym lub podpisem osobistym przez podmiot/osobę udostępniający/</w:t>
      </w:r>
      <w:proofErr w:type="spellStart"/>
      <w:r w:rsidRPr="008E79D8">
        <w:rPr>
          <w:sz w:val="18"/>
          <w:lang w:val="pl-PL"/>
        </w:rPr>
        <w:t>ącą</w:t>
      </w:r>
      <w:proofErr w:type="spellEnd"/>
      <w:r w:rsidRPr="008E79D8">
        <w:rPr>
          <w:sz w:val="18"/>
          <w:lang w:val="pl-PL"/>
        </w:rPr>
        <w:t xml:space="preserve"> zasoby.</w:t>
      </w:r>
    </w:p>
    <w:sectPr w:rsidR="00A72049" w:rsidRPr="008E79D8" w:rsidSect="00B456E3">
      <w:headerReference w:type="default" r:id="rId8"/>
      <w:footerReference w:type="default" r:id="rId9"/>
      <w:pgSz w:w="12240" w:h="15840"/>
      <w:pgMar w:top="1440" w:right="1800" w:bottom="1440" w:left="1800" w:header="283"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1AFF0" w14:textId="77777777" w:rsidR="003122E4" w:rsidRDefault="003122E4" w:rsidP="001D338D">
      <w:pPr>
        <w:spacing w:after="0" w:line="240" w:lineRule="auto"/>
      </w:pPr>
      <w:r>
        <w:separator/>
      </w:r>
    </w:p>
  </w:endnote>
  <w:endnote w:type="continuationSeparator" w:id="0">
    <w:p w14:paraId="4A13FF4B" w14:textId="77777777" w:rsidR="003122E4" w:rsidRDefault="003122E4" w:rsidP="001D3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38F5" w14:textId="4B9EC52A" w:rsidR="00B456E3" w:rsidRDefault="00B456E3" w:rsidP="00B456E3">
    <w:pPr>
      <w:pStyle w:val="Stopka"/>
      <w:jc w:val="center"/>
    </w:pPr>
    <w:r>
      <w:rPr>
        <w:rFonts w:cstheme="minorHAnsi"/>
        <w:noProof/>
        <w:color w:val="474747"/>
        <w:sz w:val="10"/>
        <w:szCs w:val="10"/>
        <w:lang w:eastAsia="pl-PL"/>
      </w:rPr>
      <w:drawing>
        <wp:inline distT="0" distB="0" distL="0" distR="0" wp14:anchorId="1159F602" wp14:editId="433F5E0D">
          <wp:extent cx="4434840" cy="335280"/>
          <wp:effectExtent l="0" t="0" r="0" b="7620"/>
          <wp:docPr id="1653545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AC000" w14:textId="77777777" w:rsidR="003122E4" w:rsidRDefault="003122E4" w:rsidP="001D338D">
      <w:pPr>
        <w:spacing w:after="0" w:line="240" w:lineRule="auto"/>
      </w:pPr>
      <w:r>
        <w:separator/>
      </w:r>
    </w:p>
  </w:footnote>
  <w:footnote w:type="continuationSeparator" w:id="0">
    <w:p w14:paraId="4239A1E2" w14:textId="77777777" w:rsidR="003122E4" w:rsidRDefault="003122E4" w:rsidP="001D3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2775" w14:textId="24FEC8AE" w:rsidR="001D338D" w:rsidRDefault="00B456E3">
    <w:pPr>
      <w:pStyle w:val="Nagwek"/>
    </w:pPr>
    <w:r w:rsidRPr="00CA518A">
      <w:rPr>
        <w:rFonts w:cstheme="minorHAnsi"/>
        <w:noProof/>
        <w:color w:val="646464"/>
        <w:sz w:val="10"/>
        <w:szCs w:val="10"/>
      </w:rPr>
      <w:drawing>
        <wp:anchor distT="0" distB="0" distL="114300" distR="114300" simplePos="0" relativeHeight="251659264" behindDoc="1" locked="0" layoutInCell="1" allowOverlap="1" wp14:anchorId="07CDF9DD" wp14:editId="300F4D8E">
          <wp:simplePos x="0" y="0"/>
          <wp:positionH relativeFrom="margin">
            <wp:posOffset>-1013460</wp:posOffset>
          </wp:positionH>
          <wp:positionV relativeFrom="margin">
            <wp:align>bottom</wp:align>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38D">
      <w:rPr>
        <w:noProof/>
      </w:rPr>
      <w:drawing>
        <wp:inline distT="0" distB="0" distL="0" distR="0" wp14:anchorId="25941F86" wp14:editId="31136ABE">
          <wp:extent cx="1928267" cy="557100"/>
          <wp:effectExtent l="0" t="0" r="0" b="0"/>
          <wp:docPr id="930550896" name="Obraz 3"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descr="Obraz zawierający Czcionka, Grafika, design&#10;&#10;Zawartość wygenerowana przez AI może być niepoprawna."/>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179663953">
    <w:abstractNumId w:val="8"/>
  </w:num>
  <w:num w:numId="2" w16cid:durableId="420221717">
    <w:abstractNumId w:val="6"/>
  </w:num>
  <w:num w:numId="3" w16cid:durableId="2094205849">
    <w:abstractNumId w:val="5"/>
  </w:num>
  <w:num w:numId="4" w16cid:durableId="1889998122">
    <w:abstractNumId w:val="4"/>
  </w:num>
  <w:num w:numId="5" w16cid:durableId="2040856916">
    <w:abstractNumId w:val="7"/>
  </w:num>
  <w:num w:numId="6" w16cid:durableId="73012520">
    <w:abstractNumId w:val="3"/>
  </w:num>
  <w:num w:numId="7" w16cid:durableId="639112817">
    <w:abstractNumId w:val="2"/>
  </w:num>
  <w:num w:numId="8" w16cid:durableId="1397439376">
    <w:abstractNumId w:val="1"/>
  </w:num>
  <w:num w:numId="9" w16cid:durableId="213425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338D"/>
    <w:rsid w:val="0029639D"/>
    <w:rsid w:val="003122E4"/>
    <w:rsid w:val="00326F90"/>
    <w:rsid w:val="003D6015"/>
    <w:rsid w:val="004A2D37"/>
    <w:rsid w:val="007D0988"/>
    <w:rsid w:val="008E79D8"/>
    <w:rsid w:val="00A72049"/>
    <w:rsid w:val="00AA1D8D"/>
    <w:rsid w:val="00B456E3"/>
    <w:rsid w:val="00B47730"/>
    <w:rsid w:val="00CB0664"/>
    <w:rsid w:val="00FA11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2187A5"/>
  <w14:defaultImageDpi w14:val="300"/>
  <w15:docId w15:val="{AD48082C-D61A-413F-9DCC-FAF41DA2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607</Words>
  <Characters>3642</Characters>
  <Application>Microsoft Office Word</Application>
  <DocSecurity>0</DocSecurity>
  <Lines>30</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Kinga Dudzik</cp:lastModifiedBy>
  <cp:revision>4</cp:revision>
  <dcterms:created xsi:type="dcterms:W3CDTF">2026-07-22T12:34:00Z</dcterms:created>
  <dcterms:modified xsi:type="dcterms:W3CDTF">2026-07-23T08:29:00Z</dcterms:modified>
  <cp:category/>
</cp:coreProperties>
</file>