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6DB367D" w14:textId="77777777" w:rsidR="00116D78" w:rsidRDefault="00000000">
      <w:pPr>
        <w:keepNext/>
        <w:spacing w:before="200" w:after="100"/>
      </w:pPr>
      <w:r>
        <w:rPr>
          <w:b/>
          <w:sz w:val="26"/>
        </w:rPr>
        <w:t>Załącznik nr 1 do SWZ — FORMULARZ OFERTOWY</w:t>
      </w:r>
    </w:p>
    <w:p w14:paraId="02C63487" w14:textId="77777777" w:rsidR="00116D78" w:rsidRDefault="00000000">
      <w:pPr>
        <w:jc w:val="both"/>
      </w:pPr>
      <w:r>
        <w:rPr>
          <w:b/>
        </w:rPr>
        <w:t>Postępowanie: ZS.272.6.2026 — „Wykonanie placu wraz z konstrukcją wsporczą pod instalację fotowoltaiczną”</w:t>
      </w:r>
    </w:p>
    <w:p w14:paraId="08D9CDBA" w14:textId="77777777" w:rsidR="00116D78" w:rsidRDefault="00000000">
      <w:pPr>
        <w:jc w:val="both"/>
      </w:pPr>
      <w:r>
        <w:t>Wykonawca: _______________________________________</w:t>
      </w:r>
    </w:p>
    <w:p w14:paraId="26B61245" w14:textId="77777777" w:rsidR="00116D78" w:rsidRDefault="00000000">
      <w:pPr>
        <w:jc w:val="both"/>
      </w:pPr>
      <w:r>
        <w:t>Adres: ____________________________________________</w:t>
      </w:r>
    </w:p>
    <w:p w14:paraId="31E7A64B" w14:textId="77777777" w:rsidR="00116D78" w:rsidRDefault="00000000">
      <w:pPr>
        <w:jc w:val="both"/>
      </w:pPr>
      <w:r>
        <w:t>NIP: ___________ REGON: ___________ KRS/CEIDG: ___________</w:t>
      </w:r>
    </w:p>
    <w:p w14:paraId="1EE34F8C" w14:textId="77777777" w:rsidR="00116D78" w:rsidRDefault="00000000">
      <w:pPr>
        <w:jc w:val="both"/>
      </w:pPr>
      <w:r>
        <w:t>Telefon: _______________ e-mail: _______________</w:t>
      </w:r>
    </w:p>
    <w:p w14:paraId="116F63D9" w14:textId="77777777" w:rsidR="00116D78" w:rsidRDefault="00000000">
      <w:pPr>
        <w:jc w:val="both"/>
      </w:pPr>
      <w:r>
        <w:t>Osoba do kontaktu: _______________________________________</w:t>
      </w:r>
    </w:p>
    <w:p w14:paraId="79563D94" w14:textId="77777777" w:rsidR="00116D78" w:rsidRDefault="00000000">
      <w:pPr>
        <w:jc w:val="both"/>
      </w:pPr>
      <w:r>
        <w:t>Rodzaj wykonawcy (mikro/małe/średnie/duże przedsiębiorstwo): _______________</w:t>
      </w:r>
    </w:p>
    <w:p w14:paraId="7C8552BB" w14:textId="77777777" w:rsidR="00116D78" w:rsidRDefault="00000000">
      <w:pPr>
        <w:keepNext/>
        <w:spacing w:before="200" w:after="100"/>
      </w:pPr>
      <w:r>
        <w:rPr>
          <w:b/>
          <w:sz w:val="22"/>
        </w:rPr>
        <w:t>1. Cena oferty</w:t>
      </w:r>
    </w:p>
    <w:p w14:paraId="21C3D10A" w14:textId="77777777" w:rsidR="00116D78" w:rsidRDefault="00000000">
      <w:pPr>
        <w:jc w:val="both"/>
      </w:pPr>
      <w:r>
        <w:t>Oferujemy wykonanie przedmiotu zamówienia za cenę RYCZAŁTOWĄ:</w:t>
      </w:r>
    </w:p>
    <w:p w14:paraId="70371EE8" w14:textId="77777777" w:rsidR="00116D78" w:rsidRDefault="00000000">
      <w:pPr>
        <w:jc w:val="both"/>
      </w:pPr>
      <w:r>
        <w:t>Netto: ___________ PLN</w:t>
      </w:r>
    </w:p>
    <w:p w14:paraId="0DA9A5EB" w14:textId="77777777" w:rsidR="00116D78" w:rsidRDefault="00000000">
      <w:pPr>
        <w:jc w:val="both"/>
      </w:pPr>
      <w:r>
        <w:t>VAT 23%: ___________ PLN</w:t>
      </w:r>
    </w:p>
    <w:p w14:paraId="404ED09C" w14:textId="77777777" w:rsidR="00116D78" w:rsidRDefault="00000000">
      <w:pPr>
        <w:jc w:val="both"/>
      </w:pPr>
      <w:r>
        <w:t>Brutto: ___________ PLN (słownie: ___________)</w:t>
      </w:r>
    </w:p>
    <w:p w14:paraId="2AA5B8E8" w14:textId="77777777" w:rsidR="00116D78" w:rsidRDefault="00000000">
      <w:pPr>
        <w:keepNext/>
        <w:spacing w:before="200" w:after="100"/>
      </w:pPr>
      <w:r>
        <w:rPr>
          <w:b/>
          <w:sz w:val="22"/>
        </w:rPr>
        <w:t>2. Okres gwarancji jakości i rękojmi za wady</w:t>
      </w:r>
    </w:p>
    <w:p w14:paraId="32B353A8" w14:textId="77777777" w:rsidR="00116D78" w:rsidRDefault="00000000">
      <w:pPr>
        <w:jc w:val="both"/>
      </w:pPr>
      <w:r>
        <w:t>Oferowany okres gwarancji i rękojmi: ___________ miesięcy</w:t>
      </w:r>
    </w:p>
    <w:p w14:paraId="249D106D" w14:textId="77777777" w:rsidR="00116D78" w:rsidRDefault="00000000">
      <w:pPr>
        <w:jc w:val="both"/>
      </w:pPr>
      <w:r>
        <w:rPr>
          <w:i/>
        </w:rPr>
        <w:t>(min. 36 miesięcy, max. oceniany 60 miesięcy; zaoferowanie okresu poniżej 36 m-cy powoduje odrzucenie oferty; brak wskazania = 36 miesięcy)</w:t>
      </w:r>
    </w:p>
    <w:p w14:paraId="388BE882" w14:textId="77777777" w:rsidR="00116D78" w:rsidRDefault="00000000">
      <w:pPr>
        <w:keepNext/>
        <w:spacing w:before="200" w:after="100"/>
      </w:pPr>
      <w:r>
        <w:rPr>
          <w:b/>
          <w:sz w:val="22"/>
        </w:rPr>
        <w:t>3. Termin wykonania</w:t>
      </w:r>
    </w:p>
    <w:p w14:paraId="6A63A4EE" w14:textId="77777777" w:rsidR="00116D78" w:rsidRDefault="00000000">
      <w:pPr>
        <w:jc w:val="both"/>
      </w:pPr>
      <w:r>
        <w:t>Termin wykonania: do 75 dni od dnia zawarcia umowy (zgodnie z SWZ).</w:t>
      </w:r>
    </w:p>
    <w:p w14:paraId="0BBB3946" w14:textId="77777777" w:rsidR="00116D78" w:rsidRDefault="00000000">
      <w:pPr>
        <w:keepNext/>
        <w:spacing w:before="200" w:after="100"/>
      </w:pPr>
      <w:r>
        <w:rPr>
          <w:b/>
          <w:sz w:val="22"/>
        </w:rPr>
        <w:t>4. Oświadczenia</w:t>
      </w:r>
    </w:p>
    <w:p w14:paraId="2890DABE" w14:textId="77777777" w:rsidR="00116D78" w:rsidRDefault="00000000">
      <w:pPr>
        <w:pStyle w:val="Listapunktowana"/>
        <w:spacing w:after="40"/>
        <w:jc w:val="both"/>
      </w:pPr>
      <w:r>
        <w:t>Oświadczam, że zapoznałem/am się z SWZ, PFU i załącznikami i akceptuję je bez zastrzeżeń.</w:t>
      </w:r>
    </w:p>
    <w:p w14:paraId="58247A39" w14:textId="77777777" w:rsidR="00116D78" w:rsidRDefault="00000000">
      <w:pPr>
        <w:pStyle w:val="Listapunktowana"/>
        <w:spacing w:after="40"/>
        <w:jc w:val="both"/>
      </w:pPr>
      <w:r>
        <w:t>Oświadczam, że uważam się za związanego/ą ofertą do dnia 22.09.2026 r.</w:t>
      </w:r>
    </w:p>
    <w:p w14:paraId="0A71B653" w14:textId="77777777" w:rsidR="00116D78" w:rsidRDefault="00000000">
      <w:pPr>
        <w:pStyle w:val="Listapunktowana"/>
        <w:spacing w:after="40"/>
        <w:jc w:val="both"/>
      </w:pPr>
      <w:r>
        <w:t>Oświadczam, że w razie wybrania mojej oferty zobowiązuję się do zawarcia umowy na warunkach określonych w SWZ.</w:t>
      </w:r>
    </w:p>
    <w:p w14:paraId="476C4AEB" w14:textId="77777777" w:rsidR="00116D78" w:rsidRDefault="00000000">
      <w:pPr>
        <w:pStyle w:val="Listapunktowana"/>
        <w:spacing w:after="40"/>
        <w:jc w:val="both"/>
      </w:pPr>
      <w:r>
        <w:t>Oświadczam, że cena ryczałtowa obejmuje całość zakresu SWZ i PFU, w tym projekt techniczny, konstrukcję wsporczą, mechaniczny montaż 8 paneli PV Zamawiającego, ogrodzenie z furtką, kamerę monitoringu oraz dokumentację powykonawczą.</w:t>
      </w:r>
    </w:p>
    <w:p w14:paraId="2082FF20" w14:textId="77777777" w:rsidR="00116D78" w:rsidRDefault="00000000">
      <w:pPr>
        <w:pStyle w:val="Listapunktowana"/>
        <w:spacing w:after="40"/>
        <w:jc w:val="both"/>
      </w:pPr>
      <w:r>
        <w:t>Oświadczam, że wypełniłem/am obowiązki informacyjne RODO wobec osób, których dane przekazuję.</w:t>
      </w:r>
    </w:p>
    <w:p w14:paraId="5C823BBA" w14:textId="77777777" w:rsidR="00116D78" w:rsidRDefault="00000000">
      <w:pPr>
        <w:keepNext/>
        <w:spacing w:before="200" w:after="100"/>
      </w:pPr>
      <w:r>
        <w:rPr>
          <w:b/>
          <w:sz w:val="22"/>
        </w:rPr>
        <w:t>5. Podwykonawstwo</w:t>
      </w:r>
    </w:p>
    <w:p w14:paraId="0B3A24E4" w14:textId="77777777" w:rsidR="00116D78" w:rsidRDefault="00000000">
      <w:pPr>
        <w:jc w:val="both"/>
      </w:pPr>
      <w:r>
        <w:t>Powierzę podwykonawcom następujące części zamówienia (nazwy firm, o ile znane): ___________________________________</w:t>
      </w:r>
    </w:p>
    <w:p w14:paraId="50A5FBE5" w14:textId="77777777" w:rsidR="00116D78" w:rsidRDefault="00000000">
      <w:pPr>
        <w:keepNext/>
        <w:spacing w:before="200" w:after="100"/>
      </w:pPr>
      <w:r>
        <w:rPr>
          <w:b/>
          <w:sz w:val="22"/>
        </w:rPr>
        <w:t>6. Tajemnica przedsiębiorstwa</w:t>
      </w:r>
    </w:p>
    <w:p w14:paraId="0ABD5B75" w14:textId="77777777" w:rsidR="00116D78" w:rsidRDefault="00000000">
      <w:pPr>
        <w:jc w:val="both"/>
      </w:pPr>
      <w:r>
        <w:t>Wskazujemy jako tajemnicę przedsiębiorstwa: ___________________________________ (wraz z wykazaniem zasadności zastrzeżenia w odrębnym pliku).</w:t>
      </w:r>
    </w:p>
    <w:p w14:paraId="1D6A5420" w14:textId="77777777" w:rsidR="00116D78" w:rsidRDefault="00116D78">
      <w:pPr>
        <w:spacing w:after="160"/>
        <w:jc w:val="both"/>
      </w:pPr>
    </w:p>
    <w:p w14:paraId="132A0115" w14:textId="77777777" w:rsidR="00116D78" w:rsidRDefault="00000000">
      <w:pPr>
        <w:jc w:val="both"/>
      </w:pPr>
      <w:r>
        <w:t>Miejscowość, data: ______________  Podpis Wykonawcy (kwalifikowany / zaufany / osobisty)</w:t>
      </w:r>
    </w:p>
    <w:p w14:paraId="4D78319C" w14:textId="77777777" w:rsidR="00116D78" w:rsidRDefault="00000000">
      <w:r>
        <w:br w:type="page"/>
      </w:r>
    </w:p>
    <w:p w14:paraId="1714033E" w14:textId="77777777" w:rsidR="00116D78" w:rsidRDefault="00000000">
      <w:pPr>
        <w:keepNext/>
        <w:spacing w:before="200" w:after="100"/>
      </w:pPr>
      <w:r>
        <w:rPr>
          <w:b/>
          <w:sz w:val="26"/>
        </w:rPr>
        <w:lastRenderedPageBreak/>
        <w:t>Załącznik nr 2 do SWZ</w:t>
      </w:r>
    </w:p>
    <w:p w14:paraId="75CD25A1" w14:textId="77777777" w:rsidR="00116D78" w:rsidRDefault="00000000">
      <w:pPr>
        <w:jc w:val="center"/>
      </w:pPr>
      <w:r>
        <w:rPr>
          <w:b/>
        </w:rPr>
        <w:t>OŚWIADCZENIE WYKONAWCY O NIEPODLEGANIU WYKLUCZENIU I SPEŁNIANIU WARUNKÓW UDZIAŁU</w:t>
      </w:r>
    </w:p>
    <w:p w14:paraId="5A2995F6" w14:textId="77777777" w:rsidR="00116D78" w:rsidRDefault="00000000">
      <w:pPr>
        <w:jc w:val="center"/>
      </w:pPr>
      <w:r>
        <w:rPr>
          <w:i/>
        </w:rPr>
        <w:t>(składane na podstawie art. 125 ust. 1 Pzp)</w:t>
      </w:r>
    </w:p>
    <w:p w14:paraId="086ADD9B" w14:textId="77777777" w:rsidR="00116D78" w:rsidRDefault="00000000">
      <w:pPr>
        <w:jc w:val="both"/>
      </w:pPr>
      <w:r>
        <w:t>Postępowanie: ZS.272.6.2026</w:t>
      </w:r>
    </w:p>
    <w:p w14:paraId="06C4319E" w14:textId="77777777" w:rsidR="00116D78" w:rsidRDefault="00000000">
      <w:pPr>
        <w:jc w:val="both"/>
      </w:pPr>
      <w:r>
        <w:t>Wykonawca: ___________________________________</w:t>
      </w:r>
    </w:p>
    <w:p w14:paraId="2FB0379E" w14:textId="77777777" w:rsidR="00116D78" w:rsidRDefault="00000000">
      <w:pPr>
        <w:jc w:val="both"/>
      </w:pPr>
      <w:r>
        <w:t>Adres: _______________________________________</w:t>
      </w:r>
    </w:p>
    <w:p w14:paraId="16526B3D" w14:textId="77777777" w:rsidR="00116D78" w:rsidRDefault="00000000">
      <w:pPr>
        <w:keepNext/>
        <w:spacing w:before="200" w:after="100"/>
      </w:pPr>
      <w:r>
        <w:rPr>
          <w:b/>
          <w:sz w:val="22"/>
        </w:rPr>
        <w:t>A. OŚWIADCZENIE O NIEPODLEGANIU WYKLUCZENIU</w:t>
      </w:r>
    </w:p>
    <w:p w14:paraId="72E8B788" w14:textId="77777777" w:rsidR="00116D78" w:rsidRDefault="00000000">
      <w:pPr>
        <w:jc w:val="both"/>
      </w:pPr>
      <w:r>
        <w:t>Oświadczam, że nie podlegam wykluczeniu z postępowania na podstawie:</w:t>
      </w:r>
    </w:p>
    <w:p w14:paraId="64D5DB55" w14:textId="77777777" w:rsidR="00116D78" w:rsidRDefault="00000000">
      <w:pPr>
        <w:pStyle w:val="Listapunktowana"/>
        <w:spacing w:after="40"/>
        <w:jc w:val="both"/>
      </w:pPr>
      <w:r>
        <w:t>art. 108 ust. 1 ustawy Pzp;</w:t>
      </w:r>
    </w:p>
    <w:p w14:paraId="7B4C408A" w14:textId="77777777" w:rsidR="00116D78" w:rsidRDefault="00000000">
      <w:pPr>
        <w:pStyle w:val="Listapunktowana"/>
        <w:spacing w:after="40"/>
        <w:jc w:val="both"/>
      </w:pPr>
      <w:r>
        <w:t>art. 7 ust. 1 ustawy z dnia 13 kwietnia 2022 r. o szczególnych rozwiązaniach w zakresie przeciwdziałania wspieraniu agresji na Ukrainę (Dz.U. 2024 poz. 507 ze zm.).</w:t>
      </w:r>
    </w:p>
    <w:p w14:paraId="3754E738" w14:textId="77777777" w:rsidR="00116D78" w:rsidRDefault="00000000">
      <w:pPr>
        <w:keepNext/>
        <w:spacing w:before="200" w:after="100"/>
      </w:pPr>
      <w:r>
        <w:rPr>
          <w:b/>
          <w:sz w:val="22"/>
        </w:rPr>
        <w:t>B. OŚWIADCZENIE O SPEŁNIANIU WARUNKÓW UDZIAŁU</w:t>
      </w:r>
    </w:p>
    <w:p w14:paraId="4F371733" w14:textId="77777777" w:rsidR="00116D78" w:rsidRDefault="00000000">
      <w:pPr>
        <w:jc w:val="both"/>
      </w:pPr>
      <w:r>
        <w:t>Oświadczam, że spełniam warunki udziału w postępowaniu określone w pkt 8 SWZ w zakresie zdolności technicznej lub zawodowej (dysponowanie kierownikiem robót w specjalności konstrukcyjno-budowlanej).</w:t>
      </w:r>
    </w:p>
    <w:p w14:paraId="0F81E0CA" w14:textId="77777777" w:rsidR="009518C7" w:rsidRDefault="00000000">
      <w:pPr>
        <w:keepNext/>
        <w:spacing w:before="200" w:after="100"/>
      </w:pPr>
      <w:r>
        <w:rPr>
          <w:b/>
          <w:sz w:val="22"/>
        </w:rPr>
        <w:t>C. INFORMACJA O CERTYFIKACIE WYKONAWCY ZAMÓWIEŃ PUBLICZNYCH (wypełnić, jeżeli dotyczy)</w:t>
      </w:r>
    </w:p>
    <w:p w14:paraId="04995005" w14:textId="77777777" w:rsidR="009518C7" w:rsidRDefault="00000000">
      <w:pPr>
        <w:jc w:val="both"/>
      </w:pPr>
      <w:r>
        <w:t>Oświadczam, że w celu wykazania braku podstaw wykluczenia / spełniania warunków udziału w postępowaniu (w zakresie wskazanym poniżej) posługuję się certyfikatem wykonawcy zamówień publicznych, o którym mowa w ustawie z dnia 5 sierpnia 2025 r. o certyfikacji wykonawców zamówień publicznych (Dz.U. z 2025 r. poz. 1235):</w:t>
      </w:r>
    </w:p>
    <w:p w14:paraId="089F90DC" w14:textId="77777777" w:rsidR="009518C7" w:rsidRDefault="00000000">
      <w:pPr>
        <w:jc w:val="both"/>
      </w:pPr>
      <w:r>
        <w:t>Numer i oznaczenie certyfikatu: ___________________________________</w:t>
      </w:r>
    </w:p>
    <w:p w14:paraId="6C84EE82" w14:textId="77777777" w:rsidR="009518C7" w:rsidRDefault="00000000">
      <w:pPr>
        <w:jc w:val="both"/>
      </w:pPr>
      <w:r>
        <w:t>Nazwa podmiotu certyfikującego: ___________________________________</w:t>
      </w:r>
    </w:p>
    <w:p w14:paraId="42BEDFF9" w14:textId="77777777" w:rsidR="009518C7" w:rsidRDefault="00000000">
      <w:pPr>
        <w:jc w:val="both"/>
      </w:pPr>
      <w:r>
        <w:t>Okres ważności certyfikatu: ___________________________________</w:t>
      </w:r>
    </w:p>
    <w:p w14:paraId="2FA318C4" w14:textId="77777777" w:rsidR="009518C7" w:rsidRDefault="00000000">
      <w:pPr>
        <w:jc w:val="both"/>
      </w:pPr>
      <w:r>
        <w:t>Zakres certyfikacji — podstawy wykluczenia / warunki udziału, których dotyczy certyfikat: ___________________________________</w:t>
      </w:r>
    </w:p>
    <w:p w14:paraId="1EF9F1B8" w14:textId="77777777" w:rsidR="009518C7" w:rsidRDefault="00000000">
      <w:pPr>
        <w:jc w:val="both"/>
      </w:pPr>
      <w:r>
        <w:rPr>
          <w:i/>
        </w:rPr>
        <w:t>(Części C nie wypełnia się, jeżeli Wykonawca nie posługuje się certyfikatem — w takim przypadku Wykonawca składa wyłącznie oświadczenia w częściach A i B. Certyfikat zastępuje odpowiednie podmiotowe środki dowodowe wyłącznie w zakresie objętym certyfikatem — pkt 9.3 SWZ.)</w:t>
      </w:r>
    </w:p>
    <w:p w14:paraId="75BAE380" w14:textId="77777777" w:rsidR="00116D78" w:rsidRDefault="00000000">
      <w:pPr>
        <w:jc w:val="both"/>
      </w:pPr>
      <w:r>
        <w:t>Miejscowość, data: ___________________________________</w:t>
      </w:r>
    </w:p>
    <w:p w14:paraId="1DB6A687" w14:textId="77777777" w:rsidR="00116D78" w:rsidRDefault="00000000">
      <w:pPr>
        <w:jc w:val="both"/>
      </w:pPr>
      <w:r>
        <w:t>Podpis: ___________________________________</w:t>
      </w:r>
    </w:p>
    <w:p w14:paraId="031F5AA5" w14:textId="77777777" w:rsidR="00116D78" w:rsidRDefault="00000000">
      <w:r>
        <w:br w:type="page"/>
      </w:r>
    </w:p>
    <w:p w14:paraId="64E517FF" w14:textId="77777777" w:rsidR="00116D78" w:rsidRDefault="00000000">
      <w:pPr>
        <w:keepNext/>
        <w:spacing w:before="200" w:after="100"/>
      </w:pPr>
      <w:r>
        <w:rPr>
          <w:b/>
          <w:sz w:val="26"/>
        </w:rPr>
        <w:lastRenderedPageBreak/>
        <w:t>Załącznik nr 3 do SWZ</w:t>
      </w:r>
    </w:p>
    <w:p w14:paraId="43D68A59" w14:textId="77777777" w:rsidR="00116D78" w:rsidRDefault="00000000">
      <w:pPr>
        <w:jc w:val="center"/>
      </w:pPr>
      <w:r>
        <w:rPr>
          <w:b/>
        </w:rPr>
        <w:t>OŚWIADCZENIE PODMIOTU UDOSTĘPNIAJĄCEGO ZASOBY</w:t>
      </w:r>
    </w:p>
    <w:p w14:paraId="18865AB7" w14:textId="77777777" w:rsidR="00116D78" w:rsidRDefault="00000000">
      <w:pPr>
        <w:jc w:val="center"/>
      </w:pPr>
      <w:r>
        <w:rPr>
          <w:i/>
        </w:rPr>
        <w:t>(składane na podstawie art. 125 ust. 5 Pzp)</w:t>
      </w:r>
    </w:p>
    <w:p w14:paraId="7552E4E9" w14:textId="77777777" w:rsidR="00116D78" w:rsidRDefault="00000000">
      <w:pPr>
        <w:jc w:val="both"/>
      </w:pPr>
      <w:r>
        <w:t>Postępowanie: ZS.272.6.2026</w:t>
      </w:r>
    </w:p>
    <w:p w14:paraId="0824B4F6" w14:textId="77777777" w:rsidR="00116D78" w:rsidRDefault="00000000">
      <w:pPr>
        <w:jc w:val="both"/>
      </w:pPr>
      <w:r>
        <w:t>Podmiot udostępniający zasoby: ___________________________________</w:t>
      </w:r>
    </w:p>
    <w:p w14:paraId="033EEDA7" w14:textId="77777777" w:rsidR="00116D78" w:rsidRDefault="00000000">
      <w:pPr>
        <w:jc w:val="both"/>
      </w:pPr>
      <w:r>
        <w:t>Adres: _______________________________________</w:t>
      </w:r>
    </w:p>
    <w:p w14:paraId="202FE08F" w14:textId="77777777" w:rsidR="00116D78" w:rsidRDefault="00000000">
      <w:pPr>
        <w:jc w:val="both"/>
      </w:pPr>
      <w:r>
        <w:t>Oświadczam, że nie podlegam wykluczeniu z postępowania na podstawie art. 108 ust. 1 ustawy Pzp oraz art. 7 ust. 1 ustawy sankcyjnej z 13.04.2022 r.</w:t>
      </w:r>
    </w:p>
    <w:p w14:paraId="67C68CF7" w14:textId="77777777" w:rsidR="00116D78" w:rsidRDefault="00000000">
      <w:pPr>
        <w:jc w:val="both"/>
      </w:pPr>
      <w:r>
        <w:t>Oświadczam, że spełniam warunki udziału w postępowaniu w zakresie, w jakim udostępniam zasoby Wykonawcy: ___________________________________ (opis udostępnianych zasobów).</w:t>
      </w:r>
    </w:p>
    <w:p w14:paraId="471AC75B" w14:textId="77777777" w:rsidR="00116D78" w:rsidRDefault="00000000">
      <w:pPr>
        <w:jc w:val="both"/>
      </w:pPr>
      <w:r>
        <w:t>Miejscowość, data: ___________________________________</w:t>
      </w:r>
    </w:p>
    <w:p w14:paraId="695ECFEA" w14:textId="77777777" w:rsidR="00116D78" w:rsidRDefault="00000000">
      <w:pPr>
        <w:jc w:val="both"/>
      </w:pPr>
      <w:r>
        <w:t>Podpis: ___________________________________</w:t>
      </w:r>
    </w:p>
    <w:p w14:paraId="755B2663" w14:textId="77777777" w:rsidR="00116D78" w:rsidRDefault="00000000">
      <w:r>
        <w:br w:type="page"/>
      </w:r>
    </w:p>
    <w:p w14:paraId="44DC90C3" w14:textId="77777777" w:rsidR="00116D78" w:rsidRDefault="00000000">
      <w:pPr>
        <w:keepNext/>
        <w:spacing w:before="200" w:after="100"/>
      </w:pPr>
      <w:r>
        <w:rPr>
          <w:b/>
          <w:sz w:val="26"/>
        </w:rPr>
        <w:lastRenderedPageBreak/>
        <w:t>Załącznik nr 4 do SWZ</w:t>
      </w:r>
    </w:p>
    <w:p w14:paraId="5CAA58C9" w14:textId="77777777" w:rsidR="00116D78" w:rsidRDefault="00000000">
      <w:pPr>
        <w:jc w:val="center"/>
      </w:pPr>
      <w:r>
        <w:rPr>
          <w:b/>
        </w:rPr>
        <w:t>OŚWIADCZENIE WYKONAWCÓW WSPÓLNIE UBIEGAJĄCYCH SIĘ</w:t>
      </w:r>
    </w:p>
    <w:p w14:paraId="0E1D0FF5" w14:textId="77777777" w:rsidR="00116D78" w:rsidRDefault="00000000">
      <w:pPr>
        <w:jc w:val="center"/>
      </w:pPr>
      <w:r>
        <w:rPr>
          <w:i/>
        </w:rPr>
        <w:t>(składane na podstawie art. 117 ust. 4 Pzp)</w:t>
      </w:r>
    </w:p>
    <w:p w14:paraId="0BF9E3ED" w14:textId="77777777" w:rsidR="00116D78" w:rsidRDefault="00000000">
      <w:pPr>
        <w:jc w:val="both"/>
      </w:pPr>
      <w:r>
        <w:t>Postępowanie: ZS.272.6.2026</w:t>
      </w:r>
    </w:p>
    <w:p w14:paraId="0CA9BE3D" w14:textId="77777777" w:rsidR="00116D78" w:rsidRDefault="00000000">
      <w:pPr>
        <w:jc w:val="both"/>
      </w:pPr>
      <w:r>
        <w:t>My, niżej podpisani Wykonawcy wspólnie ubiegający się o udzielenie zamówienia publicznego:</w:t>
      </w:r>
    </w:p>
    <w:p w14:paraId="66F3D40B" w14:textId="77777777" w:rsidR="00116D78" w:rsidRDefault="00000000">
      <w:pPr>
        <w:jc w:val="both"/>
      </w:pPr>
      <w:r>
        <w:t>Wykonawca 1: ___________________________________ (NIP ___________)</w:t>
      </w:r>
    </w:p>
    <w:p w14:paraId="331A9871" w14:textId="77777777" w:rsidR="00116D78" w:rsidRDefault="00000000">
      <w:pPr>
        <w:jc w:val="both"/>
      </w:pPr>
      <w:r>
        <w:t>Wykonawca 2: ___________________________________ (NIP ___________)</w:t>
      </w:r>
    </w:p>
    <w:p w14:paraId="1E56F6DA" w14:textId="77777777" w:rsidR="00116D78" w:rsidRDefault="00000000">
      <w:pPr>
        <w:jc w:val="both"/>
      </w:pPr>
      <w:r>
        <w:t>Oświadczamy, że:</w:t>
      </w:r>
    </w:p>
    <w:p w14:paraId="0948CDD5" w14:textId="77777777" w:rsidR="00116D78" w:rsidRDefault="00000000">
      <w:pPr>
        <w:pStyle w:val="Listapunktowana"/>
        <w:spacing w:after="40"/>
        <w:jc w:val="both"/>
      </w:pPr>
      <w:r>
        <w:t>ustanawiamy pełnomocnika do reprezentowania w postępowaniu: ___________________________________;</w:t>
      </w:r>
    </w:p>
    <w:p w14:paraId="490D268A" w14:textId="77777777" w:rsidR="00116D78" w:rsidRDefault="00000000">
      <w:pPr>
        <w:pStyle w:val="Listapunktowana"/>
        <w:spacing w:after="40"/>
        <w:jc w:val="both"/>
      </w:pPr>
      <w:r>
        <w:t>ponosimy solidarną odpowiedzialność za wykonanie umowy;</w:t>
      </w:r>
    </w:p>
    <w:p w14:paraId="188C64E3" w14:textId="77777777" w:rsidR="00116D78" w:rsidRDefault="00000000">
      <w:pPr>
        <w:pStyle w:val="Listapunktowana"/>
        <w:spacing w:after="40"/>
        <w:jc w:val="both"/>
      </w:pPr>
      <w:r>
        <w:t>następujące roboty/usługi wykonają poszczególni Wykonawcy: ___________________________________ (zakres i wartość).</w:t>
      </w:r>
    </w:p>
    <w:p w14:paraId="5D070964" w14:textId="77777777" w:rsidR="00116D78" w:rsidRDefault="00000000">
      <w:pPr>
        <w:jc w:val="both"/>
      </w:pPr>
      <w:r>
        <w:t>Miejscowość, data: ___________________________________</w:t>
      </w:r>
    </w:p>
    <w:p w14:paraId="7200329E" w14:textId="77777777" w:rsidR="00116D78" w:rsidRDefault="00000000">
      <w:pPr>
        <w:jc w:val="both"/>
      </w:pPr>
      <w:r>
        <w:t>Podpisy: ___________________________________</w:t>
      </w:r>
    </w:p>
    <w:p w14:paraId="0CA2C9D1" w14:textId="77777777" w:rsidR="00116D78" w:rsidRDefault="00000000">
      <w:r>
        <w:br w:type="page"/>
      </w:r>
    </w:p>
    <w:p w14:paraId="5C25187D" w14:textId="77777777" w:rsidR="00116D78" w:rsidRDefault="00000000">
      <w:pPr>
        <w:keepNext/>
        <w:spacing w:before="200" w:after="100"/>
      </w:pPr>
      <w:r>
        <w:rPr>
          <w:b/>
          <w:sz w:val="26"/>
        </w:rPr>
        <w:lastRenderedPageBreak/>
        <w:t>Załącznik nr 5 do SWZ</w:t>
      </w:r>
    </w:p>
    <w:p w14:paraId="16294AC8" w14:textId="77777777" w:rsidR="00116D78" w:rsidRDefault="00000000">
      <w:pPr>
        <w:jc w:val="center"/>
      </w:pPr>
      <w:r>
        <w:rPr>
          <w:b/>
        </w:rPr>
        <w:t>ZOBOWIĄZANIE PODMIOTU UDOSTĘPNIAJĄCEGO ZASOBY</w:t>
      </w:r>
    </w:p>
    <w:p w14:paraId="49268630" w14:textId="77777777" w:rsidR="00116D78" w:rsidRDefault="00000000">
      <w:pPr>
        <w:jc w:val="center"/>
      </w:pPr>
      <w:r>
        <w:rPr>
          <w:i/>
        </w:rPr>
        <w:t>(składane na podstawie art. 118 ust. 4 Pzp)</w:t>
      </w:r>
    </w:p>
    <w:p w14:paraId="65F6CDBB" w14:textId="77777777" w:rsidR="00116D78" w:rsidRDefault="00000000">
      <w:pPr>
        <w:jc w:val="both"/>
      </w:pPr>
      <w:r>
        <w:t>Postępowanie: ZS.272.6.2026</w:t>
      </w:r>
    </w:p>
    <w:p w14:paraId="483F6729" w14:textId="77777777" w:rsidR="00116D78" w:rsidRDefault="00000000">
      <w:pPr>
        <w:jc w:val="both"/>
      </w:pPr>
      <w:r>
        <w:t>Podmiot udostępniający zasoby: ___________________________________</w:t>
      </w:r>
    </w:p>
    <w:p w14:paraId="43655CC5" w14:textId="77777777" w:rsidR="00116D78" w:rsidRDefault="00000000">
      <w:pPr>
        <w:jc w:val="both"/>
      </w:pPr>
      <w:r>
        <w:t>Wykonawca: ___________________________________</w:t>
      </w:r>
    </w:p>
    <w:p w14:paraId="22A4D958" w14:textId="77777777" w:rsidR="00116D78" w:rsidRDefault="00000000">
      <w:pPr>
        <w:jc w:val="both"/>
      </w:pPr>
      <w:r>
        <w:t>Zobowiązuję się udostępnić Wykonawcy zasoby konieczne do realizacji zamówienia w postępowaniu ZS.272.6.2026, na następujących zasadach:</w:t>
      </w:r>
    </w:p>
    <w:p w14:paraId="2932CE66" w14:textId="77777777" w:rsidR="00116D78" w:rsidRDefault="00000000">
      <w:pPr>
        <w:pStyle w:val="Listapunktowana"/>
        <w:spacing w:after="40"/>
        <w:jc w:val="both"/>
      </w:pPr>
      <w:r>
        <w:t>zakres udostępnianych zasobów: ___________________________________;</w:t>
      </w:r>
    </w:p>
    <w:p w14:paraId="1D24F932" w14:textId="77777777" w:rsidR="00116D78" w:rsidRDefault="00000000">
      <w:pPr>
        <w:pStyle w:val="Listapunktowana"/>
        <w:spacing w:after="40"/>
        <w:jc w:val="both"/>
      </w:pPr>
      <w:r>
        <w:t>sposób i okres wykorzystania zasobów przy wykonywaniu zamówienia: ___________________________________;</w:t>
      </w:r>
    </w:p>
    <w:p w14:paraId="2E78BA59" w14:textId="77777777" w:rsidR="00116D78" w:rsidRDefault="00000000">
      <w:pPr>
        <w:pStyle w:val="Listapunktowana"/>
        <w:spacing w:after="40"/>
        <w:jc w:val="both"/>
      </w:pPr>
      <w:r>
        <w:t>czy zrealizuję roboty, do których zdolności są udostępniane: TAK / NIE.</w:t>
      </w:r>
    </w:p>
    <w:p w14:paraId="6891B13C" w14:textId="77777777" w:rsidR="00116D78" w:rsidRDefault="00000000">
      <w:pPr>
        <w:jc w:val="both"/>
      </w:pPr>
      <w:r>
        <w:t>Miejscowość, data: ___________________________________</w:t>
      </w:r>
    </w:p>
    <w:p w14:paraId="384940E2" w14:textId="77777777" w:rsidR="00116D78" w:rsidRDefault="00000000">
      <w:pPr>
        <w:jc w:val="both"/>
      </w:pPr>
      <w:r>
        <w:t>Podpis: ___________________________________</w:t>
      </w:r>
    </w:p>
    <w:p w14:paraId="6D4B0221" w14:textId="77777777" w:rsidR="00116D78" w:rsidRDefault="00000000">
      <w:r>
        <w:br w:type="page"/>
      </w:r>
    </w:p>
    <w:p w14:paraId="719D98A2" w14:textId="77777777" w:rsidR="00116D78" w:rsidRDefault="00000000">
      <w:pPr>
        <w:keepNext/>
        <w:spacing w:before="200" w:after="100"/>
      </w:pPr>
      <w:r>
        <w:rPr>
          <w:b/>
          <w:sz w:val="26"/>
        </w:rPr>
        <w:lastRenderedPageBreak/>
        <w:t>Załącznik nr 6 do SWZ</w:t>
      </w:r>
    </w:p>
    <w:p w14:paraId="45F5673A" w14:textId="77777777" w:rsidR="00116D78" w:rsidRDefault="00000000">
      <w:pPr>
        <w:jc w:val="center"/>
      </w:pPr>
      <w:r>
        <w:rPr>
          <w:b/>
        </w:rPr>
        <w:t>OŚWIADCZENIE WYKONAWCY O AKTUALNOŚCI INFORMACJI</w:t>
      </w:r>
    </w:p>
    <w:p w14:paraId="7285F6F5" w14:textId="77777777" w:rsidR="00116D78" w:rsidRDefault="00000000">
      <w:pPr>
        <w:jc w:val="center"/>
      </w:pPr>
      <w:r>
        <w:rPr>
          <w:i/>
        </w:rPr>
        <w:t>(składane na wezwanie z art. 274 ust. 1 Pzp w zw. z § 3 rozporządzenia MRPiT z 23.12.2020 r.)</w:t>
      </w:r>
    </w:p>
    <w:p w14:paraId="185FFB82" w14:textId="77777777" w:rsidR="00116D78" w:rsidRDefault="00000000">
      <w:pPr>
        <w:jc w:val="both"/>
      </w:pPr>
      <w:r>
        <w:t>Postępowanie: ZS.272.6.2026</w:t>
      </w:r>
    </w:p>
    <w:p w14:paraId="35407049" w14:textId="77777777" w:rsidR="00116D78" w:rsidRDefault="00000000">
      <w:pPr>
        <w:jc w:val="both"/>
      </w:pPr>
      <w:r>
        <w:t>Wykonawca: ___________________________________</w:t>
      </w:r>
    </w:p>
    <w:p w14:paraId="042073FE" w14:textId="77777777" w:rsidR="00116D78" w:rsidRDefault="00000000">
      <w:pPr>
        <w:jc w:val="both"/>
      </w:pPr>
      <w:r>
        <w:t>Niniejszym oświadczam, iż informacje zawarte w oświadczeniu o niepodleganiu wykluczeniu oraz spełnianiu warunków udziału w postępowaniu, złożonym wraz z ofertą z dnia ___________, w zakresie podstaw wykluczenia z art. 108 ust. 1 Pzp oraz art. 7 ust. 1 ustawy sankcyjnej, pozostają aktualne.</w:t>
      </w:r>
    </w:p>
    <w:p w14:paraId="6C0E9816" w14:textId="77777777" w:rsidR="00116D78" w:rsidRDefault="00000000">
      <w:pPr>
        <w:jc w:val="both"/>
      </w:pPr>
      <w:r>
        <w:t>Miejscowość, data: ___________________________________</w:t>
      </w:r>
    </w:p>
    <w:p w14:paraId="06ED6268" w14:textId="77777777" w:rsidR="00116D78" w:rsidRDefault="00000000">
      <w:pPr>
        <w:jc w:val="both"/>
      </w:pPr>
      <w:r>
        <w:t>Podpis: ___________________________________</w:t>
      </w:r>
    </w:p>
    <w:p w14:paraId="5BE4DE29" w14:textId="77777777" w:rsidR="00116D78" w:rsidRDefault="00000000">
      <w:r>
        <w:br w:type="page"/>
      </w:r>
    </w:p>
    <w:p w14:paraId="762BB571" w14:textId="77777777" w:rsidR="00116D78" w:rsidRDefault="00000000">
      <w:pPr>
        <w:keepNext/>
        <w:spacing w:before="200" w:after="100"/>
      </w:pPr>
      <w:r>
        <w:rPr>
          <w:b/>
          <w:sz w:val="26"/>
        </w:rPr>
        <w:lastRenderedPageBreak/>
        <w:t>Załącznik nr 7 do SWZ</w:t>
      </w:r>
    </w:p>
    <w:p w14:paraId="05DC9522" w14:textId="77777777" w:rsidR="00116D78" w:rsidRDefault="00000000">
      <w:pPr>
        <w:jc w:val="center"/>
      </w:pPr>
      <w:r>
        <w:rPr>
          <w:b/>
        </w:rPr>
        <w:t>OŚWIADCZENIE PODMIOTU UDOSTĘPNIAJĄCEGO ZASOBY O AKTUALNOŚCI INFORMACJI</w:t>
      </w:r>
    </w:p>
    <w:p w14:paraId="7A51EE2C" w14:textId="77777777" w:rsidR="00116D78" w:rsidRDefault="00000000">
      <w:pPr>
        <w:jc w:val="center"/>
      </w:pPr>
      <w:r>
        <w:rPr>
          <w:i/>
        </w:rPr>
        <w:t>(składane na wezwanie z art. 274 ust. 1 Pzp)</w:t>
      </w:r>
    </w:p>
    <w:p w14:paraId="342B105C" w14:textId="77777777" w:rsidR="00116D78" w:rsidRDefault="00000000">
      <w:pPr>
        <w:jc w:val="both"/>
      </w:pPr>
      <w:r>
        <w:t>Postępowanie: ZS.272.6.2026</w:t>
      </w:r>
    </w:p>
    <w:p w14:paraId="731F755B" w14:textId="77777777" w:rsidR="00116D78" w:rsidRDefault="00000000">
      <w:pPr>
        <w:jc w:val="both"/>
      </w:pPr>
      <w:r>
        <w:t>Podmiot udostępniający zasoby: ___________________________________</w:t>
      </w:r>
    </w:p>
    <w:p w14:paraId="18E61F65" w14:textId="77777777" w:rsidR="00116D78" w:rsidRDefault="00000000">
      <w:pPr>
        <w:jc w:val="both"/>
      </w:pPr>
      <w:r>
        <w:t>Niniejszym oświadczam, iż informacje zawarte w oświadczeniu podmiotu udostępniającego zasoby o niepodleganiu wykluczeniu oraz spełnianiu warunków udziału w postępowaniu, złożonym wraz z ofertą Wykonawcy z dnia ___________, w zakresie podstaw wykluczenia z art. 108 ust. 1 Pzp oraz art. 7 ust. 1 ustawy sankcyjnej, pozostają aktualne.</w:t>
      </w:r>
    </w:p>
    <w:p w14:paraId="4F4F186B" w14:textId="77777777" w:rsidR="00116D78" w:rsidRDefault="00000000">
      <w:pPr>
        <w:jc w:val="both"/>
      </w:pPr>
      <w:r>
        <w:t>Miejscowość, data: ___________________________________</w:t>
      </w:r>
    </w:p>
    <w:p w14:paraId="28689997" w14:textId="77777777" w:rsidR="00116D78" w:rsidRDefault="00000000">
      <w:pPr>
        <w:jc w:val="both"/>
      </w:pPr>
      <w:r>
        <w:t>Podpis: ___________________________________</w:t>
      </w:r>
    </w:p>
    <w:p w14:paraId="4BC3ABBA" w14:textId="6CA45EAB" w:rsidR="00116D78" w:rsidRDefault="00116D78" w:rsidP="00865BA7"/>
    <w:sectPr w:rsidR="00116D78" w:rsidSect="00034616">
      <w:headerReference w:type="default" r:id="rId8"/>
      <w:footerReference w:type="default" r:id="rId9"/>
      <w:pgSz w:w="11906" w:h="16838"/>
      <w:pgMar w:top="1587" w:right="1134" w:bottom="1020" w:left="1134" w:header="340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1745D26" w14:textId="77777777" w:rsidR="00355346" w:rsidRDefault="00355346">
      <w:pPr>
        <w:spacing w:after="0" w:line="240" w:lineRule="auto"/>
      </w:pPr>
      <w:r>
        <w:separator/>
      </w:r>
    </w:p>
  </w:endnote>
  <w:endnote w:type="continuationSeparator" w:id="0">
    <w:p w14:paraId="50A13A17" w14:textId="77777777" w:rsidR="00355346" w:rsidRDefault="003553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7F30201" w14:textId="77777777" w:rsidR="00116D78" w:rsidRDefault="00000000">
    <w:pPr>
      <w:pStyle w:val="Stopka"/>
      <w:jc w:val="center"/>
    </w:pPr>
    <w:r>
      <w:rPr>
        <w:sz w:val="16"/>
      </w:rPr>
      <w:t>ZS.272.</w:t>
    </w:r>
    <w:r w:rsidR="00F479D2">
      <w:rPr>
        <w:sz w:val="16"/>
      </w:rPr>
      <w:t>6</w:t>
    </w:r>
    <w:r>
      <w:rPr>
        <w:sz w:val="16"/>
      </w:rPr>
      <w:t xml:space="preserve">.2026  |  Strona </w:t>
    </w:r>
    <w:r>
      <w:fldChar w:fldCharType="begin"/>
    </w:r>
    <w:r>
      <w:instrText>PAGE</w:instrText>
    </w:r>
    <w:r>
      <w:fldChar w:fldCharType="separate"/>
    </w:r>
    <w:r w:rsidR="008B7962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B18E291" w14:textId="77777777" w:rsidR="00355346" w:rsidRDefault="00355346">
      <w:pPr>
        <w:spacing w:after="0" w:line="240" w:lineRule="auto"/>
      </w:pPr>
      <w:r>
        <w:separator/>
      </w:r>
    </w:p>
  </w:footnote>
  <w:footnote w:type="continuationSeparator" w:id="0">
    <w:p w14:paraId="406CDD43" w14:textId="77777777" w:rsidR="00355346" w:rsidRDefault="003553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8701E58" w14:textId="77777777" w:rsidR="00116D78" w:rsidRDefault="00000000">
    <w:pPr>
      <w:pStyle w:val="Nagwek"/>
      <w:spacing w:after="40"/>
      <w:jc w:val="center"/>
    </w:pPr>
    <w:r>
      <w:rPr>
        <w:noProof/>
      </w:rPr>
      <w:drawing>
        <wp:inline distT="0" distB="0" distL="0" distR="0" wp14:anchorId="75B1E8CB" wp14:editId="453CB021">
          <wp:extent cx="6048000" cy="519299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048000" cy="5192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048BE0E" w14:textId="77777777" w:rsidR="00116D78" w:rsidRDefault="00000000">
    <w:pPr>
      <w:jc w:val="center"/>
    </w:pPr>
    <w:r>
      <w:rPr>
        <w:i/>
        <w:color w:val="444444"/>
        <w:sz w:val="14"/>
      </w:rPr>
      <w:t xml:space="preserve">Projekt nr FEMP.06.11-IP.01-0114/24-004-01 pn. „Rozwój Centrum </w:t>
    </w:r>
    <w:proofErr w:type="spellStart"/>
    <w:r>
      <w:rPr>
        <w:i/>
        <w:color w:val="444444"/>
        <w:sz w:val="14"/>
      </w:rPr>
      <w:t>Kompetencji</w:t>
    </w:r>
    <w:proofErr w:type="spellEnd"/>
    <w:r>
      <w:rPr>
        <w:i/>
        <w:color w:val="444444"/>
        <w:sz w:val="14"/>
      </w:rPr>
      <w:t xml:space="preserve"> Zawodowych w </w:t>
    </w:r>
    <w:proofErr w:type="spellStart"/>
    <w:r>
      <w:rPr>
        <w:i/>
        <w:color w:val="444444"/>
        <w:sz w:val="14"/>
      </w:rPr>
      <w:t>branży</w:t>
    </w:r>
    <w:proofErr w:type="spellEnd"/>
    <w:r>
      <w:rPr>
        <w:i/>
        <w:color w:val="444444"/>
        <w:sz w:val="14"/>
      </w:rPr>
      <w:t xml:space="preserve"> </w:t>
    </w:r>
    <w:proofErr w:type="spellStart"/>
    <w:r>
      <w:rPr>
        <w:i/>
        <w:color w:val="444444"/>
        <w:sz w:val="14"/>
      </w:rPr>
      <w:t>elektryczno</w:t>
    </w:r>
    <w:proofErr w:type="spellEnd"/>
    <w:r>
      <w:rPr>
        <w:i/>
        <w:color w:val="444444"/>
        <w:sz w:val="14"/>
      </w:rPr>
      <w:t xml:space="preserve">-elektronicznej przy </w:t>
    </w:r>
    <w:proofErr w:type="spellStart"/>
    <w:r>
      <w:rPr>
        <w:i/>
        <w:color w:val="444444"/>
        <w:sz w:val="14"/>
      </w:rPr>
      <w:t>Zespole</w:t>
    </w:r>
    <w:proofErr w:type="spellEnd"/>
    <w:r>
      <w:rPr>
        <w:i/>
        <w:color w:val="444444"/>
        <w:sz w:val="14"/>
      </w:rPr>
      <w:t xml:space="preserve"> Szkół w Dobczycach”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25613135">
    <w:abstractNumId w:val="8"/>
  </w:num>
  <w:num w:numId="2" w16cid:durableId="318457893">
    <w:abstractNumId w:val="6"/>
  </w:num>
  <w:num w:numId="3" w16cid:durableId="1531064990">
    <w:abstractNumId w:val="5"/>
  </w:num>
  <w:num w:numId="4" w16cid:durableId="1478914574">
    <w:abstractNumId w:val="4"/>
  </w:num>
  <w:num w:numId="5" w16cid:durableId="1243877131">
    <w:abstractNumId w:val="7"/>
  </w:num>
  <w:num w:numId="6" w16cid:durableId="824207301">
    <w:abstractNumId w:val="3"/>
  </w:num>
  <w:num w:numId="7" w16cid:durableId="11960314">
    <w:abstractNumId w:val="2"/>
  </w:num>
  <w:num w:numId="8" w16cid:durableId="1325090936">
    <w:abstractNumId w:val="1"/>
  </w:num>
  <w:num w:numId="9" w16cid:durableId="1685589759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16D78"/>
    <w:rsid w:val="0015074B"/>
    <w:rsid w:val="00177FC9"/>
    <w:rsid w:val="0029639D"/>
    <w:rsid w:val="00326F90"/>
    <w:rsid w:val="00355346"/>
    <w:rsid w:val="00530643"/>
    <w:rsid w:val="00620776"/>
    <w:rsid w:val="006B2B23"/>
    <w:rsid w:val="00865BA7"/>
    <w:rsid w:val="008B7962"/>
    <w:rsid w:val="009518C7"/>
    <w:rsid w:val="00A94530"/>
    <w:rsid w:val="00AA1D8D"/>
    <w:rsid w:val="00AF15F7"/>
    <w:rsid w:val="00B47730"/>
    <w:rsid w:val="00BC2C3D"/>
    <w:rsid w:val="00C814CD"/>
    <w:rsid w:val="00CB0664"/>
    <w:rsid w:val="00EB7229"/>
    <w:rsid w:val="00F479D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833CE7"/>
  <w14:defaultImageDpi w14:val="300"/>
  <w15:docId w15:val="{D2E0B5C2-7769-C64D-B800-55517030A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80" w:line="252" w:lineRule="auto"/>
    </w:pPr>
    <w:rPr>
      <w:rFonts w:ascii="Calibri" w:eastAsia="Calibri" w:hAnsi="Calibri"/>
      <w:sz w:val="21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cze">
    <w:name w:val="Hyperlink"/>
    <w:basedOn w:val="Domylnaczcionkaakapitu"/>
    <w:uiPriority w:val="99"/>
    <w:unhideWhenUsed/>
    <w:rsid w:val="008B7962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B79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7</Pages>
  <Words>1057</Words>
  <Characters>6343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7386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Krzysztof Zachura</cp:lastModifiedBy>
  <cp:revision>8</cp:revision>
  <dcterms:created xsi:type="dcterms:W3CDTF">2013-12-23T23:15:00Z</dcterms:created>
  <dcterms:modified xsi:type="dcterms:W3CDTF">2026-08-07T05:15:00Z</dcterms:modified>
  <cp:category/>
</cp:coreProperties>
</file>