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7D" w:rsidRDefault="004C0347" w:rsidP="007A268A">
      <w:pPr>
        <w:jc w:val="center"/>
      </w:pPr>
      <w:r>
        <w:rPr>
          <w:noProof/>
          <w:lang w:bidi="ar-SA"/>
        </w:rPr>
        <w:drawing>
          <wp:inline distT="0" distB="0" distL="0" distR="0">
            <wp:extent cx="5943600" cy="478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B7D" w:rsidRDefault="004C0347" w:rsidP="007A268A">
      <w:pPr>
        <w:ind w:left="7200" w:firstLine="720"/>
        <w:jc w:val="center"/>
        <w:rPr>
          <w:b/>
        </w:rPr>
      </w:pPr>
      <w:r>
        <w:rPr>
          <w:b/>
        </w:rPr>
        <w:t>Załącznik nr 3 do SWZ</w:t>
      </w:r>
    </w:p>
    <w:p w:rsidR="007A268A" w:rsidRDefault="007A268A" w:rsidP="007A268A">
      <w:pPr>
        <w:ind w:left="7200" w:firstLine="720"/>
        <w:jc w:val="center"/>
      </w:pPr>
    </w:p>
    <w:p w:rsidR="002C1B7D" w:rsidRDefault="004C0347">
      <w:pPr>
        <w:jc w:val="center"/>
      </w:pPr>
      <w:r>
        <w:rPr>
          <w:b/>
          <w:sz w:val="26"/>
        </w:rPr>
        <w:t>OŚWIADCZENIE WYKONAWCÓW WSPÓLNIE UBIEGAJĄCYCH SIĘ O UDZIELENIE ZAMÓWIENIA</w:t>
      </w:r>
    </w:p>
    <w:p w:rsidR="002C1B7D" w:rsidRDefault="004C0347">
      <w:pPr>
        <w:jc w:val="center"/>
      </w:pPr>
      <w:r>
        <w:t>składane na podstawie art. 117 ust. 4 ustawy Prawo zamówień publicznych – jeżeli dotyczy</w:t>
      </w:r>
    </w:p>
    <w:p w:rsidR="001A2515" w:rsidRPr="007A268A" w:rsidRDefault="001A2515" w:rsidP="007A268A">
      <w:pPr>
        <w:jc w:val="center"/>
        <w:rPr>
          <w:b/>
        </w:rPr>
      </w:pPr>
    </w:p>
    <w:p w:rsidR="007A268A" w:rsidRPr="007A268A" w:rsidRDefault="004C0347" w:rsidP="007A268A">
      <w:pPr>
        <w:jc w:val="center"/>
        <w:rPr>
          <w:b/>
        </w:rPr>
      </w:pPr>
      <w:r w:rsidRPr="007A268A">
        <w:rPr>
          <w:b/>
        </w:rPr>
        <w:t xml:space="preserve">Postępowanie pn. „Dostawa pomocy dydaktycznych i </w:t>
      </w:r>
      <w:r w:rsidR="007A268A" w:rsidRPr="007A268A">
        <w:rPr>
          <w:b/>
        </w:rPr>
        <w:t>wyposażenia w ramach projektu</w:t>
      </w:r>
    </w:p>
    <w:p w:rsidR="002C1B7D" w:rsidRDefault="004C0347" w:rsidP="007A268A">
      <w:pPr>
        <w:jc w:val="center"/>
        <w:rPr>
          <w:b/>
        </w:rPr>
      </w:pPr>
      <w:r w:rsidRPr="007A268A">
        <w:rPr>
          <w:b/>
        </w:rPr>
        <w:t>Edukacja włączająca w kształceniu og</w:t>
      </w:r>
      <w:r w:rsidR="00516DF1">
        <w:rPr>
          <w:b/>
        </w:rPr>
        <w:t>ólnym na terenie gminy Ryglice”</w:t>
      </w:r>
    </w:p>
    <w:p w:rsidR="007A268A" w:rsidRPr="007A268A" w:rsidRDefault="007A268A" w:rsidP="007A268A">
      <w:pPr>
        <w:jc w:val="center"/>
        <w:rPr>
          <w:b/>
        </w:rPr>
      </w:pPr>
    </w:p>
    <w:p w:rsidR="002C1B7D" w:rsidRDefault="004C0347">
      <w:r>
        <w:t>Wykonawcy wspólnie ubiegający się o udzielenie zamówienia:</w:t>
      </w:r>
    </w:p>
    <w:p w:rsidR="002C1B7D" w:rsidRDefault="004C0347">
      <w:pPr>
        <w:jc w:val="both"/>
      </w:pPr>
      <w:r>
        <w:t>1) ................................................................................................................................................</w:t>
      </w:r>
    </w:p>
    <w:p w:rsidR="002C1B7D" w:rsidRDefault="004C0347">
      <w:pPr>
        <w:jc w:val="both"/>
      </w:pPr>
      <w:r>
        <w:t>2) ................................................................................................................................................</w:t>
      </w:r>
    </w:p>
    <w:p w:rsidR="002C1B7D" w:rsidRDefault="004C0347">
      <w:pPr>
        <w:jc w:val="both"/>
      </w:pPr>
      <w:r>
        <w:t>3) ................................................................................................................................................</w:t>
      </w:r>
    </w:p>
    <w:p w:rsidR="00A800FF" w:rsidRDefault="00A800FF">
      <w:pPr>
        <w:jc w:val="both"/>
      </w:pPr>
    </w:p>
    <w:p w:rsidR="002C1B7D" w:rsidRDefault="004C0347">
      <w:pPr>
        <w:jc w:val="both"/>
      </w:pPr>
      <w:r>
        <w:t>Oświadczamy, że niżej wskazany zakres dostaw wykonają poszczególni Wykonawcy wspólnie ubiegający się o udzielenie zamówienia:</w:t>
      </w:r>
    </w:p>
    <w:tbl>
      <w:tblPr>
        <w:tblStyle w:val="Tabela-Siatka"/>
        <w:tblW w:w="0" w:type="auto"/>
        <w:jc w:val="center"/>
        <w:tblLook w:val="04A0"/>
      </w:tblPr>
      <w:tblGrid>
        <w:gridCol w:w="3408"/>
        <w:gridCol w:w="3408"/>
        <w:gridCol w:w="3408"/>
      </w:tblGrid>
      <w:tr w:rsidR="002C1B7D" w:rsidTr="007C16E9">
        <w:trPr>
          <w:jc w:val="center"/>
        </w:trPr>
        <w:tc>
          <w:tcPr>
            <w:tcW w:w="3408" w:type="dxa"/>
            <w:vAlign w:val="center"/>
          </w:tcPr>
          <w:p w:rsidR="002C1B7D" w:rsidRDefault="004C0347" w:rsidP="007A268A">
            <w:pPr>
              <w:spacing w:after="0" w:line="600" w:lineRule="auto"/>
              <w:jc w:val="center"/>
            </w:pPr>
            <w:r>
              <w:rPr>
                <w:b/>
                <w:sz w:val="18"/>
              </w:rPr>
              <w:t>Nazwa Wykonawcy</w:t>
            </w:r>
          </w:p>
        </w:tc>
        <w:tc>
          <w:tcPr>
            <w:tcW w:w="3408" w:type="dxa"/>
            <w:vAlign w:val="center"/>
          </w:tcPr>
          <w:p w:rsidR="007A268A" w:rsidRDefault="004C0347" w:rsidP="007A268A">
            <w:pPr>
              <w:spacing w:after="0" w:line="60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Zakres dostaw wykonywanych </w:t>
            </w:r>
          </w:p>
          <w:p w:rsidR="002C1B7D" w:rsidRDefault="004C0347" w:rsidP="007A268A">
            <w:pPr>
              <w:spacing w:after="0" w:line="600" w:lineRule="auto"/>
              <w:jc w:val="center"/>
            </w:pPr>
            <w:r>
              <w:rPr>
                <w:b/>
                <w:sz w:val="18"/>
              </w:rPr>
              <w:t>przez Wykonawcę</w:t>
            </w:r>
          </w:p>
        </w:tc>
        <w:tc>
          <w:tcPr>
            <w:tcW w:w="3408" w:type="dxa"/>
            <w:vAlign w:val="center"/>
          </w:tcPr>
          <w:p w:rsidR="002C1B7D" w:rsidRDefault="004C0347" w:rsidP="007A268A">
            <w:pPr>
              <w:spacing w:after="0" w:line="600" w:lineRule="auto"/>
              <w:jc w:val="center"/>
            </w:pPr>
            <w:r>
              <w:rPr>
                <w:b/>
                <w:sz w:val="18"/>
              </w:rPr>
              <w:t>Część zamówienia</w:t>
            </w:r>
          </w:p>
        </w:tc>
      </w:tr>
      <w:tr w:rsidR="002C1B7D">
        <w:trPr>
          <w:jc w:val="center"/>
        </w:trPr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</w:tr>
      <w:tr w:rsidR="002C1B7D">
        <w:trPr>
          <w:jc w:val="center"/>
        </w:trPr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</w:tr>
      <w:tr w:rsidR="002C1B7D">
        <w:trPr>
          <w:jc w:val="center"/>
        </w:trPr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</w:tr>
      <w:tr w:rsidR="002C1B7D">
        <w:trPr>
          <w:jc w:val="center"/>
        </w:trPr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</w:tr>
      <w:tr w:rsidR="002C1B7D">
        <w:trPr>
          <w:jc w:val="center"/>
        </w:trPr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  <w:tc>
          <w:tcPr>
            <w:tcW w:w="3408" w:type="dxa"/>
            <w:vAlign w:val="center"/>
          </w:tcPr>
          <w:p w:rsidR="002C1B7D" w:rsidRDefault="002C1B7D" w:rsidP="007A268A">
            <w:pPr>
              <w:spacing w:after="0" w:line="600" w:lineRule="auto"/>
              <w:jc w:val="center"/>
            </w:pPr>
          </w:p>
        </w:tc>
      </w:tr>
    </w:tbl>
    <w:p w:rsidR="00BD3AC0" w:rsidRDefault="00BD3AC0">
      <w:pPr>
        <w:jc w:val="right"/>
      </w:pPr>
    </w:p>
    <w:p w:rsidR="00BD3AC0" w:rsidRDefault="00BD3AC0">
      <w:pPr>
        <w:jc w:val="right"/>
      </w:pPr>
    </w:p>
    <w:p w:rsidR="002C1B7D" w:rsidRDefault="004C0347">
      <w:pPr>
        <w:jc w:val="right"/>
      </w:pPr>
      <w:r>
        <w:t>........................................................</w:t>
      </w:r>
    </w:p>
    <w:p w:rsidR="002C1B7D" w:rsidRDefault="004C0347">
      <w:pPr>
        <w:jc w:val="right"/>
        <w:rPr>
          <w:sz w:val="16"/>
          <w:szCs w:val="16"/>
        </w:rPr>
      </w:pPr>
      <w:r w:rsidRPr="007A268A">
        <w:rPr>
          <w:sz w:val="16"/>
          <w:szCs w:val="16"/>
        </w:rPr>
        <w:t>podpisy Wykonawców / osób uprawnionych</w:t>
      </w:r>
    </w:p>
    <w:p w:rsidR="008E66D5" w:rsidRDefault="008E66D5">
      <w:pPr>
        <w:jc w:val="right"/>
        <w:rPr>
          <w:sz w:val="16"/>
          <w:szCs w:val="16"/>
        </w:rPr>
      </w:pPr>
    </w:p>
    <w:p w:rsidR="008E66D5" w:rsidRDefault="008E66D5" w:rsidP="00F30805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highlight w:val="yellow"/>
          <w:u w:val="single"/>
        </w:rPr>
        <w:t>UWAGA: OŚWIADCZENIE NALEŻY PODPISAĆ KWALIFIKOWANYM PODPISEM ELEKTRONICZNYM lub ELEKTRONICZNYM PODPISEM ZAUFANYM lub ELEKTRONICZNYM PODPISEM OSOBISTYM !</w:t>
      </w:r>
    </w:p>
    <w:p w:rsidR="008E66D5" w:rsidRPr="007A268A" w:rsidRDefault="008E66D5">
      <w:pPr>
        <w:jc w:val="right"/>
        <w:rPr>
          <w:sz w:val="16"/>
          <w:szCs w:val="16"/>
        </w:rPr>
      </w:pPr>
    </w:p>
    <w:sectPr w:rsidR="008E66D5" w:rsidRPr="007A268A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DCB" w:rsidRDefault="00AE5DCB">
      <w:pPr>
        <w:spacing w:after="0" w:line="240" w:lineRule="auto"/>
      </w:pPr>
      <w:r>
        <w:separator/>
      </w:r>
    </w:p>
  </w:endnote>
  <w:endnote w:type="continuationSeparator" w:id="1">
    <w:p w:rsidR="00AE5DCB" w:rsidRDefault="00AE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DCB" w:rsidRDefault="00AE5DCB">
      <w:pPr>
        <w:spacing w:after="0" w:line="240" w:lineRule="auto"/>
      </w:pPr>
      <w:r>
        <w:separator/>
      </w:r>
    </w:p>
  </w:footnote>
  <w:footnote w:type="continuationSeparator" w:id="1">
    <w:p w:rsidR="00AE5DCB" w:rsidRDefault="00AE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12707"/>
    <w:rsid w:val="00034616"/>
    <w:rsid w:val="0004386B"/>
    <w:rsid w:val="0006063C"/>
    <w:rsid w:val="00125238"/>
    <w:rsid w:val="0015074B"/>
    <w:rsid w:val="00153EC2"/>
    <w:rsid w:val="001A2515"/>
    <w:rsid w:val="0029639D"/>
    <w:rsid w:val="002A150F"/>
    <w:rsid w:val="002B01DF"/>
    <w:rsid w:val="002C1B7D"/>
    <w:rsid w:val="00326F90"/>
    <w:rsid w:val="00425C02"/>
    <w:rsid w:val="004C0347"/>
    <w:rsid w:val="00516DF1"/>
    <w:rsid w:val="006A1F17"/>
    <w:rsid w:val="006B6974"/>
    <w:rsid w:val="00744C56"/>
    <w:rsid w:val="007A268A"/>
    <w:rsid w:val="007C16E9"/>
    <w:rsid w:val="00800CCF"/>
    <w:rsid w:val="00867D49"/>
    <w:rsid w:val="00892D83"/>
    <w:rsid w:val="008D37AE"/>
    <w:rsid w:val="008E66D5"/>
    <w:rsid w:val="0092406C"/>
    <w:rsid w:val="009757B3"/>
    <w:rsid w:val="009761B5"/>
    <w:rsid w:val="009B10A0"/>
    <w:rsid w:val="009C501D"/>
    <w:rsid w:val="009E40B7"/>
    <w:rsid w:val="009E7443"/>
    <w:rsid w:val="009F2F15"/>
    <w:rsid w:val="00A439DB"/>
    <w:rsid w:val="00A800FF"/>
    <w:rsid w:val="00AA1D8D"/>
    <w:rsid w:val="00AE5DCB"/>
    <w:rsid w:val="00B47730"/>
    <w:rsid w:val="00B57C19"/>
    <w:rsid w:val="00B84730"/>
    <w:rsid w:val="00BA49A7"/>
    <w:rsid w:val="00BD3AC0"/>
    <w:rsid w:val="00CA3D4D"/>
    <w:rsid w:val="00CB0664"/>
    <w:rsid w:val="00CC03D2"/>
    <w:rsid w:val="00D24790"/>
    <w:rsid w:val="00D3261A"/>
    <w:rsid w:val="00F3080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/>
    </w:pPr>
    <w:rPr>
      <w:rFonts w:ascii="Calibri" w:hAnsi="Calibri"/>
      <w:sz w:val="21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 w:eastAsia="pl-PL" w:bidi="pl-PL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lang w:val="pl-PL" w:eastAsia="pl-PL" w:bidi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lang w:val="pl-PL" w:eastAsia="pl-PL" w:bidi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 w:eastAsia="pl-PL" w:bidi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9C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01D"/>
    <w:rPr>
      <w:rFonts w:ascii="Tahoma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1129</Characters>
  <Application>Microsoft Office Word</Application>
  <DocSecurity>0</DocSecurity>
  <Lines>9</Lines>
  <Paragraphs>2</Paragraphs>
  <ScaleCrop>false</ScaleCrop>
  <Manager/>
  <Company/>
  <LinksUpToDate>false</LinksUpToDate>
  <CharactersWithSpaces>1315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2026-04-29T12:39:00Z</dcterms:created>
  <dcterms:modified xsi:type="dcterms:W3CDTF">2026-08-07T08:37:00Z</dcterms:modified>
  <cp:category/>
</cp:coreProperties>
</file>