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602A" w14:textId="77777777" w:rsidR="00E71DEB" w:rsidRDefault="002750A9" w:rsidP="00E122CC">
      <w:pPr>
        <w:spacing w:after="80" w:line="360" w:lineRule="auto"/>
        <w:jc w:val="both"/>
      </w:pPr>
      <w:r>
        <w:rPr>
          <w:b/>
        </w:rPr>
        <w:t>ZAŁĄCZNIK NR 1 DO SWZ</w:t>
      </w:r>
    </w:p>
    <w:p w14:paraId="38851761" w14:textId="77777777" w:rsidR="00E71DEB" w:rsidRDefault="002750A9" w:rsidP="00E122CC">
      <w:pPr>
        <w:spacing w:after="80" w:line="360" w:lineRule="auto"/>
        <w:jc w:val="right"/>
      </w:pPr>
      <w:r>
        <w:rPr>
          <w:b/>
        </w:rPr>
        <w:t>Oznaczenie sprawy: ZP.01.2026</w:t>
      </w:r>
    </w:p>
    <w:p w14:paraId="64DEC232" w14:textId="77777777" w:rsidR="00E71DEB" w:rsidRDefault="002750A9" w:rsidP="00E122CC">
      <w:pPr>
        <w:spacing w:after="160" w:line="360" w:lineRule="auto"/>
        <w:jc w:val="center"/>
      </w:pPr>
      <w:r>
        <w:rPr>
          <w:b/>
          <w:sz w:val="30"/>
        </w:rPr>
        <w:t>FORMULARZ OFERTOWY</w:t>
      </w:r>
    </w:p>
    <w:p w14:paraId="61194E90" w14:textId="705FCD7D" w:rsidR="00E71DEB" w:rsidRDefault="002750A9" w:rsidP="00E122CC">
      <w:pPr>
        <w:spacing w:after="80" w:line="360" w:lineRule="auto"/>
        <w:jc w:val="center"/>
      </w:pPr>
      <w:r>
        <w:t xml:space="preserve">w postępowaniu </w:t>
      </w:r>
      <w:proofErr w:type="spellStart"/>
      <w:r>
        <w:t>pn</w:t>
      </w:r>
      <w:proofErr w:type="spellEnd"/>
      <w:r>
        <w:t>.</w:t>
      </w:r>
      <w:r w:rsidR="00E122CC">
        <w:t xml:space="preserve"> </w:t>
      </w:r>
      <w:r>
        <w:rPr>
          <w:b/>
          <w:sz w:val="24"/>
        </w:rPr>
        <w:t>„WYPOSAŻENIE WNĘTRZ GMINNEJ BIBLIOTEKI PUBLICZNEJ W RUDZIŃCU”</w:t>
      </w:r>
    </w:p>
    <w:p w14:paraId="22E7CD25" w14:textId="77777777" w:rsidR="00E71DEB" w:rsidRDefault="002750A9" w:rsidP="00E122CC">
      <w:pPr>
        <w:spacing w:after="80" w:line="360" w:lineRule="auto"/>
        <w:jc w:val="both"/>
      </w:pPr>
      <w:r>
        <w:rPr>
          <w:b/>
        </w:rPr>
        <w:t>ZAMAWIAJĄCY:</w:t>
      </w:r>
    </w:p>
    <w:p w14:paraId="31B5CE52" w14:textId="77777777" w:rsidR="00E71DEB" w:rsidRDefault="002750A9" w:rsidP="00E122CC">
      <w:pPr>
        <w:spacing w:line="360" w:lineRule="auto"/>
      </w:pPr>
      <w:r>
        <w:t>Gminna Biblioteka Publiczna w Rudzińcu</w:t>
      </w:r>
      <w:r>
        <w:br/>
        <w:t>ul. Gliwicka 3, 44-160 Rudziniec</w:t>
      </w:r>
    </w:p>
    <w:p w14:paraId="26B8FD60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11"/>
        <w:gridCol w:w="5551"/>
      </w:tblGrid>
      <w:tr w:rsidR="00E71DEB" w14:paraId="0B6A8DE3" w14:textId="77777777">
        <w:trPr>
          <w:jc w:val="center"/>
        </w:trPr>
        <w:tc>
          <w:tcPr>
            <w:tcW w:w="4873" w:type="dxa"/>
            <w:shd w:val="clear" w:color="auto" w:fill="E7E6E6"/>
            <w:vAlign w:val="center"/>
          </w:tcPr>
          <w:p w14:paraId="12B98267" w14:textId="77777777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Nazwa / </w:t>
            </w:r>
            <w:proofErr w:type="spellStart"/>
            <w:r>
              <w:rPr>
                <w:b/>
                <w:sz w:val="20"/>
              </w:rPr>
              <w:t>firma</w:t>
            </w:r>
            <w:proofErr w:type="spellEnd"/>
            <w:r>
              <w:rPr>
                <w:b/>
                <w:sz w:val="20"/>
              </w:rPr>
              <w:t xml:space="preserve"> Wykonawcy:</w:t>
            </w:r>
          </w:p>
          <w:p w14:paraId="21DD20B2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  <w:vAlign w:val="center"/>
          </w:tcPr>
          <w:p w14:paraId="3B3C17D1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E71DEB" w14:paraId="4568C0B1" w14:textId="77777777">
        <w:trPr>
          <w:jc w:val="center"/>
        </w:trPr>
        <w:tc>
          <w:tcPr>
            <w:tcW w:w="4873" w:type="dxa"/>
            <w:shd w:val="clear" w:color="auto" w:fill="E7E6E6"/>
            <w:vAlign w:val="center"/>
          </w:tcPr>
          <w:p w14:paraId="487EEA14" w14:textId="77777777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Adres siedziby / </w:t>
            </w:r>
            <w:proofErr w:type="spellStart"/>
            <w:r>
              <w:rPr>
                <w:b/>
                <w:sz w:val="20"/>
              </w:rPr>
              <w:t>miejsce</w:t>
            </w:r>
            <w:proofErr w:type="spellEnd"/>
            <w:r>
              <w:rPr>
                <w:b/>
                <w:sz w:val="20"/>
              </w:rPr>
              <w:t xml:space="preserve"> prowadzenia działalności:</w:t>
            </w:r>
          </w:p>
          <w:p w14:paraId="11D1F298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  <w:vAlign w:val="center"/>
          </w:tcPr>
          <w:p w14:paraId="3E545C61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E71DEB" w14:paraId="3740C00F" w14:textId="77777777">
        <w:trPr>
          <w:jc w:val="center"/>
        </w:trPr>
        <w:tc>
          <w:tcPr>
            <w:tcW w:w="4873" w:type="dxa"/>
            <w:shd w:val="clear" w:color="auto" w:fill="E7E6E6"/>
            <w:vAlign w:val="center"/>
          </w:tcPr>
          <w:p w14:paraId="7E876B71" w14:textId="77777777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NIP:</w:t>
            </w:r>
          </w:p>
          <w:p w14:paraId="5EB51CC4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  <w:vAlign w:val="center"/>
          </w:tcPr>
          <w:p w14:paraId="651D7C91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E71DEB" w14:paraId="5123638B" w14:textId="77777777">
        <w:trPr>
          <w:jc w:val="center"/>
        </w:trPr>
        <w:tc>
          <w:tcPr>
            <w:tcW w:w="4873" w:type="dxa"/>
            <w:shd w:val="clear" w:color="auto" w:fill="E7E6E6"/>
            <w:vAlign w:val="center"/>
          </w:tcPr>
          <w:p w14:paraId="0E801CD4" w14:textId="77777777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REGON:</w:t>
            </w:r>
          </w:p>
          <w:p w14:paraId="4A14E32E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  <w:vAlign w:val="center"/>
          </w:tcPr>
          <w:p w14:paraId="1E5C2C7C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E71DEB" w14:paraId="1141F62A" w14:textId="77777777">
        <w:trPr>
          <w:jc w:val="center"/>
        </w:trPr>
        <w:tc>
          <w:tcPr>
            <w:tcW w:w="4873" w:type="dxa"/>
            <w:shd w:val="clear" w:color="auto" w:fill="E7E6E6"/>
            <w:vAlign w:val="center"/>
          </w:tcPr>
          <w:p w14:paraId="6FCF2224" w14:textId="77777777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Telefon</w:t>
            </w:r>
            <w:proofErr w:type="spellEnd"/>
            <w:r>
              <w:rPr>
                <w:b/>
                <w:sz w:val="20"/>
              </w:rPr>
              <w:t>:</w:t>
            </w:r>
          </w:p>
          <w:p w14:paraId="55AEA4CF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  <w:vAlign w:val="center"/>
          </w:tcPr>
          <w:p w14:paraId="27F586D2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E71DEB" w14:paraId="2D1E5947" w14:textId="77777777">
        <w:trPr>
          <w:jc w:val="center"/>
        </w:trPr>
        <w:tc>
          <w:tcPr>
            <w:tcW w:w="4873" w:type="dxa"/>
            <w:shd w:val="clear" w:color="auto" w:fill="E7E6E6"/>
            <w:vAlign w:val="center"/>
          </w:tcPr>
          <w:p w14:paraId="3D1BBA86" w14:textId="77777777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  <w:p w14:paraId="2A8D74DD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  <w:vAlign w:val="center"/>
          </w:tcPr>
          <w:p w14:paraId="0FC90054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E71DEB" w14:paraId="66BD06ED" w14:textId="77777777">
        <w:trPr>
          <w:jc w:val="center"/>
        </w:trPr>
        <w:tc>
          <w:tcPr>
            <w:tcW w:w="4873" w:type="dxa"/>
            <w:shd w:val="clear" w:color="auto" w:fill="E7E6E6"/>
            <w:vAlign w:val="center"/>
          </w:tcPr>
          <w:p w14:paraId="13DB3079" w14:textId="77777777" w:rsidR="00E122CC" w:rsidRDefault="00E122CC" w:rsidP="00E122CC">
            <w:pPr>
              <w:spacing w:line="360" w:lineRule="auto"/>
              <w:jc w:val="both"/>
              <w:rPr>
                <w:b/>
                <w:sz w:val="20"/>
              </w:rPr>
            </w:pPr>
          </w:p>
          <w:p w14:paraId="0053CC91" w14:textId="6BCF8982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Osoba uprawniona do reprezentowania Wykonawcy:</w:t>
            </w:r>
          </w:p>
        </w:tc>
        <w:tc>
          <w:tcPr>
            <w:tcW w:w="4873" w:type="dxa"/>
            <w:vAlign w:val="center"/>
          </w:tcPr>
          <w:p w14:paraId="29DB8D00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</w:tbl>
    <w:p w14:paraId="7CBF96B9" w14:textId="77777777" w:rsidR="00E71DEB" w:rsidRDefault="00E71DEB" w:rsidP="00E122CC">
      <w:pPr>
        <w:spacing w:after="80" w:line="360" w:lineRule="auto"/>
        <w:jc w:val="both"/>
      </w:pPr>
    </w:p>
    <w:p w14:paraId="5D06353C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2. OFERTA</w:t>
      </w:r>
    </w:p>
    <w:p w14:paraId="52352CB7" w14:textId="77777777" w:rsidR="00E71DEB" w:rsidRDefault="002750A9" w:rsidP="00E122CC">
      <w:pPr>
        <w:spacing w:after="80" w:line="360" w:lineRule="auto"/>
        <w:jc w:val="both"/>
      </w:pPr>
      <w:r>
        <w:t>W odpowiedzi na ogłoszenie o zamówieniu, po zapoznaniu się ze Specyfikacją Warunków Zamówienia oraz jej załącznikami, składamy ofertę na wykonanie przedmiotu zamówienia na warunkach określonych w SWZ.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11"/>
        <w:gridCol w:w="5551"/>
      </w:tblGrid>
      <w:tr w:rsidR="00E71DEB" w14:paraId="52B30520" w14:textId="77777777">
        <w:trPr>
          <w:jc w:val="center"/>
        </w:trPr>
        <w:tc>
          <w:tcPr>
            <w:tcW w:w="4873" w:type="dxa"/>
            <w:shd w:val="clear" w:color="auto" w:fill="E7E6E6"/>
          </w:tcPr>
          <w:p w14:paraId="68238580" w14:textId="77777777" w:rsidR="00E122CC" w:rsidRDefault="00E122CC" w:rsidP="00E122CC">
            <w:pPr>
              <w:spacing w:line="360" w:lineRule="auto"/>
              <w:jc w:val="both"/>
              <w:rPr>
                <w:b/>
                <w:sz w:val="20"/>
              </w:rPr>
            </w:pPr>
          </w:p>
          <w:p w14:paraId="6A36EF2F" w14:textId="6C5DDE3C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Cena netto:</w:t>
            </w:r>
          </w:p>
          <w:p w14:paraId="5D01543A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</w:tcPr>
          <w:p w14:paraId="73F1F75F" w14:textId="77777777" w:rsidR="00E122CC" w:rsidRDefault="00E122CC" w:rsidP="00E122CC">
            <w:pPr>
              <w:spacing w:line="360" w:lineRule="auto"/>
              <w:jc w:val="both"/>
              <w:rPr>
                <w:sz w:val="20"/>
              </w:rPr>
            </w:pPr>
          </w:p>
          <w:p w14:paraId="1709168E" w14:textId="35C57A4F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 zł</w:t>
            </w:r>
          </w:p>
        </w:tc>
      </w:tr>
      <w:tr w:rsidR="00E71DEB" w14:paraId="616F098E" w14:textId="77777777">
        <w:trPr>
          <w:jc w:val="center"/>
        </w:trPr>
        <w:tc>
          <w:tcPr>
            <w:tcW w:w="4873" w:type="dxa"/>
            <w:shd w:val="clear" w:color="auto" w:fill="E7E6E6"/>
          </w:tcPr>
          <w:p w14:paraId="4428CD6E" w14:textId="77777777" w:rsidR="00E122CC" w:rsidRDefault="00E122CC" w:rsidP="00E122CC">
            <w:pPr>
              <w:spacing w:line="360" w:lineRule="auto"/>
              <w:jc w:val="both"/>
              <w:rPr>
                <w:b/>
                <w:sz w:val="20"/>
              </w:rPr>
            </w:pPr>
          </w:p>
          <w:p w14:paraId="2C3AA223" w14:textId="4A5BF091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Podatek</w:t>
            </w:r>
            <w:proofErr w:type="spellEnd"/>
            <w:r>
              <w:rPr>
                <w:b/>
                <w:sz w:val="20"/>
              </w:rPr>
              <w:t xml:space="preserve"> VAT:</w:t>
            </w:r>
          </w:p>
          <w:p w14:paraId="38D877AA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</w:tcPr>
          <w:p w14:paraId="72B2CB97" w14:textId="77777777" w:rsidR="00E122CC" w:rsidRDefault="00E122CC" w:rsidP="00E122CC">
            <w:pPr>
              <w:spacing w:line="360" w:lineRule="auto"/>
              <w:jc w:val="both"/>
              <w:rPr>
                <w:sz w:val="20"/>
              </w:rPr>
            </w:pPr>
          </w:p>
          <w:p w14:paraId="637382D5" w14:textId="24ABED14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lastRenderedPageBreak/>
              <w:t>................ %   /   ................................ zł</w:t>
            </w:r>
          </w:p>
        </w:tc>
      </w:tr>
      <w:tr w:rsidR="00E71DEB" w14:paraId="370733C0" w14:textId="77777777">
        <w:trPr>
          <w:jc w:val="center"/>
        </w:trPr>
        <w:tc>
          <w:tcPr>
            <w:tcW w:w="4873" w:type="dxa"/>
            <w:shd w:val="clear" w:color="auto" w:fill="E7E6E6"/>
          </w:tcPr>
          <w:p w14:paraId="2623E6DA" w14:textId="77777777" w:rsidR="00E122CC" w:rsidRDefault="00E122CC" w:rsidP="00E122CC">
            <w:pPr>
              <w:spacing w:line="360" w:lineRule="auto"/>
              <w:jc w:val="both"/>
              <w:rPr>
                <w:b/>
                <w:sz w:val="20"/>
              </w:rPr>
            </w:pPr>
          </w:p>
          <w:p w14:paraId="7CC65E5B" w14:textId="6F18D157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Cena brutto:</w:t>
            </w:r>
          </w:p>
          <w:p w14:paraId="7BCE872A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</w:tcPr>
          <w:p w14:paraId="40D6F746" w14:textId="77777777" w:rsidR="00E122CC" w:rsidRDefault="002750A9" w:rsidP="00E122CC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14:paraId="3D245CC1" w14:textId="503949F4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 zł</w:t>
            </w:r>
          </w:p>
        </w:tc>
      </w:tr>
      <w:tr w:rsidR="00E71DEB" w14:paraId="739B5A3B" w14:textId="77777777" w:rsidTr="00E122CC">
        <w:trPr>
          <w:trHeight w:val="669"/>
          <w:jc w:val="center"/>
        </w:trPr>
        <w:tc>
          <w:tcPr>
            <w:tcW w:w="4873" w:type="dxa"/>
            <w:shd w:val="clear" w:color="auto" w:fill="E7E6E6"/>
          </w:tcPr>
          <w:p w14:paraId="56755A5F" w14:textId="77777777" w:rsidR="00E122CC" w:rsidRDefault="00E122CC" w:rsidP="00E122CC">
            <w:pPr>
              <w:spacing w:line="360" w:lineRule="auto"/>
              <w:jc w:val="both"/>
              <w:rPr>
                <w:b/>
                <w:sz w:val="20"/>
              </w:rPr>
            </w:pPr>
          </w:p>
          <w:p w14:paraId="7591BBB5" w14:textId="72DAFEFE" w:rsidR="00E71DEB" w:rsidRDefault="002750A9" w:rsidP="00E122CC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Cena brutto słownie:</w:t>
            </w:r>
          </w:p>
          <w:p w14:paraId="2A592C36" w14:textId="77777777" w:rsidR="00E122CC" w:rsidRDefault="00E122CC" w:rsidP="00E122CC">
            <w:pPr>
              <w:spacing w:line="360" w:lineRule="auto"/>
              <w:jc w:val="both"/>
            </w:pPr>
          </w:p>
        </w:tc>
        <w:tc>
          <w:tcPr>
            <w:tcW w:w="4873" w:type="dxa"/>
          </w:tcPr>
          <w:p w14:paraId="4DC46814" w14:textId="77777777" w:rsidR="00E122CC" w:rsidRDefault="00E122CC" w:rsidP="00E122CC">
            <w:pPr>
              <w:spacing w:line="360" w:lineRule="auto"/>
              <w:jc w:val="both"/>
              <w:rPr>
                <w:sz w:val="20"/>
              </w:rPr>
            </w:pPr>
          </w:p>
          <w:p w14:paraId="3A01D6D4" w14:textId="11D905E9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................................................................................................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</w:p>
        </w:tc>
      </w:tr>
    </w:tbl>
    <w:p w14:paraId="4942A54E" w14:textId="77777777" w:rsidR="00E122CC" w:rsidRDefault="00E122CC" w:rsidP="00E122CC">
      <w:pPr>
        <w:spacing w:after="160" w:line="360" w:lineRule="auto"/>
        <w:jc w:val="both"/>
        <w:rPr>
          <w:b/>
        </w:rPr>
      </w:pPr>
    </w:p>
    <w:p w14:paraId="29E173C2" w14:textId="601964F3" w:rsidR="00E71DEB" w:rsidRPr="00E122CC" w:rsidRDefault="002750A9" w:rsidP="00E122CC">
      <w:pPr>
        <w:spacing w:after="160" w:line="360" w:lineRule="auto"/>
        <w:jc w:val="both"/>
        <w:rPr>
          <w:b/>
        </w:rPr>
      </w:pPr>
      <w:r>
        <w:rPr>
          <w:b/>
        </w:rPr>
        <w:t>C</w:t>
      </w:r>
      <w:r>
        <w:rPr>
          <w:b/>
        </w:rPr>
        <w:t>ena oferty musi być zgodna z wartością wynikającą z wypełnionego Formularza cenowego stanowiącego integralną część oferty.</w:t>
      </w:r>
    </w:p>
    <w:p w14:paraId="4922A9B9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3. OKRES GWARANCJI I RĘKOJMI</w:t>
      </w:r>
    </w:p>
    <w:p w14:paraId="51D60CA7" w14:textId="77777777" w:rsidR="00E71DEB" w:rsidRDefault="002750A9" w:rsidP="00E122CC">
      <w:pPr>
        <w:spacing w:after="80" w:line="360" w:lineRule="auto"/>
        <w:jc w:val="both"/>
      </w:pPr>
      <w:r>
        <w:t>Oferujemy okres gwarancji i rękojmi wynoszący:</w:t>
      </w:r>
    </w:p>
    <w:p w14:paraId="1BB03278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4"/>
        </w:rPr>
        <w:t>.................. miesięcy</w:t>
      </w:r>
    </w:p>
    <w:p w14:paraId="518CEA3A" w14:textId="77777777" w:rsidR="00E71DEB" w:rsidRDefault="002750A9" w:rsidP="00E122CC">
      <w:pPr>
        <w:spacing w:after="160" w:line="360" w:lineRule="auto"/>
        <w:jc w:val="both"/>
      </w:pPr>
      <w:r>
        <w:t>Okres należy podać w pełnych miesiącach: minimum 24 miesiące, maksimum 48 miesięcy. Okres rękojmi jest równy okresowi gwarancji.</w:t>
      </w:r>
    </w:p>
    <w:p w14:paraId="26029B99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4. TERMIN REALIZACJI</w:t>
      </w:r>
    </w:p>
    <w:p w14:paraId="4D17FEF8" w14:textId="77777777" w:rsidR="00E71DEB" w:rsidRDefault="002750A9" w:rsidP="00E122CC">
      <w:pPr>
        <w:spacing w:after="160" w:line="360" w:lineRule="auto"/>
        <w:jc w:val="both"/>
      </w:pPr>
      <w:r>
        <w:t>Oświadczamy, że zrealizujemy przedmiot zamówienia w terminie określonym w SWZ, tj. do 2 miesięcy od dnia zawarcia umowy.</w:t>
      </w:r>
    </w:p>
    <w:p w14:paraId="2C9D4763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5. OŚWIADCZENIA WYKONAWCY</w:t>
      </w:r>
    </w:p>
    <w:p w14:paraId="28C86BE5" w14:textId="77777777" w:rsidR="00E71DEB" w:rsidRDefault="002750A9" w:rsidP="00E122CC">
      <w:pPr>
        <w:spacing w:after="80" w:line="360" w:lineRule="auto"/>
        <w:jc w:val="both"/>
      </w:pPr>
      <w:r>
        <w:t>1) zapoznaliśmy się z treścią SWZ wraz z załącznikami i nie wnosimy do niej zastrzeżeń oraz przyjmujemy warunki w niej określone;</w:t>
      </w:r>
    </w:p>
    <w:p w14:paraId="2BDFFC3F" w14:textId="77777777" w:rsidR="00E71DEB" w:rsidRDefault="002750A9" w:rsidP="00E122CC">
      <w:pPr>
        <w:spacing w:after="80" w:line="360" w:lineRule="auto"/>
        <w:jc w:val="both"/>
      </w:pPr>
      <w:r>
        <w:t>2) oferowana cena obejmuje wszystkie koszty niezbędne do należytego wykonania przedmiotu zamówienia, w tym w szczególności dostawę, transport, rozładunek, wniesienie, montaż, instalację, ustawienie i przygotowanie wyposażenia do użytkowania – w zakresie wymaganym dokumentami zamówienia;</w:t>
      </w:r>
    </w:p>
    <w:p w14:paraId="4ADCBE60" w14:textId="77777777" w:rsidR="00E71DEB" w:rsidRDefault="002750A9" w:rsidP="00E122CC">
      <w:pPr>
        <w:spacing w:after="80" w:line="360" w:lineRule="auto"/>
        <w:jc w:val="both"/>
      </w:pPr>
      <w:r>
        <w:t>3) uważamy się za związanych niniejszą ofertą przez okres wskazany w SWZ;</w:t>
      </w:r>
    </w:p>
    <w:p w14:paraId="11803947" w14:textId="77777777" w:rsidR="00E71DEB" w:rsidRDefault="002750A9" w:rsidP="00E122CC">
      <w:pPr>
        <w:spacing w:after="80" w:line="360" w:lineRule="auto"/>
        <w:jc w:val="both"/>
      </w:pPr>
      <w:r>
        <w:t>4) akceptujemy projektowane postanowienia umowy stanowiące Załącznik nr 4 do SWZ i zobowiązujemy się, w przypadku wyboru naszej oferty, do zawarcia umowy na warunkach w nich określonych;</w:t>
      </w:r>
    </w:p>
    <w:p w14:paraId="7F220872" w14:textId="77777777" w:rsidR="00E71DEB" w:rsidRDefault="002750A9" w:rsidP="00E122CC">
      <w:pPr>
        <w:spacing w:after="80" w:line="360" w:lineRule="auto"/>
        <w:jc w:val="both"/>
      </w:pPr>
      <w:r>
        <w:t>5) przedmiot zamówienia wykonamy zgodnie z SWZ, OPZ, złożoną ofertą oraz obowiązującymi przepisami;</w:t>
      </w:r>
    </w:p>
    <w:p w14:paraId="57AAEB55" w14:textId="77777777" w:rsidR="00E71DEB" w:rsidRDefault="002750A9" w:rsidP="00E122CC">
      <w:pPr>
        <w:spacing w:after="80" w:line="360" w:lineRule="auto"/>
        <w:jc w:val="both"/>
      </w:pPr>
      <w:r>
        <w:t>6) wszystkie informacje podane w niniejszym formularzu są aktualne i zgodne ze stanem faktycznym.</w:t>
      </w:r>
    </w:p>
    <w:p w14:paraId="531307B3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6. PODWYKONAWCY</w:t>
      </w:r>
    </w:p>
    <w:p w14:paraId="1C1B467B" w14:textId="77777777" w:rsidR="00E71DEB" w:rsidRDefault="002750A9" w:rsidP="00E122CC">
      <w:pPr>
        <w:spacing w:after="80" w:line="360" w:lineRule="auto"/>
        <w:jc w:val="both"/>
      </w:pPr>
      <w:r>
        <w:lastRenderedPageBreak/>
        <w:t>Zamierzamy powierzyć Podwykonawcy/Podwykonawcom następującą część zamówienia: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873"/>
      </w:tblGrid>
      <w:tr w:rsidR="00E71DEB" w14:paraId="1D75DA7A" w14:textId="77777777">
        <w:trPr>
          <w:jc w:val="center"/>
        </w:trPr>
        <w:tc>
          <w:tcPr>
            <w:tcW w:w="4873" w:type="dxa"/>
            <w:shd w:val="clear" w:color="auto" w:fill="E7E6E6"/>
          </w:tcPr>
          <w:p w14:paraId="5D6B981A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Część / zakres zamówienia</w:t>
            </w:r>
          </w:p>
        </w:tc>
        <w:tc>
          <w:tcPr>
            <w:tcW w:w="4873" w:type="dxa"/>
            <w:shd w:val="clear" w:color="auto" w:fill="E7E6E6"/>
          </w:tcPr>
          <w:p w14:paraId="03B6F8DD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Nazwa (firma) Podwykonawcy – o ile jest znana</w:t>
            </w:r>
          </w:p>
        </w:tc>
      </w:tr>
      <w:tr w:rsidR="00E71DEB" w14:paraId="37043B0C" w14:textId="77777777">
        <w:trPr>
          <w:jc w:val="center"/>
        </w:trPr>
        <w:tc>
          <w:tcPr>
            <w:tcW w:w="4873" w:type="dxa"/>
          </w:tcPr>
          <w:p w14:paraId="4D4B49E5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  <w:tc>
          <w:tcPr>
            <w:tcW w:w="4873" w:type="dxa"/>
          </w:tcPr>
          <w:p w14:paraId="5C5EAC48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  <w:tr w:rsidR="00E71DEB" w14:paraId="1C0B2CC8" w14:textId="77777777">
        <w:trPr>
          <w:jc w:val="center"/>
        </w:trPr>
        <w:tc>
          <w:tcPr>
            <w:tcW w:w="4873" w:type="dxa"/>
          </w:tcPr>
          <w:p w14:paraId="3859FC9F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  <w:tc>
          <w:tcPr>
            <w:tcW w:w="4873" w:type="dxa"/>
          </w:tcPr>
          <w:p w14:paraId="6F3D419E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</w:tbl>
    <w:p w14:paraId="73C1BB29" w14:textId="77777777" w:rsidR="00E71DEB" w:rsidRDefault="002750A9" w:rsidP="00E122CC">
      <w:pPr>
        <w:spacing w:after="160" w:line="360" w:lineRule="auto"/>
        <w:jc w:val="both"/>
      </w:pPr>
      <w:r>
        <w:t>Jeżeli Wykonawca nie zamierza powierzyć części zamówienia Podwykonawcom, należy wpisać „nie dotyczy”.</w:t>
      </w:r>
    </w:p>
    <w:p w14:paraId="6A36112C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7. DOSTĘP DO DOKUMENTÓW W BEZPŁATNYCH I OGÓLNODOSTĘPNYCH BAZACH DANYCH</w:t>
      </w:r>
    </w:p>
    <w:p w14:paraId="373DB9CC" w14:textId="77777777" w:rsidR="00E71DEB" w:rsidRDefault="002750A9" w:rsidP="00E122CC">
      <w:pPr>
        <w:spacing w:after="80" w:line="360" w:lineRule="auto"/>
        <w:jc w:val="both"/>
      </w:pPr>
      <w:r>
        <w:t>Wskazujemy dane umożliwiające Zamawiającemu dostęp do dokumentów, które może on uzyskać za pomocą bezpłatnych i ogólnodostępnych baz danych: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 w:rsidR="00E71DEB" w14:paraId="7DAFF6B7" w14:textId="77777777">
        <w:tc>
          <w:tcPr>
            <w:tcW w:w="4873" w:type="dxa"/>
            <w:shd w:val="clear" w:color="auto" w:fill="E7E6E6"/>
          </w:tcPr>
          <w:p w14:paraId="560DA7C4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Rodzaj dokumentu / rejestru</w:t>
            </w:r>
          </w:p>
        </w:tc>
        <w:tc>
          <w:tcPr>
            <w:tcW w:w="4873" w:type="dxa"/>
            <w:shd w:val="clear" w:color="auto" w:fill="E7E6E6"/>
          </w:tcPr>
          <w:p w14:paraId="64E9F02E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Adres internetowy / dane identyfikacyjne</w:t>
            </w:r>
          </w:p>
        </w:tc>
      </w:tr>
      <w:tr w:rsidR="00E71DEB" w14:paraId="5EB31253" w14:textId="77777777">
        <w:tc>
          <w:tcPr>
            <w:tcW w:w="4873" w:type="dxa"/>
          </w:tcPr>
          <w:p w14:paraId="6298BACC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  <w:tc>
          <w:tcPr>
            <w:tcW w:w="4873" w:type="dxa"/>
          </w:tcPr>
          <w:p w14:paraId="184308BE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  <w:tr w:rsidR="00E71DEB" w14:paraId="1D8B8C39" w14:textId="77777777">
        <w:tc>
          <w:tcPr>
            <w:tcW w:w="4873" w:type="dxa"/>
          </w:tcPr>
          <w:p w14:paraId="16D2E7ED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  <w:tc>
          <w:tcPr>
            <w:tcW w:w="4873" w:type="dxa"/>
          </w:tcPr>
          <w:p w14:paraId="3418268C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</w:tbl>
    <w:p w14:paraId="0D8F2580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8. OBOWIĄZEK PODATKOWY PO STRONIE ZAMAWIAJĄCEGO</w:t>
      </w:r>
    </w:p>
    <w:p w14:paraId="479E5B38" w14:textId="77777777" w:rsidR="00E71DEB" w:rsidRDefault="002750A9" w:rsidP="00E122CC">
      <w:pPr>
        <w:spacing w:after="80" w:line="360" w:lineRule="auto"/>
        <w:jc w:val="both"/>
      </w:pPr>
      <w:r>
        <w:t>Informujemy, że wybór naszej oferty:</w:t>
      </w:r>
    </w:p>
    <w:p w14:paraId="211E4445" w14:textId="77777777" w:rsidR="00E71DEB" w:rsidRDefault="002750A9" w:rsidP="00E122CC">
      <w:pPr>
        <w:spacing w:after="80" w:line="360" w:lineRule="auto"/>
        <w:jc w:val="both"/>
      </w:pPr>
      <w:r>
        <w:t>☐</w:t>
      </w:r>
      <w:r>
        <w:t xml:space="preserve"> nie będzie prowadził do powstania u Zamawiającego obowiązku podatkowego zgodnie z przepisami o podatku od towarów i usług;</w:t>
      </w:r>
    </w:p>
    <w:p w14:paraId="212DC523" w14:textId="77777777" w:rsidR="00E71DEB" w:rsidRDefault="002750A9" w:rsidP="00E122CC">
      <w:pPr>
        <w:spacing w:after="80" w:line="360" w:lineRule="auto"/>
        <w:jc w:val="both"/>
      </w:pPr>
      <w:r>
        <w:t>☐</w:t>
      </w:r>
      <w:r>
        <w:t xml:space="preserve"> będzie prowadził do powstania u Zamawiającego obowiązku podatkowego. W takim przypadku wskazujemy: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 w:rsidR="00E71DEB" w14:paraId="6BBB1E3B" w14:textId="77777777">
        <w:tc>
          <w:tcPr>
            <w:tcW w:w="4873" w:type="dxa"/>
            <w:shd w:val="clear" w:color="auto" w:fill="E7E6E6"/>
          </w:tcPr>
          <w:p w14:paraId="73F0A0C9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Nazwa (rodzaj) towaru lub usługi:</w:t>
            </w:r>
          </w:p>
        </w:tc>
        <w:tc>
          <w:tcPr>
            <w:tcW w:w="4873" w:type="dxa"/>
          </w:tcPr>
          <w:p w14:paraId="71552D63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  <w:tr w:rsidR="00E71DEB" w14:paraId="170A3B61" w14:textId="77777777">
        <w:tc>
          <w:tcPr>
            <w:tcW w:w="4873" w:type="dxa"/>
            <w:shd w:val="clear" w:color="auto" w:fill="E7E6E6"/>
          </w:tcPr>
          <w:p w14:paraId="0483B399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Wartość bez podatku VAT:</w:t>
            </w:r>
          </w:p>
        </w:tc>
        <w:tc>
          <w:tcPr>
            <w:tcW w:w="4873" w:type="dxa"/>
          </w:tcPr>
          <w:p w14:paraId="4B8DB94A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 zł</w:t>
            </w:r>
          </w:p>
        </w:tc>
      </w:tr>
      <w:tr w:rsidR="00E71DEB" w14:paraId="337A0AF7" w14:textId="77777777">
        <w:tc>
          <w:tcPr>
            <w:tcW w:w="4873" w:type="dxa"/>
            <w:shd w:val="clear" w:color="auto" w:fill="E7E6E6"/>
          </w:tcPr>
          <w:p w14:paraId="7E94B680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Stawka VAT:</w:t>
            </w:r>
          </w:p>
        </w:tc>
        <w:tc>
          <w:tcPr>
            <w:tcW w:w="4873" w:type="dxa"/>
          </w:tcPr>
          <w:p w14:paraId="2A2A4A88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 %</w:t>
            </w:r>
          </w:p>
        </w:tc>
      </w:tr>
      <w:tr w:rsidR="00E71DEB" w14:paraId="2899946F" w14:textId="77777777">
        <w:tc>
          <w:tcPr>
            <w:tcW w:w="4873" w:type="dxa"/>
            <w:shd w:val="clear" w:color="auto" w:fill="E7E6E6"/>
          </w:tcPr>
          <w:p w14:paraId="6C036B1D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Inne wymagane informacje:</w:t>
            </w:r>
          </w:p>
        </w:tc>
        <w:tc>
          <w:tcPr>
            <w:tcW w:w="4873" w:type="dxa"/>
          </w:tcPr>
          <w:p w14:paraId="5A311904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</w:tbl>
    <w:p w14:paraId="26E021F8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9. TAJEMNICA PRZEDSIĘBIORSTWA</w:t>
      </w:r>
    </w:p>
    <w:p w14:paraId="7F83F10B" w14:textId="77777777" w:rsidR="00E71DEB" w:rsidRDefault="002750A9" w:rsidP="00E122CC">
      <w:pPr>
        <w:spacing w:after="80" w:line="360" w:lineRule="auto"/>
        <w:jc w:val="both"/>
      </w:pPr>
      <w:r>
        <w:t>☐</w:t>
      </w:r>
      <w:r>
        <w:t xml:space="preserve"> Oferta nie zawiera informacji stanowiących tajemnicę przedsiębiorstwa.</w:t>
      </w:r>
    </w:p>
    <w:p w14:paraId="03C33DEB" w14:textId="77777777" w:rsidR="00E71DEB" w:rsidRDefault="002750A9" w:rsidP="00E122CC">
      <w:pPr>
        <w:spacing w:after="80" w:line="360" w:lineRule="auto"/>
        <w:jc w:val="both"/>
      </w:pPr>
      <w:r>
        <w:t>☐</w:t>
      </w:r>
      <w:r>
        <w:t xml:space="preserve"> Oferta zawiera informacje stanowiące tajemnicę przedsiębiorstwa, przekazane w odrębnym, odpowiednio oznaczonym pliku wraz z wymaganym uzasadnieniem.</w:t>
      </w:r>
    </w:p>
    <w:p w14:paraId="742B0ADA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10. ZAŁĄCZNIKI DO OFERTY</w:t>
      </w:r>
    </w:p>
    <w:p w14:paraId="324C4D06" w14:textId="77777777" w:rsidR="00E71DEB" w:rsidRDefault="002750A9" w:rsidP="00E122CC">
      <w:pPr>
        <w:spacing w:after="80" w:line="360" w:lineRule="auto"/>
        <w:jc w:val="both"/>
      </w:pPr>
      <w:r>
        <w:t>• wypełniony Formularz cenowy;</w:t>
      </w:r>
    </w:p>
    <w:p w14:paraId="3433B486" w14:textId="77777777" w:rsidR="00E71DEB" w:rsidRDefault="002750A9" w:rsidP="00E122CC">
      <w:pPr>
        <w:spacing w:after="80" w:line="360" w:lineRule="auto"/>
        <w:jc w:val="both"/>
      </w:pPr>
      <w:r>
        <w:t>• oświadczenie o niepodleganiu wykluczeniu oraz spełnianiu warunków udziału w postępowaniu – Załącznik nr 2 do SWZ;</w:t>
      </w:r>
    </w:p>
    <w:p w14:paraId="3EA14E40" w14:textId="77777777" w:rsidR="00E71DEB" w:rsidRDefault="002750A9" w:rsidP="00E122CC">
      <w:pPr>
        <w:spacing w:after="80" w:line="360" w:lineRule="auto"/>
        <w:jc w:val="both"/>
      </w:pPr>
      <w:r>
        <w:t>• pełnomocnictwo – jeżeli dotyczy;</w:t>
      </w:r>
    </w:p>
    <w:p w14:paraId="4D43B15C" w14:textId="77777777" w:rsidR="00E71DEB" w:rsidRDefault="002750A9" w:rsidP="00E122CC">
      <w:pPr>
        <w:spacing w:after="80" w:line="360" w:lineRule="auto"/>
        <w:jc w:val="both"/>
      </w:pPr>
      <w:r>
        <w:t>• zobowiązanie podmiotu udostępniającego zasoby oraz wymagane oświadczenia – jeżeli dotyczy;</w:t>
      </w:r>
    </w:p>
    <w:p w14:paraId="38F7F488" w14:textId="77777777" w:rsidR="00E71DEB" w:rsidRDefault="002750A9" w:rsidP="00E122CC">
      <w:pPr>
        <w:spacing w:after="80" w:line="360" w:lineRule="auto"/>
        <w:jc w:val="both"/>
      </w:pPr>
      <w:r>
        <w:lastRenderedPageBreak/>
        <w:t xml:space="preserve">• inne dokumenty wymagane SWZ –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dotyczy</w:t>
      </w:r>
      <w:proofErr w:type="spellEnd"/>
      <w:r>
        <w:t>.</w:t>
      </w:r>
    </w:p>
    <w:p w14:paraId="53F15C87" w14:textId="529767B7" w:rsidR="00E122CC" w:rsidRDefault="00E122CC" w:rsidP="00E122CC">
      <w:pPr>
        <w:spacing w:after="80" w:line="360" w:lineRule="auto"/>
        <w:jc w:val="both"/>
      </w:pPr>
      <w:r>
        <w:t>………………………………………..</w:t>
      </w:r>
    </w:p>
    <w:p w14:paraId="1B6CE4A5" w14:textId="77777777" w:rsidR="00E71DEB" w:rsidRDefault="002750A9" w:rsidP="00E122CC">
      <w:pPr>
        <w:spacing w:after="80" w:line="360" w:lineRule="auto"/>
        <w:jc w:val="both"/>
      </w:pPr>
      <w:r>
        <w:rPr>
          <w:b/>
          <w:sz w:val="22"/>
        </w:rPr>
        <w:t>11. DANE DO KONTAKTU W SPRAWIE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 w:rsidR="00E71DEB" w14:paraId="501A5E6E" w14:textId="77777777">
        <w:tc>
          <w:tcPr>
            <w:tcW w:w="4873" w:type="dxa"/>
            <w:shd w:val="clear" w:color="auto" w:fill="E7E6E6"/>
          </w:tcPr>
          <w:p w14:paraId="3B8C3C3F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Imię i nazwisko:</w:t>
            </w:r>
          </w:p>
        </w:tc>
        <w:tc>
          <w:tcPr>
            <w:tcW w:w="4873" w:type="dxa"/>
          </w:tcPr>
          <w:p w14:paraId="0DF02078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  <w:tr w:rsidR="00E71DEB" w14:paraId="1C691085" w14:textId="77777777">
        <w:tc>
          <w:tcPr>
            <w:tcW w:w="4873" w:type="dxa"/>
            <w:shd w:val="clear" w:color="auto" w:fill="E7E6E6"/>
          </w:tcPr>
          <w:p w14:paraId="1EA57CB4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Telefon:</w:t>
            </w:r>
          </w:p>
        </w:tc>
        <w:tc>
          <w:tcPr>
            <w:tcW w:w="4873" w:type="dxa"/>
          </w:tcPr>
          <w:p w14:paraId="4DADB798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  <w:tr w:rsidR="00E71DEB" w14:paraId="5A9B40AA" w14:textId="77777777">
        <w:tc>
          <w:tcPr>
            <w:tcW w:w="4873" w:type="dxa"/>
            <w:shd w:val="clear" w:color="auto" w:fill="E7E6E6"/>
          </w:tcPr>
          <w:p w14:paraId="05AB910B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4873" w:type="dxa"/>
          </w:tcPr>
          <w:p w14:paraId="21E7F47E" w14:textId="77777777" w:rsidR="00E71DEB" w:rsidRDefault="002750A9" w:rsidP="00E122CC">
            <w:pPr>
              <w:spacing w:line="360" w:lineRule="auto"/>
              <w:jc w:val="both"/>
            </w:pPr>
            <w:r>
              <w:rPr>
                <w:sz w:val="20"/>
              </w:rPr>
              <w:t>........................................................................</w:t>
            </w:r>
          </w:p>
        </w:tc>
      </w:tr>
    </w:tbl>
    <w:p w14:paraId="110CB11F" w14:textId="77777777" w:rsidR="00E71DEB" w:rsidRDefault="00E71DEB" w:rsidP="00E122CC">
      <w:pPr>
        <w:spacing w:after="80" w:line="360" w:lineRule="auto"/>
        <w:jc w:val="both"/>
      </w:pPr>
    </w:p>
    <w:p w14:paraId="2EF3B34D" w14:textId="77777777" w:rsidR="00E71DEB" w:rsidRDefault="002750A9" w:rsidP="00E122CC">
      <w:pPr>
        <w:spacing w:after="80" w:line="360" w:lineRule="auto"/>
        <w:jc w:val="both"/>
      </w:pPr>
      <w:r>
        <w:rPr>
          <w:b/>
        </w:rPr>
        <w:t>Dokument należy podpisać zgodnie z wymaganiami określonymi w SWZ przez osobę/osoby uprawnione do reprezentowania Wykonawcy.</w:t>
      </w:r>
    </w:p>
    <w:p w14:paraId="56325DEC" w14:textId="77777777" w:rsidR="00E71DEB" w:rsidRDefault="002750A9" w:rsidP="00E122CC">
      <w:pPr>
        <w:spacing w:after="80" w:line="360" w:lineRule="auto"/>
        <w:jc w:val="both"/>
      </w:pPr>
      <w:r>
        <w:t>................................................................................................................</w:t>
      </w:r>
    </w:p>
    <w:p w14:paraId="654A157A" w14:textId="77777777" w:rsidR="00E71DEB" w:rsidRDefault="002750A9" w:rsidP="00E122CC">
      <w:pPr>
        <w:spacing w:after="80" w:line="360" w:lineRule="auto"/>
        <w:jc w:val="both"/>
      </w:pPr>
      <w:r>
        <w:t>podpis osoby/osób uprawnionych do reprezentowania Wykonawcy</w:t>
      </w:r>
    </w:p>
    <w:sectPr w:rsidR="00E71DEB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7506165">
    <w:abstractNumId w:val="8"/>
  </w:num>
  <w:num w:numId="2" w16cid:durableId="197277707">
    <w:abstractNumId w:val="6"/>
  </w:num>
  <w:num w:numId="3" w16cid:durableId="2063937915">
    <w:abstractNumId w:val="5"/>
  </w:num>
  <w:num w:numId="4" w16cid:durableId="877355657">
    <w:abstractNumId w:val="4"/>
  </w:num>
  <w:num w:numId="5" w16cid:durableId="2073770192">
    <w:abstractNumId w:val="7"/>
  </w:num>
  <w:num w:numId="6" w16cid:durableId="1032536252">
    <w:abstractNumId w:val="3"/>
  </w:num>
  <w:num w:numId="7" w16cid:durableId="1978488054">
    <w:abstractNumId w:val="2"/>
  </w:num>
  <w:num w:numId="8" w16cid:durableId="661354883">
    <w:abstractNumId w:val="1"/>
  </w:num>
  <w:num w:numId="9" w16cid:durableId="177054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50A9"/>
    <w:rsid w:val="0029639D"/>
    <w:rsid w:val="00326F90"/>
    <w:rsid w:val="00AA1D8D"/>
    <w:rsid w:val="00B47730"/>
    <w:rsid w:val="00CB0664"/>
    <w:rsid w:val="00E122CC"/>
    <w:rsid w:val="00E71DEB"/>
    <w:rsid w:val="00FC38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4A3BB"/>
  <w14:defaultImageDpi w14:val="300"/>
  <w15:docId w15:val="{88383647-6E0F-472F-8B2C-84BA9450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KWITEK</cp:lastModifiedBy>
  <cp:revision>2</cp:revision>
  <dcterms:created xsi:type="dcterms:W3CDTF">2013-12-23T23:15:00Z</dcterms:created>
  <dcterms:modified xsi:type="dcterms:W3CDTF">2026-08-09T19:09:00Z</dcterms:modified>
  <cp:category/>
</cp:coreProperties>
</file>