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5DD" w:rsidRDefault="008F61FE">
      <w:pPr>
        <w:pStyle w:val="Nagwek1"/>
      </w:pPr>
      <w:bookmarkStart w:id="0" w:name="umowa-nr---część-2"/>
      <w:r>
        <w:t>UMOWA NR ……………………… – CZĘŚĆ 2</w:t>
      </w:r>
    </w:p>
    <w:p w:rsidR="00BB15DD" w:rsidRDefault="008F61FE" w:rsidP="00D203FA">
      <w:pPr>
        <w:pStyle w:val="Nagwek2"/>
        <w:jc w:val="left"/>
      </w:pPr>
      <w:bookmarkStart w:id="1" w:name="Xb1688d8414114900ee02e21f1e53405ccc1b5bb"/>
      <w:r>
        <w:t xml:space="preserve">Budowa kanalizacji sanitarnej w </w:t>
      </w:r>
      <w:proofErr w:type="spellStart"/>
      <w:r>
        <w:t>Redzyńskich</w:t>
      </w:r>
      <w:proofErr w:type="spellEnd"/>
      <w:r>
        <w:t xml:space="preserve"> – etap II i III</w:t>
      </w:r>
    </w:p>
    <w:p w:rsidR="00BB15DD" w:rsidRDefault="008F61FE">
      <w:r>
        <w:t>UMOWA NR ………………………</w:t>
      </w:r>
    </w:p>
    <w:p w:rsidR="00BB15DD" w:rsidRDefault="008F61FE">
      <w:pPr>
        <w:pStyle w:val="Tekstpodstawowy"/>
      </w:pPr>
      <w:r>
        <w:t>Zawarta dnia ………………… r. w Latowiczu pomiędzy:</w:t>
      </w:r>
    </w:p>
    <w:p w:rsidR="00BB15DD" w:rsidRDefault="008F61FE">
      <w:pPr>
        <w:pStyle w:val="Tekstpodstawowy"/>
      </w:pPr>
      <w:r>
        <w:rPr>
          <w:b/>
          <w:bCs/>
        </w:rPr>
        <w:t>Gminą Latowicz</w:t>
      </w:r>
      <w:r>
        <w:t xml:space="preserve"> z siedzibą: ul. Rynek 6, 05-334 Latowicz, NIP: 8222148747, REGON: 711582730, reprezentowaną przez: Burmistrza Latowicza – </w:t>
      </w:r>
      <w:r>
        <w:rPr>
          <w:b/>
          <w:bCs/>
        </w:rPr>
        <w:t>Bogdana Świątek-Górskiego</w:t>
      </w:r>
      <w:r>
        <w:t xml:space="preserve">, przy kontrasygnacie Skarbnika – </w:t>
      </w:r>
      <w:r>
        <w:rPr>
          <w:b/>
          <w:bCs/>
        </w:rPr>
        <w:t>Anny Strzelec</w:t>
      </w:r>
      <w:r>
        <w:t xml:space="preserve">, zwaną dalej </w:t>
      </w:r>
      <w:r>
        <w:rPr>
          <w:b/>
          <w:bCs/>
        </w:rPr>
        <w:t>„Zamawiającym“</w:t>
      </w:r>
    </w:p>
    <w:p w:rsidR="00BB15DD" w:rsidRDefault="008F61FE">
      <w:pPr>
        <w:pStyle w:val="Tekstpodstawowy"/>
      </w:pPr>
      <w:r>
        <w:rPr>
          <w:b/>
          <w:bCs/>
        </w:rPr>
        <w:t>a</w:t>
      </w:r>
    </w:p>
    <w:p w:rsidR="00BB15DD" w:rsidRDefault="008F61FE">
      <w:pPr>
        <w:pStyle w:val="Tekstpodstawowy"/>
      </w:pPr>
      <w:r>
        <w:t>………………………………………………………………………………………………………… (pełna nazwa Wykonawcy / lidera konsorcjum)</w:t>
      </w:r>
    </w:p>
    <w:p w:rsidR="00BB15DD" w:rsidRDefault="008F61FE">
      <w:pPr>
        <w:pStyle w:val="Tekstpodstawowy"/>
      </w:pPr>
      <w:r>
        <w:t xml:space="preserve">z siedzibą: ………………………………………………………………………………………………, NIP: ………………………, REGON: ………………………, reprezentowanym przez: ………………………………………………… (imię, nazwisko, funkcja), zwanym dalej </w:t>
      </w:r>
      <w:r>
        <w:rPr>
          <w:b/>
          <w:bCs/>
        </w:rPr>
        <w:t>„Wykonawcą“</w:t>
      </w:r>
      <w:r>
        <w:t>.</w:t>
      </w:r>
    </w:p>
    <w:p w:rsidR="00BB15DD" w:rsidRDefault="008F61FE">
      <w:pPr>
        <w:pStyle w:val="Tekstpodstawowy"/>
      </w:pPr>
      <w:r>
        <w:t xml:space="preserve">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ogłoszonego w Biuletynie Zamówień Publicznych w dniu 21 maja 2025 r. pod poz. 2025/BZP 00240801, w zakresie Części 2 zamówienia, Wykonawca przyjmuje do realizacji:</w:t>
      </w:r>
    </w:p>
    <w:p w:rsidR="00BB15DD" w:rsidRDefault="008F61FE">
      <w:pPr>
        <w:pStyle w:val="Tekstpodstawowy"/>
      </w:pPr>
      <w:r>
        <w:rPr>
          <w:b/>
          <w:bCs/>
        </w:rPr>
        <w:t>Część 2: Budowa kanalizacji sanitarnej w Redzyńskich – etap II i III (wzdłuż drogi powiatowej i gminnej)</w:t>
      </w:r>
    </w:p>
    <w:p w:rsidR="00BB15DD" w:rsidRDefault="008F61FE">
      <w:pPr>
        <w:pStyle w:val="Tekstpodstawowy"/>
      </w:pPr>
      <w:r>
        <w:t>w związku z czym zostaje zawarta umowa o następującej treści:</w:t>
      </w:r>
    </w:p>
    <w:p w:rsidR="00BB15DD" w:rsidRDefault="008F61FE">
      <w:pPr>
        <w:pStyle w:val="Nagwek3"/>
      </w:pPr>
      <w:bookmarkStart w:id="2" w:name="X4764c7a9bf812c7096a4eb57f8469349026aa1f"/>
      <w:r>
        <w:t>§1. Przedmiot umowy</w:t>
      </w:r>
    </w:p>
    <w:p w:rsidR="00BB15DD" w:rsidRDefault="008F61FE" w:rsidP="008F61FE">
      <w:pPr>
        <w:numPr>
          <w:ilvl w:val="0"/>
          <w:numId w:val="8"/>
        </w:numPr>
      </w:pPr>
      <w:r>
        <w:t xml:space="preserve">Przedmiotem niniejszej umowy jest wykonanie robót budowlanych dla Części 2 zamówienia pn. „Budowa kanalizacji sanitarnej w Redzyńskich – etap II i III“, obejmującej budowę sieci kanalizacji sanitarnej w miejscowości Redzyńskie (gmina Latowicz) wzdłuż drogi powiatowej i gminnej, zgodnie z dokumentacją projektową, Specyfikacją Techniczną Wykonania i Odbioru Robót Budowlanych (STWiORB), Specyfikacją Warunków Zamówienia (SWZ) oraz ofertą Wykonawcy złożoną w postępowaniu znak: </w:t>
      </w:r>
      <w:r w:rsidR="00D203FA">
        <w:t>…………………………..</w:t>
      </w:r>
    </w:p>
    <w:p w:rsidR="00BB15DD" w:rsidRDefault="008F61FE" w:rsidP="008F61FE">
      <w:pPr>
        <w:numPr>
          <w:ilvl w:val="0"/>
          <w:numId w:val="8"/>
        </w:numPr>
      </w:pPr>
      <w:r>
        <w:lastRenderedPageBreak/>
        <w:t>Dokumentacja projektowa i techniczna dostępna jest pod adresem elektronicznym:</w:t>
      </w:r>
    </w:p>
    <w:p w:rsidR="00BB15DD" w:rsidRDefault="008F61FE" w:rsidP="008F61FE">
      <w:pPr>
        <w:numPr>
          <w:ilvl w:val="1"/>
          <w:numId w:val="9"/>
        </w:numPr>
      </w:pPr>
      <w:r>
        <w:t xml:space="preserve">kanalizacja sanitarna Redzyńskie – etap II i III: </w:t>
      </w:r>
      <w:r>
        <w:rPr>
          <w:b/>
          <w:bCs/>
        </w:rPr>
        <w:t>https://chmura.gmina-latowicz.pl/storage/a/2026/Na-przetarg-2026/Kanalizacja-Redzynskie-z-kanalem</w:t>
      </w:r>
    </w:p>
    <w:p w:rsidR="00BB15DD" w:rsidRDefault="008F61FE" w:rsidP="008F61FE">
      <w:pPr>
        <w:numPr>
          <w:ilvl w:val="0"/>
          <w:numId w:val="8"/>
        </w:numPr>
      </w:pPr>
      <w:r>
        <w:t>Zamówienie obejmuje również uzyskanie przez Wykonawcę, w imieniu i na rzecz Gminy Latowicz, wszelkich dokumentów, zezwoleń, certyfikatów, pozwoleń i zgłoszeń niezbędnych do realizacji i użytkowania zadania inwestycyjnego, w tym w szczególności:</w:t>
      </w:r>
    </w:p>
    <w:p w:rsidR="00BB15DD" w:rsidRDefault="008F61FE" w:rsidP="008F61FE">
      <w:pPr>
        <w:numPr>
          <w:ilvl w:val="1"/>
          <w:numId w:val="10"/>
        </w:numPr>
      </w:pPr>
      <w:r>
        <w:t>uzyskanie zgody na prowadzenie robót w pasie drogi powiatowej i w pasie drogi gminnej,</w:t>
      </w:r>
    </w:p>
    <w:p w:rsidR="00BB15DD" w:rsidRDefault="008F61FE" w:rsidP="008F61FE">
      <w:pPr>
        <w:numPr>
          <w:ilvl w:val="1"/>
          <w:numId w:val="10"/>
        </w:numPr>
      </w:pPr>
      <w:r>
        <w:t>uzyskanie pozwolenia na użytkowanie lub skutecznego przyjęcia przez organ nadzoru budowlanego zawiadomienia o zakończeniu budowy.</w:t>
      </w:r>
    </w:p>
    <w:p w:rsidR="00BB15DD" w:rsidRDefault="008F61FE" w:rsidP="008F61FE">
      <w:pPr>
        <w:numPr>
          <w:ilvl w:val="0"/>
          <w:numId w:val="8"/>
        </w:numPr>
      </w:pPr>
      <w:r>
        <w:t>Zakres Części 2 określają ponadto następujące dokumenty stanowiące integralną część niniejszej umowy (w kolejności rozstrzygania rozbieżności):</w:t>
      </w:r>
    </w:p>
    <w:p w:rsidR="00BB15DD" w:rsidRDefault="008F61FE" w:rsidP="008F61FE">
      <w:pPr>
        <w:numPr>
          <w:ilvl w:val="1"/>
          <w:numId w:val="11"/>
        </w:numPr>
      </w:pPr>
      <w:r>
        <w:t>Umowa (wraz z aneksami),</w:t>
      </w:r>
    </w:p>
    <w:p w:rsidR="00BB15DD" w:rsidRDefault="008F61FE" w:rsidP="008F61FE">
      <w:pPr>
        <w:numPr>
          <w:ilvl w:val="1"/>
          <w:numId w:val="11"/>
        </w:numPr>
      </w:pPr>
      <w:r>
        <w:t>SWZ wraz z wyjaśnieniami i modyfikacjami jej treści,</w:t>
      </w:r>
    </w:p>
    <w:p w:rsidR="00BB15DD" w:rsidRDefault="008F61FE" w:rsidP="008F61FE">
      <w:pPr>
        <w:numPr>
          <w:ilvl w:val="1"/>
          <w:numId w:val="11"/>
        </w:numPr>
      </w:pPr>
      <w:r>
        <w:t>Dokumentacja projektowa (w niej: projekt budowlany, dalej projekty wykonawcze),</w:t>
      </w:r>
    </w:p>
    <w:p w:rsidR="00BB15DD" w:rsidRDefault="008F61FE" w:rsidP="008F61FE">
      <w:pPr>
        <w:numPr>
          <w:ilvl w:val="1"/>
          <w:numId w:val="11"/>
        </w:numPr>
      </w:pPr>
      <w:r>
        <w:t>STWiORB,</w:t>
      </w:r>
    </w:p>
    <w:p w:rsidR="00BB15DD" w:rsidRDefault="008F61FE" w:rsidP="008F61FE">
      <w:pPr>
        <w:numPr>
          <w:ilvl w:val="1"/>
          <w:numId w:val="11"/>
        </w:numPr>
      </w:pPr>
      <w:r>
        <w:t>Oferta Wykonawcy,</w:t>
      </w:r>
    </w:p>
    <w:p w:rsidR="00BB15DD" w:rsidRDefault="008F61FE" w:rsidP="008F61FE">
      <w:pPr>
        <w:numPr>
          <w:ilvl w:val="1"/>
          <w:numId w:val="11"/>
        </w:numPr>
      </w:pPr>
      <w:r>
        <w:t>Przedmiar robót (charakter wyłącznie pomocniczy).</w:t>
      </w:r>
    </w:p>
    <w:p w:rsidR="00BB15DD" w:rsidRDefault="008F61FE" w:rsidP="008F61FE">
      <w:pPr>
        <w:numPr>
          <w:ilvl w:val="0"/>
          <w:numId w:val="7"/>
        </w:numPr>
      </w:pPr>
      <w:r>
        <w:t>W przypadku rozbieżności między ww. dokumentami rozstrzygająca jest treść niniejszej umowy, a w dalszej kolejności dokumenty w kolejności wskazanej powyżej.</w:t>
      </w:r>
    </w:p>
    <w:p w:rsidR="00BB15DD" w:rsidRDefault="008F61FE" w:rsidP="008F61FE">
      <w:pPr>
        <w:numPr>
          <w:ilvl w:val="0"/>
          <w:numId w:val="8"/>
        </w:numPr>
      </w:pPr>
      <w:r>
        <w:t xml:space="preserve">Przedmiot umowy musi być wykonany z należytą starannością zgodnie z niniejszą umową, dokumentacją projektową, STWiORB, SWZ, ofertą Wykonawcy, nienaruszającymi niniejszej umowy poleceniami Inspektora nadzoru inwestorskiego, zasadami wiedzy technicznej oraz przepisami prawa powszechnie obowiązującego, w szczególności ustawy z dnia 7 lipca 1994 r. – Prawo budowlane </w:t>
      </w:r>
      <w:r>
        <w:lastRenderedPageBreak/>
        <w:t xml:space="preserve">(Dz. U. z 2026 r. poz. 524, zwanej dalej </w:t>
      </w:r>
      <w:r>
        <w:rPr>
          <w:b/>
          <w:bCs/>
        </w:rPr>
        <w:t>„Prawem budowlanym“</w:t>
      </w:r>
      <w:r>
        <w:t>) wraz z aktami wykonawczymi.</w:t>
      </w:r>
    </w:p>
    <w:p w:rsidR="00BB15DD" w:rsidRDefault="008F61FE" w:rsidP="008F61FE">
      <w:pPr>
        <w:numPr>
          <w:ilvl w:val="0"/>
          <w:numId w:val="8"/>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BB15DD" w:rsidRDefault="008F61FE" w:rsidP="008F61FE">
      <w:pPr>
        <w:numPr>
          <w:ilvl w:val="0"/>
          <w:numId w:val="8"/>
        </w:numPr>
      </w:pPr>
      <w:r>
        <w:t>Przewiduje się możliwość ograniczenia zakresu rzeczowego przedmiotu umowy (roboty zaniechane), w sytuacji gdy wykonanie danych robót będzie zbędne do prawidłowego wykonania przedmiotu umowy. Zasady rozliczenia określa §5 ust. 4.</w:t>
      </w:r>
    </w:p>
    <w:p w:rsidR="00BB15DD" w:rsidRDefault="008F61FE" w:rsidP="008F61FE">
      <w:pPr>
        <w:numPr>
          <w:ilvl w:val="0"/>
          <w:numId w:val="8"/>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zmiana ta nie spowoduje obniżenia parametrów tych materiałów. Zmiany wymagają zatwierdzenia przez Zamawiającego w porozumieniu z projektantem.</w:t>
      </w:r>
    </w:p>
    <w:p w:rsidR="00BB15DD" w:rsidRDefault="008F61FE">
      <w:pPr>
        <w:pStyle w:val="Nagwek3"/>
      </w:pPr>
      <w:bookmarkStart w:id="3" w:name="Xf161761b10217693f5c4c01314eda5287fe6249"/>
      <w:bookmarkEnd w:id="2"/>
      <w:r>
        <w:t>§2. Obowiązki stron</w:t>
      </w:r>
    </w:p>
    <w:p w:rsidR="00BB15DD" w:rsidRDefault="008F61FE">
      <w:r>
        <w:rPr>
          <w:b/>
          <w:bCs/>
        </w:rPr>
        <w:t>1. Obowiązki Zamawiającego:</w:t>
      </w:r>
    </w:p>
    <w:p w:rsidR="00BB15DD" w:rsidRDefault="008F61FE" w:rsidP="008F61FE">
      <w:pPr>
        <w:numPr>
          <w:ilvl w:val="0"/>
          <w:numId w:val="12"/>
        </w:numPr>
      </w:pPr>
      <w:r>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w:t>
      </w:r>
    </w:p>
    <w:p w:rsidR="00BB15DD" w:rsidRDefault="008F61FE" w:rsidP="008F61FE">
      <w:pPr>
        <w:numPr>
          <w:ilvl w:val="0"/>
          <w:numId w:val="12"/>
        </w:numPr>
      </w:pPr>
      <w:r>
        <w:t>Dostarczenie 1 egzemplarza dokumentacji projektowej – w terminie do 7 dni od daty przedłożenia przez Wykonawcę kopii oświadczenia kierownika budowy o podjęciu obowiązków.</w:t>
      </w:r>
    </w:p>
    <w:p w:rsidR="00BB15DD" w:rsidRDefault="008F61FE" w:rsidP="008F61FE">
      <w:pPr>
        <w:numPr>
          <w:ilvl w:val="0"/>
          <w:numId w:val="12"/>
        </w:numPr>
      </w:pPr>
      <w:r>
        <w:t>Przekazanie kopii dokumentów uprawniających do rozpoczęcia robót budowlanych wraz z dziennikami budowy – w terminie do 7 dni od daty przedłożenia przez Wykonawcę kopii oświadczenia kierownika budowy o podjęciu obowiązków.</w:t>
      </w:r>
    </w:p>
    <w:p w:rsidR="00BB15DD" w:rsidRDefault="008F61FE" w:rsidP="008F61FE">
      <w:pPr>
        <w:numPr>
          <w:ilvl w:val="0"/>
          <w:numId w:val="12"/>
        </w:numPr>
      </w:pPr>
      <w:r>
        <w:t>Przekazanie placu budowy – w terminie do 7 dni od daty przedłożenia przez Wykonawcę kopii oświadczenia kierownika budowy o podjęciu obowiązków.</w:t>
      </w:r>
    </w:p>
    <w:p w:rsidR="00BB15DD" w:rsidRDefault="008F61FE" w:rsidP="008F61FE">
      <w:pPr>
        <w:numPr>
          <w:ilvl w:val="0"/>
          <w:numId w:val="12"/>
        </w:numPr>
      </w:pPr>
      <w:r>
        <w:lastRenderedPageBreak/>
        <w:t>Wskazanie punktów poboru energii elektrycznej i wody do celów budowy i socjalnych – na żądanie Wykonawcy.</w:t>
      </w:r>
    </w:p>
    <w:p w:rsidR="00BB15DD" w:rsidRDefault="008F61FE" w:rsidP="008F61FE">
      <w:pPr>
        <w:numPr>
          <w:ilvl w:val="0"/>
          <w:numId w:val="12"/>
        </w:numPr>
      </w:pPr>
      <w:r>
        <w:t>Dokonywanie odbioru wykonanych prac na zasadach określonych w §4 niniejszej umowy.</w:t>
      </w:r>
    </w:p>
    <w:p w:rsidR="00BB15DD" w:rsidRDefault="008F61FE" w:rsidP="008F61FE">
      <w:pPr>
        <w:numPr>
          <w:ilvl w:val="0"/>
          <w:numId w:val="12"/>
        </w:numPr>
      </w:pPr>
      <w:r>
        <w:t>Zapewnienie bieżącego nadzoru inwestorskiego i autorskiego obejmującego przedmiot umowy.</w:t>
      </w:r>
    </w:p>
    <w:p w:rsidR="00BB15DD" w:rsidRDefault="008F61FE" w:rsidP="008F61FE">
      <w:pPr>
        <w:numPr>
          <w:ilvl w:val="0"/>
          <w:numId w:val="12"/>
        </w:numPr>
      </w:pPr>
      <w:r>
        <w:t>Dokonywanie i potwierdzanie zapisów w dzienniku budowy prowadzonym przez Wykonawcę.</w:t>
      </w:r>
    </w:p>
    <w:p w:rsidR="00BB15DD" w:rsidRDefault="008F61FE">
      <w:r>
        <w:rPr>
          <w:b/>
          <w:bCs/>
        </w:rPr>
        <w:t>2. Obowiązki Wykonawcy:</w:t>
      </w:r>
    </w:p>
    <w:p w:rsidR="00BB15DD" w:rsidRDefault="008F61FE" w:rsidP="008F61FE">
      <w:pPr>
        <w:numPr>
          <w:ilvl w:val="0"/>
          <w:numId w:val="13"/>
        </w:numPr>
      </w:pPr>
      <w:r>
        <w:t>Prawidłowe wykonanie wszystkich prac związanych z realizacją przedmiotu umowy zgodnie z dokumentacją projektową, warunkami wykonania oraz z aktualnie obowiązującymi normami polskimi, Prawem budowlanym wraz z aktami wykonawczymi i innymi obowiązującymi przepisami.</w:t>
      </w:r>
    </w:p>
    <w:p w:rsidR="00BB15DD" w:rsidRDefault="008F61FE" w:rsidP="008F61FE">
      <w:pPr>
        <w:numPr>
          <w:ilvl w:val="0"/>
          <w:numId w:val="13"/>
        </w:numPr>
      </w:pPr>
      <w:r>
        <w:t>Opracowanie kompletnej dokumentacji powykonawczej w 1 (jednym) egzemplarzu i przekazanie jej Zamawiającemu w terminie odbioru końcowego całego przedmiotu umowy; dostarczenie Zamawiającemu dokumentu gwarancyjnego w dacie odbioru końcowego.</w:t>
      </w:r>
    </w:p>
    <w:p w:rsidR="00BB15DD" w:rsidRDefault="008F61FE" w:rsidP="008F61FE">
      <w:pPr>
        <w:numPr>
          <w:ilvl w:val="0"/>
          <w:numId w:val="13"/>
        </w:numPr>
      </w:pPr>
      <w:r>
        <w:t>Przedstawienie danych (m.in. obmiarów robót) niezbędnych do sporządzenia protokołu odbioru częściowego/końcowego.</w:t>
      </w:r>
    </w:p>
    <w:p w:rsidR="00BB15DD" w:rsidRDefault="008F61FE" w:rsidP="008F61FE">
      <w:pPr>
        <w:numPr>
          <w:ilvl w:val="0"/>
          <w:numId w:val="13"/>
        </w:numPr>
      </w:pPr>
      <w:r>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BB15DD" w:rsidRDefault="008F61FE" w:rsidP="008F61FE">
      <w:pPr>
        <w:numPr>
          <w:ilvl w:val="0"/>
          <w:numId w:val="13"/>
        </w:numPr>
      </w:pPr>
      <w:r>
        <w:t>Pokrycie kosztów realizacji prac, napraw i przywrócenia do stanu poprzedniego infrastruktury drogowej i sieci, zniszczonej podczas robót lub transportu przez Wykonawcę lub inne podmioty, za które Wykonawca ponosi odpowiedzialność.</w:t>
      </w:r>
    </w:p>
    <w:p w:rsidR="00BB15DD" w:rsidRDefault="008F61FE" w:rsidP="008F61FE">
      <w:pPr>
        <w:numPr>
          <w:ilvl w:val="0"/>
          <w:numId w:val="13"/>
        </w:numPr>
      </w:pPr>
      <w:r>
        <w:t>Uczestniczenie w naradach i spotkaniach organizowanych przez Zamawiającego.</w:t>
      </w:r>
    </w:p>
    <w:p w:rsidR="00BB15DD" w:rsidRDefault="008F61FE" w:rsidP="008F61FE">
      <w:pPr>
        <w:numPr>
          <w:ilvl w:val="0"/>
          <w:numId w:val="13"/>
        </w:numPr>
      </w:pPr>
      <w:r>
        <w:t>Prowadzenie dziennika budowy i udostępnianie go Zamawiającemu.</w:t>
      </w:r>
    </w:p>
    <w:p w:rsidR="00BB15DD" w:rsidRDefault="008F61FE" w:rsidP="008F61FE">
      <w:pPr>
        <w:numPr>
          <w:ilvl w:val="0"/>
          <w:numId w:val="13"/>
        </w:numPr>
      </w:pPr>
      <w:r>
        <w:lastRenderedPageBreak/>
        <w:t>Przygotowanie obiektu i wymaganych dokumentów łącznie z dokumentacją powykonawczą do odbioru przez Zamawiającego; kompletacja dokumentacji musi nastąpić z odpowiednim wyprzedzeniem przed upływem ostatecznego terminu realizacji.</w:t>
      </w:r>
    </w:p>
    <w:p w:rsidR="00BB15DD" w:rsidRDefault="008F61FE" w:rsidP="008F61FE">
      <w:pPr>
        <w:numPr>
          <w:ilvl w:val="0"/>
          <w:numId w:val="13"/>
        </w:numPr>
      </w:pPr>
      <w:r>
        <w:t>Zgłaszanie robót podlegających zakryciu do odbioru.</w:t>
      </w:r>
    </w:p>
    <w:p w:rsidR="00BB15DD" w:rsidRDefault="008F61FE" w:rsidP="008F61FE">
      <w:pPr>
        <w:numPr>
          <w:ilvl w:val="0"/>
          <w:numId w:val="13"/>
        </w:numPr>
      </w:pPr>
      <w:r>
        <w:t>Zabezpieczenie i oznakowanie terenu budowy (w tym tablicą informacyjną), przestrzeganie przepisów BHP i ppoż. oraz innych obowiązujących przepisów.</w:t>
      </w:r>
    </w:p>
    <w:p w:rsidR="00BB15DD" w:rsidRDefault="008F61FE" w:rsidP="008F61FE">
      <w:pPr>
        <w:numPr>
          <w:ilvl w:val="0"/>
          <w:numId w:val="13"/>
        </w:numPr>
      </w:pPr>
      <w:r>
        <w:t>Prowadzenie prac w sposób nienaruszający funkcjonowania istniejących obiektów w pobliżu placu budowy.</w:t>
      </w:r>
    </w:p>
    <w:p w:rsidR="00BB15DD" w:rsidRDefault="008F61FE" w:rsidP="008F61FE">
      <w:pPr>
        <w:numPr>
          <w:ilvl w:val="0"/>
          <w:numId w:val="13"/>
        </w:numPr>
      </w:pPr>
      <w:r>
        <w:t>Zabezpieczenie na terenie budowy materiałów, urządzeń i wykonanych elementów przed zniszczeniem, uszkodzeniem i kradzieżą.</w:t>
      </w:r>
    </w:p>
    <w:p w:rsidR="00BB15DD" w:rsidRDefault="008F61FE" w:rsidP="008F61FE">
      <w:pPr>
        <w:numPr>
          <w:ilvl w:val="0"/>
          <w:numId w:val="13"/>
        </w:numPr>
      </w:pPr>
      <w:r>
        <w:t>Zatrudnienie przy budowie odpowiedniego nadzoru technicznego oraz pracowników wykwalifikowanych w zakresie niezbędnym do terminowego i prawidłowego wykonania robót.</w:t>
      </w:r>
    </w:p>
    <w:p w:rsidR="00BB15DD" w:rsidRDefault="008F61FE" w:rsidP="008F61FE">
      <w:pPr>
        <w:numPr>
          <w:ilvl w:val="0"/>
          <w:numId w:val="13"/>
        </w:numPr>
      </w:pPr>
      <w:r>
        <w:t>Zapewnienie fizycznej obecności kierownika budowy i kierowników robót na terenie budowy w trakcie wykonywania obowiązków.</w:t>
      </w:r>
    </w:p>
    <w:p w:rsidR="00BB15DD" w:rsidRDefault="008F61FE" w:rsidP="008F61FE">
      <w:pPr>
        <w:numPr>
          <w:ilvl w:val="0"/>
          <w:numId w:val="13"/>
        </w:numPr>
      </w:pPr>
      <w:r>
        <w:t>Zapewnienie sprzętu spełniającego wymagania norm technicznych.</w:t>
      </w:r>
    </w:p>
    <w:p w:rsidR="00BB15DD" w:rsidRDefault="008F61FE" w:rsidP="008F61FE">
      <w:pPr>
        <w:numPr>
          <w:ilvl w:val="0"/>
          <w:numId w:val="13"/>
        </w:numPr>
      </w:pPr>
      <w:r>
        <w:t>Stosowanie materiałów i wyrobów dopuszczonych do obrotu i stosowania w budownictwie, posiadających wymagane deklaracje, świadectwa, atesty i aprobaty. Wszelkie aprobaty europejskie muszą być tłumaczone na język polski. Dokumenty przechowywane są na terenie budowy i po zakończeniu robót oddawane Zamawiającemu.</w:t>
      </w:r>
    </w:p>
    <w:p w:rsidR="00BB15DD" w:rsidRDefault="008F61FE" w:rsidP="008F61FE">
      <w:pPr>
        <w:numPr>
          <w:ilvl w:val="0"/>
          <w:numId w:val="13"/>
        </w:numPr>
      </w:pPr>
      <w:r>
        <w:t>Utrzymanie porządku na placu budowy.</w:t>
      </w:r>
    </w:p>
    <w:p w:rsidR="00BB15DD" w:rsidRDefault="008F61FE" w:rsidP="008F61FE">
      <w:pPr>
        <w:numPr>
          <w:ilvl w:val="0"/>
          <w:numId w:val="13"/>
        </w:numPr>
      </w:pPr>
      <w:r>
        <w:t>Likwidacja placu budowy i zaplecza bezzwłocznie po zakończeniu prac, nie później niż do dnia odbioru końcowego.</w:t>
      </w:r>
    </w:p>
    <w:p w:rsidR="00BB15DD" w:rsidRDefault="008F61FE" w:rsidP="008F61FE">
      <w:pPr>
        <w:numPr>
          <w:ilvl w:val="0"/>
          <w:numId w:val="13"/>
        </w:numPr>
      </w:pPr>
      <w:r>
        <w:t>Realizacja przedmiotu umowy w ścisłej współpracy z kierownikiem budowy, inspektorami nadzoru i projektantem.</w:t>
      </w:r>
    </w:p>
    <w:p w:rsidR="00BB15DD" w:rsidRDefault="008F61FE" w:rsidP="008F61FE">
      <w:pPr>
        <w:numPr>
          <w:ilvl w:val="0"/>
          <w:numId w:val="13"/>
        </w:numPr>
      </w:pPr>
      <w:r>
        <w:t xml:space="preserve">Złożenie Zamawiającemu kosztorysu ofertowego – najpóźniej w dniu przed podpisaniem umowy. Kosztorys winien być wydrukowany w opcji „Kalkulacja szczegółowa“, a wyliczone ceny poszczególnych elementów i cena całkowita muszą być zgodne z ofertą przetargową. Kosztorys stanowi załącznik do umowy i służy </w:t>
      </w:r>
      <w:r>
        <w:lastRenderedPageBreak/>
        <w:t>jako podstawa do rozliczania: robót dodatkowych (art. 455 ust. 1 pkt 3 ustawy Pzp), robót zaniechanych oraz wartości wykonanych robót w razie przerwania budowy.</w:t>
      </w:r>
    </w:p>
    <w:p w:rsidR="00BB15DD" w:rsidRDefault="008F61FE" w:rsidP="008F61FE">
      <w:pPr>
        <w:numPr>
          <w:ilvl w:val="0"/>
          <w:numId w:val="13"/>
        </w:numPr>
      </w:pPr>
      <w:r>
        <w:t>Zapewnienie na własny koszt transportu odpadów do miejsc ich wykorzystania lub utylizacji, łącznie z kosztami utylizacji.</w:t>
      </w:r>
    </w:p>
    <w:p w:rsidR="00BB15DD" w:rsidRDefault="008F61FE" w:rsidP="008F61FE">
      <w:pPr>
        <w:numPr>
          <w:ilvl w:val="0"/>
          <w:numId w:val="13"/>
        </w:numPr>
      </w:pPr>
      <w:r>
        <w:t>Przestrzeganie przepisów wynikających z: a) ustawy z dnia 27 kwietnia 2001 r. – Prawo ochrony środowiska (t.j. Dz. U. z 2024 r. poz. 54 z późn. zm.), b) ustawy z dnia 14 grudnia 2012 r. o odpadach (t.j. Dz. U. z 2023 r. poz. 1587 z późn. zm.), z uwzględnieniem ewentualnych zmian stanu prawnego.</w:t>
      </w:r>
    </w:p>
    <w:p w:rsidR="00BB15DD" w:rsidRDefault="008F61FE" w:rsidP="008F61FE">
      <w:pPr>
        <w:numPr>
          <w:ilvl w:val="0"/>
          <w:numId w:val="13"/>
        </w:numPr>
      </w:pPr>
      <w:r>
        <w:t>Posiadanie przez cały okres obowiązywania umowy aktualnego ubezpieczenia od odpowiedzialności cywilnej w zakresie prowadzonej działalności.</w:t>
      </w:r>
    </w:p>
    <w:p w:rsidR="00BB15DD" w:rsidRDefault="008F61FE" w:rsidP="008F61FE">
      <w:pPr>
        <w:numPr>
          <w:ilvl w:val="0"/>
          <w:numId w:val="13"/>
        </w:numPr>
      </w:pPr>
      <w:r>
        <w:t>Wykonanie i przedłożenie Zamawiającemu harmonogramu rzeczowo-finansowego – najpóźniej w dniu przed podpisaniem umowy. Harmonogram musi: a) obejmować wszelkie koszty składające się na cenę oferty z podziałem na poszczególne elementy podlegające odbiorem częściowym, b) uwzględniać terminy realizacji poszczególnych elementów, ich wartości oraz procentowy udział każdego elementu, c) uzyskać pisemną akceptację Zamawiającego.</w:t>
      </w:r>
    </w:p>
    <w:p w:rsidR="00BB15DD" w:rsidRDefault="008F61FE" w:rsidP="008F61FE">
      <w:pPr>
        <w:numPr>
          <w:ilvl w:val="0"/>
          <w:numId w:val="13"/>
        </w:numPr>
      </w:pPr>
      <w:r>
        <w:t>Aktualizacja harmonogramu rzeczowo-finansowego w miarę potrzeb, postępu prac, a także na wezwanie Zamawiającego w terminie 5 dni od dnia przekazania wezwania. Zmiana harmonogramu nie wymaga formy pisemnego aneksu do umowy – wymaga jedynie pisemnej akceptacji Zamawiającego. Zamawiający dokonuje zatwierdzenia lub wnosi uwagi w terminie 7 dni od dnia przedłożenia przez Wykonawcę. W przypadku zgłoszenia pisemnych zastrzeżeń Wykonawca dostosowuje harmonogram w terminie 4 dni od ich otrzymania.</w:t>
      </w:r>
    </w:p>
    <w:p w:rsidR="00BB15DD" w:rsidRDefault="008F61FE" w:rsidP="008F61FE">
      <w:pPr>
        <w:numPr>
          <w:ilvl w:val="0"/>
          <w:numId w:val="13"/>
        </w:numPr>
      </w:pPr>
      <w:r>
        <w:t>W przypadku zmiany umowy wpływającej na treść harmonogramu – strony dostosowują harmonogram do zmienionych zapisów; zmieniony harmonogram stanowi załącznik do aneksu.</w:t>
      </w:r>
    </w:p>
    <w:p w:rsidR="00BB15DD" w:rsidRDefault="008F61FE" w:rsidP="008F61FE">
      <w:pPr>
        <w:numPr>
          <w:ilvl w:val="0"/>
          <w:numId w:val="13"/>
        </w:numPr>
      </w:pPr>
      <w:r>
        <w:t>Uzyskanie w imieniu i na rzecz Gminy Latowicz wszelkich dokumentów wynikających z wydanych zezwoleń, pozwoleń i zgłoszeń niezbędnych do użytkowania zadania, w szczególności pozwolenia na użytkowanie lub skutecznego przyjęcia zawiadomienia o zakończeniu budowy, najpóźniej w terminie realizacji wskazanym w §3.</w:t>
      </w:r>
    </w:p>
    <w:p w:rsidR="00BB15DD" w:rsidRDefault="008F61FE" w:rsidP="008F61FE">
      <w:pPr>
        <w:numPr>
          <w:ilvl w:val="0"/>
          <w:numId w:val="13"/>
        </w:numPr>
      </w:pPr>
      <w:r>
        <w:lastRenderedPageBreak/>
        <w:t>Spełnienie obowiązku informacyjnego wynikającego z art. 13 i 14 RODO wobec wszystkich osób, których dane osobowe zostaną przekazane Zamawiającemu w celu realizacji umowy. Wykonawca zapewni wykonanie tego obowiązku także przez podwykonawców.</w:t>
      </w:r>
    </w:p>
    <w:p w:rsidR="00BB15DD" w:rsidRDefault="008F61FE">
      <w:pPr>
        <w:pStyle w:val="Nagwek3"/>
      </w:pPr>
      <w:bookmarkStart w:id="4" w:name="X0502a826db50076586949999101ddeaf950663a"/>
      <w:bookmarkEnd w:id="3"/>
      <w:r>
        <w:t>§3. Termin wykonania</w:t>
      </w:r>
    </w:p>
    <w:p w:rsidR="00BB15DD" w:rsidRDefault="008F61FE" w:rsidP="008F61FE">
      <w:pPr>
        <w:numPr>
          <w:ilvl w:val="0"/>
          <w:numId w:val="14"/>
        </w:numPr>
      </w:pPr>
      <w:r>
        <w:t xml:space="preserve">Wymagany termin realizacji przedmiotu umowy (Część 2) upływa w dniu </w:t>
      </w:r>
      <w:r>
        <w:rPr>
          <w:b/>
          <w:bCs/>
        </w:rPr>
        <w:t>29 lutego 2028 r.</w:t>
      </w:r>
    </w:p>
    <w:p w:rsidR="00BB15DD" w:rsidRDefault="008F61FE" w:rsidP="008F61FE">
      <w:pPr>
        <w:numPr>
          <w:ilvl w:val="0"/>
          <w:numId w:val="14"/>
        </w:numPr>
      </w:pPr>
      <w:r>
        <w:t>Termin ten rozumiany jest jako:</w:t>
      </w:r>
    </w:p>
    <w:p w:rsidR="00BB15DD" w:rsidRDefault="008F61FE" w:rsidP="008F61FE">
      <w:pPr>
        <w:numPr>
          <w:ilvl w:val="1"/>
          <w:numId w:val="15"/>
        </w:numPr>
      </w:pPr>
      <w:r>
        <w:t>zakończenie wszystkich robót budowlanych objętych Częścią 2,</w:t>
      </w:r>
    </w:p>
    <w:p w:rsidR="00BB15DD" w:rsidRDefault="008F61FE" w:rsidP="008F61FE">
      <w:pPr>
        <w:numPr>
          <w:ilvl w:val="1"/>
          <w:numId w:val="15"/>
        </w:numPr>
      </w:pPr>
      <w:r>
        <w:t>uzyskanie w imieniu i na rzecz Gminy Latowicz pozwolenia na użytkowanie lub skuteczne przyjęcie przez organ nadzoru budowlanego zawiadomienia o zakończeniu budowy,</w:t>
      </w:r>
    </w:p>
    <w:p w:rsidR="00BB15DD" w:rsidRDefault="008F61FE" w:rsidP="008F61FE">
      <w:pPr>
        <w:numPr>
          <w:ilvl w:val="1"/>
          <w:numId w:val="15"/>
        </w:numPr>
      </w:pPr>
      <w:r>
        <w:t>zgłoszenie gotowości do odbioru końcowego,</w:t>
      </w:r>
    </w:p>
    <w:p w:rsidR="00BB15DD" w:rsidRDefault="008F61FE" w:rsidP="008F61FE">
      <w:pPr>
        <w:numPr>
          <w:ilvl w:val="1"/>
          <w:numId w:val="15"/>
        </w:numPr>
      </w:pPr>
      <w:r>
        <w:t>przekazanie kompletnej dokumentacji powykonawczej.</w:t>
      </w:r>
    </w:p>
    <w:p w:rsidR="00BB15DD" w:rsidRDefault="008F61FE" w:rsidP="008F61FE">
      <w:pPr>
        <w:numPr>
          <w:ilvl w:val="0"/>
          <w:numId w:val="14"/>
        </w:numPr>
      </w:pPr>
      <w:r>
        <w:t>Wykonawca zobowiązany jest zakończyć roboty i skompletować dokumentację powykonawczą odpowiednio wcześniej niż termin wskazany w ust. 1, tak aby możliwe było terminowe przeprowadzenie procedury odbioru końcowego i uzyskanie wymaganych dokumentów administracyjnych.</w:t>
      </w:r>
    </w:p>
    <w:p w:rsidR="00BB15DD" w:rsidRDefault="008F61FE" w:rsidP="008F61FE">
      <w:pPr>
        <w:numPr>
          <w:ilvl w:val="0"/>
          <w:numId w:val="14"/>
        </w:numPr>
      </w:pPr>
      <w:r>
        <w:t>Szczegółowe terminy realizacji poszczególnych elementów określa harmonogram rzeczowo-finansowy zaakceptowany przez Zamawiającego zgodnie z §2 ust. 2 pkt 24 i 25 niniejszej umowy.</w:t>
      </w:r>
    </w:p>
    <w:p w:rsidR="00BB15DD" w:rsidRDefault="008F61FE" w:rsidP="008F61FE">
      <w:pPr>
        <w:numPr>
          <w:ilvl w:val="0"/>
          <w:numId w:val="14"/>
        </w:numPr>
      </w:pPr>
      <w:r>
        <w:t>Realizacja niniejszego zamówienia odbywa się na podstawie ostatecznej decyzji o pozwoleniu na budowę wydanej dla Zamawiającego. Wykonawca zobowiązany jest do ustanowienia kierownika budowy oraz zawiadomienia właściwego organu nadzoru budowlanego o zamierzonym terminie rozpoczęcia robót.</w:t>
      </w:r>
    </w:p>
    <w:p w:rsidR="00BB15DD" w:rsidRDefault="008F61FE">
      <w:pPr>
        <w:pStyle w:val="Nagwek3"/>
      </w:pPr>
      <w:bookmarkStart w:id="5" w:name="X3b3171457d63e9564d368be47f23d4fe95975e1"/>
      <w:bookmarkEnd w:id="4"/>
      <w:r>
        <w:t>§4. Odbiory</w:t>
      </w:r>
    </w:p>
    <w:p w:rsidR="00BB15DD" w:rsidRDefault="008F61FE" w:rsidP="008F61FE">
      <w:pPr>
        <w:numPr>
          <w:ilvl w:val="0"/>
          <w:numId w:val="16"/>
        </w:numPr>
      </w:pPr>
      <w:r>
        <w:t>Strony ustalają, że przedmiotem odbiorów częściowych oraz odbioru końcowego będzie bezusterkowe wykonanie elementów i całego przedmiotu umowy, potwierdzone odpowiednio protokołami odbiorów częściowych i protokołem odbioru końcowego. Data podpisania protokołu odbioru końcowego przez Zamawiającego jest datą zakończenia realizacji przedmiotu umowy.</w:t>
      </w:r>
    </w:p>
    <w:p w:rsidR="00BB15DD" w:rsidRDefault="008F61FE" w:rsidP="008F61FE">
      <w:pPr>
        <w:numPr>
          <w:ilvl w:val="0"/>
          <w:numId w:val="16"/>
        </w:numPr>
      </w:pPr>
      <w:r>
        <w:lastRenderedPageBreak/>
        <w:t>Odbiorom częściowym podlegają roboty zanikające i ulegające zakryciu. Zamawiający dokona odbioru tych robót bezzwłocznie po ich zgłoszeniu przez Wykonawcę, nie dłużej niż w terminie 3 dni roboczych.</w:t>
      </w:r>
    </w:p>
    <w:p w:rsidR="00BB15DD" w:rsidRDefault="008F61FE" w:rsidP="008F61FE">
      <w:pPr>
        <w:numPr>
          <w:ilvl w:val="0"/>
          <w:numId w:val="16"/>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BB15DD" w:rsidRDefault="008F61FE" w:rsidP="008F61FE">
      <w:pPr>
        <w:numPr>
          <w:ilvl w:val="0"/>
          <w:numId w:val="16"/>
        </w:numPr>
      </w:pPr>
      <w:r>
        <w:t>Roboty budowlane podlegające odbiором częściowym elementu Wykonawca zgłasza wpisem do dziennika budowy; Zamawiający dokonuje odbioru bezzwłocznie, nie dłużej niż w terminie 3 dni roboczych po dostarczeniu przez Wykonawcę niezbędnych dokumentów.</w:t>
      </w:r>
    </w:p>
    <w:p w:rsidR="00BB15DD" w:rsidRDefault="008F61FE" w:rsidP="008F61FE">
      <w:pPr>
        <w:numPr>
          <w:ilvl w:val="0"/>
          <w:numId w:val="16"/>
        </w:numPr>
      </w:pPr>
      <w:r>
        <w:t>Zamawiający powoła komisję i rozpocznie procedurę odbioru końcowego w terminie nie dłuższym niż 3 dni robocze po dostarczeniu przez Wykonawcę kompletnej dokumentacji umożliwiającej dokonanie prawidłowego odbioru.</w:t>
      </w:r>
    </w:p>
    <w:p w:rsidR="00BB15DD" w:rsidRDefault="008F61FE" w:rsidP="008F61FE">
      <w:pPr>
        <w:numPr>
          <w:ilvl w:val="0"/>
          <w:numId w:val="16"/>
        </w:numPr>
      </w:pPr>
      <w:r>
        <w:t>W czynnościach odbioru końcowego uczestniczą przedstawiciele Wykonawcy oraz jednostek, których udział wymagają odrębne przepisy.</w:t>
      </w:r>
    </w:p>
    <w:p w:rsidR="00BB15DD" w:rsidRDefault="008F61FE" w:rsidP="008F61FE">
      <w:pPr>
        <w:numPr>
          <w:ilvl w:val="0"/>
          <w:numId w:val="16"/>
        </w:numPr>
      </w:pPr>
      <w:r>
        <w:t>Nieobecność Wykonawcy nie wstrzymuje czynności odbioru. Wykonawca traci jednak prawo do zgłoszenia zastrzeżeń w stosunku do wyniku odbioru.</w:t>
      </w:r>
    </w:p>
    <w:p w:rsidR="00BB15DD" w:rsidRDefault="008F61FE" w:rsidP="008F61FE">
      <w:pPr>
        <w:numPr>
          <w:ilvl w:val="0"/>
          <w:numId w:val="16"/>
        </w:numPr>
      </w:pPr>
      <w:r>
        <w:t>Na co najmniej 3 dni przed dniem odbioru końcowego Wykonawca przedłoży Zamawiającemu wszystkie dokumenty pozwalające na ocenę prawidłowości wykonania przedmiotu odbioru, a w szczególności dokumenty wymienione w Załączniku nr 1 do niniejszej umowy (Wykaz obligatoryjnej dokumentacji powykonawczej).</w:t>
      </w:r>
    </w:p>
    <w:p w:rsidR="00BB15DD" w:rsidRDefault="008F61FE" w:rsidP="008F61FE">
      <w:pPr>
        <w:numPr>
          <w:ilvl w:val="0"/>
          <w:numId w:val="16"/>
        </w:numPr>
      </w:pPr>
      <w:r>
        <w:t>Z czynności odbioru zostanie sporządzony protokół zawierający wszystkie ustalenia poczynione w trakcie odbioru.</w:t>
      </w:r>
    </w:p>
    <w:p w:rsidR="00BB15DD" w:rsidRDefault="008F61FE" w:rsidP="008F61FE">
      <w:pPr>
        <w:numPr>
          <w:ilvl w:val="0"/>
          <w:numId w:val="16"/>
        </w:numPr>
      </w:pPr>
      <w:r>
        <w:t>Jeżeli odbiór nie został dokonany w ustalonych terminach z winy Zamawiającego mimo zgłoszenia gotowości, Wykonawca nie pozostaje w zwłoce i może jednostronnie, protokolarnie stwierdzić stan przedmiotu odbioru przez powołaną komisję; protokół z takiego odbioru stanowi podstawę wystawienia faktury.</w:t>
      </w:r>
    </w:p>
    <w:p w:rsidR="00BB15DD" w:rsidRDefault="008F61FE" w:rsidP="008F61FE">
      <w:pPr>
        <w:numPr>
          <w:ilvl w:val="0"/>
          <w:numId w:val="16"/>
        </w:numPr>
      </w:pPr>
      <w:r>
        <w:t>Z dniem protokolarnego odbioru końcowego ryzyko utraty lub uszkodzenia przedmiotu umowy przechodzi na Zamawiającego.</w:t>
      </w:r>
    </w:p>
    <w:p w:rsidR="00BB15DD" w:rsidRDefault="008F61FE" w:rsidP="008F61FE">
      <w:pPr>
        <w:numPr>
          <w:ilvl w:val="0"/>
          <w:numId w:val="16"/>
        </w:numPr>
      </w:pPr>
      <w:r>
        <w:t>Jeżeli w toku odbioru końcowego stwierdzone zostaną wady:</w:t>
      </w:r>
    </w:p>
    <w:p w:rsidR="00BB15DD" w:rsidRDefault="008F61FE" w:rsidP="008F61FE">
      <w:pPr>
        <w:numPr>
          <w:ilvl w:val="1"/>
          <w:numId w:val="17"/>
        </w:numPr>
      </w:pPr>
      <w:r>
        <w:lastRenderedPageBreak/>
        <w:t>nadające się do usunięcia – Zamawiający wyznaczy odpowiedni termin; fakt usunięcia wad zostanie stwierdzony protokolarnie;</w:t>
      </w:r>
    </w:p>
    <w:p w:rsidR="00BB15DD" w:rsidRDefault="008F61FE" w:rsidP="008F61FE">
      <w:pPr>
        <w:numPr>
          <w:ilvl w:val="1"/>
          <w:numId w:val="17"/>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BB15DD" w:rsidRDefault="008F61FE" w:rsidP="008F61FE">
      <w:pPr>
        <w:numPr>
          <w:ilvl w:val="0"/>
          <w:numId w:val="16"/>
        </w:numPr>
      </w:pPr>
      <w:r>
        <w:t>Jeżeli w trakcie realizacji robót Zamawiający zażąda badań nieprzewidzianych umową, Wykonawca zobowiązany jest je przeprowadzić. Koszty obciążają Wykonawcę, jeśli wyniki wykażą niezgodność z umową; w przeciwnym razie – Zamawiającego.</w:t>
      </w:r>
    </w:p>
    <w:p w:rsidR="00BB15DD" w:rsidRDefault="008F61FE">
      <w:pPr>
        <w:pStyle w:val="Nagwek3"/>
      </w:pPr>
      <w:bookmarkStart w:id="6" w:name="X77b674395cadee80a41bf784d972239f214301c"/>
      <w:bookmarkEnd w:id="5"/>
      <w:r>
        <w:t>§5. Wynagrodzenie</w:t>
      </w:r>
    </w:p>
    <w:p w:rsidR="00BB15DD" w:rsidRDefault="008F61FE" w:rsidP="008F61FE">
      <w:pPr>
        <w:numPr>
          <w:ilvl w:val="0"/>
          <w:numId w:val="18"/>
        </w:numPr>
      </w:pPr>
      <w:r>
        <w:t>Strony ustalają wynagrodzenie:</w:t>
      </w:r>
    </w:p>
    <w:p w:rsidR="00BB15DD" w:rsidRDefault="008F61FE" w:rsidP="008F61FE">
      <w:pPr>
        <w:numPr>
          <w:ilvl w:val="1"/>
          <w:numId w:val="19"/>
        </w:numPr>
      </w:pPr>
      <w:r>
        <w:t>netto w wysokości ………………………… zł (słownie: …………………………………………………),</w:t>
      </w:r>
    </w:p>
    <w:p w:rsidR="00BB15DD" w:rsidRDefault="008F61FE" w:rsidP="008F61FE">
      <w:pPr>
        <w:numPr>
          <w:ilvl w:val="1"/>
          <w:numId w:val="19"/>
        </w:numPr>
      </w:pPr>
      <w:r>
        <w:t>podatek VAT 23% w kwocie ………………………… zł (słownie: …………………………………………),</w:t>
      </w:r>
    </w:p>
    <w:p w:rsidR="00BB15DD" w:rsidRDefault="008F61FE" w:rsidP="008F61FE">
      <w:pPr>
        <w:numPr>
          <w:ilvl w:val="1"/>
          <w:numId w:val="19"/>
        </w:numPr>
      </w:pPr>
      <w:r>
        <w:t>brutto w wysokości ………………………… zł (słownie: …………………………………………………).</w:t>
      </w:r>
    </w:p>
    <w:p w:rsidR="00BB15DD" w:rsidRDefault="008F61FE" w:rsidP="008F61FE">
      <w:pPr>
        <w:numPr>
          <w:ilvl w:val="0"/>
          <w:numId w:val="18"/>
        </w:numPr>
      </w:pPr>
      <w:r>
        <w:t>Wynagrodzenie określone w ust. 1 jest wynagrodzeniem ryczałtowym i odpowiada zakresowi robót przedstawionemu w ofercie Wykonawcy. Wynagrodzenie ryczałtowe obejmuje wszelkie koszty związane z realizacją przedmiotu umowy, w tym ryzyko Wykonawcy z tytułu oszacowania kosztów. Niedoszacowanie, pominięcie oraz brak rozpoznania zakresu przedmiotu umowy nie może być podstawą do żądania zmiany wynagrodzenia. Wynagrodzenie obejmuje wszelkie koszty niezbędne do realizacji wynikające z dokumentacji projektowej, jak również w niej nieujęte, a niezbędne do prawidłowego wykonania przedmiotu umowy. Wynagrodzenie obejmuje m.in. koszty obsługi geodezyjnej, wykonania inwentaryzacji powykonawczej oraz inspekcji telewizyjnej kanałów grawitacyjnych.</w:t>
      </w:r>
    </w:p>
    <w:p w:rsidR="00E721E0" w:rsidRPr="00E721E0" w:rsidRDefault="00E721E0" w:rsidP="008F61FE">
      <w:pPr>
        <w:numPr>
          <w:ilvl w:val="0"/>
          <w:numId w:val="18"/>
        </w:numPr>
        <w:rPr>
          <w:rFonts w:asciiTheme="majorHAnsi" w:hAnsiTheme="majorHAnsi" w:cstheme="majorHAnsi"/>
        </w:rPr>
      </w:pPr>
      <w:r w:rsidRPr="008D105F">
        <w:rPr>
          <w:rFonts w:asciiTheme="majorHAnsi" w:eastAsia="Times New Roman" w:hAnsiTheme="majorHAnsi" w:cstheme="majorHAnsi"/>
          <w:szCs w:val="24"/>
          <w:lang w:eastAsia="pl-PL"/>
        </w:rPr>
        <w:t xml:space="preserve">Strony nie mogą zmienić wysokości wynagrodzenia określonego w ust. 1, za wyjątkiem okoliczności zawartych w </w:t>
      </w:r>
      <w:r w:rsidRPr="008D105F">
        <w:rPr>
          <w:rFonts w:asciiTheme="majorHAnsi" w:eastAsia="Times New Roman" w:hAnsiTheme="majorHAnsi" w:cstheme="majorHAnsi"/>
          <w:b/>
          <w:bCs/>
          <w:szCs w:val="24"/>
          <w:lang w:eastAsia="pl-PL"/>
        </w:rPr>
        <w:t>§10, §10a</w:t>
      </w:r>
      <w:r w:rsidRPr="008D105F">
        <w:rPr>
          <w:rFonts w:asciiTheme="majorHAnsi" w:eastAsia="Times New Roman" w:hAnsiTheme="majorHAnsi" w:cstheme="majorHAnsi"/>
          <w:szCs w:val="24"/>
          <w:lang w:eastAsia="pl-PL"/>
        </w:rPr>
        <w:t xml:space="preserve"> oraz §17 niniejszej umowy.</w:t>
      </w:r>
    </w:p>
    <w:p w:rsidR="00BB15DD" w:rsidRPr="00E721E0" w:rsidRDefault="008F61FE" w:rsidP="008F61FE">
      <w:pPr>
        <w:numPr>
          <w:ilvl w:val="0"/>
          <w:numId w:val="18"/>
        </w:numPr>
        <w:rPr>
          <w:rFonts w:asciiTheme="majorHAnsi" w:hAnsiTheme="majorHAnsi" w:cstheme="majorHAnsi"/>
        </w:rPr>
      </w:pPr>
      <w:r w:rsidRPr="00E721E0">
        <w:rPr>
          <w:rFonts w:asciiTheme="majorHAnsi" w:hAnsiTheme="majorHAnsi" w:cstheme="majorHAnsi"/>
        </w:rPr>
        <w:lastRenderedPageBreak/>
        <w:t>W przypadku ograniczenia zakresu rzeczowego (roboty zaniechane) wynagrodzenie zostaje obniżone w następujący sposób:</w:t>
      </w:r>
    </w:p>
    <w:p w:rsidR="00BB15DD" w:rsidRDefault="008F61FE" w:rsidP="008F61FE">
      <w:pPr>
        <w:numPr>
          <w:ilvl w:val="1"/>
          <w:numId w:val="20"/>
        </w:numPr>
      </w:pPr>
      <w:r>
        <w:t>w przypadku odstąpienia od całego elementu robót – odliczenie wartości tego elementu z kosztorysu ofertowego;</w:t>
      </w:r>
    </w:p>
    <w:p w:rsidR="00BB15DD" w:rsidRDefault="008F61FE" w:rsidP="008F61FE">
      <w:pPr>
        <w:numPr>
          <w:ilvl w:val="1"/>
          <w:numId w:val="20"/>
        </w:numPr>
      </w:pPr>
      <w:r>
        <w:t>w przypadku odstąpienia od części robót z danego elementu – procentowe obniżenie wartości elementu lub na podstawie kosztorysu sporządzonego przez Wykonawcę w oparciu o KNR/KNNR i zatwierdzonego przez Zamawiającego;</w:t>
      </w:r>
    </w:p>
    <w:p w:rsidR="00BB15DD" w:rsidRDefault="008F61FE" w:rsidP="008F61FE">
      <w:pPr>
        <w:numPr>
          <w:ilvl w:val="1"/>
          <w:numId w:val="20"/>
        </w:numPr>
      </w:pPr>
      <w:r>
        <w:t>ograniczenie zakresu nie może prowadzić do obniżenia wynagrodzenia poniżej 80% wartości wynagrodzenia z ust. 1.</w:t>
      </w:r>
    </w:p>
    <w:p w:rsidR="00BB15DD" w:rsidRDefault="008F61FE">
      <w:pPr>
        <w:pStyle w:val="Nagwek3"/>
      </w:pPr>
      <w:bookmarkStart w:id="7" w:name="Xddd7d19207b2ecac53d893eaae6e91b0d70de95"/>
      <w:bookmarkEnd w:id="6"/>
      <w:r>
        <w:t>§6. Zabezpieczenie należytego wykonania umowy</w:t>
      </w:r>
    </w:p>
    <w:p w:rsidR="00BB15DD" w:rsidRDefault="008F61FE" w:rsidP="008F61FE">
      <w:pPr>
        <w:numPr>
          <w:ilvl w:val="0"/>
          <w:numId w:val="21"/>
        </w:numPr>
      </w:pPr>
      <w:r>
        <w:t xml:space="preserve">Wykonawca wnosi zabezpieczenie należytego wykonania umowy w wysokości </w:t>
      </w:r>
      <w:r w:rsidRPr="00D203FA">
        <w:rPr>
          <w:color w:val="FF0000"/>
        </w:rPr>
        <w:t>5%</w:t>
      </w:r>
      <w:r>
        <w:t xml:space="preserve"> wynagrodzenia brutto określonego w §5 ust. 1, co stanowi kwotę ………………………… zł (słownie: …………………………………………………), w formie: …………………………………………………………… (np. przelew gotówki / gwarancja bankowa / gwarancja ubezpieczeniowa).</w:t>
      </w:r>
    </w:p>
    <w:p w:rsidR="00BB15DD" w:rsidRDefault="008F61FE" w:rsidP="008F61FE">
      <w:pPr>
        <w:numPr>
          <w:ilvl w:val="0"/>
          <w:numId w:val="21"/>
        </w:numPr>
      </w:pPr>
      <w:r>
        <w:t>W przypadku wniesienia wadium w pieniądzu Wykonawca może wyrazić zgodę na zaliczenie kwoty wadium na poczet zabezpieczenia.</w:t>
      </w:r>
    </w:p>
    <w:p w:rsidR="00BB15DD" w:rsidRDefault="008F61FE" w:rsidP="008F61FE">
      <w:pPr>
        <w:numPr>
          <w:ilvl w:val="0"/>
          <w:numId w:val="21"/>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BB15DD" w:rsidRDefault="008F61FE" w:rsidP="008F61FE">
      <w:pPr>
        <w:numPr>
          <w:ilvl w:val="0"/>
          <w:numId w:val="21"/>
        </w:numPr>
      </w:pPr>
      <w:r>
        <w:t>Zwrot 70% zabezpieczenia nastąpi w terminie 30 dni od dnia wykonania zamówienia i uznania go przez Zamawiającego za należycie wykonane. 30% zabezpieczenia (kwota na zabezpieczenie roszczeń z tytułu rękojmi i gwarancji) zostanie zwrócone nie później niż 15 dni po upływie dłuższego z okresów: rękojmi albo gwarancji.</w:t>
      </w:r>
    </w:p>
    <w:p w:rsidR="00BB15DD" w:rsidRDefault="008F61FE" w:rsidP="008F61FE">
      <w:pPr>
        <w:numPr>
          <w:ilvl w:val="0"/>
          <w:numId w:val="21"/>
        </w:numPr>
      </w:pPr>
      <w:r>
        <w:t>Zabezpieczenie wniesione w pieniądzu Zamawiający przechowuje na oprocentowanym rachunku bankowym. Zwrot następuje z odsetkami wynikającymi z umowy rachunku bankowego, pomniejszonymi o koszty prowadzenia rachunku i prowizji bankowej.</w:t>
      </w:r>
    </w:p>
    <w:p w:rsidR="00BB15DD" w:rsidRDefault="008F61FE" w:rsidP="008F61FE">
      <w:pPr>
        <w:numPr>
          <w:ilvl w:val="0"/>
          <w:numId w:val="21"/>
        </w:numPr>
      </w:pPr>
      <w:r>
        <w:t>Zabezpieczenie może zostać zaliczone na poczet ewentualnych kar umownych, na co Wykonawca wyraża nieodwołalną zgodę.</w:t>
      </w:r>
    </w:p>
    <w:p w:rsidR="00BB15DD" w:rsidRDefault="008F61FE" w:rsidP="008F61FE">
      <w:pPr>
        <w:numPr>
          <w:ilvl w:val="0"/>
          <w:numId w:val="21"/>
        </w:numPr>
      </w:pPr>
      <w:r>
        <w:lastRenderedPageBreak/>
        <w:t>W przypadku niewykonania lub nienależytego wykonania przedmiotu umowy zabezpieczenie staje się własnością Zamawiającego i będzie przeznaczone na zgodne z umową wykonanie robót oraz pokrycie roszczeń z tytułu rękojmi.</w:t>
      </w:r>
    </w:p>
    <w:p w:rsidR="00BB15DD" w:rsidRDefault="008F61FE" w:rsidP="008F61FE">
      <w:pPr>
        <w:numPr>
          <w:ilvl w:val="0"/>
          <w:numId w:val="21"/>
        </w:numPr>
      </w:pPr>
      <w:r>
        <w:t>Jeżeli okres, na jaki ma zostać wniesione zabezpieczenie, przekracza 5 lat, zabezpieczenie w pieniądzu wnosi się na cały ten okres; w innej formie – na okres nie krótszy niż 5 lat, z jednoczesnym zobowiązaniem Wykonawcy do jego przedłużenia.</w:t>
      </w:r>
    </w:p>
    <w:p w:rsidR="00BB15DD" w:rsidRDefault="008F61FE" w:rsidP="008F61FE">
      <w:pPr>
        <w:numPr>
          <w:ilvl w:val="0"/>
          <w:numId w:val="21"/>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BB15DD" w:rsidRDefault="008F61FE" w:rsidP="008F61FE">
      <w:pPr>
        <w:numPr>
          <w:ilvl w:val="0"/>
          <w:numId w:val="21"/>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BB15DD" w:rsidRDefault="008F61FE">
      <w:pPr>
        <w:pStyle w:val="Nagwek3"/>
      </w:pPr>
      <w:bookmarkStart w:id="8" w:name="Xb9d90a7266e7e0c01f9b116970691b92c831a93"/>
      <w:bookmarkEnd w:id="7"/>
      <w:r>
        <w:t>§7. Warunki płatności</w:t>
      </w:r>
    </w:p>
    <w:p w:rsidR="00BB15DD" w:rsidRDefault="008F61FE" w:rsidP="008F61FE">
      <w:pPr>
        <w:numPr>
          <w:ilvl w:val="0"/>
          <w:numId w:val="22"/>
        </w:numPr>
      </w:pPr>
      <w:r>
        <w:t>Rozliczanie robót odbywa się na podstawie faktur częściowych i faktury końcowej za wykonane elementy robót ujęte w harmonogramie rzeczowo-finansowym zatwierdzonym przez Zamawiającego.</w:t>
      </w:r>
    </w:p>
    <w:p w:rsidR="00BB15DD" w:rsidRDefault="008F61FE" w:rsidP="008F61FE">
      <w:pPr>
        <w:numPr>
          <w:ilvl w:val="0"/>
          <w:numId w:val="22"/>
        </w:numPr>
      </w:pPr>
      <w:r>
        <w:t xml:space="preserve">Faktury częściowe wystawiane są po wykonaniu i odebraniu przez Inspektora nadzoru danego elementu robót i regulowane w terminie do 30 dni od daty otrzymania przez Zamawiającego prawidłowo wystawionej faktury wraz z protokołem odbioru częściowego podpisanym bez zastrzeżeń przez Zamawiającego. Wartość faktur częściowych łącznie nie może przekroczyć </w:t>
      </w:r>
      <w:r w:rsidR="00D203FA">
        <w:t>8</w:t>
      </w:r>
      <w:r>
        <w:t>0% wynagrodzenia brutto określonego w §5 ust. 1.</w:t>
      </w:r>
    </w:p>
    <w:p w:rsidR="00BB15DD" w:rsidRDefault="008F61FE" w:rsidP="008F61FE">
      <w:pPr>
        <w:numPr>
          <w:ilvl w:val="0"/>
          <w:numId w:val="22"/>
        </w:numPr>
      </w:pPr>
      <w:r>
        <w:t xml:space="preserve">Ostateczne rozliczenie nastąpi w oparciu o fakturę końcową, której wartość nie może być niższa niż </w:t>
      </w:r>
      <w:r w:rsidR="00D203FA">
        <w:t>2</w:t>
      </w:r>
      <w:r>
        <w:t>0% wynagrodzenia brutto określonego w §5 ust. 1, wystawioną na podstawie protokołu odbioru końcowego podpisanego bez zastrzeżeń przez Zamawiającego. Faktura końcowa regulowana jest w terminie do 30 dni od daty jej otrzymania przez Zamawiającego.</w:t>
      </w:r>
    </w:p>
    <w:p w:rsidR="00BB15DD" w:rsidRDefault="008F61FE" w:rsidP="008F61FE">
      <w:pPr>
        <w:numPr>
          <w:ilvl w:val="0"/>
          <w:numId w:val="22"/>
        </w:numPr>
      </w:pPr>
      <w:r>
        <w:t>Wykonawca wystawi faktury VAT na następujące dane:</w:t>
      </w:r>
    </w:p>
    <w:p w:rsidR="00BB15DD" w:rsidRDefault="008F61FE" w:rsidP="008F61FE">
      <w:pPr>
        <w:numPr>
          <w:ilvl w:val="1"/>
          <w:numId w:val="23"/>
        </w:numPr>
      </w:pPr>
      <w:r>
        <w:rPr>
          <w:b/>
          <w:bCs/>
        </w:rPr>
        <w:t>Nabywca:</w:t>
      </w:r>
      <w:r>
        <w:t xml:space="preserve"> Gmina Latowicz, ul. Rynek 6, 05-334 Latowicz, NIP: 8222148747</w:t>
      </w:r>
    </w:p>
    <w:p w:rsidR="00BB15DD" w:rsidRDefault="008F61FE" w:rsidP="008F61FE">
      <w:pPr>
        <w:numPr>
          <w:ilvl w:val="1"/>
          <w:numId w:val="23"/>
        </w:numPr>
      </w:pPr>
      <w:r>
        <w:rPr>
          <w:b/>
          <w:bCs/>
        </w:rPr>
        <w:lastRenderedPageBreak/>
        <w:t>Odbiorca:</w:t>
      </w:r>
      <w:r>
        <w:t xml:space="preserve"> Urząd Miasta i Gminy Latowicz, ul. Rynek 6, 05-334 Latowicz</w:t>
      </w:r>
    </w:p>
    <w:p w:rsidR="00BB15DD" w:rsidRDefault="008F61FE" w:rsidP="008F61FE">
      <w:pPr>
        <w:numPr>
          <w:ilvl w:val="0"/>
          <w:numId w:val="22"/>
        </w:numPr>
      </w:pPr>
      <w:r>
        <w:t>Zamawiający dokona płatności przelewem na rachunek bankowy Wykonawcy nr ………………………………………………………………………………………………. Wykonawca oświadcza, że wskazany rachunek jest zarejestrowany dla jego działalności gospodarczej i zobowiązuje się powiadomić Zamawiającego o każdej zmianie rachunku w terminie 7 dni.</w:t>
      </w:r>
    </w:p>
    <w:p w:rsidR="00BB15DD" w:rsidRDefault="008F61FE" w:rsidP="008F61FE">
      <w:pPr>
        <w:numPr>
          <w:ilvl w:val="0"/>
          <w:numId w:val="22"/>
        </w:numPr>
      </w:pPr>
      <w:r>
        <w:t>Wykonawca oświadcza, że jest / nie jest* zarejestrowany w Wykazie Podatników VAT prowadzonym przez KAS Ministerstwa Finansów. (*niepotrzebne skreślić)</w:t>
      </w:r>
    </w:p>
    <w:p w:rsidR="00BB15DD" w:rsidRDefault="008F61FE" w:rsidP="008F61FE">
      <w:pPr>
        <w:numPr>
          <w:ilvl w:val="0"/>
          <w:numId w:val="22"/>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BB15DD" w:rsidRDefault="008F61FE">
      <w:pPr>
        <w:pStyle w:val="Nagwek3"/>
      </w:pPr>
      <w:bookmarkStart w:id="9" w:name="X7de6be50598e9c8158d39b2335d865c7a1cd33b"/>
      <w:bookmarkEnd w:id="8"/>
      <w:r>
        <w:t>§8. Rękojmia i gwarancja</w:t>
      </w:r>
    </w:p>
    <w:p w:rsidR="00BB15DD" w:rsidRDefault="008F61FE" w:rsidP="008F61FE">
      <w:pPr>
        <w:numPr>
          <w:ilvl w:val="0"/>
          <w:numId w:val="24"/>
        </w:numPr>
      </w:pPr>
      <w:r>
        <w:t xml:space="preserve">Wykonawca udziela Zamawiającemu gwarancji jakości na przedmiot umowy na okres </w:t>
      </w:r>
      <w:r w:rsidR="00D203FA">
        <w:rPr>
          <w:b/>
          <w:bCs/>
        </w:rPr>
        <w:t>………………</w:t>
      </w:r>
      <w:r>
        <w:rPr>
          <w:b/>
          <w:bCs/>
        </w:rPr>
        <w:t xml:space="preserve"> (</w:t>
      </w:r>
      <w:r w:rsidR="00D203FA">
        <w:rPr>
          <w:b/>
          <w:bCs/>
        </w:rPr>
        <w:t>…………………..</w:t>
      </w:r>
      <w:r>
        <w:rPr>
          <w:b/>
          <w:bCs/>
        </w:rPr>
        <w:t>) miesięcy</w:t>
      </w:r>
      <w:r>
        <w:t xml:space="preserve"> oraz rękojmi za wady na okres </w:t>
      </w:r>
      <w:r w:rsidR="00D203FA">
        <w:rPr>
          <w:b/>
          <w:bCs/>
        </w:rPr>
        <w:t>…………..</w:t>
      </w:r>
      <w:r>
        <w:rPr>
          <w:b/>
          <w:bCs/>
        </w:rPr>
        <w:t xml:space="preserve"> (</w:t>
      </w:r>
      <w:r w:rsidR="00D203FA">
        <w:rPr>
          <w:b/>
          <w:bCs/>
        </w:rPr>
        <w:t>……………………….</w:t>
      </w:r>
      <w:r>
        <w:rPr>
          <w:b/>
          <w:bCs/>
        </w:rPr>
        <w:t>) miesięcy</w:t>
      </w:r>
      <w:r>
        <w:t>, licząc od dnia następnego po dniu podpisania protokołu odbioru końcowego.</w:t>
      </w:r>
    </w:p>
    <w:p w:rsidR="00BB15DD" w:rsidRDefault="008F61FE" w:rsidP="008F61FE">
      <w:pPr>
        <w:numPr>
          <w:ilvl w:val="0"/>
          <w:numId w:val="24"/>
        </w:numPr>
      </w:pPr>
      <w:r>
        <w:t>Zamawiający może dochodzić roszczeń z tytułu gwarancji i rękojmi także po upływie okresu określonego w ust. 1, jeśli zgłosił wadę przed jego upływem.</w:t>
      </w:r>
    </w:p>
    <w:p w:rsidR="00BB15DD" w:rsidRDefault="008F61FE" w:rsidP="008F61FE">
      <w:pPr>
        <w:numPr>
          <w:ilvl w:val="0"/>
          <w:numId w:val="24"/>
        </w:numPr>
      </w:pPr>
      <w:r>
        <w:t>Wykonawca jest zobowiązany dostarczyć Zamawiającemu dokument gwarancyjny w dacie odbioru końcowego.</w:t>
      </w:r>
    </w:p>
    <w:p w:rsidR="00BB15DD" w:rsidRDefault="008F61FE" w:rsidP="008F61FE">
      <w:pPr>
        <w:numPr>
          <w:ilvl w:val="0"/>
          <w:numId w:val="24"/>
        </w:numPr>
      </w:pPr>
      <w:r>
        <w:t>Gwarancja nie wyłącza, nie ogranicza ani nie zawiesza uprawnień Zamawiającego z tytułu rękojmi za wady.</w:t>
      </w:r>
    </w:p>
    <w:p w:rsidR="00BB15DD" w:rsidRDefault="008F61FE" w:rsidP="008F61FE">
      <w:pPr>
        <w:numPr>
          <w:ilvl w:val="0"/>
          <w:numId w:val="24"/>
        </w:numPr>
      </w:pPr>
      <w:r>
        <w:t>W okresie gwarancji Wykonawca zobowiązuje się do bezpłatnego usunięcia wad i usterek w terminie 7 dni roboczych od daty pisemnego powiadomienia przez Zamawiającego. Okres gwarancji ulega przedłużeniu o czas naprawy.</w:t>
      </w:r>
    </w:p>
    <w:p w:rsidR="00BB15DD" w:rsidRDefault="008F61FE" w:rsidP="008F61FE">
      <w:pPr>
        <w:numPr>
          <w:ilvl w:val="0"/>
          <w:numId w:val="24"/>
        </w:numPr>
      </w:pPr>
      <w:r>
        <w:t>Zamawiający ma prawo dochodzić uprawnień z tytułu rękojmi niezależnie od uprawnień z tytułu gwarancji.</w:t>
      </w:r>
    </w:p>
    <w:p w:rsidR="00BB15DD" w:rsidRDefault="008F61FE" w:rsidP="008F61FE">
      <w:pPr>
        <w:numPr>
          <w:ilvl w:val="0"/>
          <w:numId w:val="24"/>
        </w:numPr>
      </w:pPr>
      <w:r>
        <w:t xml:space="preserve">Jeżeli Wykonawca nie usunie wad w terminie 14 dni od daty wyznaczonej na ich usunięcie, Zamawiający może zlecić ich usunięcie osobie trzeciej na koszt </w:t>
      </w:r>
      <w:r>
        <w:lastRenderedPageBreak/>
        <w:t>Wykonawcy, pokrywając koszty w pierwszej kolejności z zatrzymanego zabezpieczenia.</w:t>
      </w:r>
    </w:p>
    <w:p w:rsidR="00BB15DD" w:rsidRDefault="008F61FE">
      <w:pPr>
        <w:pStyle w:val="Nagwek3"/>
      </w:pPr>
      <w:bookmarkStart w:id="10" w:name="Xa5188008c1cc16b1568e067e3b29138de3230d6"/>
      <w:bookmarkEnd w:id="9"/>
      <w:r>
        <w:t>§9. Kary umowne</w:t>
      </w:r>
    </w:p>
    <w:p w:rsidR="00BB15DD" w:rsidRDefault="008F61FE" w:rsidP="008F61FE">
      <w:pPr>
        <w:numPr>
          <w:ilvl w:val="0"/>
          <w:numId w:val="25"/>
        </w:numPr>
      </w:pPr>
      <w:r>
        <w:t>Wykonawca zapłaci Zamawiającemu karę umowną:</w:t>
      </w:r>
    </w:p>
    <w:p w:rsidR="00BB15DD" w:rsidRDefault="008F61FE" w:rsidP="008F61FE">
      <w:pPr>
        <w:numPr>
          <w:ilvl w:val="1"/>
          <w:numId w:val="26"/>
        </w:numPr>
      </w:pPr>
      <w:r>
        <w:t>za odstąpienie od umowy przez Zamawiającego z przyczyn leżących po stronie Wykonawcy – w wysokości 10% wynagrodzenia brutto z §5 ust. 1;</w:t>
      </w:r>
    </w:p>
    <w:p w:rsidR="00BB15DD" w:rsidRDefault="008F61FE" w:rsidP="008F61FE">
      <w:pPr>
        <w:numPr>
          <w:ilvl w:val="1"/>
          <w:numId w:val="26"/>
        </w:numPr>
      </w:pPr>
      <w:r>
        <w:t>za zwłokę w oddaniu przedmiotu umowy – w wysokości 0,5% wynagrodzenia brutto z §5 ust. 1 za każdy dzień zwłoki;</w:t>
      </w:r>
    </w:p>
    <w:p w:rsidR="00BB15DD" w:rsidRDefault="008F61FE" w:rsidP="008F61FE">
      <w:pPr>
        <w:numPr>
          <w:ilvl w:val="1"/>
          <w:numId w:val="26"/>
        </w:numPr>
      </w:pPr>
      <w:r>
        <w:t>za zwłokę w usunięciu wad stwierdzonych przy odbiorze lub w okresie gwarancji i rękojmi – w wysokości 0,5% wynagrodzenia brutto z §5 ust. 1 za każdy dzień zwłoki, licząc od dnia wyznaczonego na usunięcie wad;</w:t>
      </w:r>
    </w:p>
    <w:p w:rsidR="00BB15DD" w:rsidRDefault="008F61FE" w:rsidP="008F61FE">
      <w:pPr>
        <w:numPr>
          <w:ilvl w:val="1"/>
          <w:numId w:val="26"/>
        </w:numPr>
      </w:pPr>
      <w:r>
        <w:t>za przebywanie na placu budowy osoby niezatrudnionej na umowę o pracę (§13 ust. 1) – w wysokości 1 000,00 zł za każdy stwierdzony przypadek;</w:t>
      </w:r>
    </w:p>
    <w:p w:rsidR="00BB15DD" w:rsidRDefault="008F61FE" w:rsidP="008F61FE">
      <w:pPr>
        <w:numPr>
          <w:ilvl w:val="1"/>
          <w:numId w:val="26"/>
        </w:numPr>
      </w:pPr>
      <w:r>
        <w:t>za zwłokę w dostarczeniu Zamawiającemu do akceptacji harmonogramu rzeczowo-finansowego – w wysokości 0,1% wynagrodzenia brutto z §5 ust. 1 za każdy dzień zwłoki;</w:t>
      </w:r>
    </w:p>
    <w:p w:rsidR="00BB15DD" w:rsidRDefault="008F61FE" w:rsidP="008F61FE">
      <w:pPr>
        <w:numPr>
          <w:ilvl w:val="1"/>
          <w:numId w:val="26"/>
        </w:numPr>
      </w:pPr>
      <w:r>
        <w:t>za odstąpienie od umowy przez Wykonawcę z przyczyn leżących po stronie Wykonawcy – w wysokości 20% wynagrodzenia brutto z §5 ust. 1.</w:t>
      </w:r>
    </w:p>
    <w:p w:rsidR="00BB15DD" w:rsidRDefault="008F61FE" w:rsidP="008F61FE">
      <w:pPr>
        <w:numPr>
          <w:ilvl w:val="0"/>
          <w:numId w:val="25"/>
        </w:numPr>
      </w:pPr>
      <w:r>
        <w:t>Zamawiający zapłaci Wykonawcy karę umowną za odstąpienie od umowy przez Wykonawcę z przyczyn leżących po stronie Zamawiającego – w wysokości 10% wynagrodzenia brutto z §5 ust. 1, za wyjątkiem sytuacji określonej w art. 456 ustawy Pzp.</w:t>
      </w:r>
    </w:p>
    <w:p w:rsidR="00BB15DD" w:rsidRDefault="008F61FE" w:rsidP="008F61FE">
      <w:pPr>
        <w:numPr>
          <w:ilvl w:val="0"/>
          <w:numId w:val="25"/>
        </w:numPr>
      </w:pPr>
      <w:r>
        <w:t>Strony zastrzegają prawo do dochodzenia odszkodowania uzupełniającego ponad wysokość kar umownych – do wysokości rzeczywiście poniesionej szkody na zasadach prawa cywilnego.</w:t>
      </w:r>
    </w:p>
    <w:p w:rsidR="00BB15DD" w:rsidRDefault="008F61FE" w:rsidP="008F61FE">
      <w:pPr>
        <w:numPr>
          <w:ilvl w:val="0"/>
          <w:numId w:val="25"/>
        </w:numPr>
      </w:pPr>
      <w:r>
        <w:t>Kary umowne podlegają sumowaniu. Łączna wysokość kar umownych dochodzonych od każdej ze stron nie może przekroczyć 20% wynagrodzenia brutto z §5 ust. 1.</w:t>
      </w:r>
    </w:p>
    <w:p w:rsidR="00BB15DD" w:rsidRDefault="008F61FE" w:rsidP="008F61FE">
      <w:pPr>
        <w:numPr>
          <w:ilvl w:val="0"/>
          <w:numId w:val="25"/>
        </w:numPr>
      </w:pPr>
      <w:r>
        <w:t>Zamawiający może dochodzić kar, o których mowa w ust. 1 pkt 2–4, także w przypadku odstąpienia od umowy, w szczególności gdy z winy Wykonawcy (niedochowanie terminu) Zamawiający utraci dofinansowanie ze środków zewnętrznych.</w:t>
      </w:r>
    </w:p>
    <w:p w:rsidR="00BB15DD" w:rsidRDefault="008F61FE" w:rsidP="008F61FE">
      <w:pPr>
        <w:numPr>
          <w:ilvl w:val="0"/>
          <w:numId w:val="25"/>
        </w:numPr>
      </w:pPr>
      <w:r>
        <w:lastRenderedPageBreak/>
        <w:t>W przypadku uzgodnienia zmiany terminów realizacji kary umowne liczone są od nowych terminów.</w:t>
      </w:r>
    </w:p>
    <w:p w:rsidR="00BB15DD" w:rsidRDefault="008F61FE" w:rsidP="008F61FE">
      <w:pPr>
        <w:numPr>
          <w:ilvl w:val="0"/>
          <w:numId w:val="25"/>
        </w:numPr>
      </w:pPr>
      <w:r>
        <w:t>Wykonawca nie może odmówić usunięcia wad bez względu na wysokość kosztów z tym związanych.</w:t>
      </w:r>
    </w:p>
    <w:p w:rsidR="00BB15DD" w:rsidRDefault="008F61FE" w:rsidP="008F61FE">
      <w:pPr>
        <w:numPr>
          <w:ilvl w:val="0"/>
          <w:numId w:val="25"/>
        </w:numPr>
      </w:pPr>
      <w:r>
        <w:t>Zamawiający może usunąć, w zastępstwie Wykonawcy i na jego koszt, wady nieusunięte w wyznaczonym terminie.</w:t>
      </w:r>
    </w:p>
    <w:p w:rsidR="00BB15DD" w:rsidRDefault="008F61FE" w:rsidP="008F61FE">
      <w:pPr>
        <w:numPr>
          <w:ilvl w:val="0"/>
          <w:numId w:val="25"/>
        </w:numPr>
      </w:pPr>
      <w:r>
        <w:t>Wykonawca wyraża zgodę na potrącenie kar umownych z wynagrodzenia za wykonany przedmiot umowy.</w:t>
      </w:r>
    </w:p>
    <w:p w:rsidR="00BB15DD" w:rsidRDefault="008F61FE">
      <w:pPr>
        <w:pStyle w:val="Nagwek3"/>
      </w:pPr>
      <w:bookmarkStart w:id="11" w:name="X7cb577bedfc41b5d1ceefd77a9f810857dfac09"/>
      <w:bookmarkEnd w:id="10"/>
      <w:r>
        <w:t>§10. Zmiana umowy</w:t>
      </w:r>
    </w:p>
    <w:p w:rsidR="00BB15DD" w:rsidRDefault="008F61FE" w:rsidP="008F61FE">
      <w:pPr>
        <w:numPr>
          <w:ilvl w:val="0"/>
          <w:numId w:val="27"/>
        </w:numPr>
      </w:pPr>
      <w:r>
        <w:t>Zmiana kluczowych specjalistów: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BB15DD" w:rsidRDefault="008F61FE" w:rsidP="008F61FE">
      <w:pPr>
        <w:numPr>
          <w:ilvl w:val="0"/>
          <w:numId w:val="27"/>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BB15DD" w:rsidRDefault="008F61FE" w:rsidP="008F61FE">
      <w:pPr>
        <w:numPr>
          <w:ilvl w:val="0"/>
          <w:numId w:val="27"/>
        </w:numPr>
      </w:pPr>
      <w:r>
        <w:t>Wykonawca może żądać przedłużenia terminu wykonania umowy, jeżeli opóźnienie wynika z:</w:t>
      </w:r>
    </w:p>
    <w:p w:rsidR="00BB15DD" w:rsidRDefault="008F61FE" w:rsidP="008F61FE">
      <w:pPr>
        <w:numPr>
          <w:ilvl w:val="1"/>
          <w:numId w:val="28"/>
        </w:numPr>
      </w:pPr>
      <w:r>
        <w:t>zawieszenia robót przez Zamawiającego,</w:t>
      </w:r>
    </w:p>
    <w:p w:rsidR="00BB15DD" w:rsidRDefault="008F61FE" w:rsidP="008F61FE">
      <w:pPr>
        <w:numPr>
          <w:ilvl w:val="1"/>
          <w:numId w:val="28"/>
        </w:numPr>
      </w:pPr>
      <w:r>
        <w:t>szczególnie niesprzyjających warunków atmosferycznych uniemożliwiających prawidłowe wykonanie robót (przy dochowaniu przez Wykonawcę należytej staranności),</w:t>
      </w:r>
    </w:p>
    <w:p w:rsidR="00BB15DD" w:rsidRDefault="008F61FE" w:rsidP="008F61FE">
      <w:pPr>
        <w:numPr>
          <w:ilvl w:val="1"/>
          <w:numId w:val="28"/>
        </w:numPr>
      </w:pPr>
      <w:r>
        <w:t>konieczności zmian dokumentacji projektowej na wniosek Zamawiającego,</w:t>
      </w:r>
    </w:p>
    <w:p w:rsidR="00BB15DD" w:rsidRDefault="008F61FE" w:rsidP="008F61FE">
      <w:pPr>
        <w:numPr>
          <w:ilvl w:val="1"/>
          <w:numId w:val="28"/>
        </w:numPr>
      </w:pPr>
      <w:r>
        <w:t>opóźnień organów administracyjnych w wydawaniu decyzji, zezwoleń lub uzgodnień,</w:t>
      </w:r>
    </w:p>
    <w:p w:rsidR="00BB15DD" w:rsidRDefault="008F61FE" w:rsidP="008F61FE">
      <w:pPr>
        <w:numPr>
          <w:ilvl w:val="1"/>
          <w:numId w:val="28"/>
        </w:numPr>
      </w:pPr>
      <w:r>
        <w:t>wstrzymania robót przez uprawniony organ z przyczyn niezależnych od Wykonawcy,</w:t>
      </w:r>
    </w:p>
    <w:p w:rsidR="00BB15DD" w:rsidRDefault="008F61FE" w:rsidP="008F61FE">
      <w:pPr>
        <w:numPr>
          <w:ilvl w:val="1"/>
          <w:numId w:val="28"/>
        </w:numPr>
      </w:pPr>
      <w:r>
        <w:lastRenderedPageBreak/>
        <w:t>konieczności wykonania robót dodatkowych niezbędnych do prawidłowego wykonania zamówienia,</w:t>
      </w:r>
    </w:p>
    <w:p w:rsidR="00BB15DD" w:rsidRDefault="008F61FE" w:rsidP="008F61FE">
      <w:pPr>
        <w:numPr>
          <w:ilvl w:val="1"/>
          <w:numId w:val="28"/>
        </w:numPr>
      </w:pPr>
      <w:r>
        <w:t>wystąpienia siły wyższej, kryzysu gospodarczego lub klęski żywiołowej.</w:t>
      </w:r>
    </w:p>
    <w:p w:rsidR="00BB15DD" w:rsidRDefault="008F61FE" w:rsidP="008F61FE">
      <w:pPr>
        <w:numPr>
          <w:ilvl w:val="0"/>
          <w:numId w:val="27"/>
        </w:numPr>
      </w:pPr>
      <w:bookmarkStart w:id="12" w:name="_GoBack"/>
      <w:r>
        <w:t>Zmiana wynagrodzenia możliwa wyłącznie w przypadku ustawowej zmiany stawki podatku VAT – w wysokości odpowiadającej zmianie podatku; zmiana wymaga formy aneksu.</w:t>
      </w:r>
    </w:p>
    <w:bookmarkEnd w:id="12"/>
    <w:p w:rsidR="00BB15DD" w:rsidRDefault="008F61FE" w:rsidP="008F61FE">
      <w:pPr>
        <w:numPr>
          <w:ilvl w:val="0"/>
          <w:numId w:val="27"/>
        </w:numPr>
      </w:pPr>
      <w:r>
        <w:t>Wykonawca nie ma prawa do przedłużenia terminu z przyczyn leżących po jego stronie.</w:t>
      </w:r>
    </w:p>
    <w:p w:rsidR="00BB15DD" w:rsidRDefault="008F61FE" w:rsidP="008F61FE">
      <w:pPr>
        <w:numPr>
          <w:ilvl w:val="0"/>
          <w:numId w:val="27"/>
        </w:numPr>
      </w:pPr>
      <w:r>
        <w:t>Wynagrodzenie może ulec zmniejszeniu w przypadku odstąpienia przez Zamawiającego od realizacji części przedmiotu umowy.</w:t>
      </w:r>
    </w:p>
    <w:p w:rsidR="00BB15DD" w:rsidRDefault="008F61FE" w:rsidP="008F61FE">
      <w:pPr>
        <w:numPr>
          <w:ilvl w:val="0"/>
          <w:numId w:val="27"/>
        </w:numPr>
      </w:pPr>
      <w:r>
        <w:t>Dopuszczalna jest zmiana poszczególnych etapów realizacji prac wynikających z harmonogramu, niepowodująca zmiany ostatecznego terminu realizacji umowy – za akceptacją Zamawiającego, bez konieczności sporządzania aneksu.</w:t>
      </w:r>
    </w:p>
    <w:p w:rsidR="00BB15DD" w:rsidRDefault="008F61FE" w:rsidP="008F61FE">
      <w:pPr>
        <w:numPr>
          <w:ilvl w:val="0"/>
          <w:numId w:val="27"/>
        </w:numPr>
      </w:pPr>
      <w:r>
        <w:t>Za pisemną zgodą Zamawiającego Wykonawca może zmienić podwykonawcę lub dalszego podwykonawcę, zgodnie z przepisami ustawy Pzp.</w:t>
      </w:r>
    </w:p>
    <w:p w:rsidR="00BB15DD" w:rsidRDefault="008F61FE" w:rsidP="008F61FE">
      <w:pPr>
        <w:numPr>
          <w:ilvl w:val="0"/>
          <w:numId w:val="27"/>
        </w:numPr>
      </w:pPr>
      <w:r>
        <w:t>Strony przewidują możliwość zmiany umowy wskutek zmian powszechnie obowiązujących przepisów prawa lub prawomocnych orzeczeń sądowych lub ostatecznych aktów administracyjnych.</w:t>
      </w:r>
    </w:p>
    <w:p w:rsidR="00BB15DD" w:rsidRDefault="008F61FE" w:rsidP="008F61FE">
      <w:pPr>
        <w:numPr>
          <w:ilvl w:val="0"/>
          <w:numId w:val="27"/>
        </w:numPr>
      </w:pPr>
      <w:r>
        <w:t>Wszelkie zmiany postanowień umowy wymagają formy pisemnego aneksu pod rygorem nieważności, z zastrzeżeniem postanowień dotyczących harmonogramu rzeczowo-finansowego.</w:t>
      </w:r>
    </w:p>
    <w:p w:rsidR="00BB15DD" w:rsidRDefault="008F61FE" w:rsidP="008F61FE">
      <w:pPr>
        <w:numPr>
          <w:ilvl w:val="0"/>
          <w:numId w:val="27"/>
        </w:numPr>
      </w:pPr>
      <w:r>
        <w:t xml:space="preserve">Zamawiający przewiduje możliwość zmian umowy w przypadkach określonych w art. 455 ustawy </w:t>
      </w:r>
      <w:proofErr w:type="spellStart"/>
      <w:r>
        <w:t>Pzp</w:t>
      </w:r>
      <w:proofErr w:type="spellEnd"/>
      <w:r>
        <w:t>.</w:t>
      </w:r>
    </w:p>
    <w:p w:rsidR="00E721E0" w:rsidRPr="008D105F" w:rsidRDefault="00E721E0" w:rsidP="00E721E0">
      <w:pPr>
        <w:spacing w:before="100" w:beforeAutospacing="1" w:after="100" w:afterAutospacing="1" w:line="240" w:lineRule="auto"/>
        <w:rPr>
          <w:rFonts w:ascii="Times New Roman" w:eastAsia="Times New Roman" w:hAnsi="Times New Roman" w:cs="Times New Roman"/>
          <w:szCs w:val="24"/>
          <w:lang w:eastAsia="pl-PL"/>
        </w:rPr>
      </w:pPr>
      <w:r w:rsidRPr="008D105F">
        <w:rPr>
          <w:rFonts w:ascii="Times New Roman" w:eastAsia="Times New Roman" w:hAnsi="Times New Roman" w:cs="Times New Roman"/>
          <w:b/>
          <w:bCs/>
          <w:szCs w:val="24"/>
          <w:lang w:eastAsia="pl-PL"/>
        </w:rPr>
        <w:t>§10a. Waloryzacja wynagrodzenia</w:t>
      </w:r>
    </w:p>
    <w:p w:rsidR="00E721E0" w:rsidRPr="008D105F" w:rsidRDefault="00E721E0" w:rsidP="00E721E0">
      <w:p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 xml:space="preserve">Część I — Waloryzacja w związku ze zmianą cen materiałów i kosztów realizacji zamówienia (art. 439 ustawy </w:t>
      </w:r>
      <w:proofErr w:type="spellStart"/>
      <w:r w:rsidRPr="008D105F">
        <w:rPr>
          <w:rFonts w:asciiTheme="majorHAnsi" w:eastAsia="Times New Roman" w:hAnsiTheme="majorHAnsi" w:cstheme="majorHAnsi"/>
          <w:b/>
          <w:bCs/>
          <w:szCs w:val="24"/>
          <w:lang w:eastAsia="pl-PL"/>
        </w:rPr>
        <w:t>Pzp</w:t>
      </w:r>
      <w:proofErr w:type="spellEnd"/>
      <w:r w:rsidRPr="008D105F">
        <w:rPr>
          <w:rFonts w:asciiTheme="majorHAnsi" w:eastAsia="Times New Roman" w:hAnsiTheme="majorHAnsi" w:cstheme="majorHAnsi"/>
          <w:b/>
          <w:bCs/>
          <w:szCs w:val="24"/>
          <w:lang w:eastAsia="pl-PL"/>
        </w:rPr>
        <w:t>)</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Strony przewidują możliwość zmiany wysokości wynagrodzenia netto określonego w §5 ust. 1 niniejszej umowy w przypadku zmiany cen materiałów lub kosztów związanych z realizacją zamówienia, na zasadach określonych w niniejszym paragrafie, zgodnie z art. 439 ust. 1 ustawy z dnia 11 września 2019 r. – Prawo zamówień publicznych (Dz. U. z 2024 r. poz. 1320 z </w:t>
      </w:r>
      <w:proofErr w:type="spellStart"/>
      <w:r w:rsidRPr="008D105F">
        <w:rPr>
          <w:rFonts w:asciiTheme="majorHAnsi" w:eastAsia="Times New Roman" w:hAnsiTheme="majorHAnsi" w:cstheme="majorHAnsi"/>
          <w:szCs w:val="24"/>
          <w:lang w:eastAsia="pl-PL"/>
        </w:rPr>
        <w:t>późn</w:t>
      </w:r>
      <w:proofErr w:type="spellEnd"/>
      <w:r w:rsidRPr="008D105F">
        <w:rPr>
          <w:rFonts w:asciiTheme="majorHAnsi" w:eastAsia="Times New Roman" w:hAnsiTheme="majorHAnsi" w:cstheme="majorHAnsi"/>
          <w:szCs w:val="24"/>
          <w:lang w:eastAsia="pl-PL"/>
        </w:rPr>
        <w:t>. zm.).</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lastRenderedPageBreak/>
        <w:t>Wskaźnik waloryzacji:</w:t>
      </w:r>
      <w:r w:rsidRPr="008D105F">
        <w:rPr>
          <w:rFonts w:asciiTheme="majorHAnsi" w:eastAsia="Times New Roman" w:hAnsiTheme="majorHAnsi" w:cstheme="majorHAnsi"/>
          <w:szCs w:val="24"/>
          <w:lang w:eastAsia="pl-PL"/>
        </w:rPr>
        <w:t xml:space="preserve"> podstawę waloryzacji stanowi wskaźnik cen produkcji budowlano-montażowej ogłaszany kwartalnie w komunikacie Prezesa Głównego Urzędu Statystycznego (zwany dalej „Wskaźnikiem"), publikowany na stronie internetowej GUS oraz w Dzienniku Urzędowym Rzeczypospolitej Polskiej „Monitor Polski".</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Termin bazowy:</w:t>
      </w:r>
      <w:r w:rsidRPr="008D105F">
        <w:rPr>
          <w:rFonts w:asciiTheme="majorHAnsi" w:eastAsia="Times New Roman" w:hAnsiTheme="majorHAnsi" w:cstheme="majorHAnsi"/>
          <w:szCs w:val="24"/>
          <w:lang w:eastAsia="pl-PL"/>
        </w:rPr>
        <w:t xml:space="preserve"> poziom bazowy Wskaźnika ustala się według komunikatu Prezesa GUS za kwartał, w którym nastąpiło otwarcie ofert w postępowaniu o udzielenie zamówienia publicznego prowadzonym pod poz. 2025/BZP 00240801. Jeżeli w danym kwartale nie został opublikowany komunikat Prezesa GUS, przyjmuje się Wskaźnik z ostatniego kwartału, dla którego komunikat został opublikowany przed terminem otwarcia ofert.</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Próg uruchomienia waloryzacji:</w:t>
      </w:r>
      <w:r w:rsidRPr="008D105F">
        <w:rPr>
          <w:rFonts w:asciiTheme="majorHAnsi" w:eastAsia="Times New Roman" w:hAnsiTheme="majorHAnsi" w:cstheme="majorHAnsi"/>
          <w:szCs w:val="24"/>
          <w:lang w:eastAsia="pl-PL"/>
        </w:rPr>
        <w:t xml:space="preserve"> każda ze stron może złożyć wniosek o zmianę wynagrodzenia, jeżeli skumulowana zmiana Wskaźnika względem poziomu bazowego określonego w ust. 3 wyniesie co najmniej </w:t>
      </w:r>
      <w:r w:rsidRPr="008D105F">
        <w:rPr>
          <w:rFonts w:asciiTheme="majorHAnsi" w:eastAsia="Times New Roman" w:hAnsiTheme="majorHAnsi" w:cstheme="majorHAnsi"/>
          <w:b/>
          <w:bCs/>
          <w:szCs w:val="24"/>
          <w:lang w:eastAsia="pl-PL"/>
        </w:rPr>
        <w:t>5 punktów procentowych</w:t>
      </w:r>
      <w:r w:rsidRPr="008D105F">
        <w:rPr>
          <w:rFonts w:asciiTheme="majorHAnsi" w:eastAsia="Times New Roman" w:hAnsiTheme="majorHAnsi" w:cstheme="majorHAnsi"/>
          <w:szCs w:val="24"/>
          <w:lang w:eastAsia="pl-PL"/>
        </w:rPr>
        <w:t xml:space="preserve"> (wzrost lub spadek). Próg ten ma zastosowanie zarówno do pierwszej waloryzacji, jak i do każdej kolejnej waloryzacji, przy czym w przypadku waloryzacji kolejnych próg liczony jest od Wskaźnika przyjętego w poprzedniej waloryzacji.</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Początkowy termin waloryzacji:</w:t>
      </w:r>
      <w:r w:rsidRPr="008D105F">
        <w:rPr>
          <w:rFonts w:asciiTheme="majorHAnsi" w:eastAsia="Times New Roman" w:hAnsiTheme="majorHAnsi" w:cstheme="majorHAnsi"/>
          <w:szCs w:val="24"/>
          <w:lang w:eastAsia="pl-PL"/>
        </w:rPr>
        <w:t xml:space="preserve"> pierwsza zmiana wynagrodzenia może nastąpić najwcześniej po upływie </w:t>
      </w:r>
      <w:r w:rsidRPr="008D105F">
        <w:rPr>
          <w:rFonts w:asciiTheme="majorHAnsi" w:eastAsia="Times New Roman" w:hAnsiTheme="majorHAnsi" w:cstheme="majorHAnsi"/>
          <w:b/>
          <w:bCs/>
          <w:szCs w:val="24"/>
          <w:lang w:eastAsia="pl-PL"/>
        </w:rPr>
        <w:t>6 miesięcy</w:t>
      </w:r>
      <w:r w:rsidRPr="008D105F">
        <w:rPr>
          <w:rFonts w:asciiTheme="majorHAnsi" w:eastAsia="Times New Roman" w:hAnsiTheme="majorHAnsi" w:cstheme="majorHAnsi"/>
          <w:szCs w:val="24"/>
          <w:lang w:eastAsia="pl-PL"/>
        </w:rPr>
        <w:t xml:space="preserve"> od dnia zawarcia niniejszej umowy, przy czym do wyliczeń przyjmuje się zmiany Wskaźnika, które zaszły od terminu bazowego, o którym mowa w ust. 3, do dnia złożenia wniosku o waloryzację.</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Okresy waloryzacji:</w:t>
      </w:r>
      <w:r w:rsidRPr="008D105F">
        <w:rPr>
          <w:rFonts w:asciiTheme="majorHAnsi" w:eastAsia="Times New Roman" w:hAnsiTheme="majorHAnsi" w:cstheme="majorHAnsi"/>
          <w:szCs w:val="24"/>
          <w:lang w:eastAsia="pl-PL"/>
        </w:rPr>
        <w:t xml:space="preserve"> po dokonaniu pierwszej waloryzacji kolejne waloryzacje mogą następować nie częściej niż </w:t>
      </w:r>
      <w:r w:rsidRPr="008D105F">
        <w:rPr>
          <w:rFonts w:asciiTheme="majorHAnsi" w:eastAsia="Times New Roman" w:hAnsiTheme="majorHAnsi" w:cstheme="majorHAnsi"/>
          <w:b/>
          <w:bCs/>
          <w:szCs w:val="24"/>
          <w:lang w:eastAsia="pl-PL"/>
        </w:rPr>
        <w:t>raz na każde 6 miesięcy</w:t>
      </w:r>
      <w:r w:rsidRPr="008D105F">
        <w:rPr>
          <w:rFonts w:asciiTheme="majorHAnsi" w:eastAsia="Times New Roman" w:hAnsiTheme="majorHAnsi" w:cstheme="majorHAnsi"/>
          <w:szCs w:val="24"/>
          <w:lang w:eastAsia="pl-PL"/>
        </w:rPr>
        <w:t>, licząc od daty podpisania poprzedniego aneksu waloryzacyjnego. Każdorazowo zmiana wynagrodzenia wyliczana jest w oparciu o aktualny Wskaźnik w stosunku do Wskaźnika przyjętego w poprzednim okresie waloryzacji.</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Sposób wyliczenia zmiany wynagrodzenia:</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Zmiana wynagrodzenia odpowiada </w:t>
      </w:r>
      <w:r w:rsidRPr="008D105F">
        <w:rPr>
          <w:rFonts w:asciiTheme="majorHAnsi" w:eastAsia="Times New Roman" w:hAnsiTheme="majorHAnsi" w:cstheme="majorHAnsi"/>
          <w:b/>
          <w:bCs/>
          <w:szCs w:val="24"/>
          <w:lang w:eastAsia="pl-PL"/>
        </w:rPr>
        <w:t>50% zmiany Wskaźnika</w:t>
      </w:r>
      <w:r w:rsidRPr="008D105F">
        <w:rPr>
          <w:rFonts w:asciiTheme="majorHAnsi" w:eastAsia="Times New Roman" w:hAnsiTheme="majorHAnsi" w:cstheme="majorHAnsi"/>
          <w:szCs w:val="24"/>
          <w:lang w:eastAsia="pl-PL"/>
        </w:rPr>
        <w:t xml:space="preserve"> pomnożonej przez wartość wynagrodzenia netto za roboty </w:t>
      </w:r>
      <w:r w:rsidRPr="008D105F">
        <w:rPr>
          <w:rFonts w:asciiTheme="majorHAnsi" w:eastAsia="Times New Roman" w:hAnsiTheme="majorHAnsi" w:cstheme="majorHAnsi"/>
          <w:b/>
          <w:bCs/>
          <w:szCs w:val="24"/>
          <w:lang w:eastAsia="pl-PL"/>
        </w:rPr>
        <w:t>nieodebrane i niezafakturowane</w:t>
      </w:r>
      <w:r w:rsidRPr="008D105F">
        <w:rPr>
          <w:rFonts w:asciiTheme="majorHAnsi" w:eastAsia="Times New Roman" w:hAnsiTheme="majorHAnsi" w:cstheme="majorHAnsi"/>
          <w:szCs w:val="24"/>
          <w:lang w:eastAsia="pl-PL"/>
        </w:rPr>
        <w:t xml:space="preserve"> na dzień złożenia wniosku o waloryzację. Przyjęcie współczynnika 50% odzwierciedla podział ryzyka zmiany cen między strony umowy i jest zgodne z zasadą równowagi kontraktowej.</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Wzór matematyczny: </w:t>
      </w:r>
      <w:r w:rsidRPr="008D105F">
        <w:rPr>
          <w:rFonts w:asciiTheme="majorHAnsi" w:eastAsia="Times New Roman" w:hAnsiTheme="majorHAnsi" w:cstheme="majorHAnsi"/>
          <w:b/>
          <w:bCs/>
          <w:szCs w:val="24"/>
          <w:lang w:eastAsia="pl-PL"/>
        </w:rPr>
        <w:t>Δ W = 0,5 × (</w:t>
      </w:r>
      <w:proofErr w:type="spellStart"/>
      <w:r w:rsidRPr="008D105F">
        <w:rPr>
          <w:rFonts w:asciiTheme="majorHAnsi" w:eastAsia="Times New Roman" w:hAnsiTheme="majorHAnsi" w:cstheme="majorHAnsi"/>
          <w:b/>
          <w:bCs/>
          <w:szCs w:val="24"/>
          <w:lang w:eastAsia="pl-PL"/>
        </w:rPr>
        <w:t>W_n</w:t>
      </w:r>
      <w:proofErr w:type="spellEnd"/>
      <w:r w:rsidRPr="008D105F">
        <w:rPr>
          <w:rFonts w:asciiTheme="majorHAnsi" w:eastAsia="Times New Roman" w:hAnsiTheme="majorHAnsi" w:cstheme="majorHAnsi"/>
          <w:b/>
          <w:bCs/>
          <w:szCs w:val="24"/>
          <w:lang w:eastAsia="pl-PL"/>
        </w:rPr>
        <w:t xml:space="preserve"> / W_0 – 1) × </w:t>
      </w:r>
      <w:proofErr w:type="spellStart"/>
      <w:r w:rsidRPr="008D105F">
        <w:rPr>
          <w:rFonts w:asciiTheme="majorHAnsi" w:eastAsia="Times New Roman" w:hAnsiTheme="majorHAnsi" w:cstheme="majorHAnsi"/>
          <w:b/>
          <w:bCs/>
          <w:szCs w:val="24"/>
          <w:lang w:eastAsia="pl-PL"/>
        </w:rPr>
        <w:t>V_r</w:t>
      </w:r>
      <w:proofErr w:type="spellEnd"/>
      <w:r w:rsidRPr="008D105F">
        <w:rPr>
          <w:rFonts w:asciiTheme="majorHAnsi" w:eastAsia="Times New Roman" w:hAnsiTheme="majorHAnsi" w:cstheme="majorHAnsi"/>
          <w:szCs w:val="24"/>
          <w:lang w:eastAsia="pl-PL"/>
        </w:rPr>
        <w:t xml:space="preserve"> gdzie:</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Δ W — kwota zmiany wynagrodzenia netto (wartość dodatnia oznacza wzrost wynagrodzenia, wartość ujemna — obniżenie wynagrodzenia),</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proofErr w:type="spellStart"/>
      <w:r w:rsidRPr="008D105F">
        <w:rPr>
          <w:rFonts w:asciiTheme="majorHAnsi" w:eastAsia="Times New Roman" w:hAnsiTheme="majorHAnsi" w:cstheme="majorHAnsi"/>
          <w:szCs w:val="24"/>
          <w:lang w:eastAsia="pl-PL"/>
        </w:rPr>
        <w:t>W_n</w:t>
      </w:r>
      <w:proofErr w:type="spellEnd"/>
      <w:r w:rsidRPr="008D105F">
        <w:rPr>
          <w:rFonts w:asciiTheme="majorHAnsi" w:eastAsia="Times New Roman" w:hAnsiTheme="majorHAnsi" w:cstheme="majorHAnsi"/>
          <w:szCs w:val="24"/>
          <w:lang w:eastAsia="pl-PL"/>
        </w:rPr>
        <w:t xml:space="preserve"> — Wskaźnik cen produkcji budowlano-montażowej w okresie waloryzacji (według ostatniego dostępnego komunikatu GUS przed złożeniem wniosku),</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W_0 — Wskaźnik bazowy (w przypadku pierwszej waloryzacji) lub Wskaźnik z poprzedniego okresu waloryzacji (w przypadku waloryzacji kolejnych),</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proofErr w:type="spellStart"/>
      <w:r w:rsidRPr="008D105F">
        <w:rPr>
          <w:rFonts w:asciiTheme="majorHAnsi" w:eastAsia="Times New Roman" w:hAnsiTheme="majorHAnsi" w:cstheme="majorHAnsi"/>
          <w:szCs w:val="24"/>
          <w:lang w:eastAsia="pl-PL"/>
        </w:rPr>
        <w:t>V_r</w:t>
      </w:r>
      <w:proofErr w:type="spellEnd"/>
      <w:r w:rsidRPr="008D105F">
        <w:rPr>
          <w:rFonts w:asciiTheme="majorHAnsi" w:eastAsia="Times New Roman" w:hAnsiTheme="majorHAnsi" w:cstheme="majorHAnsi"/>
          <w:szCs w:val="24"/>
          <w:lang w:eastAsia="pl-PL"/>
        </w:rPr>
        <w:t xml:space="preserve"> — wartość netto robót nieodebranych i niezafakturowanych na dzień złożenia wniosku o waloryzację, ustalona na podstawie </w:t>
      </w:r>
      <w:r w:rsidRPr="008D105F">
        <w:rPr>
          <w:rFonts w:asciiTheme="majorHAnsi" w:eastAsia="Times New Roman" w:hAnsiTheme="majorHAnsi" w:cstheme="majorHAnsi"/>
          <w:szCs w:val="24"/>
          <w:lang w:eastAsia="pl-PL"/>
        </w:rPr>
        <w:lastRenderedPageBreak/>
        <w:t>harmonogramu rzeczowo-finansowego zatwierdzonego przez Zamawiającego.</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Wartość robót nieodebranych i niezafakturowanych, o której mowa w </w:t>
      </w:r>
      <w:proofErr w:type="spellStart"/>
      <w:r w:rsidRPr="008D105F">
        <w:rPr>
          <w:rFonts w:asciiTheme="majorHAnsi" w:eastAsia="Times New Roman" w:hAnsiTheme="majorHAnsi" w:cstheme="majorHAnsi"/>
          <w:szCs w:val="24"/>
          <w:lang w:eastAsia="pl-PL"/>
        </w:rPr>
        <w:t>ppkt</w:t>
      </w:r>
      <w:proofErr w:type="spellEnd"/>
      <w:r w:rsidRPr="008D105F">
        <w:rPr>
          <w:rFonts w:asciiTheme="majorHAnsi" w:eastAsia="Times New Roman" w:hAnsiTheme="majorHAnsi" w:cstheme="majorHAnsi"/>
          <w:szCs w:val="24"/>
          <w:lang w:eastAsia="pl-PL"/>
        </w:rPr>
        <w:t xml:space="preserve"> 2, obejmuje wyłącznie te elementy przedmiotu umowy, które na dzień złożenia wniosku o waloryzację nie zostały objęte protokołem odbioru częściowego lub końcowego oraz nie zostały zafakturowane przez Wykonawcę.</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Maksymalna wartość waloryzacji (łączna):</w:t>
      </w:r>
      <w:r w:rsidRPr="008D105F">
        <w:rPr>
          <w:rFonts w:asciiTheme="majorHAnsi" w:eastAsia="Times New Roman" w:hAnsiTheme="majorHAnsi" w:cstheme="majorHAnsi"/>
          <w:szCs w:val="24"/>
          <w:lang w:eastAsia="pl-PL"/>
        </w:rPr>
        <w:t xml:space="preserve"> łączna wartość zmian wynagrodzenia netto dokonanych na podstawie niniejszego ustępu (suma wszystkich waloryzacji, zarówno dodatnich, jak i ujemnych) nie może przekroczyć </w:t>
      </w:r>
      <w:r w:rsidRPr="008D105F">
        <w:rPr>
          <w:rFonts w:asciiTheme="majorHAnsi" w:eastAsia="Times New Roman" w:hAnsiTheme="majorHAnsi" w:cstheme="majorHAnsi"/>
          <w:b/>
          <w:bCs/>
          <w:szCs w:val="24"/>
          <w:lang w:eastAsia="pl-PL"/>
        </w:rPr>
        <w:t>10% wynagrodzenia netto</w:t>
      </w:r>
      <w:r w:rsidRPr="008D105F">
        <w:rPr>
          <w:rFonts w:asciiTheme="majorHAnsi" w:eastAsia="Times New Roman" w:hAnsiTheme="majorHAnsi" w:cstheme="majorHAnsi"/>
          <w:szCs w:val="24"/>
          <w:lang w:eastAsia="pl-PL"/>
        </w:rPr>
        <w:t xml:space="preserve"> określonego w §5 ust. 1 niniejszej umowy. Po osiągnięciu tego limitu dalsze waloryzacje nie są dokonywane, chyba że strony postanowią inaczej w drodze aneksu do umowy. Strony oświadczają, że parametr 10% jest adekwatny do specyfiki zamówienia, przewidywanego okresu realizacji oraz prognozowanych zmian rynkowych w branży budowlanej.</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Procedura waloryzacji:</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Strona wnioskująca o zmianę wynagrodzenia składa pisemny wniosek zawierający:</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szczegółowe wyliczenie kwoty zmiany wynagrodzenia zgodnie z wzorem określonym w ust. 7,</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wskazanie wartości Wskaźnika bazowego oraz Wskaźnika w okresie waloryzacji,</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dokumenty potwierdzające wartości Wskaźników (kserokopie komunikatów Prezesa GUS lub wydruki ze strony internetowej GUS),</w:t>
      </w:r>
    </w:p>
    <w:p w:rsidR="00E721E0" w:rsidRPr="008D105F" w:rsidRDefault="00E721E0" w:rsidP="00E721E0">
      <w:pPr>
        <w:numPr>
          <w:ilvl w:val="2"/>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zestawienie wartości robót nieodebranych i niezafakturowanych na dzień złożenia wniosku, sporządzone na podstawie harmonogramu rzeczowo-finansowego.</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Druga strona rozpatruje wniosek i wyraża stanowisko w formie pisemnej w terminie </w:t>
      </w:r>
      <w:r w:rsidRPr="008D105F">
        <w:rPr>
          <w:rFonts w:asciiTheme="majorHAnsi" w:eastAsia="Times New Roman" w:hAnsiTheme="majorHAnsi" w:cstheme="majorHAnsi"/>
          <w:b/>
          <w:bCs/>
          <w:szCs w:val="24"/>
          <w:lang w:eastAsia="pl-PL"/>
        </w:rPr>
        <w:t>14 dni roboczych</w:t>
      </w:r>
      <w:r w:rsidRPr="008D105F">
        <w:rPr>
          <w:rFonts w:asciiTheme="majorHAnsi" w:eastAsia="Times New Roman" w:hAnsiTheme="majorHAnsi" w:cstheme="majorHAnsi"/>
          <w:szCs w:val="24"/>
          <w:lang w:eastAsia="pl-PL"/>
        </w:rPr>
        <w:t xml:space="preserve"> od dnia jego otrzymania. W przypadku zgłoszenia zastrzeżeń do wniosku strona wnioskująca ma prawo do ustosunkowania się do zastrzeżeń w terminie </w:t>
      </w:r>
      <w:r w:rsidRPr="008D105F">
        <w:rPr>
          <w:rFonts w:asciiTheme="majorHAnsi" w:eastAsia="Times New Roman" w:hAnsiTheme="majorHAnsi" w:cstheme="majorHAnsi"/>
          <w:b/>
          <w:bCs/>
          <w:szCs w:val="24"/>
          <w:lang w:eastAsia="pl-PL"/>
        </w:rPr>
        <w:t>7 dni roboczych</w:t>
      </w:r>
      <w:r w:rsidRPr="008D105F">
        <w:rPr>
          <w:rFonts w:asciiTheme="majorHAnsi" w:eastAsia="Times New Roman" w:hAnsiTheme="majorHAnsi" w:cstheme="majorHAnsi"/>
          <w:szCs w:val="24"/>
          <w:lang w:eastAsia="pl-PL"/>
        </w:rPr>
        <w:t>.</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Zatwierdzona zmiana wynagrodzenia wymaga formy pisemnego aneksu do umowy, podpisanego przez obie strony. Aneks określa nową wysokość wynagrodzenia netto oraz brutto (z uwzględnieniem obowiązującej stawki podatku VAT).</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Zmiana wynagrodzenia dotyczy wyłącznie robót wykonanych po dacie złożenia wniosku o waloryzację, chyba że strony postanowią inaczej w treści aneksu. Roboty odebrane i zafakturowane przed datą złożenia wniosku nie podlegają waloryzacji.</w:t>
      </w:r>
    </w:p>
    <w:p w:rsidR="00E721E0" w:rsidRPr="008D105F" w:rsidRDefault="00E721E0" w:rsidP="00E721E0">
      <w:pPr>
        <w:numPr>
          <w:ilvl w:val="1"/>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 przypadku braku porozumienia co do wysokości zmiany wynagrodzenia strony mogą poddać spór pod rozstrzygnięcie biegłego sądowego z zakresu budownictwa lub kosztorysowania, wyznaczonego przez sąd właściwy dla siedziby Zamawiającego. Koszty opinii biegłego ponosi strona, której stanowisko okaże się niezasadne.</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lastRenderedPageBreak/>
        <w:t>Waloryzacja, o której mowa w niniejszej części, jest niezależna od zmiany wynagrodzenia przewidzianej w Części II poniżej (waloryzacja w związku ze zmianą przepisów prawa) oraz w §17 niniejszej umowy (dodatkowe roboty budowlane). Zmiany wynagrodzenia z różnych tytułów mogą być dokonywane równolegle i sumują się.</w:t>
      </w:r>
    </w:p>
    <w:p w:rsidR="00E721E0" w:rsidRPr="008D105F" w:rsidRDefault="00E721E0" w:rsidP="00E721E0">
      <w:pPr>
        <w:numPr>
          <w:ilvl w:val="0"/>
          <w:numId w:val="147"/>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Wykonawca, którego wynagrodzenie zostało zwaloryzowane (zwiększone lub zmniejszone) na podstawie niniejszego ustępu, zobowiązany jest do dokonania odpowiedniej zmiany wynagrodzenia przysługującego podwykonawcom, z którymi zawarł umowy o podwykonawstwo na roboty budowlane lub usługi, jeżeli okres realizacji tych umów przekracza 12 miesięcy — stosownie do art. 439 ust. 5 ustawy z dnia 11 września 2019 r. – Prawo zamówień publicznych. Zmiana wynagrodzenia podwykonawcy powinna być dokonana w terminie </w:t>
      </w:r>
      <w:r w:rsidRPr="008D105F">
        <w:rPr>
          <w:rFonts w:asciiTheme="majorHAnsi" w:eastAsia="Times New Roman" w:hAnsiTheme="majorHAnsi" w:cstheme="majorHAnsi"/>
          <w:b/>
          <w:bCs/>
          <w:szCs w:val="24"/>
          <w:lang w:eastAsia="pl-PL"/>
        </w:rPr>
        <w:t>30 dni</w:t>
      </w:r>
      <w:r w:rsidRPr="008D105F">
        <w:rPr>
          <w:rFonts w:asciiTheme="majorHAnsi" w:eastAsia="Times New Roman" w:hAnsiTheme="majorHAnsi" w:cstheme="majorHAnsi"/>
          <w:szCs w:val="24"/>
          <w:lang w:eastAsia="pl-PL"/>
        </w:rPr>
        <w:t xml:space="preserve"> od dnia podpisania aneksu waloryzacyjnego z Zamawiającym i powinna odpowiadać proporcjonalnie zakresowi robót wykonywanych przez podwykonawcę. Wykonawca przedkłada Zamawiającemu kopię aneksu do umowy podwykonawczej w terminie </w:t>
      </w:r>
      <w:r w:rsidRPr="008D105F">
        <w:rPr>
          <w:rFonts w:asciiTheme="majorHAnsi" w:eastAsia="Times New Roman" w:hAnsiTheme="majorHAnsi" w:cstheme="majorHAnsi"/>
          <w:b/>
          <w:bCs/>
          <w:szCs w:val="24"/>
          <w:lang w:eastAsia="pl-PL"/>
        </w:rPr>
        <w:t>7 dni</w:t>
      </w:r>
      <w:r w:rsidRPr="008D105F">
        <w:rPr>
          <w:rFonts w:asciiTheme="majorHAnsi" w:eastAsia="Times New Roman" w:hAnsiTheme="majorHAnsi" w:cstheme="majorHAnsi"/>
          <w:szCs w:val="24"/>
          <w:lang w:eastAsia="pl-PL"/>
        </w:rPr>
        <w:t xml:space="preserve"> od jego zawarcia.</w:t>
      </w:r>
    </w:p>
    <w:p w:rsidR="00E721E0" w:rsidRPr="008D105F" w:rsidRDefault="00E721E0" w:rsidP="00E721E0">
      <w:p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 xml:space="preserve">Część II — Waloryzacja w związku ze zmianą przepisów prawa (art. 436 pkt 4 lit. b) ustawy </w:t>
      </w:r>
      <w:proofErr w:type="spellStart"/>
      <w:r w:rsidRPr="008D105F">
        <w:rPr>
          <w:rFonts w:asciiTheme="majorHAnsi" w:eastAsia="Times New Roman" w:hAnsiTheme="majorHAnsi" w:cstheme="majorHAnsi"/>
          <w:b/>
          <w:bCs/>
          <w:szCs w:val="24"/>
          <w:lang w:eastAsia="pl-PL"/>
        </w:rPr>
        <w:t>Pzp</w:t>
      </w:r>
      <w:proofErr w:type="spellEnd"/>
      <w:r w:rsidRPr="008D105F">
        <w:rPr>
          <w:rFonts w:asciiTheme="majorHAnsi" w:eastAsia="Times New Roman" w:hAnsiTheme="majorHAnsi" w:cstheme="majorHAnsi"/>
          <w:b/>
          <w:bCs/>
          <w:szCs w:val="24"/>
          <w:lang w:eastAsia="pl-PL"/>
        </w:rPr>
        <w:t>)</w:t>
      </w:r>
    </w:p>
    <w:p w:rsidR="00E721E0" w:rsidRPr="008D105F" w:rsidRDefault="00E721E0" w:rsidP="00E721E0">
      <w:pPr>
        <w:numPr>
          <w:ilvl w:val="0"/>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Wynagrodzenie Wykonawcy określone w §5 ust. 1 niniejszej umowy może ulec zmianie w przypadku:</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zmiany wysokości stawki podatku od towarów i usług (VAT) lub podatku akcyzowego</w:t>
      </w:r>
      <w:r w:rsidRPr="008D105F">
        <w:rPr>
          <w:rFonts w:asciiTheme="majorHAnsi" w:eastAsia="Times New Roman" w:hAnsiTheme="majorHAnsi" w:cstheme="majorHAnsi"/>
          <w:szCs w:val="24"/>
          <w:lang w:eastAsia="pl-PL"/>
        </w:rPr>
        <w:t xml:space="preserve"> — zmiana wynagrodzenia brutto odpowiadać będzie wartości podatku skalkulowanego według nowej stawki, przy niezmienionej wartości wynagrodzenia netto określonego w §5 ust. 1; zmiana następuje z mocy prawa od dnia wejścia w życie przepisów zmieniających stawkę podatku i nie wymaga zawarcia aneksu do umowy, chyba że strony postanowią inaczej; Wykonawca wystawia faktury z zastosowaniem nowej stawki podatku od dnia wejścia w życie zmiany;</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zmiany wysokości minimalnego wynagrodzenia za pracę albo wysokości minimalnej stawki godzinowej</w:t>
      </w:r>
      <w:r w:rsidRPr="008D105F">
        <w:rPr>
          <w:rFonts w:asciiTheme="majorHAnsi" w:eastAsia="Times New Roman" w:hAnsiTheme="majorHAnsi" w:cstheme="majorHAnsi"/>
          <w:szCs w:val="24"/>
          <w:lang w:eastAsia="pl-PL"/>
        </w:rPr>
        <w:t xml:space="preserve">, ustalonych na podstawie ustawy z dnia 10 października 2002 r. o minimalnym wynagrodzeniu za pracę (Dz. U. z 2024 r. poz. 1747 z </w:t>
      </w:r>
      <w:proofErr w:type="spellStart"/>
      <w:r w:rsidRPr="008D105F">
        <w:rPr>
          <w:rFonts w:asciiTheme="majorHAnsi" w:eastAsia="Times New Roman" w:hAnsiTheme="majorHAnsi" w:cstheme="majorHAnsi"/>
          <w:szCs w:val="24"/>
          <w:lang w:eastAsia="pl-PL"/>
        </w:rPr>
        <w:t>późn</w:t>
      </w:r>
      <w:proofErr w:type="spellEnd"/>
      <w:r w:rsidRPr="008D105F">
        <w:rPr>
          <w:rFonts w:asciiTheme="majorHAnsi" w:eastAsia="Times New Roman" w:hAnsiTheme="majorHAnsi" w:cstheme="majorHAnsi"/>
          <w:szCs w:val="24"/>
          <w:lang w:eastAsia="pl-PL"/>
        </w:rPr>
        <w:t>. zm.) — jeżeli zmiana ta ma bezpośredni wpływ na koszty wykonania zamówienia przez Wykonawcę, w zakresie, w jakim pracownicy wykonujący czynności objęte niniejszą umową otrzymują wynagrodzenie w wysokości minimalnej lub zbliżonej do minimalnej;</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t>zmiany zasad podlegania ubezpieczeniom społecznym lub ubezpieczeniu zdrowotnemu lub zmiany wysokości stawki składki</w:t>
      </w:r>
      <w:r w:rsidRPr="008D105F">
        <w:rPr>
          <w:rFonts w:asciiTheme="majorHAnsi" w:eastAsia="Times New Roman" w:hAnsiTheme="majorHAnsi" w:cstheme="majorHAnsi"/>
          <w:szCs w:val="24"/>
          <w:lang w:eastAsia="pl-PL"/>
        </w:rPr>
        <w:t xml:space="preserve"> na ubezpieczenia społeczne lub ubezpieczenie zdrowotne, jeżeli odprowadzane są od wynagrodzenia finansowanego ze środków Wykonawcy — jeżeli zmiana ta ma bezpośredni wpływ na koszty wykonania zamówienia przez Wykonawcę;</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b/>
          <w:bCs/>
          <w:szCs w:val="24"/>
          <w:lang w:eastAsia="pl-PL"/>
        </w:rPr>
        <w:lastRenderedPageBreak/>
        <w:t>zmiany zasad gromadzenia i wysokości wpłat do pracowniczych planów kapitałowych</w:t>
      </w:r>
      <w:r w:rsidRPr="008D105F">
        <w:rPr>
          <w:rFonts w:asciiTheme="majorHAnsi" w:eastAsia="Times New Roman" w:hAnsiTheme="majorHAnsi" w:cstheme="majorHAnsi"/>
          <w:szCs w:val="24"/>
          <w:lang w:eastAsia="pl-PL"/>
        </w:rPr>
        <w:t xml:space="preserve">, o których mowa w ustawie z dnia 4 października 2018 r. o pracowniczych planach kapitałowych (Dz. U. z 2024 r. poz. 427 z </w:t>
      </w:r>
      <w:proofErr w:type="spellStart"/>
      <w:r w:rsidRPr="008D105F">
        <w:rPr>
          <w:rFonts w:asciiTheme="majorHAnsi" w:eastAsia="Times New Roman" w:hAnsiTheme="majorHAnsi" w:cstheme="majorHAnsi"/>
          <w:szCs w:val="24"/>
          <w:lang w:eastAsia="pl-PL"/>
        </w:rPr>
        <w:t>późn</w:t>
      </w:r>
      <w:proofErr w:type="spellEnd"/>
      <w:r w:rsidRPr="008D105F">
        <w:rPr>
          <w:rFonts w:asciiTheme="majorHAnsi" w:eastAsia="Times New Roman" w:hAnsiTheme="majorHAnsi" w:cstheme="majorHAnsi"/>
          <w:szCs w:val="24"/>
          <w:lang w:eastAsia="pl-PL"/>
        </w:rPr>
        <w:t>. zm.) — jeżeli zmiana ta ma bezpośredni wpływ na koszty wykonania zamówienia przez Wykonawcę.</w:t>
      </w:r>
    </w:p>
    <w:p w:rsidR="00E721E0" w:rsidRPr="008D105F" w:rsidRDefault="00E721E0" w:rsidP="00E721E0">
      <w:pPr>
        <w:numPr>
          <w:ilvl w:val="0"/>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Ciężar wykazania wpływu zmian, o których mowa w ust. 12 pkt 2–4, na koszty wykonania zamówienia spoczywa na Wykonawcy. Wniosek o zmianę wynagrodzenia powinien zawierać:</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szczegółowe wyliczenie wzrostu kosztów wynikającego ze zmiany przepisów prawa, w tym zestawienie wynagrodzeń pracowników (przed zmianą przepisów i po zmianie) wykonujących czynności objęte niniejszą umową, wraz ze wskazaniem stanowisk, zakresu obowiązków oraz wymiaru czasu pracy;</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wskazanie zakresu (części etatu lub liczby godzin) wykonywanej pracy bezpośrednio przy realizacji przedmiotu niniejszej umowy — w przypadku pracowników wykonujących również inne zadania niezwiązane z umową;</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dokumentację potwierdzającą aktualne zatrudnienie pracowników na podstawie umowy o pracę (zanonimizowane kopie umów o pracę, listy płac, deklaracje ZUS) — zgodnie z wymogami określonymi w §13 niniejszej umowy;</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wyliczenie kwoty zmiany wynagrodzenia odpowiadającej rzeczywistemu wzrostowi kosztów, z uwzględnieniem wyłącznie tej części wynagrodzenia, która dotyczy robót nieodebranych na dzień wejścia w życie nowych przepisów prawa.</w:t>
      </w:r>
    </w:p>
    <w:p w:rsidR="00E721E0" w:rsidRPr="008D105F" w:rsidRDefault="00E721E0" w:rsidP="00E721E0">
      <w:pPr>
        <w:numPr>
          <w:ilvl w:val="0"/>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Zmiana wynagrodzenia z tytułu zmian przepisów prawa, o których mowa w ust. 12:</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dotyczy wyłącznie tej części wynagrodzenia netto określonego w §5 ust. 1, która stanowi wynagrodzenie za roboty nieodebrane i niezafakturowane na dzień wejścia w życie nowych przepisów prawa; roboty odebrane i zafakturowane przed tą datą nie podlegają waloryzacji z tego tytułu;</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nie może być wyższa niż rzeczywisty udokumentowany wzrost kosztów Wykonawcy wynikający bezpośrednio ze zmiany przepisów prawa; w przypadku wątpliwości co do wysokości wzrostu kosztów Zamawiający ma prawo żądać dodatkowych wyjaśnień i dokumentów;</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wymaga formy pisemnego aneksu do umowy, podpisanego przez obie strony, z zastrzeżeniem ust. 12 pkt 1 (zmiana stawki VAT);</w:t>
      </w:r>
    </w:p>
    <w:p w:rsidR="00E721E0" w:rsidRPr="008D105F" w:rsidRDefault="00E721E0" w:rsidP="00E721E0">
      <w:pPr>
        <w:numPr>
          <w:ilvl w:val="1"/>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może być dokonana wyłącznie w przypadku, gdy zmiana przepisów prawa nastąpiła po dniu zawarcia niniejszej umowy i nie była możliwa do przewidzenia przez Wykonawcę w chwili składania oferty w postępowaniu o udzielenie zamówienia.</w:t>
      </w:r>
    </w:p>
    <w:p w:rsidR="00E721E0" w:rsidRPr="008D105F" w:rsidRDefault="00E721E0" w:rsidP="00E721E0">
      <w:pPr>
        <w:numPr>
          <w:ilvl w:val="0"/>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Zamawiający jest uprawniony do żądania obniżenia wynagrodzenia netto określonego w §5 ust. 1, jeżeli zmiany przepisów prawa, o których mowa w ust. 12, spowodują zmniejszenie kosztów realizacji zamówienia po stronie Wykonawcy. W takim przypadku ciężar wykazania zmniejszenia kosztów spoczywa na </w:t>
      </w:r>
      <w:r w:rsidRPr="008D105F">
        <w:rPr>
          <w:rFonts w:asciiTheme="majorHAnsi" w:eastAsia="Times New Roman" w:hAnsiTheme="majorHAnsi" w:cstheme="majorHAnsi"/>
          <w:szCs w:val="24"/>
          <w:lang w:eastAsia="pl-PL"/>
        </w:rPr>
        <w:lastRenderedPageBreak/>
        <w:t>Zamawiającym, a procedura obniżenia wynagrodzenia przebiega analogicznie do procedury określonej w ust. 13 i 14, z odpowiednim zastosowaniem.</w:t>
      </w:r>
    </w:p>
    <w:p w:rsidR="00E721E0" w:rsidRPr="008D105F" w:rsidRDefault="00E721E0" w:rsidP="00E721E0">
      <w:pPr>
        <w:numPr>
          <w:ilvl w:val="0"/>
          <w:numId w:val="148"/>
        </w:numPr>
        <w:spacing w:before="100" w:beforeAutospacing="1" w:after="100" w:afterAutospacing="1" w:line="240" w:lineRule="auto"/>
        <w:rPr>
          <w:rFonts w:asciiTheme="majorHAnsi" w:eastAsia="Times New Roman" w:hAnsiTheme="majorHAnsi" w:cstheme="majorHAnsi"/>
          <w:szCs w:val="24"/>
          <w:lang w:eastAsia="pl-PL"/>
        </w:rPr>
      </w:pPr>
      <w:r w:rsidRPr="008D105F">
        <w:rPr>
          <w:rFonts w:asciiTheme="majorHAnsi" w:eastAsia="Times New Roman" w:hAnsiTheme="majorHAnsi" w:cstheme="majorHAnsi"/>
          <w:szCs w:val="24"/>
          <w:lang w:eastAsia="pl-PL"/>
        </w:rPr>
        <w:t xml:space="preserve">Wykonawca zobowiązany jest złożyć wniosek o zmianę wynagrodzenia z tytułu zmian przepisów prawa, o których mowa w ust. 12 pkt 2–4, w terminie </w:t>
      </w:r>
      <w:r w:rsidRPr="008D105F">
        <w:rPr>
          <w:rFonts w:asciiTheme="majorHAnsi" w:eastAsia="Times New Roman" w:hAnsiTheme="majorHAnsi" w:cstheme="majorHAnsi"/>
          <w:b/>
          <w:bCs/>
          <w:szCs w:val="24"/>
          <w:lang w:eastAsia="pl-PL"/>
        </w:rPr>
        <w:t>30 dni</w:t>
      </w:r>
      <w:r w:rsidRPr="008D105F">
        <w:rPr>
          <w:rFonts w:asciiTheme="majorHAnsi" w:eastAsia="Times New Roman" w:hAnsiTheme="majorHAnsi" w:cstheme="majorHAnsi"/>
          <w:szCs w:val="24"/>
          <w:lang w:eastAsia="pl-PL"/>
        </w:rPr>
        <w:t xml:space="preserve"> od dnia wejścia w życie nowych przepisów. Wniosek złożony po upływie tego terminu może zostać rozpatrzony wyłącznie w przypadku wykazania przez Wykonawcę, że opóźnienie w złożeniu wniosku nastąpiło z przyczyn niezależnych od Wykonawcy.</w:t>
      </w:r>
    </w:p>
    <w:p w:rsidR="00E721E0" w:rsidRPr="00E721E0" w:rsidRDefault="00E721E0" w:rsidP="00E721E0">
      <w:pPr>
        <w:ind w:left="240"/>
        <w:rPr>
          <w:rFonts w:asciiTheme="majorHAnsi" w:hAnsiTheme="majorHAnsi" w:cstheme="majorHAnsi"/>
        </w:rPr>
      </w:pPr>
    </w:p>
    <w:p w:rsidR="00BB15DD" w:rsidRDefault="008F61FE">
      <w:pPr>
        <w:pStyle w:val="Nagwek3"/>
      </w:pPr>
      <w:bookmarkStart w:id="13" w:name="X250481c0ccca14207af28477c983b566ccfb5c3"/>
      <w:bookmarkEnd w:id="11"/>
      <w:r>
        <w:t>§11. Cesja wierzytelności</w:t>
      </w:r>
    </w:p>
    <w:p w:rsidR="00BB15DD" w:rsidRDefault="008F61FE">
      <w:r>
        <w:t>Wykonawca nie może bez pisemnej zgody Zamawiającego dokonać cesji wierzytelności przysługującej mu z tytułu realizacji umowy na rzecz osób trzecich.</w:t>
      </w:r>
    </w:p>
    <w:p w:rsidR="00BB15DD" w:rsidRDefault="008F61FE">
      <w:pPr>
        <w:pStyle w:val="Nagwek3"/>
      </w:pPr>
      <w:bookmarkStart w:id="14" w:name="Xd65a11492bf8ee451ebaf1eca1713742c070d0e"/>
      <w:bookmarkEnd w:id="13"/>
      <w:r>
        <w:t>§12. Usługi</w:t>
      </w:r>
    </w:p>
    <w:p w:rsidR="00BB15DD" w:rsidRDefault="008F61FE" w:rsidP="008F61FE">
      <w:pPr>
        <w:numPr>
          <w:ilvl w:val="0"/>
          <w:numId w:val="29"/>
        </w:numPr>
      </w:pPr>
      <w:r>
        <w:t>Wykonawca zobowiązuje się do uregulowania należności za usługi Zamawiającego w zakresie energii elektrycznej i wody dla celów budowy i socjalnych – wg wskazań liczników, które Wykonawca zainstaluje na własny koszt.</w:t>
      </w:r>
    </w:p>
    <w:p w:rsidR="00BB15DD" w:rsidRDefault="008F61FE" w:rsidP="008F61FE">
      <w:pPr>
        <w:numPr>
          <w:ilvl w:val="0"/>
          <w:numId w:val="29"/>
        </w:numPr>
      </w:pPr>
      <w:r>
        <w:t>W przypadku korzystania z innych usług Zamawiającego ich zakres i sposób rozliczenia będzie przedmiotem odrębnego porozumienia.</w:t>
      </w:r>
    </w:p>
    <w:p w:rsidR="00BB15DD" w:rsidRDefault="008F61FE">
      <w:pPr>
        <w:pStyle w:val="Nagwek3"/>
      </w:pPr>
      <w:bookmarkStart w:id="15" w:name="X86cd26f4cdf960af569f5e96e2349bc090924ef"/>
      <w:bookmarkEnd w:id="14"/>
      <w:r>
        <w:t>§13. Wymagania dotyczące zatrudnienia na podstawie umowy o pracę</w:t>
      </w:r>
    </w:p>
    <w:p w:rsidR="00BB15DD" w:rsidRDefault="008F61FE" w:rsidP="008F61FE">
      <w:pPr>
        <w:numPr>
          <w:ilvl w:val="0"/>
          <w:numId w:val="30"/>
        </w:numPr>
      </w:pPr>
      <w:r>
        <w:t>Na podstawie art. 95 ust. 1 ustawy Pzp Wykonawca lub podwykonawca zatrudni na podstawie umowy o pracę osoby wykonujące czynności wchodzące w tzw. koszty bezpośrednie (pracownicy fizyczni). Wymóg nie dotyczy osób kierujących budową, wykonujących obsługę geodezyjną i dostawców materiałów.</w:t>
      </w:r>
    </w:p>
    <w:p w:rsidR="00BB15DD" w:rsidRDefault="008F61FE" w:rsidP="008F61FE">
      <w:pPr>
        <w:numPr>
          <w:ilvl w:val="0"/>
          <w:numId w:val="30"/>
        </w:numPr>
      </w:pPr>
      <w:r>
        <w:t>W celu weryfikacji Wykonawca przed rozpoczęciem wykonywania czynności przez te osoby przedstawi Inspektorowi nadzoru, w wyznaczonym przez Zamawiającego terminie, dokumenty potwierdzające zatrudnienie:</w:t>
      </w:r>
    </w:p>
    <w:p w:rsidR="00BB15DD" w:rsidRDefault="008F61FE" w:rsidP="008F61FE">
      <w:pPr>
        <w:numPr>
          <w:ilvl w:val="1"/>
          <w:numId w:val="31"/>
        </w:numPr>
      </w:pPr>
      <w:r>
        <w:t>oświadczenie zatrudnionego pracownika,</w:t>
      </w:r>
    </w:p>
    <w:p w:rsidR="00BB15DD" w:rsidRDefault="008F61FE" w:rsidP="008F61FE">
      <w:pPr>
        <w:numPr>
          <w:ilvl w:val="1"/>
          <w:numId w:val="31"/>
        </w:numPr>
      </w:pPr>
      <w:r>
        <w:t>oświadczenie Wykonawcy lub podwykonawcy o zatrudnieniu na umowę o pracę,</w:t>
      </w:r>
    </w:p>
    <w:p w:rsidR="00BB15DD" w:rsidRDefault="008F61FE" w:rsidP="008F61FE">
      <w:pPr>
        <w:numPr>
          <w:ilvl w:val="1"/>
          <w:numId w:val="31"/>
        </w:numPr>
      </w:pPr>
      <w:r>
        <w:t>poświadczoną za zgodność z oryginałem kopię umowy o pracę (zanonimizowaną zgodnie z przepisami RODO – bez adresu i PESEL; imię, nazwisko, data zawarcia umowy, rodzaj umowy i zakres obowiązków podlegają ujawnieniu),</w:t>
      </w:r>
    </w:p>
    <w:p w:rsidR="00BB15DD" w:rsidRDefault="008F61FE" w:rsidP="008F61FE">
      <w:pPr>
        <w:numPr>
          <w:ilvl w:val="1"/>
          <w:numId w:val="31"/>
        </w:numPr>
      </w:pPr>
      <w:r>
        <w:lastRenderedPageBreak/>
        <w:t>inne dokumenty zawierające niezbędne informacje do weryfikacji zatrudnienia.</w:t>
      </w:r>
    </w:p>
    <w:p w:rsidR="00BB15DD" w:rsidRDefault="008F61FE" w:rsidP="008F61FE">
      <w:pPr>
        <w:numPr>
          <w:ilvl w:val="0"/>
          <w:numId w:val="30"/>
        </w:numPr>
      </w:pPr>
      <w:r>
        <w:t>Niezłożenie żądanych dokumentów traktowane jest jako niespełnienie wymogu zatrudnienia na umowę o pracę.</w:t>
      </w:r>
    </w:p>
    <w:p w:rsidR="00BB15DD" w:rsidRDefault="008F61FE" w:rsidP="008F61FE">
      <w:pPr>
        <w:numPr>
          <w:ilvl w:val="0"/>
          <w:numId w:val="30"/>
        </w:numPr>
      </w:pPr>
      <w:r>
        <w:t>Osoby niezatrudnione na umowę o pracę nie będą wpuszczone na plac budowy.</w:t>
      </w:r>
    </w:p>
    <w:p w:rsidR="00BB15DD" w:rsidRDefault="008F61FE" w:rsidP="008F61FE">
      <w:pPr>
        <w:numPr>
          <w:ilvl w:val="0"/>
          <w:numId w:val="30"/>
        </w:numPr>
      </w:pPr>
      <w:r>
        <w:t>Zamawiający jest uprawniony do kontroli spełniania wymogu zatrudnienia, w tym do żądania oświadczeń, dokumentów, wyjaśnień oraz kontroli na miejscu.</w:t>
      </w:r>
    </w:p>
    <w:p w:rsidR="00BB15DD" w:rsidRDefault="008F61FE" w:rsidP="008F61FE">
      <w:pPr>
        <w:numPr>
          <w:ilvl w:val="0"/>
          <w:numId w:val="30"/>
        </w:numPr>
      </w:pPr>
      <w:r>
        <w:t>Z tytułu niespełnienia wymogu Zamawiający naliczy karę umowną: 1 000,00 zł za każdy stwierdzony przypadek przebywania na budowie osoby niezatrudnionej na umowę o pracę. Fakt ten musi zostać potwierdzony pisemną notatką przedstawiciela Zamawiającego lub Inspektora nadzoru.</w:t>
      </w:r>
    </w:p>
    <w:p w:rsidR="00BB15DD" w:rsidRDefault="008F61FE" w:rsidP="008F61FE">
      <w:pPr>
        <w:numPr>
          <w:ilvl w:val="0"/>
          <w:numId w:val="30"/>
        </w:numPr>
      </w:pPr>
      <w:r>
        <w:t>W przypadku uzasadnionych wątpliwości co do przestrzegania prawa pracy Zamawiający może zwrócić się do Państwowej Inspekcji Pracy.</w:t>
      </w:r>
    </w:p>
    <w:p w:rsidR="00BB15DD" w:rsidRDefault="008F61FE">
      <w:pPr>
        <w:pStyle w:val="Nagwek3"/>
      </w:pPr>
      <w:bookmarkStart w:id="16" w:name="Xdc82e49130758aaf85996e610f802b759e85fbe"/>
      <w:bookmarkEnd w:id="15"/>
      <w:r>
        <w:t>§14. Podwykonawcy</w:t>
      </w:r>
    </w:p>
    <w:p w:rsidR="00BB15DD" w:rsidRDefault="008F61FE" w:rsidP="008F61FE">
      <w:pPr>
        <w:numPr>
          <w:ilvl w:val="0"/>
          <w:numId w:val="32"/>
        </w:numPr>
      </w:pPr>
      <w:r>
        <w:t>Zamawiającemu przysługuje prawo żądania zmiany podwykonawcy lub dalszego podwykonawcy, jeżeli realizuje roboty w sposób nienależyty, wadliwy lub niezgodny z założeniami i przepisami.</w:t>
      </w:r>
    </w:p>
    <w:p w:rsidR="00BB15DD" w:rsidRDefault="008F61FE" w:rsidP="008F61FE">
      <w:pPr>
        <w:numPr>
          <w:ilvl w:val="0"/>
          <w:numId w:val="32"/>
        </w:numPr>
      </w:pPr>
      <w:r>
        <w:t>Jeżeli zmiana lub rezygnacja z podwykonawcy dotyczy podmiotu, na którego zasoby Wykonawca powoływał się (art. 118 ust. 1 ustawy Pzp), Wykonawca musi wykazać, że nowy podwykonawca lub Wykonawca samodzielnie spełnia wymagane warunki udziału w postępowaniu.</w:t>
      </w:r>
    </w:p>
    <w:p w:rsidR="00BB15DD" w:rsidRDefault="008F61FE" w:rsidP="008F61FE">
      <w:pPr>
        <w:numPr>
          <w:ilvl w:val="0"/>
          <w:numId w:val="32"/>
        </w:numPr>
      </w:pPr>
      <w:r>
        <w:t>Powierzenie podwykonawcy lub dalszemu podwykonawcy części przedmiotu umowy nie zwalnia Wykonawcy z odpowiedzialności. Wykonawca odpowiada za działania i zaniechania podwykonawcy jak za własne.</w:t>
      </w:r>
    </w:p>
    <w:p w:rsidR="00BB15DD" w:rsidRDefault="008F61FE" w:rsidP="008F61FE">
      <w:pPr>
        <w:numPr>
          <w:ilvl w:val="0"/>
          <w:numId w:val="32"/>
        </w:numPr>
      </w:pPr>
      <w:r>
        <w:t>Umowa z podwykonawcą lub dalszym podwykonawcą musi być zgodna co do treści z umową zawartą między Zamawiającym a Wykonawcą. Odmienne postanowienia są nieważne.</w:t>
      </w:r>
    </w:p>
    <w:p w:rsidR="00BB15DD" w:rsidRDefault="008F61FE" w:rsidP="008F61FE">
      <w:pPr>
        <w:numPr>
          <w:ilvl w:val="0"/>
          <w:numId w:val="32"/>
        </w:numPr>
      </w:pPr>
      <w:r>
        <w:t>Podwykonawca lub dalszy podwykonawca uczestniczy w czynnościach odbioru końcowego.</w:t>
      </w:r>
    </w:p>
    <w:p w:rsidR="00BB15DD" w:rsidRDefault="008F61FE" w:rsidP="008F61FE">
      <w:pPr>
        <w:numPr>
          <w:ilvl w:val="0"/>
          <w:numId w:val="32"/>
        </w:numPr>
      </w:pPr>
      <w:r>
        <w:t>Roboty wykonywane przez podwykonawcę odbierane są w obecności umocowanego przedstawiciela Wykonawcy.</w:t>
      </w:r>
    </w:p>
    <w:p w:rsidR="00BB15DD" w:rsidRDefault="008F61FE" w:rsidP="008F61FE">
      <w:pPr>
        <w:numPr>
          <w:ilvl w:val="0"/>
          <w:numId w:val="32"/>
        </w:numPr>
      </w:pPr>
      <w:r>
        <w:lastRenderedPageBreak/>
        <w:t>Wykonawca, podwykonawca lub dalszy podwykonawca zamierzający zawrzeć umowę o podwykonawstwo na roboty budowlane przedkłada Zamawiającemu projekt tej umowy; podwykonawca lub dalszy podwykonawca dołącza zgodę Wykonawcy.</w:t>
      </w:r>
    </w:p>
    <w:p w:rsidR="00BB15DD" w:rsidRDefault="008F61FE" w:rsidP="008F61FE">
      <w:pPr>
        <w:numPr>
          <w:ilvl w:val="0"/>
          <w:numId w:val="32"/>
        </w:numPr>
      </w:pPr>
      <w:r>
        <w:t>Termin zapłaty wynagrodzenia podwykonawcy lub dalszemu podwykonawcy nie może być dłuższy niż 30 dni od dnia doręczenia faktury lub rachunku.</w:t>
      </w:r>
    </w:p>
    <w:p w:rsidR="00BB15DD" w:rsidRDefault="008F61FE" w:rsidP="008F61FE">
      <w:pPr>
        <w:numPr>
          <w:ilvl w:val="0"/>
          <w:numId w:val="32"/>
        </w:numPr>
      </w:pPr>
      <w:r>
        <w:t>Zamawiający w terminie 10 dni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Pzp).</w:t>
      </w:r>
    </w:p>
    <w:p w:rsidR="00BB15DD" w:rsidRDefault="008F61FE" w:rsidP="008F61FE">
      <w:pPr>
        <w:numPr>
          <w:ilvl w:val="0"/>
          <w:numId w:val="32"/>
        </w:numPr>
      </w:pPr>
      <w:r>
        <w:t>Niezgłoszenie zastrzeżeń w terminie 10 dni uważa się za akceptację projektu.</w:t>
      </w:r>
    </w:p>
    <w:p w:rsidR="00BB15DD" w:rsidRDefault="008F61FE" w:rsidP="008F61FE">
      <w:pPr>
        <w:numPr>
          <w:ilvl w:val="0"/>
          <w:numId w:val="32"/>
        </w:numPr>
      </w:pPr>
      <w:r>
        <w:t>Wykonawca przedkłada Zamawiającemu poświadczoną za zgodność z oryginałem kopię zawartej umowy o podwykonawstwo w terminie 7 dni od jej zawarcia.</w:t>
      </w:r>
    </w:p>
    <w:p w:rsidR="00BB15DD" w:rsidRDefault="008F61FE" w:rsidP="008F61FE">
      <w:pPr>
        <w:numPr>
          <w:ilvl w:val="0"/>
          <w:numId w:val="32"/>
        </w:numPr>
      </w:pPr>
      <w:r>
        <w:t>Zamawiający w terminie 10 dni zgłasza sprzeciw do umowy o podwykonawstwo w przypadkach opisanych w ust. 9. Niezgłoszenie sprzeciwu uważa się za akceptację.</w:t>
      </w:r>
    </w:p>
    <w:p w:rsidR="00BB15DD" w:rsidRDefault="008F61FE" w:rsidP="008F61FE">
      <w:pPr>
        <w:numPr>
          <w:ilvl w:val="0"/>
          <w:numId w:val="32"/>
        </w:numPr>
      </w:pPr>
      <w:r>
        <w:t>W przypadku umów podwykonawczych na dostawy lub usługi Wykonawca przedkłada Zamawiającemu kopię umowy w terminie 7 dni od jej zawarcia, z wyłączeniem umów o wartości mniejszej niż 0,5% wartości umowy (chyba że wartość przekracza 50 000 zł).</w:t>
      </w:r>
    </w:p>
    <w:p w:rsidR="00BB15DD" w:rsidRDefault="008F61FE" w:rsidP="008F61FE">
      <w:pPr>
        <w:numPr>
          <w:ilvl w:val="0"/>
          <w:numId w:val="32"/>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BB15DD" w:rsidRDefault="008F61FE" w:rsidP="008F61FE">
      <w:pPr>
        <w:numPr>
          <w:ilvl w:val="0"/>
          <w:numId w:val="32"/>
        </w:numPr>
      </w:pPr>
      <w:r>
        <w:t>Konieczność wielokrotnej bezpośredniej zapłaty lub bezpośrednia zapłata przekraczająca 5% wartości umowy może stanowić podstawę do odstąpienia od umowy.</w:t>
      </w:r>
    </w:p>
    <w:p w:rsidR="00BB15DD" w:rsidRDefault="008F61FE" w:rsidP="008F61FE">
      <w:pPr>
        <w:numPr>
          <w:ilvl w:val="0"/>
          <w:numId w:val="32"/>
        </w:numPr>
      </w:pPr>
      <w:r>
        <w:t>Wykonawca zapłaci Zamawiającemu kary umowne z tytułu:</w:t>
      </w:r>
    </w:p>
    <w:p w:rsidR="00BB15DD" w:rsidRDefault="008F61FE" w:rsidP="008F61FE">
      <w:pPr>
        <w:numPr>
          <w:ilvl w:val="1"/>
          <w:numId w:val="33"/>
        </w:numPr>
      </w:pPr>
      <w:r>
        <w:t>braku zapłaty wynagrodzenia podwykonawcy – 0,5% wynagrodzenia brutto wynikającego z umowy podwykonawczej za każdy stwierdzony przypadek;</w:t>
      </w:r>
    </w:p>
    <w:p w:rsidR="00BB15DD" w:rsidRDefault="008F61FE" w:rsidP="008F61FE">
      <w:pPr>
        <w:numPr>
          <w:ilvl w:val="1"/>
          <w:numId w:val="33"/>
        </w:numPr>
      </w:pPr>
      <w:r>
        <w:lastRenderedPageBreak/>
        <w:t>nieterminowej zapłaty – 0,1% wynagrodzenia brutto z umowy podwykonawczej za każdy dzień zwłoki;</w:t>
      </w:r>
    </w:p>
    <w:p w:rsidR="00BB15DD" w:rsidRDefault="008F61FE" w:rsidP="008F61FE">
      <w:pPr>
        <w:numPr>
          <w:ilvl w:val="1"/>
          <w:numId w:val="33"/>
        </w:numPr>
      </w:pPr>
      <w:r>
        <w:t>nieprzedłożenia do akceptacji projektu umowy podwykonawczej – 0,1% wynagrodzenia brutto z umowy podwykonawczej za każdy stwierdzony przypadek;</w:t>
      </w:r>
    </w:p>
    <w:p w:rsidR="00BB15DD" w:rsidRDefault="008F61FE" w:rsidP="008F61FE">
      <w:pPr>
        <w:numPr>
          <w:ilvl w:val="1"/>
          <w:numId w:val="33"/>
        </w:numPr>
      </w:pPr>
      <w:r>
        <w:t>nieprzedłożenia kopii umowy podwykonawczej – 0,1% wynagrodzenia brutto z umowy podwykonawczej za każdy stwierdzony przypadek;</w:t>
      </w:r>
    </w:p>
    <w:p w:rsidR="00E721E0" w:rsidRDefault="008F61FE" w:rsidP="00E721E0">
      <w:pPr>
        <w:numPr>
          <w:ilvl w:val="1"/>
          <w:numId w:val="33"/>
        </w:numPr>
      </w:pPr>
      <w:r>
        <w:t>braku zmiany umowy podwykonawczej w zakresie terminu zapłaty – 0,1% wynagrodzenia brutto z umowy podwykonawczej za każdy stwierdzony przypadek.</w:t>
      </w:r>
    </w:p>
    <w:p w:rsidR="00E721E0" w:rsidRPr="00E721E0" w:rsidRDefault="00E721E0" w:rsidP="00E721E0">
      <w:pPr>
        <w:numPr>
          <w:ilvl w:val="1"/>
          <w:numId w:val="33"/>
        </w:numPr>
        <w:rPr>
          <w:rFonts w:asciiTheme="majorHAnsi" w:hAnsiTheme="majorHAnsi" w:cstheme="majorHAnsi"/>
        </w:rPr>
      </w:pPr>
      <w:r w:rsidRPr="00E721E0">
        <w:rPr>
          <w:rFonts w:asciiTheme="majorHAnsi" w:eastAsia="Times New Roman" w:hAnsiTheme="majorHAnsi" w:cstheme="majorHAnsi"/>
          <w:szCs w:val="24"/>
          <w:lang w:eastAsia="pl-PL"/>
        </w:rPr>
        <w:t xml:space="preserve">braku dokonania zmiany wynagrodzenia podwykonawcy lub dalszego podwykonawcy, o której mowa w art. 439 ust. 5 ustawy z dnia 11 września 2019 r. – Prawo zamówień publicznych, w terminie 30 dni od dnia dokonania przez Zamawiającego zmiany wynagrodzenia Wykonawcy na podstawie §10a ust. 1–11 niniejszej umowy (waloryzacja w związku ze zmianą cen materiałów i kosztów realizacji zamówienia) — w wysokości </w:t>
      </w:r>
      <w:r w:rsidRPr="00E721E0">
        <w:rPr>
          <w:rFonts w:asciiTheme="majorHAnsi" w:eastAsia="Times New Roman" w:hAnsiTheme="majorHAnsi" w:cstheme="majorHAnsi"/>
          <w:b/>
          <w:bCs/>
          <w:szCs w:val="24"/>
          <w:lang w:eastAsia="pl-PL"/>
        </w:rPr>
        <w:t>0,1% wynagrodzenia brutto</w:t>
      </w:r>
      <w:r w:rsidRPr="00E721E0">
        <w:rPr>
          <w:rFonts w:asciiTheme="majorHAnsi" w:eastAsia="Times New Roman" w:hAnsiTheme="majorHAnsi" w:cstheme="majorHAnsi"/>
          <w:szCs w:val="24"/>
          <w:lang w:eastAsia="pl-PL"/>
        </w:rPr>
        <w:t xml:space="preserve"> wynikającego z umowy o podwykonawstwo, której dotyczy naruszenie, za każdy dzień zwłoki, licząc od dnia następującego po upływie 30-dniowego terminu do dnia dokonania zmiany wynagrodzenia podwykonawcy lub dalszego podwykonawcy.</w:t>
      </w:r>
    </w:p>
    <w:p w:rsidR="00BB15DD" w:rsidRDefault="008F61FE" w:rsidP="008F61FE">
      <w:pPr>
        <w:numPr>
          <w:ilvl w:val="0"/>
          <w:numId w:val="32"/>
        </w:numPr>
      </w:pPr>
      <w:r>
        <w:t>Powierzenie robót podwykonawcy nie może zwiększyć wynagrodzenia Wykonawcy ustalonego w §5 ust. 1.</w:t>
      </w:r>
    </w:p>
    <w:p w:rsidR="00BB15DD" w:rsidRDefault="008F61FE">
      <w:pPr>
        <w:pStyle w:val="Nagwek3"/>
      </w:pPr>
      <w:bookmarkStart w:id="17" w:name="X586a80c0c2d3faf38b969ea1c9109945439e6dd"/>
      <w:bookmarkEnd w:id="16"/>
      <w:r>
        <w:t>§15. Odstąpienie od umowy</w:t>
      </w:r>
    </w:p>
    <w:p w:rsidR="00BB15DD" w:rsidRDefault="008F61FE" w:rsidP="008F61FE">
      <w:pPr>
        <w:numPr>
          <w:ilvl w:val="0"/>
          <w:numId w:val="34"/>
        </w:numPr>
      </w:pPr>
      <w:r>
        <w:t>Zamawiającemu przysługuje prawo odstąpienia od umowy w przypadku:</w:t>
      </w:r>
    </w:p>
    <w:p w:rsidR="00BB15DD" w:rsidRDefault="008F61FE" w:rsidP="008F61FE">
      <w:pPr>
        <w:numPr>
          <w:ilvl w:val="1"/>
          <w:numId w:val="35"/>
        </w:numPr>
      </w:pPr>
      <w:r>
        <w:t>wystąpienia istotnej zmiany okoliczności powodującej, że wykonanie umowy nie leży w interesie publicznym lub zagraża bezpieczeństwu państwa lub publicznemu (w terminie 30 dni od powzięcia wiadomości);</w:t>
      </w:r>
    </w:p>
    <w:p w:rsidR="00BB15DD" w:rsidRDefault="008F61FE" w:rsidP="008F61FE">
      <w:pPr>
        <w:numPr>
          <w:ilvl w:val="1"/>
          <w:numId w:val="35"/>
        </w:numPr>
      </w:pPr>
      <w:r>
        <w:t>nierozpoczęcia robót przez Wykonawcę bez uzasadnionej przyczyny lub niepodjęcia robót mimo pisemnego wezwania (w terminie 30 dni od upływu wyznaczonego terminu);</w:t>
      </w:r>
    </w:p>
    <w:p w:rsidR="00BB15DD" w:rsidRDefault="008F61FE" w:rsidP="008F61FE">
      <w:pPr>
        <w:numPr>
          <w:ilvl w:val="1"/>
          <w:numId w:val="35"/>
        </w:numPr>
      </w:pPr>
      <w:r>
        <w:t>przerwy w realizacji robót trwającej dłużej niż 7 dni mimo pisemnego wezwania do kontynuacji (w terminie 30 dni od upływu wyznaczonego terminu);</w:t>
      </w:r>
    </w:p>
    <w:p w:rsidR="00BB15DD" w:rsidRDefault="008F61FE" w:rsidP="008F61FE">
      <w:pPr>
        <w:numPr>
          <w:ilvl w:val="1"/>
          <w:numId w:val="35"/>
        </w:numPr>
      </w:pPr>
      <w:r>
        <w:lastRenderedPageBreak/>
        <w:t>wykonywania przedmiotu umowy niezgodnie z warunkami umowy, przepisami prawa, BHP lub przepisami przeciwpożarowymi;</w:t>
      </w:r>
    </w:p>
    <w:p w:rsidR="00BB15DD" w:rsidRDefault="008F61FE" w:rsidP="008F61FE">
      <w:pPr>
        <w:numPr>
          <w:ilvl w:val="1"/>
          <w:numId w:val="35"/>
        </w:numPr>
      </w:pPr>
      <w:r>
        <w:t>dokonania zmiany umowy z naruszeniem art. 454 lub art. 455 ustawy Pzp;</w:t>
      </w:r>
    </w:p>
    <w:p w:rsidR="00BB15DD" w:rsidRDefault="008F61FE" w:rsidP="008F61FE">
      <w:pPr>
        <w:numPr>
          <w:ilvl w:val="1"/>
          <w:numId w:val="35"/>
        </w:numPr>
      </w:pPr>
      <w:r>
        <w:t>stwierdzenia, że Wykonawca w chwili zawarcia umowy podlegał wykluczeniu na podstawie art. 108 ustawy Pzp;</w:t>
      </w:r>
    </w:p>
    <w:p w:rsidR="00BB15DD" w:rsidRDefault="008F61FE" w:rsidP="008F61FE">
      <w:pPr>
        <w:numPr>
          <w:ilvl w:val="1"/>
          <w:numId w:val="35"/>
        </w:numPr>
      </w:pPr>
      <w:r>
        <w:t>stwierdzenia przez TSUE naruszenia zobowiązań wynikających z prawa unijnego.</w:t>
      </w:r>
    </w:p>
    <w:p w:rsidR="00BB15DD" w:rsidRDefault="008F61FE" w:rsidP="008F61FE">
      <w:pPr>
        <w:numPr>
          <w:ilvl w:val="0"/>
          <w:numId w:val="34"/>
        </w:numPr>
      </w:pPr>
      <w:r>
        <w:t>Wykonawcy przysługuje prawo odstąpienia od umowy jeżeli:</w:t>
      </w:r>
    </w:p>
    <w:p w:rsidR="00BB15DD" w:rsidRDefault="008F61FE" w:rsidP="008F61FE">
      <w:pPr>
        <w:numPr>
          <w:ilvl w:val="1"/>
          <w:numId w:val="36"/>
        </w:numPr>
      </w:pPr>
      <w:r>
        <w:t>zwłoka Zamawiającego w przekazaniu dokumentacji projektowej lub terenu budowy przekracza 21 dni (w terminie 30 dni od uzyskania wiedzy o tej okoliczności);</w:t>
      </w:r>
    </w:p>
    <w:p w:rsidR="00BB15DD" w:rsidRDefault="008F61FE" w:rsidP="008F61FE">
      <w:pPr>
        <w:numPr>
          <w:ilvl w:val="1"/>
          <w:numId w:val="36"/>
        </w:numPr>
      </w:pPr>
      <w:r>
        <w:t>Zamawiający odmawia bez uzasadnionej przyczyny odbioru robót (w terminie 30 dni od powiadomienia o odbiorze).</w:t>
      </w:r>
    </w:p>
    <w:p w:rsidR="00BB15DD" w:rsidRDefault="008F61FE" w:rsidP="008F61FE">
      <w:pPr>
        <w:numPr>
          <w:ilvl w:val="0"/>
          <w:numId w:val="34"/>
        </w:numPr>
      </w:pPr>
      <w:r>
        <w:t>Odstąpienie wymaga formy pisemnej pod rygorem nieważności i musi zawierać uzasadnienie.</w:t>
      </w:r>
    </w:p>
    <w:p w:rsidR="00BB15DD" w:rsidRDefault="008F61FE" w:rsidP="008F61FE">
      <w:pPr>
        <w:numPr>
          <w:ilvl w:val="0"/>
          <w:numId w:val="34"/>
        </w:numPr>
      </w:pPr>
      <w:r>
        <w:t>W przypadku odstąpienia od umowy:</w:t>
      </w:r>
    </w:p>
    <w:p w:rsidR="00BB15DD" w:rsidRDefault="008F61FE" w:rsidP="008F61FE">
      <w:pPr>
        <w:numPr>
          <w:ilvl w:val="1"/>
          <w:numId w:val="37"/>
        </w:numPr>
      </w:pPr>
      <w:r>
        <w:t>w terminie 7 dni od daty odstąpienia Wykonawca przy udziale Zamawiającego sporządza szczegółowy protokół inwentaryzacji robót w toku;</w:t>
      </w:r>
    </w:p>
    <w:p w:rsidR="00BB15DD" w:rsidRDefault="008F61FE" w:rsidP="008F61FE">
      <w:pPr>
        <w:numPr>
          <w:ilvl w:val="1"/>
          <w:numId w:val="37"/>
        </w:numPr>
      </w:pPr>
      <w:r>
        <w:t>Wykonawca zabezpiecza przerwane roboty na koszt strony winnej odstąpienia;</w:t>
      </w:r>
    </w:p>
    <w:p w:rsidR="00BB15DD" w:rsidRDefault="008F61FE" w:rsidP="008F61FE">
      <w:pPr>
        <w:numPr>
          <w:ilvl w:val="1"/>
          <w:numId w:val="37"/>
        </w:numPr>
      </w:pPr>
      <w:r>
        <w:t>Wykonawca zgłasza do odbioru roboty przerwane i zabezpieczające, jeżeli odstąpienie nastąpiło z przyczyn, za które nie odpowiada;</w:t>
      </w:r>
    </w:p>
    <w:p w:rsidR="00BB15DD" w:rsidRDefault="008F61FE" w:rsidP="008F61FE">
      <w:pPr>
        <w:numPr>
          <w:ilvl w:val="1"/>
          <w:numId w:val="37"/>
        </w:numPr>
      </w:pPr>
      <w:r>
        <w:t>Wykonawca niezwłocznie, nie później niż w terminie 7 dni, usuwa z terenu budowy swoje urządzenia.</w:t>
      </w:r>
    </w:p>
    <w:p w:rsidR="00BB15DD" w:rsidRDefault="008F61FE" w:rsidP="008F61FE">
      <w:pPr>
        <w:numPr>
          <w:ilvl w:val="0"/>
          <w:numId w:val="34"/>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BB15DD" w:rsidRDefault="008F61FE">
      <w:pPr>
        <w:pStyle w:val="Nagwek3"/>
      </w:pPr>
      <w:bookmarkStart w:id="18" w:name="Xa621fefb2ff954cd8bd6d8528a79192790736a0"/>
      <w:bookmarkEnd w:id="17"/>
      <w:r>
        <w:lastRenderedPageBreak/>
        <w:t>§16. Ubezpieczenie</w:t>
      </w:r>
    </w:p>
    <w:p w:rsidR="00BB15DD" w:rsidRDefault="008F61FE" w:rsidP="008F61FE">
      <w:pPr>
        <w:numPr>
          <w:ilvl w:val="0"/>
          <w:numId w:val="38"/>
        </w:numPr>
      </w:pPr>
      <w:r>
        <w:t>Wykonawca zobowiązuje się posiadać przez cały okres obowiązywania umowy ważne ubezpieczenie od odpowiedzialności cywilnej w zakresie prowadzonej działalności.</w:t>
      </w:r>
    </w:p>
    <w:p w:rsidR="00BB15DD" w:rsidRDefault="008F61FE" w:rsidP="008F61FE">
      <w:pPr>
        <w:numPr>
          <w:ilvl w:val="0"/>
          <w:numId w:val="38"/>
        </w:numPr>
      </w:pPr>
      <w:r>
        <w:t>Wykonawca oświadcza, że posiada aktualny na dzień zawarcia umowy dokument OC stanowiący załącznik do niniejszej umowy.</w:t>
      </w:r>
    </w:p>
    <w:p w:rsidR="00BB15DD" w:rsidRDefault="008F61FE" w:rsidP="008F61FE">
      <w:pPr>
        <w:numPr>
          <w:ilvl w:val="0"/>
          <w:numId w:val="38"/>
        </w:numPr>
      </w:pPr>
      <w:r>
        <w:t>W przypadku upływu terminu ważności dokumentu OC Wykonawca przedkłada Zamawiającemu nowy dokument najpóźniej w dniu ustania ważności dotychczasowego. Brak aktualnego OC uprawnia Zamawiającego do natychmiastowego odstąpienia od umowy z przyczyn leżących po stronie Wykonawcy i naliczenia kar z §9 ust. 1 pkt 1.</w:t>
      </w:r>
    </w:p>
    <w:p w:rsidR="00BB15DD" w:rsidRDefault="008F61FE" w:rsidP="008F61FE">
      <w:pPr>
        <w:numPr>
          <w:ilvl w:val="0"/>
          <w:numId w:val="38"/>
        </w:numPr>
      </w:pPr>
      <w:r>
        <w:t>Wykonawca informuje Zamawiającego o wszelkich zmianach treści umowy ubezpieczenia nie później niż w terminie 7 dni roboczych od dnia ich wejścia w życie.</w:t>
      </w:r>
    </w:p>
    <w:p w:rsidR="00BB15DD" w:rsidRDefault="008F61FE" w:rsidP="008F61FE">
      <w:pPr>
        <w:numPr>
          <w:ilvl w:val="0"/>
          <w:numId w:val="38"/>
        </w:numPr>
      </w:pPr>
      <w:r>
        <w:t>Wykonawca ponosi pełną odpowiedzialność za szkody wyrządzone osobom trzecim w związku z realizowaniem umowy.</w:t>
      </w:r>
    </w:p>
    <w:p w:rsidR="00BB15DD" w:rsidRDefault="008F61FE" w:rsidP="008F61FE">
      <w:pPr>
        <w:numPr>
          <w:ilvl w:val="0"/>
          <w:numId w:val="38"/>
        </w:numPr>
      </w:pPr>
      <w:r>
        <w:t>Zamawiający nie ponosi odpowiedzialności za szkody wyrządzone przez Wykonawcę, podwykonawcę lub dalszego podwykonawcę podczas realizacji robót.</w:t>
      </w:r>
    </w:p>
    <w:p w:rsidR="00BB15DD" w:rsidRDefault="008F61FE">
      <w:pPr>
        <w:pStyle w:val="Nagwek3"/>
      </w:pPr>
      <w:bookmarkStart w:id="19" w:name="X450e657297e5519a85c958df44067cf5ca04b67"/>
      <w:bookmarkEnd w:id="18"/>
      <w:r>
        <w:t>§17. Dodatkowe roboty budowlane</w:t>
      </w:r>
    </w:p>
    <w:p w:rsidR="00BB15DD" w:rsidRDefault="008F61FE">
      <w:r>
        <w:t>W sytuacji zmiany umowy na podstawie art. 455 ust. 1 pkt 3 ustawy Pzp (zlecenie „dodatkowych robót budowlanych“ wykraczających poza przedmiot zamówienia podstawowego) obowiązują następujące zasady:</w:t>
      </w:r>
    </w:p>
    <w:p w:rsidR="00BB15DD" w:rsidRDefault="008F61FE" w:rsidP="008F61FE">
      <w:pPr>
        <w:numPr>
          <w:ilvl w:val="0"/>
          <w:numId w:val="39"/>
        </w:numPr>
      </w:pPr>
      <w:r>
        <w:t>Rozpoczęcie robót dodatkowych może nastąpić po podpisaniu przez strony aneksu. Podstawą aneksu jest protokół konieczności potwierdzony przez Zamawiającego, zawierający uzasadnienie spełnienia przesłanek z art. 455 ust. 1 pkt 3 ustawy Pzp. Jeżeli wymagana jest dokumentacja projektowa dla robót dodatkowych, musi ona zostać sporządzona przed ich rozpoczęciem, zgodnie z Prawem budowlanym.</w:t>
      </w:r>
    </w:p>
    <w:p w:rsidR="00BB15DD" w:rsidRDefault="008F61FE" w:rsidP="008F61FE">
      <w:pPr>
        <w:numPr>
          <w:ilvl w:val="0"/>
          <w:numId w:val="39"/>
        </w:numPr>
      </w:pPr>
      <w:r>
        <w:t xml:space="preserve">Rozliczanie robót dodatkowych odbywa się na podstawie faktur częściowych i faktury końcowej, regulowanych w terminie do 30 dni od otrzymania prawidłowo wystawionej faktury z protokołem odbioru, na podstawie kosztorysu sporządzonego wg następujących zasad: a) ceny jednostkowe przyjmuje się z kosztorysów ofertowych Wykonawcy; ilości – z książki obmiaru; b) w przypadku braku cen jednostkowych w kosztorysie ofertowym – kosztorys sporządza </w:t>
      </w:r>
      <w:r>
        <w:lastRenderedPageBreak/>
        <w:t>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BB15DD" w:rsidRDefault="008F61FE">
      <w:pPr>
        <w:pStyle w:val="Nagwek3"/>
      </w:pPr>
      <w:bookmarkStart w:id="20" w:name="X75f62377aa69ce20fb3d6a6fc1235c3fdb2ad7c"/>
      <w:bookmarkEnd w:id="19"/>
      <w:r>
        <w:t>§18. Obowiązek informacyjny RODO</w:t>
      </w:r>
    </w:p>
    <w:p w:rsidR="00BB15DD" w:rsidRDefault="008F61FE" w:rsidP="008F61FE">
      <w:pPr>
        <w:numPr>
          <w:ilvl w:val="0"/>
          <w:numId w:val="40"/>
        </w:numPr>
      </w:pPr>
      <w:r>
        <w:t>Zgodnie z art. 13 ust. 1 i 2 rozporządzenia Parlamentu Europejskiego i Rady (UE) 2016/679 z dnia 27 kwietnia 2016 r. w sprawie ochrony osób fizycznych w związku z przetwarzaniem danych osobowych i w sprawie swobodnego przepływu takich danych (RODO), Zamawiający informuje, że: a) administratorem danych osobowych jest Burmistrz Latowicza z siedzibą w Latowiczu, ul. Rynek 6, 05-334 Latowicz; b) kontakt do inspektora ochrony danych: inspektor@cbi24.pl; c) dane osobowe przetwarzane są na podstawie art. 6 ust. 1 lit. c RODO w celu związanym z postępowaniem o zamówienie publiczne prowadzonym w trybie podstawowym na podstawie art. 275 ustawy Pzp; d) odbiorcami danych są osoby lub podmioty, którym udostępniona zostanie dokumentacja postępowania (art. 18 i art. 74 ust. 1 ustawy Pzp); e) dane będą przechowywane przez okres 4 lat od zakończenia postępowania, a gdy czas trwania umowy przekracza 4 lata – przez cały czas jej trwania; następnie w celach archiwalnych przez okres wyznaczony przepisami prawa (z uwzględnieniem okresu trwałości projektu, jeżeli zamówienie finansowane jest ze środków zewnętrznych); f) podanie danych przez Wykonawcę jest wymogiem ustawowym wynikającym z ustawy Pzp; g) decyzje w odniesieniu do danych nie będą podejmowane w sposób zautomatyzowany (art. 22 RODO); h) w przypadku gdy wykonanie obowiązków z art. 15 ust. 1–3 RODO wymagałoby niewspółmiernie dużego wysiłku, Zamawiający może zażądać dodatkowych informacji precyzujących żądanie; i) wystąpienie z żądaniem z art. 18 ust. 1 RODO nie ogranicza przetwarzania danych do czasu zakończenia postępowania; j) osobom, których dane dotyczą, przysługują: prawo dostępu do danych (art. 15 RODO), prawo do sprostowania (art. 16 RODO), prawo do ograniczenia przetwarzania (art. 18 RODO), prawo wniesienia skargi do Prezesa UODO; k) osobom, których dane dotyczą, nie przysługują: prawo do usunięcia danych (art. 17 ust. 3 lit. b, d, e RODO), prawo do przenoszenia danych (art. 20 RODO), prawo sprzeciwu (art. 21 RODO).</w:t>
      </w:r>
    </w:p>
    <w:p w:rsidR="00BB15DD" w:rsidRDefault="008F61FE" w:rsidP="008F61FE">
      <w:pPr>
        <w:numPr>
          <w:ilvl w:val="0"/>
          <w:numId w:val="40"/>
        </w:numPr>
      </w:pPr>
      <w:r>
        <w:t>Wykonawca oświadcza, że wypełnił obowiązki informacyjne z art. 13 albo 14 RODO wobec osób fizycznych, od których dane osobowe bezpośrednio lub pośrednio pozyskał, w celu realizacji niniejszego zamówienia, w tym wobec osób nadzorujących i realizujących umowę ze strony Wykonawcy.</w:t>
      </w:r>
    </w:p>
    <w:p w:rsidR="00BB15DD" w:rsidRDefault="008F61FE" w:rsidP="008F61FE">
      <w:pPr>
        <w:numPr>
          <w:ilvl w:val="0"/>
          <w:numId w:val="40"/>
        </w:numPr>
      </w:pPr>
      <w:r>
        <w:lastRenderedPageBreak/>
        <w:t>W przypadku gdy w trakcie realizacji umowy zajdzie konieczność przekazania Wykonawcy przez Zamawiającego dokumentów zawierających dane osobowe lub powierzenia danych w inny sposób, strony zawrą odrębną umowę powierzenia danych osobowych.</w:t>
      </w:r>
    </w:p>
    <w:p w:rsidR="00BB15DD" w:rsidRDefault="008F61FE">
      <w:pPr>
        <w:pStyle w:val="Nagwek3"/>
      </w:pPr>
      <w:bookmarkStart w:id="21" w:name="Xc6fac7d80385e4e1683b5551ba8bf5a0338a9eb"/>
      <w:bookmarkEnd w:id="20"/>
      <w:r>
        <w:t>§19. Postanowienia końcowe</w:t>
      </w:r>
    </w:p>
    <w:p w:rsidR="00BB15DD" w:rsidRDefault="008F61FE" w:rsidP="008F61FE">
      <w:pPr>
        <w:numPr>
          <w:ilvl w:val="0"/>
          <w:numId w:val="41"/>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BB15DD" w:rsidRDefault="008F61FE" w:rsidP="008F61FE">
      <w:pPr>
        <w:numPr>
          <w:ilvl w:val="0"/>
          <w:numId w:val="41"/>
        </w:numPr>
      </w:pPr>
      <w:r>
        <w:t>Wykonawca wyznacza swojego przedstawiciela na budowie w osobie: ………………………………………………………………… (imię i nazwisko).</w:t>
      </w:r>
    </w:p>
    <w:p w:rsidR="00BB15DD" w:rsidRDefault="008F61FE" w:rsidP="008F61FE">
      <w:pPr>
        <w:numPr>
          <w:ilvl w:val="0"/>
          <w:numId w:val="41"/>
        </w:numPr>
      </w:pPr>
      <w:r>
        <w:t>Ewentualne spory wynikłe w związku z realizacją przedmiotu umowy strony zobowiązują się rozwiązywać w drodze wspólnych negocjacji, a w przypadku braku porozumienia będą rozstrzygane przez sąd właściwy miejscowo dla siedziby Zamawiającego.</w:t>
      </w:r>
    </w:p>
    <w:p w:rsidR="00BB15DD" w:rsidRDefault="008F61FE" w:rsidP="008F61FE">
      <w:pPr>
        <w:numPr>
          <w:ilvl w:val="0"/>
          <w:numId w:val="41"/>
        </w:numPr>
      </w:pPr>
      <w:r>
        <w:t>W sprawach nieuregulowanych niniejszą umową zastosowanie mają przepisy: ustawy z dnia 23 kwietnia 1964 r. – Kodeks cywilny, Prawa budowlanego (Dz. U. z 2026 r. poz. 524) i ustawy Pzp (Dz. U. z 2024 r. poz. 1320 z późn. zm.) wraz z aktami wykonawczymi.</w:t>
      </w:r>
    </w:p>
    <w:p w:rsidR="00BB15DD" w:rsidRDefault="008F61FE" w:rsidP="008F61FE">
      <w:pPr>
        <w:numPr>
          <w:ilvl w:val="0"/>
          <w:numId w:val="41"/>
        </w:numPr>
      </w:pPr>
      <w:r>
        <w:t>Niniejszą umowę sporządzono w 3 (trzech) jednobrzmiących egzemplarzach: 2 dla Zamawiającego, 1 dla Wykonawcy.</w:t>
      </w:r>
    </w:p>
    <w:p w:rsidR="00BB15DD" w:rsidRDefault="008F61FE">
      <w:pPr>
        <w:pStyle w:val="LFTitleCenter"/>
      </w:pPr>
      <w:r>
        <w:t>ZAMAWIAJĄCY:</w:t>
      </w:r>
    </w:p>
    <w:p w:rsidR="00BB15DD" w:rsidRDefault="008F61FE">
      <w:pPr>
        <w:pStyle w:val="Tekstpodstawowy"/>
      </w:pPr>
      <w:r>
        <w:t>Gmina Latowicz, ul. Rynek 6, 05-334 Latowicz, NIP: 8222148747</w:t>
      </w:r>
    </w:p>
    <w:p w:rsidR="00BB15DD" w:rsidRDefault="008F61FE">
      <w:pPr>
        <w:pStyle w:val="Tekstpodstawowy"/>
      </w:pPr>
      <w:r>
        <w:t>Burmistrz Latowicza Bogdan Świątek-Górski …………………………………….</w:t>
      </w:r>
    </w:p>
    <w:p w:rsidR="00BB15DD" w:rsidRDefault="008F61FE">
      <w:pPr>
        <w:pStyle w:val="Tekstpodstawowy"/>
      </w:pPr>
      <w:r>
        <w:t>Skarbnik Anna Strzelec …………………………………….</w:t>
      </w:r>
    </w:p>
    <w:p w:rsidR="00BB15DD" w:rsidRDefault="008F61FE">
      <w:pPr>
        <w:pStyle w:val="LFTitleCenter"/>
      </w:pPr>
      <w:r>
        <w:t>WYKONAWCA:</w:t>
      </w:r>
    </w:p>
    <w:p w:rsidR="00BB15DD" w:rsidRDefault="008F61FE">
      <w:pPr>
        <w:pStyle w:val="Tekstpodstawowy"/>
      </w:pPr>
      <w:r>
        <w:t>……………………………………………………………………………………………………………… (pełna nazwa i adres)</w:t>
      </w:r>
    </w:p>
    <w:p w:rsidR="00BB15DD" w:rsidRDefault="008F61FE">
      <w:pPr>
        <w:pStyle w:val="Tekstpodstawowy"/>
      </w:pPr>
      <w:r>
        <w:t>……………………………………………………………………………………………………………… (imię i nazwisko reprezentanta, funkcja)</w:t>
      </w:r>
    </w:p>
    <w:p w:rsidR="00BB15DD" w:rsidRDefault="008F61FE">
      <w:pPr>
        <w:pStyle w:val="Tekstpodstawowy"/>
      </w:pPr>
      <w:r>
        <w:t>…………………………………….</w:t>
      </w:r>
    </w:p>
    <w:p w:rsidR="00D203FA" w:rsidRDefault="00D203FA">
      <w:pPr>
        <w:rPr>
          <w:rFonts w:asciiTheme="majorHAnsi" w:eastAsiaTheme="majorEastAsia" w:hAnsiTheme="majorHAnsi" w:cstheme="majorBidi"/>
          <w:b/>
          <w:bCs/>
          <w:sz w:val="28"/>
          <w:szCs w:val="26"/>
        </w:rPr>
      </w:pPr>
      <w:bookmarkStart w:id="22" w:name="załącznik-nr-1-do-umowy--część-2"/>
      <w:bookmarkEnd w:id="1"/>
      <w:bookmarkEnd w:id="21"/>
      <w:r>
        <w:lastRenderedPageBreak/>
        <w:br w:type="page"/>
      </w:r>
    </w:p>
    <w:p w:rsidR="00BB15DD" w:rsidRDefault="008F61FE">
      <w:pPr>
        <w:pStyle w:val="Nagwek2"/>
      </w:pPr>
      <w:r>
        <w:lastRenderedPageBreak/>
        <w:t>ZAŁĄCZNIK NR 1 DO UMOWY – CZĘŚĆ 2</w:t>
      </w:r>
    </w:p>
    <w:p w:rsidR="00BB15DD" w:rsidRDefault="008F61FE">
      <w:pPr>
        <w:pStyle w:val="Nagwek3"/>
      </w:pPr>
      <w:bookmarkStart w:id="23" w:name="X565f3ccd8dd07079c51e44d5d7d381c4a653cc2"/>
      <w:r>
        <w:t>Wykaz obligatoryjnej dokumentacji powykonawczej wymaganej przy odbiorze końcowym</w:t>
      </w:r>
    </w:p>
    <w:p w:rsidR="00BB15DD" w:rsidRDefault="008F61FE">
      <w:r>
        <w:t>Wykonawca zobowiązany jest przekazać Zamawiającemu – na co najmniej 3 dni przed planowanym odbiorem końcowym – kompletną dokumentację powykonawczą obejmującą:</w:t>
      </w:r>
    </w:p>
    <w:p w:rsidR="00BB15DD" w:rsidRDefault="008F61FE">
      <w:pPr>
        <w:pStyle w:val="Tekstpodstawowy"/>
      </w:pPr>
      <w:r>
        <w:rPr>
          <w:b/>
          <w:bCs/>
        </w:rPr>
        <w:t>1. Decyzje i zezwolenia:</w:t>
      </w:r>
    </w:p>
    <w:p w:rsidR="00BB15DD" w:rsidRDefault="008F61FE" w:rsidP="008F61FE">
      <w:pPr>
        <w:numPr>
          <w:ilvl w:val="0"/>
          <w:numId w:val="42"/>
        </w:numPr>
      </w:pPr>
      <w:r>
        <w:t>kopię ostatecznej decyzji o pozwoleniu na budowę,</w:t>
      </w:r>
    </w:p>
    <w:p w:rsidR="00BB15DD" w:rsidRDefault="008F61FE" w:rsidP="008F61FE">
      <w:pPr>
        <w:numPr>
          <w:ilvl w:val="0"/>
          <w:numId w:val="42"/>
        </w:numPr>
      </w:pPr>
      <w:r>
        <w:t>pozwolenie na użytkowanie sieci kanalizacyjnej etapu II i III lub oświadczenie organu nadzoru budowlanego o przyjęciu zawiadomienia o zakończeniu budowy,</w:t>
      </w:r>
    </w:p>
    <w:p w:rsidR="00BB15DD" w:rsidRDefault="008F61FE" w:rsidP="008F61FE">
      <w:pPr>
        <w:numPr>
          <w:ilvl w:val="0"/>
          <w:numId w:val="42"/>
        </w:numPr>
      </w:pPr>
      <w:r>
        <w:t>decyzje/zezwolenia zarządców dróg powiatowej i gminnej na prowadzenie robót w pasie drogowym wraz z protokołami przywrócenia stanu pierwotnego</w:t>
      </w:r>
    </w:p>
    <w:p w:rsidR="00BB15DD" w:rsidRDefault="008F61FE" w:rsidP="008F61FE">
      <w:pPr>
        <w:numPr>
          <w:ilvl w:val="0"/>
          <w:numId w:val="42"/>
        </w:numPr>
      </w:pPr>
      <w:r>
        <w:t>inne wymagane decyzje administracyjne.</w:t>
      </w:r>
    </w:p>
    <w:p w:rsidR="00BB15DD" w:rsidRDefault="008F61FE">
      <w:r>
        <w:rPr>
          <w:b/>
          <w:bCs/>
        </w:rPr>
        <w:t>2. Dokumentacja techniczna powykonawcza:</w:t>
      </w:r>
    </w:p>
    <w:p w:rsidR="00BB15DD" w:rsidRDefault="008F61FE" w:rsidP="008F61FE">
      <w:pPr>
        <w:numPr>
          <w:ilvl w:val="0"/>
          <w:numId w:val="43"/>
        </w:numPr>
      </w:pPr>
      <w:r>
        <w:t>komplet dokumentacji projektowej z naniesionymi zmianami wprowadzonymi w toku budowy (potwierdzonymi przez kierownika budowy i projektanta),</w:t>
      </w:r>
    </w:p>
    <w:p w:rsidR="00BB15DD" w:rsidRDefault="008F61FE" w:rsidP="008F61FE">
      <w:pPr>
        <w:numPr>
          <w:ilvl w:val="0"/>
          <w:numId w:val="43"/>
        </w:numPr>
      </w:pPr>
      <w:r>
        <w:t xml:space="preserve">geodezyjna inwentaryzacja powykonawcza sieci kanalizacji sanitarnej </w:t>
      </w:r>
    </w:p>
    <w:p w:rsidR="00BB15DD" w:rsidRDefault="008F61FE" w:rsidP="008F61FE">
      <w:pPr>
        <w:numPr>
          <w:ilvl w:val="0"/>
          <w:numId w:val="43"/>
        </w:numPr>
      </w:pPr>
      <w:r>
        <w:t>dziennik budowy (oryginał),</w:t>
      </w:r>
    </w:p>
    <w:p w:rsidR="00BB15DD" w:rsidRDefault="008F61FE" w:rsidP="008F61FE">
      <w:pPr>
        <w:numPr>
          <w:ilvl w:val="0"/>
          <w:numId w:val="43"/>
        </w:numPr>
      </w:pPr>
      <w:r>
        <w:t>oświadczenie kierownika budowy o zgodności wykonania obiektu z projektem budowlanym, warunkami pozwolenia na budowę, przepisami i normami oraz o doprowadzeniu do należytego stanu terenu budowy.</w:t>
      </w:r>
    </w:p>
    <w:p w:rsidR="00BB15DD" w:rsidRDefault="008F61FE">
      <w:r>
        <w:rPr>
          <w:b/>
          <w:bCs/>
        </w:rPr>
        <w:t>3. Protokoły i świadectwa:</w:t>
      </w:r>
    </w:p>
    <w:p w:rsidR="00BB15DD" w:rsidRDefault="008F61FE" w:rsidP="008F61FE">
      <w:pPr>
        <w:numPr>
          <w:ilvl w:val="0"/>
          <w:numId w:val="44"/>
        </w:numPr>
      </w:pPr>
      <w:r>
        <w:t>protokoły odbiorów częściowych robót zanikających i ulegających zakryciu,</w:t>
      </w:r>
    </w:p>
    <w:p w:rsidR="00BB15DD" w:rsidRDefault="008F61FE" w:rsidP="008F61FE">
      <w:pPr>
        <w:numPr>
          <w:ilvl w:val="0"/>
          <w:numId w:val="44"/>
        </w:numPr>
      </w:pPr>
      <w:r>
        <w:t>protokoły prób szczelności sieci kanalizacji sanitarnej,</w:t>
      </w:r>
    </w:p>
    <w:p w:rsidR="00BB15DD" w:rsidRDefault="008F61FE" w:rsidP="008F61FE">
      <w:pPr>
        <w:numPr>
          <w:ilvl w:val="0"/>
          <w:numId w:val="44"/>
        </w:numPr>
      </w:pPr>
      <w:r>
        <w:t>protokół inspekcji telewizyjnej kanałów grawitacyjnych (nagranie + raport),</w:t>
      </w:r>
    </w:p>
    <w:p w:rsidR="00BB15DD" w:rsidRDefault="008F61FE" w:rsidP="008F61FE">
      <w:pPr>
        <w:numPr>
          <w:ilvl w:val="0"/>
          <w:numId w:val="44"/>
        </w:numPr>
      </w:pPr>
      <w:r>
        <w:t>protokoły badań zagęszczenia gruntu w wykopach i w rejonie zasypek,</w:t>
      </w:r>
    </w:p>
    <w:p w:rsidR="00BB15DD" w:rsidRDefault="008F61FE" w:rsidP="008F61FE">
      <w:pPr>
        <w:numPr>
          <w:ilvl w:val="0"/>
          <w:numId w:val="44"/>
        </w:numPr>
      </w:pPr>
      <w:r>
        <w:t>protokoły odbioru pasa drogowego po robotach (przywrócenie stanu pierwotnego drogi powiatowej i gminnej).</w:t>
      </w:r>
    </w:p>
    <w:p w:rsidR="00BB15DD" w:rsidRDefault="008F61FE">
      <w:r>
        <w:rPr>
          <w:b/>
          <w:bCs/>
        </w:rPr>
        <w:lastRenderedPageBreak/>
        <w:t>4. Atesty, certyfikaty, deklaracje:</w:t>
      </w:r>
    </w:p>
    <w:p w:rsidR="00BB15DD" w:rsidRDefault="008F61FE" w:rsidP="008F61FE">
      <w:pPr>
        <w:numPr>
          <w:ilvl w:val="0"/>
          <w:numId w:val="45"/>
        </w:numPr>
      </w:pPr>
      <w:r>
        <w:t>atesty i certyfikaty zastosowanych materiałów (rury, kształtki, studnie itp.),</w:t>
      </w:r>
    </w:p>
    <w:p w:rsidR="00BB15DD" w:rsidRDefault="008F61FE" w:rsidP="008F61FE">
      <w:pPr>
        <w:numPr>
          <w:ilvl w:val="0"/>
          <w:numId w:val="45"/>
        </w:numPr>
      </w:pPr>
      <w:r>
        <w:t>deklaracje właściwości użytkowych lub zgodności wyrobów budowlanych.</w:t>
      </w:r>
    </w:p>
    <w:p w:rsidR="00BB15DD" w:rsidRDefault="008F61FE">
      <w:r>
        <w:rPr>
          <w:b/>
          <w:bCs/>
        </w:rPr>
        <w:t>5. Inne dokumenty:</w:t>
      </w:r>
    </w:p>
    <w:p w:rsidR="00BB15DD" w:rsidRDefault="008F61FE" w:rsidP="008F61FE">
      <w:pPr>
        <w:numPr>
          <w:ilvl w:val="0"/>
          <w:numId w:val="46"/>
        </w:numPr>
      </w:pPr>
      <w:r>
        <w:t>oświadczenia podwykonawców o zrzeczeniu się roszczeń wobec Zamawiającego (jeżeli dotyczy),</w:t>
      </w:r>
    </w:p>
    <w:p w:rsidR="00BB15DD" w:rsidRDefault="008F61FE" w:rsidP="008F61FE">
      <w:pPr>
        <w:numPr>
          <w:ilvl w:val="0"/>
          <w:numId w:val="46"/>
        </w:numPr>
      </w:pPr>
      <w:r>
        <w:t>dokumenty gwarancyjne na zamontowane urządzenia i wyposażenie,</w:t>
      </w:r>
    </w:p>
    <w:p w:rsidR="00BB15DD" w:rsidRDefault="008F61FE" w:rsidP="008F61FE">
      <w:pPr>
        <w:numPr>
          <w:ilvl w:val="0"/>
          <w:numId w:val="46"/>
        </w:numPr>
      </w:pPr>
      <w:r>
        <w:t>kosztorys powykonawczy – na żądanie Zamawiającego.</w:t>
      </w:r>
      <w:bookmarkEnd w:id="0"/>
      <w:bookmarkEnd w:id="22"/>
      <w:bookmarkEnd w:id="23"/>
    </w:p>
    <w:sectPr w:rsidR="00BB15DD" w:rsidSect="00034616">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375" w:rsidRDefault="00E45375">
      <w:pPr>
        <w:spacing w:after="0" w:line="240" w:lineRule="auto"/>
      </w:pPr>
      <w:r>
        <w:separator/>
      </w:r>
    </w:p>
  </w:endnote>
  <w:endnote w:type="continuationSeparator" w:id="0">
    <w:p w:rsidR="00E45375" w:rsidRDefault="00E4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5DD" w:rsidRDefault="008F61FE">
    <w:pPr>
      <w:pStyle w:val="Stopka"/>
      <w:jc w:val="right"/>
    </w:pPr>
    <w:r>
      <w:rPr>
        <w:sz w:val="18"/>
      </w:rPr>
      <w:fldChar w:fldCharType="begin"/>
    </w:r>
    <w:r>
      <w:rPr>
        <w:sz w:val="18"/>
      </w:rPr>
      <w:instrText>PAGE</w:instrText>
    </w:r>
    <w:r>
      <w:rPr>
        <w:sz w:val="18"/>
      </w:rPr>
      <w:fldChar w:fldCharType="separate"/>
    </w:r>
    <w:r w:rsidR="005E772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375" w:rsidRDefault="00E45375">
      <w:r>
        <w:separator/>
      </w:r>
    </w:p>
  </w:footnote>
  <w:footnote w:type="continuationSeparator" w:id="0">
    <w:p w:rsidR="00E45375" w:rsidRDefault="00E45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790063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40043C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CD5A69E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039517E6"/>
    <w:multiLevelType w:val="multilevel"/>
    <w:tmpl w:val="0EBC9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C277FE"/>
    <w:multiLevelType w:val="multilevel"/>
    <w:tmpl w:val="3E6E7BF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
  </w:num>
  <w:num w:numId="136">
    <w:abstractNumId w:val="7"/>
  </w:num>
  <w:num w:numId="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
  </w:num>
  <w:num w:numId="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num>
  <w:num w:numId="148">
    <w:abstractNumId w:val="1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DD"/>
    <w:rsid w:val="000D5056"/>
    <w:rsid w:val="002D06A6"/>
    <w:rsid w:val="00403671"/>
    <w:rsid w:val="004D0155"/>
    <w:rsid w:val="005E7723"/>
    <w:rsid w:val="0060453A"/>
    <w:rsid w:val="00881C53"/>
    <w:rsid w:val="008F61FE"/>
    <w:rsid w:val="00BB15DD"/>
    <w:rsid w:val="00D203FA"/>
    <w:rsid w:val="00E45375"/>
    <w:rsid w:val="00E721E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E86D3"/>
  <w15:docId w15:val="{EAF79C1F-5E67-40E1-AE66-31A9597D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8033</Words>
  <Characters>48199</Characters>
  <Application>Microsoft Office Word</Application>
  <DocSecurity>0</DocSecurity>
  <Lines>401</Lines>
  <Paragraphs>112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Tadeusz Nowicki</cp:lastModifiedBy>
  <cp:revision>9</cp:revision>
  <dcterms:created xsi:type="dcterms:W3CDTF">2026-08-07T12:58:00Z</dcterms:created>
  <dcterms:modified xsi:type="dcterms:W3CDTF">2026-08-10T10:17:00Z</dcterms:modified>
</cp:coreProperties>
</file>