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/>
        <w:spacing w:before="0" w:after="80"/>
        <w:jc w:val="center"/>
      </w:pPr>
      <w:r>
        <w:drawing>
          <wp:inline xmlns:a="http://schemas.openxmlformats.org/drawingml/2006/main" xmlns:pic="http://schemas.openxmlformats.org/drawingml/2006/picture">
            <wp:extent cx="4140000" cy="977818"/>
            <wp:docPr id="1" name="Oznaczenie dofinansowania Unii Europejskiej" descr="Plan Strategiczny dla Wspólnej Polityki Rolnej na lata 2023–2027 – Dofinansowane przez Unię Europejsk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sek 2 logo poziom ps wpr pełne -wersja 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FB5FB2" w:rsidRDefault="00842E4E">
      <w:pPr>
        <w:jc w:val="right"/>
      </w:pPr>
      <w:bookmarkStart w:id="0" w:name="_GoBack"/>
      <w:bookmarkEnd w:id="0"/>
      <w:r>
        <w:rPr>
          <w:b/>
        </w:rPr>
        <w:t>Załącznik nr 2 do SWZ</w:t>
      </w:r>
      <w:r>
        <w:br/>
      </w:r>
      <w:r>
        <w:t>Znak postępowania: WIN.271.10.2026</w:t>
      </w:r>
    </w:p>
    <w:p w:rsidR="00FB5FB2" w:rsidRDefault="00842E4E">
      <w:pPr>
        <w:jc w:val="center"/>
      </w:pPr>
      <w:r>
        <w:rPr>
          <w:b/>
          <w:sz w:val="30"/>
        </w:rPr>
        <w:t>OŚWIADCZENIE WYKONAWCY Z ART. 125 UST. 1 USTAWY PZP</w:t>
      </w:r>
    </w:p>
    <w:p w:rsidR="00FB5FB2" w:rsidRDefault="00842E4E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FB5FB2" w:rsidRDefault="00842E4E">
      <w:r>
        <w:rPr>
          <w:b/>
        </w:rPr>
        <w:t>Wykonawca:</w:t>
      </w:r>
      <w:r>
        <w:t xml:space="preserve"> .........................................................................................................</w:t>
      </w:r>
    </w:p>
    <w:p w:rsidR="00FB5FB2" w:rsidRDefault="00842E4E">
      <w:r>
        <w:rPr>
          <w:b/>
        </w:rPr>
        <w:t>Adres / NIP:</w:t>
      </w:r>
      <w:r>
        <w:t xml:space="preserve"> .........................................................................................................</w:t>
      </w:r>
    </w:p>
    <w:p w:rsidR="00FB5FB2" w:rsidRDefault="00842E4E">
      <w:r>
        <w:t>Działając na potrzeby postępow</w:t>
      </w:r>
      <w:r>
        <w:t>ania, oświadczam, że:</w:t>
      </w:r>
    </w:p>
    <w:p w:rsidR="00FB5FB2" w:rsidRDefault="00842E4E">
      <w:pPr>
        <w:pStyle w:val="Listapunktowana"/>
      </w:pPr>
      <w:r>
        <w:t>nie podlegam wykluczeniu z postępowania na podstawie art. 108 ust. 1 ustawy Pzp;</w:t>
      </w:r>
    </w:p>
    <w:p w:rsidR="00FB5FB2" w:rsidRDefault="00842E4E">
      <w:pPr>
        <w:pStyle w:val="Listapunktowana"/>
      </w:pPr>
      <w:r>
        <w:t>nie podlegam wykluczeniu na podstawie art. 109 ust. 1 pkt 4, 5, 6, 7, 8 i 10 ustawy Pzp;</w:t>
      </w:r>
    </w:p>
    <w:p w:rsidR="00FB5FB2" w:rsidRDefault="00842E4E">
      <w:pPr>
        <w:pStyle w:val="Listapunktowana"/>
      </w:pPr>
      <w:r>
        <w:t xml:space="preserve">nie zachodzą wobec mnie przesłanki wykluczenia określone w art. </w:t>
      </w:r>
      <w:r>
        <w:t>7 ust. 1 ustawy z 13 kwietnia 2022 r. o szczególnych rozwiązaniach w zakresie przeciwdziałania wspieraniu agresji na Ukrainę;</w:t>
      </w:r>
    </w:p>
    <w:p w:rsidR="00FB5FB2" w:rsidRDefault="00842E4E">
      <w:pPr>
        <w:pStyle w:val="Listapunktowana"/>
      </w:pPr>
      <w:r>
        <w:t>spełniam warunki udziału w postępowaniu określone przez Zamawiającego w SWZ.</w:t>
      </w:r>
    </w:p>
    <w:p w:rsidR="00FB5FB2" w:rsidRDefault="00842E4E">
      <w:r>
        <w:t>Oświadczam, że zachodzą wobec mnie podstawy wykluczen</w:t>
      </w:r>
      <w:r>
        <w:t>ia określone w art. ............... ustawy Pzp. Jednocześnie oświadczam, że podjąłem środki naprawcze, o których mowa w art. 110 ust. 2 Pzp:</w:t>
      </w:r>
    </w:p>
    <w:p w:rsidR="00FB5FB2" w:rsidRDefault="00842E4E">
      <w:r>
        <w:t>...................................................................................................................</w:t>
      </w:r>
      <w:r>
        <w:t>.....</w:t>
      </w:r>
    </w:p>
    <w:p w:rsidR="00FB5FB2" w:rsidRDefault="00842E4E">
      <w:r>
        <w:t>Informacja dotycząca podmiotu udostępniającego zasoby (wypełnić, jeżeli dotyczy):</w:t>
      </w:r>
    </w:p>
    <w:p w:rsidR="00FB5FB2" w:rsidRDefault="00842E4E">
      <w:r>
        <w:rPr>
          <w:b/>
        </w:rPr>
        <w:t>Nazwa i adres podmiotu:</w:t>
      </w:r>
      <w:r>
        <w:t xml:space="preserve"> .........................................................................................................</w:t>
      </w:r>
    </w:p>
    <w:p w:rsidR="00FB5FB2" w:rsidRDefault="00842E4E">
      <w:r>
        <w:t>Oświadczam, że wskazany podmiot nie po</w:t>
      </w:r>
      <w:r>
        <w:t>dlega wykluczeniu z przyczyn określonych w SWZ oraz spełnia warunki udziału w zakresie, w jakim wykonawca powołuje się na jego zasoby.</w:t>
      </w:r>
    </w:p>
    <w:p w:rsidR="00FB5FB2" w:rsidRDefault="00842E4E">
      <w:r>
        <w:t>Wszystkie informacje podane w niniejszym oświadczeniu są aktualne i zgodne z prawdą.</w:t>
      </w:r>
    </w:p>
    <w:p w:rsidR="00FB5FB2" w:rsidRDefault="00842E4E">
      <w:r>
        <w:rPr>
          <w:i/>
          <w:sz w:val="18"/>
        </w:rPr>
        <w:t>Oświadczenie składa oddzielnie każdy</w:t>
      </w:r>
      <w:r>
        <w:rPr>
          <w:i/>
          <w:sz w:val="18"/>
        </w:rPr>
        <w:t xml:space="preserve"> wykonawca wspólnie ubiegający się o zamówienie oraz – jeżeli dotyczy – podmiot udostępniający zasoby, w zakresie wskazanym w SWZ.</w:t>
      </w:r>
    </w:p>
    <w:p w:rsidR="00FB5FB2" w:rsidRDefault="00FB5FB2"/>
    <w:p>
      <w:pPr/>
      <w:r>
        <w:t>Informacja dotycząca certyfikatu wykonawcy (zaznaczyć właściwe):</w:t>
      </w:r>
    </w:p>
    <w:p>
      <w:pPr/>
      <w:r>
        <w:t>□ nie posługuję się certyfikatem wykonawcy;</w:t>
      </w:r>
    </w:p>
    <w:p>
      <w:pPr/>
      <w:r>
        <w:t>□ posługuję się certyfikatem niepodlegania wykluczeniu;</w:t>
      </w:r>
    </w:p>
    <w:p>
      <w:pPr/>
      <w:r>
        <w:t>□ posługuję się certyfikatem zdolności wykonawcy / wspólnym certyfikatem zdolności wykonawcy.</w:t>
      </w:r>
    </w:p>
    <w:p>
      <w:pPr/>
      <w:r>
        <w:t>Numer certyfikatu, podmiot certyfikujący, okres ważności i zakres certyfikacji: ...............................................................</w:t>
      </w:r>
    </w:p>
    <w:p>
      <w:pPr/>
      <w:r>
        <w:t>Adres bazy lub dane umożliwiające jednoznaczną identyfikację certyfikatu: ...............................................................</w:t>
      </w:r>
    </w:p>
    <w:p w:rsidR="00FB5FB2" w:rsidRDefault="00842E4E">
      <w:pPr>
        <w:jc w:val="right"/>
      </w:pPr>
      <w:r>
        <w:t>...............................................................</w:t>
      </w:r>
    </w:p>
    <w:p w:rsidR="00FB5FB2" w:rsidRDefault="00842E4E">
      <w:pPr>
        <w:jc w:val="right"/>
      </w:pPr>
      <w:r>
        <w:rPr>
          <w:i/>
          <w:sz w:val="16"/>
        </w:rPr>
        <w:t>kwalifikowany podpis elektroniczny, podpis zaufany lub podpi</w:t>
      </w:r>
      <w:r>
        <w:rPr>
          <w:i/>
          <w:sz w:val="16"/>
        </w:rPr>
        <w:t>s osobisty</w:t>
      </w:r>
    </w:p>
    <w:sectPr w:rsidR="00FB5FB2" w:rsidSect="00034616">
      <w:headerReference w:type="default" r:id="rId8"/>
      <w:foot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E4E" w:rsidRDefault="00842E4E">
      <w:pPr>
        <w:spacing w:after="0" w:line="240" w:lineRule="auto"/>
      </w:pPr>
      <w:r>
        <w:separator/>
      </w:r>
    </w:p>
  </w:endnote>
  <w:endnote w:type="continuationSeparator" w:id="0">
    <w:p w:rsidR="00842E4E" w:rsidRDefault="0084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FB2" w:rsidRDefault="00842E4E">
    <w:pPr>
      <w:pStyle w:val="Stopka"/>
      <w:jc w:val="center"/>
    </w:pPr>
    <w:r>
      <w:t>WIN.271.10.2026 | Miasto i 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E4E" w:rsidRDefault="00842E4E">
      <w:pPr>
        <w:spacing w:after="0" w:line="240" w:lineRule="auto"/>
      </w:pPr>
      <w:r>
        <w:separator/>
      </w:r>
    </w:p>
  </w:footnote>
  <w:footnote w:type="continuationSeparator" w:id="0">
    <w:p w:rsidR="00842E4E" w:rsidRDefault="0084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FB2" w:rsidRDefault="00FB5FB2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FB5FB2">
      <w:tc>
        <w:tcPr>
          <w:tcW w:w="4819" w:type="dxa"/>
        </w:tcPr>
        <w:p w:rsidR="00FB5FB2" w:rsidRDefault="00842E4E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FB5FB2" w:rsidRDefault="00842E4E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7A12"/>
    <w:rsid w:val="00842E4E"/>
    <w:rsid w:val="00AA1D8D"/>
    <w:rsid w:val="00B47730"/>
    <w:rsid w:val="00CB0664"/>
    <w:rsid w:val="00FB5F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86E5CBE-F6AB-434D-A0AD-CE91C4FB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2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C84A38-F60E-4043-822E-3FBAD62B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2026-07-29T18:10:00Z</dcterms:created>
  <dcterms:modified xsi:type="dcterms:W3CDTF">2026-07-29T18:10:00Z</dcterms:modified>
  <cp:category/>
</cp:coreProperties>
</file>