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E18" w:rsidRDefault="000C3BD9">
      <w:pPr>
        <w:keepNext/>
        <w:spacing w:after="80"/>
        <w:jc w:val="center"/>
      </w:pPr>
      <w:r>
        <w:rPr>
          <w:noProof/>
          <w:lang w:val="pl-PL" w:eastAsia="pl-PL"/>
        </w:rPr>
        <w:drawing>
          <wp:inline distT="0" distB="0" distL="0" distR="0">
            <wp:extent cx="4140000" cy="977818"/>
            <wp:effectExtent l="0" t="0" r="0" b="0"/>
            <wp:docPr id="1" name="Oznaczenie dofinansowania Unii Europejskiej" descr="Plan Strategiczny dla Wspólnej Polityki Rolnej na lata 2023–2027 –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ek 2 logo poziom ps wpr pełne -wersja 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904" w:rsidRDefault="00640E09">
      <w:pPr>
        <w:jc w:val="right"/>
      </w:pPr>
      <w:r>
        <w:rPr>
          <w:b/>
        </w:rPr>
        <w:t>Załącznik nr 3 do SWZ</w:t>
      </w:r>
      <w:r>
        <w:br/>
        <w:t>Znak postępowania: WIN.271.10.2026</w:t>
      </w:r>
    </w:p>
    <w:p w:rsidR="00277904" w:rsidRDefault="00640E09">
      <w:pPr>
        <w:jc w:val="center"/>
      </w:pPr>
      <w:r>
        <w:rPr>
          <w:b/>
          <w:sz w:val="30"/>
        </w:rPr>
        <w:t>WYKAZ ROBÓT BUDOWLANYCH</w:t>
      </w:r>
    </w:p>
    <w:p w:rsidR="00277904" w:rsidRDefault="00640E09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277904" w:rsidRDefault="00640E09">
      <w:r>
        <w:rPr>
          <w:b/>
        </w:rPr>
        <w:t>Wykonawca:</w:t>
      </w:r>
      <w:r>
        <w:t xml:space="preserve"> .........................................................................................................</w:t>
      </w:r>
    </w:p>
    <w:p w:rsidR="00277904" w:rsidRDefault="00640E09">
      <w:r>
        <w:t>W celu potwierdzenia spełniania warunku doświadczenia przedstawiam wykaz robót budowlanych wykonanych nie wcześniej niż w okresie ostatnich 5 lat, a jeżeli okres prowadzenia działalności jest krótszy – w tym okresie.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9"/>
        <w:gridCol w:w="1660"/>
        <w:gridCol w:w="1661"/>
        <w:gridCol w:w="1660"/>
        <w:gridCol w:w="1661"/>
        <w:gridCol w:w="1661"/>
      </w:tblGrid>
      <w:tr w:rsidR="00277904" w:rsidTr="008D610B">
        <w:tc>
          <w:tcPr>
            <w:tcW w:w="1662" w:type="dxa"/>
            <w:shd w:val="clear" w:color="auto" w:fill="auto"/>
          </w:tcPr>
          <w:p w:rsidR="00277904" w:rsidRDefault="00640E09">
            <w:bookmarkStart w:id="0" w:name="_GoBack" w:colFirst="0" w:colLast="5"/>
            <w:r>
              <w:t>Lp.</w:t>
            </w:r>
          </w:p>
        </w:tc>
        <w:tc>
          <w:tcPr>
            <w:tcW w:w="1662" w:type="dxa"/>
            <w:shd w:val="clear" w:color="auto" w:fill="auto"/>
          </w:tcPr>
          <w:p w:rsidR="00277904" w:rsidRDefault="00640E09">
            <w:r>
              <w:t>Rodzaj i zakres robót</w:t>
            </w:r>
          </w:p>
        </w:tc>
        <w:tc>
          <w:tcPr>
            <w:tcW w:w="1662" w:type="dxa"/>
            <w:shd w:val="clear" w:color="auto" w:fill="auto"/>
          </w:tcPr>
          <w:p w:rsidR="00277904" w:rsidRDefault="00640E09">
            <w:r>
              <w:t>Liczba oczyszczalni</w:t>
            </w:r>
          </w:p>
        </w:tc>
        <w:tc>
          <w:tcPr>
            <w:tcW w:w="1662" w:type="dxa"/>
            <w:shd w:val="clear" w:color="auto" w:fill="auto"/>
          </w:tcPr>
          <w:p w:rsidR="00277904" w:rsidRDefault="00640E09">
            <w:r>
              <w:t>Wartość brutto</w:t>
            </w:r>
          </w:p>
        </w:tc>
        <w:tc>
          <w:tcPr>
            <w:tcW w:w="1662" w:type="dxa"/>
            <w:shd w:val="clear" w:color="auto" w:fill="auto"/>
          </w:tcPr>
          <w:p w:rsidR="00277904" w:rsidRDefault="00640E09">
            <w:r>
              <w:t>Daty wykonania</w:t>
            </w:r>
          </w:p>
        </w:tc>
        <w:tc>
          <w:tcPr>
            <w:tcW w:w="1662" w:type="dxa"/>
            <w:shd w:val="clear" w:color="auto" w:fill="auto"/>
          </w:tcPr>
          <w:p w:rsidR="00277904" w:rsidRDefault="00640E09">
            <w:r>
              <w:t>Podmiot, na rzecz którego wykonano</w:t>
            </w:r>
          </w:p>
        </w:tc>
      </w:tr>
      <w:bookmarkEnd w:id="0"/>
      <w:tr w:rsidR="00277904">
        <w:tc>
          <w:tcPr>
            <w:tcW w:w="1662" w:type="dxa"/>
            <w:vAlign w:val="center"/>
          </w:tcPr>
          <w:p w:rsidR="00277904" w:rsidRDefault="00640E09">
            <w:r>
              <w:t>1</w:t>
            </w:r>
          </w:p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</w:tr>
      <w:tr w:rsidR="00277904">
        <w:tc>
          <w:tcPr>
            <w:tcW w:w="1662" w:type="dxa"/>
            <w:vAlign w:val="center"/>
          </w:tcPr>
          <w:p w:rsidR="00277904" w:rsidRDefault="00640E09">
            <w:r>
              <w:t>2</w:t>
            </w:r>
          </w:p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</w:tr>
      <w:tr w:rsidR="00277904">
        <w:tc>
          <w:tcPr>
            <w:tcW w:w="1662" w:type="dxa"/>
            <w:vAlign w:val="center"/>
          </w:tcPr>
          <w:p w:rsidR="00277904" w:rsidRDefault="00640E09">
            <w:r>
              <w:t>3</w:t>
            </w:r>
          </w:p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</w:tr>
      <w:tr w:rsidR="00277904">
        <w:tc>
          <w:tcPr>
            <w:tcW w:w="1662" w:type="dxa"/>
            <w:vAlign w:val="center"/>
          </w:tcPr>
          <w:p w:rsidR="00277904" w:rsidRDefault="00640E09">
            <w:r>
              <w:t>4</w:t>
            </w:r>
          </w:p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  <w:tc>
          <w:tcPr>
            <w:tcW w:w="1662" w:type="dxa"/>
            <w:vAlign w:val="center"/>
          </w:tcPr>
          <w:p w:rsidR="00277904" w:rsidRDefault="00277904"/>
        </w:tc>
      </w:tr>
    </w:tbl>
    <w:p w:rsidR="00277904" w:rsidRDefault="00640E09">
      <w:r>
        <w:rPr>
          <w:i/>
          <w:sz w:val="18"/>
        </w:rPr>
        <w:t>Warunek SWZ: co najmniej jedna robota budowlana polegająca na budowie co najmniej 30 przydomowych oczyszczalni ścieków.</w:t>
      </w:r>
    </w:p>
    <w:p w:rsidR="00277904" w:rsidRDefault="00640E09">
      <w:r>
        <w:t>Do wykazu załączam dowody określające, czy roboty zostały wykonane należycie, w szczególności referencje albo inne dokumenty sporządzone przez podmiot, na rzecz którego roboty wykonano.</w:t>
      </w:r>
    </w:p>
    <w:p w:rsidR="00277904" w:rsidRDefault="00277904"/>
    <w:p w:rsidR="00277904" w:rsidRDefault="00640E09">
      <w:pPr>
        <w:jc w:val="right"/>
      </w:pPr>
      <w:r>
        <w:t>...............................................................</w:t>
      </w:r>
    </w:p>
    <w:p w:rsidR="00277904" w:rsidRDefault="00640E09">
      <w:pPr>
        <w:jc w:val="right"/>
      </w:pPr>
      <w:r>
        <w:rPr>
          <w:i/>
          <w:sz w:val="16"/>
        </w:rPr>
        <w:t>kwalifikowany podpis elektroniczny, podpis zaufany lub podpis osobisty</w:t>
      </w:r>
    </w:p>
    <w:sectPr w:rsidR="00277904" w:rsidSect="00034616">
      <w:headerReference w:type="default" r:id="rId9"/>
      <w:footerReference w:type="default" r:id="rId10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BD9" w:rsidRDefault="000C3BD9">
      <w:pPr>
        <w:spacing w:after="0" w:line="240" w:lineRule="auto"/>
      </w:pPr>
      <w:r>
        <w:separator/>
      </w:r>
    </w:p>
  </w:endnote>
  <w:endnote w:type="continuationSeparator" w:id="0">
    <w:p w:rsidR="000C3BD9" w:rsidRDefault="000C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904" w:rsidRDefault="00640E09">
    <w:pPr>
      <w:pStyle w:val="Stopka"/>
      <w:jc w:val="center"/>
    </w:pPr>
    <w:r>
      <w:t>WIN.271.10.2026 | Miasto i 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BD9" w:rsidRDefault="000C3BD9">
      <w:pPr>
        <w:spacing w:after="0" w:line="240" w:lineRule="auto"/>
      </w:pPr>
      <w:r>
        <w:separator/>
      </w:r>
    </w:p>
  </w:footnote>
  <w:footnote w:type="continuationSeparator" w:id="0">
    <w:p w:rsidR="000C3BD9" w:rsidRDefault="000C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904" w:rsidRDefault="00277904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277904">
      <w:tc>
        <w:tcPr>
          <w:tcW w:w="4819" w:type="dxa"/>
        </w:tcPr>
        <w:p w:rsidR="00277904" w:rsidRDefault="00640E09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277904" w:rsidRDefault="00640E09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3BD9"/>
    <w:rsid w:val="0015074B"/>
    <w:rsid w:val="00277904"/>
    <w:rsid w:val="0029639D"/>
    <w:rsid w:val="00326F90"/>
    <w:rsid w:val="00640E09"/>
    <w:rsid w:val="008D610B"/>
    <w:rsid w:val="00AA1D8D"/>
    <w:rsid w:val="00B15E18"/>
    <w:rsid w:val="00B47730"/>
    <w:rsid w:val="00CB0664"/>
    <w:rsid w:val="00D110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8B57B0D-23F3-4B8C-9CDF-31C68E66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59AD44-7B8F-40A9-A99E-1CE2B9B4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4</cp:revision>
  <dcterms:created xsi:type="dcterms:W3CDTF">2026-07-29T18:10:00Z</dcterms:created>
  <dcterms:modified xsi:type="dcterms:W3CDTF">2026-08-10T13:57:00Z</dcterms:modified>
  <cp:category/>
</cp:coreProperties>
</file>