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1DA" w:rsidRDefault="00F2578D">
      <w:pPr>
        <w:keepNext/>
        <w:spacing w:after="80"/>
        <w:jc w:val="center"/>
      </w:pPr>
      <w:r>
        <w:rPr>
          <w:noProof/>
          <w:lang w:val="pl-PL" w:eastAsia="pl-PL"/>
        </w:rPr>
        <w:drawing>
          <wp:inline distT="0" distB="0" distL="0" distR="0">
            <wp:extent cx="4140000" cy="977818"/>
            <wp:effectExtent l="0" t="0" r="0" b="0"/>
            <wp:docPr id="1" name="Oznaczenie dofinansowania Unii Europejskiej" descr="Plan Strategiczny dla Wspólnej Polityki Rolnej na lata 2023–2027 – Dofinansowane przez Unię Europejsk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sek 2 logo poziom ps wpr pełne -wersja 2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40000" cy="977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2518" w:rsidRDefault="00992FAF">
      <w:pPr>
        <w:jc w:val="right"/>
      </w:pPr>
      <w:r>
        <w:rPr>
          <w:b/>
        </w:rPr>
        <w:t>Załącznik nr 7 do SWZ</w:t>
      </w:r>
      <w:r>
        <w:br/>
        <w:t>Znak postępowania: WIN.271.10.2026</w:t>
      </w:r>
    </w:p>
    <w:p w:rsidR="00D32518" w:rsidRDefault="00992FAF">
      <w:pPr>
        <w:jc w:val="center"/>
      </w:pPr>
      <w:r>
        <w:rPr>
          <w:b/>
          <w:sz w:val="30"/>
        </w:rPr>
        <w:t>OŚWIADCZENIE WYKONAWCÓW WSPÓLNIE UBIEGAJĄCYCH SIĘ O UDZIELENIE ZAMÓWIENIA</w:t>
      </w:r>
    </w:p>
    <w:p w:rsidR="00D32518" w:rsidRDefault="00992FAF">
      <w:pPr>
        <w:jc w:val="center"/>
      </w:pPr>
      <w:r>
        <w:rPr>
          <w:b/>
        </w:rPr>
        <w:t>Budowa przydomowych oczyszczalni ścieków w Mieście i Gminie Mordy w formule „zaprojektuj i wybuduj”</w:t>
      </w:r>
    </w:p>
    <w:p w:rsidR="00D32518" w:rsidRDefault="00992FAF">
      <w:r>
        <w:t>składane na podstawie art. 117 ust. 4 ustawy Prawo zamówień publicznych</w:t>
      </w:r>
    </w:p>
    <w:p w:rsidR="00D32518" w:rsidRDefault="00992FAF">
      <w:r>
        <w:rPr>
          <w:b/>
        </w:rPr>
        <w:t>Wykonawcy wspólnie ubiegający się o zamówienie:</w:t>
      </w:r>
      <w:r>
        <w:t xml:space="preserve"> ...............................................................................................</w:t>
      </w:r>
    </w:p>
    <w:p w:rsidR="00D32518" w:rsidRDefault="00992FAF">
      <w:r>
        <w:t>........................................................................................................................</w:t>
      </w:r>
    </w:p>
    <w:p w:rsidR="00D32518" w:rsidRDefault="00992FAF">
      <w:r>
        <w:t>........................................................................................................................</w:t>
      </w:r>
    </w:p>
    <w:p w:rsidR="00D32518" w:rsidRDefault="00992FAF">
      <w:r w:rsidRPr="00931EAE">
        <w:t>Oświadczamy, że następujące roboty budowlane wykonają poszczególni wykonawcy: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20"/>
        <w:gridCol w:w="3321"/>
        <w:gridCol w:w="3321"/>
      </w:tblGrid>
      <w:tr w:rsidR="00D32518" w:rsidRPr="00931EAE" w:rsidTr="003062AF">
        <w:tc>
          <w:tcPr>
            <w:tcW w:w="3324" w:type="dxa"/>
            <w:shd w:val="clear" w:color="auto" w:fill="auto"/>
          </w:tcPr>
          <w:p w:rsidR="00D32518" w:rsidRPr="00931EAE" w:rsidRDefault="00992FAF">
            <w:bookmarkStart w:id="0" w:name="_GoBack" w:colFirst="0" w:colLast="2"/>
            <w:r w:rsidRPr="00931EAE">
              <w:t>Lp.</w:t>
            </w:r>
          </w:p>
        </w:tc>
        <w:tc>
          <w:tcPr>
            <w:tcW w:w="3324" w:type="dxa"/>
            <w:shd w:val="clear" w:color="auto" w:fill="auto"/>
          </w:tcPr>
          <w:p w:rsidR="00D32518" w:rsidRPr="00931EAE" w:rsidRDefault="00992FAF">
            <w:pPr>
              <w:rPr>
                <w:highlight w:val="yellow"/>
              </w:rPr>
            </w:pPr>
            <w:r w:rsidRPr="00931EAE">
              <w:t>Nazwa wykonawcy</w:t>
            </w:r>
          </w:p>
        </w:tc>
        <w:tc>
          <w:tcPr>
            <w:tcW w:w="3324" w:type="dxa"/>
            <w:shd w:val="clear" w:color="auto" w:fill="auto"/>
          </w:tcPr>
          <w:p w:rsidR="00D32518" w:rsidRPr="00931EAE" w:rsidRDefault="00992FAF">
            <w:pPr>
              <w:rPr>
                <w:highlight w:val="yellow"/>
              </w:rPr>
            </w:pPr>
            <w:r w:rsidRPr="00931EAE">
              <w:t>Zakres robót wykonywany przez wykonawcę</w:t>
            </w:r>
          </w:p>
        </w:tc>
      </w:tr>
      <w:bookmarkEnd w:id="0"/>
      <w:tr w:rsidR="00D32518" w:rsidRPr="00931EAE">
        <w:tc>
          <w:tcPr>
            <w:tcW w:w="3324" w:type="dxa"/>
          </w:tcPr>
          <w:p w:rsidR="00D32518" w:rsidRPr="00931EAE" w:rsidRDefault="00992FAF">
            <w:r w:rsidRPr="00931EAE">
              <w:t>1</w:t>
            </w:r>
          </w:p>
        </w:tc>
        <w:tc>
          <w:tcPr>
            <w:tcW w:w="3324" w:type="dxa"/>
          </w:tcPr>
          <w:p w:rsidR="00D32518" w:rsidRPr="00931EAE" w:rsidRDefault="00D32518">
            <w:pPr>
              <w:rPr>
                <w:highlight w:val="yellow"/>
              </w:rPr>
            </w:pPr>
          </w:p>
        </w:tc>
        <w:tc>
          <w:tcPr>
            <w:tcW w:w="3324" w:type="dxa"/>
          </w:tcPr>
          <w:p w:rsidR="00D32518" w:rsidRPr="00931EAE" w:rsidRDefault="00D32518">
            <w:pPr>
              <w:rPr>
                <w:highlight w:val="yellow"/>
              </w:rPr>
            </w:pPr>
          </w:p>
        </w:tc>
      </w:tr>
      <w:tr w:rsidR="00D32518" w:rsidRPr="00931EAE">
        <w:tc>
          <w:tcPr>
            <w:tcW w:w="3324" w:type="dxa"/>
          </w:tcPr>
          <w:p w:rsidR="00D32518" w:rsidRPr="00931EAE" w:rsidRDefault="00992FAF">
            <w:r w:rsidRPr="00931EAE">
              <w:t>2</w:t>
            </w:r>
          </w:p>
        </w:tc>
        <w:tc>
          <w:tcPr>
            <w:tcW w:w="3324" w:type="dxa"/>
          </w:tcPr>
          <w:p w:rsidR="00D32518" w:rsidRPr="00931EAE" w:rsidRDefault="00D32518">
            <w:pPr>
              <w:rPr>
                <w:highlight w:val="yellow"/>
              </w:rPr>
            </w:pPr>
          </w:p>
        </w:tc>
        <w:tc>
          <w:tcPr>
            <w:tcW w:w="3324" w:type="dxa"/>
          </w:tcPr>
          <w:p w:rsidR="00D32518" w:rsidRPr="00931EAE" w:rsidRDefault="00D32518">
            <w:pPr>
              <w:rPr>
                <w:highlight w:val="yellow"/>
              </w:rPr>
            </w:pPr>
          </w:p>
        </w:tc>
      </w:tr>
      <w:tr w:rsidR="00D32518" w:rsidRPr="00931EAE" w:rsidTr="00931EAE">
        <w:trPr>
          <w:trHeight w:val="453"/>
        </w:trPr>
        <w:tc>
          <w:tcPr>
            <w:tcW w:w="3324" w:type="dxa"/>
          </w:tcPr>
          <w:p w:rsidR="00D32518" w:rsidRPr="00931EAE" w:rsidRDefault="00992FAF">
            <w:r w:rsidRPr="00931EAE">
              <w:t>3</w:t>
            </w:r>
          </w:p>
        </w:tc>
        <w:tc>
          <w:tcPr>
            <w:tcW w:w="3324" w:type="dxa"/>
          </w:tcPr>
          <w:p w:rsidR="00D32518" w:rsidRPr="00931EAE" w:rsidRDefault="00D32518">
            <w:pPr>
              <w:rPr>
                <w:highlight w:val="yellow"/>
              </w:rPr>
            </w:pPr>
          </w:p>
        </w:tc>
        <w:tc>
          <w:tcPr>
            <w:tcW w:w="3324" w:type="dxa"/>
          </w:tcPr>
          <w:p w:rsidR="00D32518" w:rsidRPr="00931EAE" w:rsidRDefault="00D32518">
            <w:pPr>
              <w:rPr>
                <w:highlight w:val="yellow"/>
              </w:rPr>
            </w:pPr>
          </w:p>
        </w:tc>
      </w:tr>
      <w:tr w:rsidR="00D32518">
        <w:tc>
          <w:tcPr>
            <w:tcW w:w="3324" w:type="dxa"/>
          </w:tcPr>
          <w:p w:rsidR="00D32518" w:rsidRPr="00931EAE" w:rsidRDefault="00992FAF">
            <w:r w:rsidRPr="00931EAE">
              <w:t>4</w:t>
            </w:r>
          </w:p>
        </w:tc>
        <w:tc>
          <w:tcPr>
            <w:tcW w:w="3324" w:type="dxa"/>
          </w:tcPr>
          <w:p w:rsidR="00D32518" w:rsidRDefault="00D32518"/>
        </w:tc>
        <w:tc>
          <w:tcPr>
            <w:tcW w:w="3324" w:type="dxa"/>
          </w:tcPr>
          <w:p w:rsidR="00D32518" w:rsidRDefault="00D32518"/>
        </w:tc>
      </w:tr>
    </w:tbl>
    <w:p w:rsidR="00D32518" w:rsidRDefault="00992FAF">
      <w:r>
        <w:rPr>
          <w:i/>
          <w:sz w:val="18"/>
        </w:rPr>
        <w:t>Oświadczenie składają wykonawcy wspólnie ubiegający się o zamówienie, gdy warunki dotyczące kwalifikacji zawodowych lub doświadczenia spełniają wspólnie.</w:t>
      </w:r>
    </w:p>
    <w:p w:rsidR="00D32518" w:rsidRDefault="00D32518"/>
    <w:p w:rsidR="00D32518" w:rsidRDefault="00992FAF">
      <w:pPr>
        <w:jc w:val="right"/>
      </w:pPr>
      <w:r>
        <w:t>...............................................................</w:t>
      </w:r>
    </w:p>
    <w:p w:rsidR="00D32518" w:rsidRDefault="00992FAF">
      <w:pPr>
        <w:jc w:val="right"/>
      </w:pPr>
      <w:r>
        <w:rPr>
          <w:i/>
          <w:sz w:val="16"/>
        </w:rPr>
        <w:t>kwalifikowany podpis elektroniczny, podpis zaufany lub podpis osobisty</w:t>
      </w:r>
    </w:p>
    <w:sectPr w:rsidR="00D32518" w:rsidSect="00034616">
      <w:headerReference w:type="default" r:id="rId9"/>
      <w:footerReference w:type="default" r:id="rId10"/>
      <w:pgSz w:w="12240" w:h="15840"/>
      <w:pgMar w:top="907" w:right="1134" w:bottom="90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2174" w:rsidRDefault="005F2174">
      <w:pPr>
        <w:spacing w:after="0" w:line="240" w:lineRule="auto"/>
      </w:pPr>
      <w:r>
        <w:separator/>
      </w:r>
    </w:p>
  </w:endnote>
  <w:endnote w:type="continuationSeparator" w:id="0">
    <w:p w:rsidR="005F2174" w:rsidRDefault="005F2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518" w:rsidRDefault="00992FAF">
    <w:pPr>
      <w:pStyle w:val="Stopka"/>
      <w:jc w:val="center"/>
    </w:pPr>
    <w:r>
      <w:t>WIN.271.10.2026 | Miasto i Gmina Mordy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2174" w:rsidRDefault="005F2174">
      <w:pPr>
        <w:spacing w:after="0" w:line="240" w:lineRule="auto"/>
      </w:pPr>
      <w:r>
        <w:separator/>
      </w:r>
    </w:p>
  </w:footnote>
  <w:footnote w:type="continuationSeparator" w:id="0">
    <w:p w:rsidR="005F2174" w:rsidRDefault="005F21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518" w:rsidRDefault="00D32518">
    <w:pPr>
      <w:pStyle w:val="Nagwek"/>
    </w:pPr>
  </w:p>
  <w:tbl>
    <w:tblPr>
      <w:tblW w:w="0" w:type="auto"/>
      <w:tblLook w:val="04A0" w:firstRow="1" w:lastRow="0" w:firstColumn="1" w:lastColumn="0" w:noHBand="0" w:noVBand="1"/>
    </w:tblPr>
    <w:tblGrid>
      <w:gridCol w:w="4819"/>
      <w:gridCol w:w="4819"/>
    </w:tblGrid>
    <w:tr w:rsidR="00D32518">
      <w:tc>
        <w:tcPr>
          <w:tcW w:w="4819" w:type="dxa"/>
        </w:tcPr>
        <w:p w:rsidR="00D32518" w:rsidRDefault="00992FAF">
          <w:r>
            <w:rPr>
              <w:noProof/>
              <w:lang w:val="pl-PL" w:eastAsia="pl-PL"/>
            </w:rPr>
            <w:drawing>
              <wp:inline distT="0" distB="0" distL="0" distR="0">
                <wp:extent cx="720000" cy="840000"/>
                <wp:effectExtent l="0" t="0" r="0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0" cy="8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9" w:type="dxa"/>
        </w:tcPr>
        <w:p w:rsidR="00D32518" w:rsidRDefault="00992FAF">
          <w:pPr>
            <w:jc w:val="right"/>
          </w:pPr>
          <w:r>
            <w:rPr>
              <w:b/>
              <w:sz w:val="22"/>
            </w:rPr>
            <w:t>MIASTO I GMINA MORDY</w:t>
          </w:r>
          <w:r>
            <w:rPr>
              <w:b/>
              <w:sz w:val="22"/>
            </w:rPr>
            <w:br/>
          </w:r>
          <w:r>
            <w:t>ul. Kilińskiego 9, 08-140 Mordy</w:t>
          </w:r>
          <w:r>
            <w:br/>
            <w:t>Znak postępowania: WIN.271.10.2026</w:t>
          </w: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062AF"/>
    <w:rsid w:val="00326F90"/>
    <w:rsid w:val="005F2174"/>
    <w:rsid w:val="008041DD"/>
    <w:rsid w:val="00931EAE"/>
    <w:rsid w:val="00992FAF"/>
    <w:rsid w:val="00AA1D8D"/>
    <w:rsid w:val="00AF01DA"/>
    <w:rsid w:val="00B47730"/>
    <w:rsid w:val="00CB0664"/>
    <w:rsid w:val="00D32518"/>
    <w:rsid w:val="00F2578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AAC24D94-54E1-45A6-8943-C9D4178E0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pPr>
      <w:spacing w:after="100" w:line="259" w:lineRule="auto"/>
    </w:pPr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B0BDED4-3F40-499A-A5E7-C87F69EB2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978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1138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HP</cp:lastModifiedBy>
  <cp:revision>6</cp:revision>
  <dcterms:created xsi:type="dcterms:W3CDTF">2026-07-29T18:12:00Z</dcterms:created>
  <dcterms:modified xsi:type="dcterms:W3CDTF">2026-08-10T13:57:00Z</dcterms:modified>
  <cp:category/>
</cp:coreProperties>
</file>