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keepNext/>
        <w:spacing w:before="0" w:after="80"/>
        <w:jc w:val="center"/>
      </w:pPr>
      <w:r>
        <w:drawing>
          <wp:inline xmlns:a="http://schemas.openxmlformats.org/drawingml/2006/main" xmlns:pic="http://schemas.openxmlformats.org/drawingml/2006/picture">
            <wp:extent cx="4140000" cy="977818"/>
            <wp:docPr id="1" name="Oznaczenie dofinansowania Unii Europejskiej" descr="Plan Strategiczny dla Wspólnej Polityki Rolnej na lata 2023–2027 – Dofinansowane przez Unię Europejsk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sek 2 logo poziom ps wpr pełne -wersja 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0000" cy="977818"/>
                    </a:xfrm>
                    <a:prstGeom prst="rect"/>
                  </pic:spPr>
                </pic:pic>
              </a:graphicData>
            </a:graphic>
          </wp:inline>
        </w:drawing>
      </w:r>
    </w:p>
    <w:p w:rsidR="004A1225" w:rsidRDefault="00F16310">
      <w:pPr>
        <w:jc w:val="right"/>
      </w:pPr>
      <w:bookmarkStart w:id="0" w:name="_GoBack"/>
      <w:bookmarkEnd w:id="0"/>
      <w:r>
        <w:rPr>
          <w:b/>
        </w:rPr>
        <w:t>Załącznik nr 8 do SWZ</w:t>
      </w:r>
      <w:r>
        <w:br/>
      </w:r>
      <w:r>
        <w:t>Znak postępowania: WIN.271.10.2026</w:t>
      </w:r>
    </w:p>
    <w:p w:rsidR="004A1225" w:rsidRDefault="00F16310">
      <w:pPr>
        <w:jc w:val="center"/>
      </w:pPr>
      <w:r>
        <w:rPr>
          <w:b/>
          <w:sz w:val="30"/>
        </w:rPr>
        <w:t>OŚWIADCZENIE O PRZYNALEŻNOŚCI LUB BRAKU PRZYNALEŻNOŚCI DO TEJ SAMEJ GRUPY KAPITAŁOWEJ</w:t>
      </w:r>
    </w:p>
    <w:p w:rsidR="004A1225" w:rsidRDefault="00F16310">
      <w:pPr>
        <w:jc w:val="center"/>
      </w:pPr>
      <w:r>
        <w:rPr>
          <w:b/>
        </w:rPr>
        <w:t>Budowa przydomowych oczyszczalni ścieków w Mieście i Gminie Mordy w formule „zaprojektuj i wybuduj”</w:t>
      </w:r>
    </w:p>
    <w:p w:rsidR="004A1225" w:rsidRDefault="00F16310">
      <w:r>
        <w:rPr>
          <w:b/>
        </w:rPr>
        <w:t>Wykonawca:</w:t>
      </w:r>
      <w:r>
        <w:t xml:space="preserve"> .........................................................................................................</w:t>
      </w:r>
    </w:p>
    <w:p w:rsidR="004A1225" w:rsidRDefault="00F16310">
      <w:r>
        <w:t>W związku z postępowaniem, na podstawie art. 108 ust. 1 pkt 5 ustawy Pzp, oświadczam, że (zaznaczyć właściwe):</w:t>
      </w:r>
    </w:p>
    <w:p w:rsidR="004A1225" w:rsidRDefault="00F16310">
      <w:r>
        <w:t>□ nie należę do tej samej grupy kapita</w:t>
      </w:r>
      <w:r>
        <w:t>łowej z żadnym z wykonawców, którzy złożyli odrębne oferty w postępowaniu;</w:t>
      </w:r>
    </w:p>
    <w:p w:rsidR="004A1225" w:rsidRDefault="00F16310">
      <w:r>
        <w:t>□ należę do tej samej grupy kapitałowej z następującym wykonawcą / wykonawcami:</w:t>
      </w:r>
    </w:p>
    <w:p w:rsidR="004A1225" w:rsidRDefault="00F16310">
      <w:r>
        <w:t>.....................................................................................................</w:t>
      </w:r>
      <w:r>
        <w:t>...................</w:t>
      </w:r>
    </w:p>
    <w:p w:rsidR="004A1225" w:rsidRDefault="00F16310">
      <w:r>
        <w:t>Wraz z oświadczeniem przedstawiam dokumenty lub informacje potwierdzające przygotowanie oferty niezależnie od wskazanego wykonawcy / wykonawców:</w:t>
      </w:r>
    </w:p>
    <w:p w:rsidR="004A1225" w:rsidRDefault="00F16310">
      <w:r>
        <w:t>...........................................................................................</w:t>
      </w:r>
      <w:r>
        <w:t>.............................</w:t>
      </w:r>
    </w:p>
    <w:p w:rsidR="004A1225" w:rsidRDefault="00F16310">
      <w:r>
        <w:rPr>
          <w:i/>
          <w:sz w:val="18"/>
        </w:rPr>
        <w:t>Oświadczenie składa się na wezwanie Zamawiającego. W przypadku wykonawców wspólnie ubiegających się o zamówienie dokument składa każdy z nich oddzielnie.</w:t>
      </w:r>
    </w:p>
    <w:p w:rsidR="004A1225" w:rsidRDefault="004A1225"/>
    <w:p w:rsidR="004A1225" w:rsidRDefault="00F16310">
      <w:pPr>
        <w:jc w:val="right"/>
      </w:pPr>
      <w:r>
        <w:t>...............................................................</w:t>
      </w:r>
    </w:p>
    <w:p w:rsidR="004A1225" w:rsidRDefault="00F16310">
      <w:pPr>
        <w:jc w:val="right"/>
      </w:pPr>
      <w:r>
        <w:rPr>
          <w:i/>
          <w:sz w:val="16"/>
        </w:rPr>
        <w:t>kwalifi</w:t>
      </w:r>
      <w:r>
        <w:rPr>
          <w:i/>
          <w:sz w:val="16"/>
        </w:rPr>
        <w:t>kowany podpis elektroniczny, podpis zaufany lub podpis osobisty</w:t>
      </w:r>
    </w:p>
    <w:sectPr w:rsidR="004A1225" w:rsidSect="00034616">
      <w:headerReference w:type="default" r:id="rId8"/>
      <w:footerReference w:type="default" r:id="rId9"/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310" w:rsidRDefault="00F16310">
      <w:pPr>
        <w:spacing w:after="0" w:line="240" w:lineRule="auto"/>
      </w:pPr>
      <w:r>
        <w:separator/>
      </w:r>
    </w:p>
  </w:endnote>
  <w:endnote w:type="continuationSeparator" w:id="0">
    <w:p w:rsidR="00F16310" w:rsidRDefault="00F1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225" w:rsidRDefault="00F16310">
    <w:pPr>
      <w:pStyle w:val="Stopka"/>
      <w:jc w:val="center"/>
    </w:pPr>
    <w:r>
      <w:t xml:space="preserve">WIN.271.10.2026 | Miasto i </w:t>
    </w:r>
    <w:r>
      <w:t>Gmina Mordy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310" w:rsidRDefault="00F16310">
      <w:pPr>
        <w:spacing w:after="0" w:line="240" w:lineRule="auto"/>
      </w:pPr>
      <w:r>
        <w:separator/>
      </w:r>
    </w:p>
  </w:footnote>
  <w:footnote w:type="continuationSeparator" w:id="0">
    <w:p w:rsidR="00F16310" w:rsidRDefault="00F16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1225" w:rsidRDefault="004A1225">
    <w:pPr>
      <w:pStyle w:val="Nagwek"/>
    </w:pPr>
  </w:p>
  <w:tbl>
    <w:tblPr>
      <w:tblW w:w="0" w:type="auto"/>
      <w:tblLook w:val="04A0" w:firstRow="1" w:lastRow="0" w:firstColumn="1" w:lastColumn="0" w:noHBand="0" w:noVBand="1"/>
    </w:tblPr>
    <w:tblGrid>
      <w:gridCol w:w="4819"/>
      <w:gridCol w:w="4819"/>
    </w:tblGrid>
    <w:tr w:rsidR="004A1225">
      <w:tc>
        <w:tcPr>
          <w:tcW w:w="4819" w:type="dxa"/>
        </w:tcPr>
        <w:p w:rsidR="004A1225" w:rsidRDefault="00F16310">
          <w:r>
            <w:rPr>
              <w:noProof/>
              <w:lang w:val="pl-PL" w:eastAsia="pl-PL"/>
            </w:rPr>
            <w:drawing>
              <wp:inline distT="0" distB="0" distL="0" distR="0">
                <wp:extent cx="720000" cy="8400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8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9" w:type="dxa"/>
        </w:tcPr>
        <w:p w:rsidR="004A1225" w:rsidRDefault="00F16310">
          <w:pPr>
            <w:jc w:val="right"/>
          </w:pPr>
          <w:r>
            <w:rPr>
              <w:b/>
              <w:sz w:val="22"/>
            </w:rPr>
            <w:t>MIASTO I GMINA MORDY</w:t>
          </w:r>
          <w:r>
            <w:rPr>
              <w:b/>
              <w:sz w:val="22"/>
            </w:rPr>
            <w:br/>
          </w:r>
          <w:r>
            <w:t>ul. Kilińskiego 9, 08-140 Mordy</w:t>
          </w:r>
          <w:r>
            <w:br/>
            <w:t>Znak postępowania: WIN.271.10.2026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43DF3"/>
    <w:rsid w:val="0029639D"/>
    <w:rsid w:val="00326F90"/>
    <w:rsid w:val="004A1225"/>
    <w:rsid w:val="00AA1D8D"/>
    <w:rsid w:val="00B47730"/>
    <w:rsid w:val="00CB0664"/>
    <w:rsid w:val="00F1631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B07E3EC-B1A6-46DE-B073-D520FACD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pPr>
      <w:spacing w:after="100" w:line="259" w:lineRule="auto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2" Type="http://schemas.openxmlformats.org/officeDocument/2006/relationships/image" Target="media/image2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4B6128-67F5-4927-AEA2-9B98F4E9E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2026-07-29T18:12:00Z</dcterms:created>
  <dcterms:modified xsi:type="dcterms:W3CDTF">2026-07-29T18:12:00Z</dcterms:modified>
  <cp:category/>
</cp:coreProperties>
</file>