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4703F" w14:textId="2188D94D" w:rsidR="00265819" w:rsidRDefault="00154219">
      <w:pPr>
        <w:jc w:val="center"/>
      </w:pPr>
      <w:r>
        <w:rPr>
          <w:b/>
          <w:sz w:val="28"/>
        </w:rPr>
        <w:t xml:space="preserve">ZAŁĄCZNIK NR </w:t>
      </w:r>
      <w:r w:rsidR="00F41CF1">
        <w:rPr>
          <w:b/>
          <w:sz w:val="28"/>
        </w:rPr>
        <w:t>6</w:t>
      </w:r>
      <w:r>
        <w:rPr>
          <w:b/>
          <w:sz w:val="28"/>
        </w:rPr>
        <w:t xml:space="preserve"> DO SWZ</w:t>
      </w:r>
      <w:r>
        <w:rPr>
          <w:b/>
          <w:sz w:val="28"/>
        </w:rPr>
        <w:br/>
      </w:r>
      <w:r>
        <w:rPr>
          <w:b/>
          <w:sz w:val="32"/>
        </w:rPr>
        <w:t>OPIS PRZEDMIOTU ZAMÓWIENIA (OPZ)</w:t>
      </w:r>
    </w:p>
    <w:p w14:paraId="1942D497" w14:textId="77777777" w:rsidR="00265819" w:rsidRDefault="00154219">
      <w:pPr>
        <w:jc w:val="center"/>
      </w:pPr>
      <w:r>
        <w:rPr>
          <w:b/>
        </w:rPr>
        <w:t>Dostawa fabrycznie nowego ciągnika rolniczego wraz z ładowaczem czołowym,</w:t>
      </w:r>
      <w:r>
        <w:rPr>
          <w:b/>
        </w:rPr>
        <w:br/>
        <w:t>przednim TUZ oraz przyczepą rolniczą dla Gminy</w:t>
      </w:r>
    </w:p>
    <w:p w14:paraId="33E26512" w14:textId="77777777" w:rsidR="00265819" w:rsidRDefault="00154219">
      <w:pPr>
        <w:pStyle w:val="Nagwek1"/>
      </w:pPr>
      <w:r>
        <w:t>1. Przedmiot zamówienia</w:t>
      </w:r>
    </w:p>
    <w:p w14:paraId="0F4C3092" w14:textId="77777777" w:rsidR="00265819" w:rsidRDefault="00154219">
      <w:r>
        <w:rPr>
          <w:b/>
        </w:rPr>
        <w:t>Przedmiotem zamówienia jest dostawa:</w:t>
      </w:r>
      <w:r>
        <w:rPr>
          <w:b/>
        </w:rPr>
        <w:br/>
      </w:r>
    </w:p>
    <w:p w14:paraId="78EFFA06" w14:textId="77777777" w:rsidR="00265819" w:rsidRDefault="00154219">
      <w:pPr>
        <w:pStyle w:val="Listapunktowana"/>
      </w:pPr>
      <w:r>
        <w:t>1 szt. fabrycznie nowego ciągnika rolniczego,</w:t>
      </w:r>
    </w:p>
    <w:p w14:paraId="29579FBB" w14:textId="77777777" w:rsidR="00265819" w:rsidRDefault="00154219">
      <w:pPr>
        <w:pStyle w:val="Listapunktowana"/>
      </w:pPr>
      <w:r>
        <w:t>1 szt. fabrycznie nowego ładowacza czołowego (TUR) 3-sekcyjnego,</w:t>
      </w:r>
    </w:p>
    <w:p w14:paraId="2197A3F9" w14:textId="77777777" w:rsidR="00265819" w:rsidRDefault="00154219">
      <w:pPr>
        <w:pStyle w:val="Listapunktowana"/>
      </w:pPr>
      <w:r>
        <w:t>1 szt. przedniego trzypunktowego układu zawieszenia (TUZ) wraz z przednim WOM,</w:t>
      </w:r>
    </w:p>
    <w:p w14:paraId="517A5588" w14:textId="77777777" w:rsidR="00265819" w:rsidRDefault="00154219">
      <w:pPr>
        <w:pStyle w:val="Listapunktowana"/>
      </w:pPr>
      <w:r>
        <w:t>1 szt. fabrycznie nowej przyczepy rolniczej wywrotki.</w:t>
      </w:r>
    </w:p>
    <w:p w14:paraId="5D302695" w14:textId="77777777" w:rsidR="00265819" w:rsidRDefault="00154219">
      <w:r>
        <w:t>Sprzęt musi być fabrycznie nowy, nieużywany, wyprodukowany nie wcześniej niż w roku dostawy, kompletny, wolny od wad oraz posiadać homologację i oznakowanie CE.</w:t>
      </w:r>
    </w:p>
    <w:p w14:paraId="1B451CB7" w14:textId="77777777" w:rsidR="00265819" w:rsidRDefault="00154219">
      <w:pPr>
        <w:pStyle w:val="Nagwek1"/>
      </w:pPr>
      <w:r>
        <w:t>2. Wymagania minimalne dla ciągnika rolniczego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98"/>
        <w:gridCol w:w="4698"/>
      </w:tblGrid>
      <w:tr w:rsidR="00265819" w14:paraId="320CD00E" w14:textId="77777777">
        <w:tc>
          <w:tcPr>
            <w:tcW w:w="4703" w:type="dxa"/>
          </w:tcPr>
          <w:p w14:paraId="456B5240" w14:textId="77777777" w:rsidR="00265819" w:rsidRPr="00FE127B" w:rsidRDefault="00154219">
            <w:pPr>
              <w:rPr>
                <w:b/>
                <w:bCs/>
              </w:rPr>
            </w:pPr>
            <w:r w:rsidRPr="00FE127B">
              <w:rPr>
                <w:b/>
                <w:bCs/>
              </w:rPr>
              <w:t>Parametr</w:t>
            </w:r>
          </w:p>
        </w:tc>
        <w:tc>
          <w:tcPr>
            <w:tcW w:w="4703" w:type="dxa"/>
          </w:tcPr>
          <w:p w14:paraId="413F3CD0" w14:textId="77777777" w:rsidR="00265819" w:rsidRPr="00FE127B" w:rsidRDefault="00154219">
            <w:pPr>
              <w:rPr>
                <w:b/>
                <w:bCs/>
              </w:rPr>
            </w:pPr>
            <w:r w:rsidRPr="00FE127B">
              <w:rPr>
                <w:b/>
                <w:bCs/>
              </w:rPr>
              <w:t>Wymaganie minimalne</w:t>
            </w:r>
          </w:p>
        </w:tc>
      </w:tr>
      <w:tr w:rsidR="00265819" w14:paraId="048D26F7" w14:textId="77777777">
        <w:tc>
          <w:tcPr>
            <w:tcW w:w="4703" w:type="dxa"/>
          </w:tcPr>
          <w:p w14:paraId="3096706B" w14:textId="77777777" w:rsidR="00265819" w:rsidRDefault="00154219">
            <w:r>
              <w:t>Moc znamionowa silnika</w:t>
            </w:r>
          </w:p>
        </w:tc>
        <w:tc>
          <w:tcPr>
            <w:tcW w:w="4703" w:type="dxa"/>
          </w:tcPr>
          <w:p w14:paraId="16638FB7" w14:textId="77777777" w:rsidR="00265819" w:rsidRDefault="00154219">
            <w:r>
              <w:t>70–80 KM</w:t>
            </w:r>
          </w:p>
        </w:tc>
      </w:tr>
      <w:tr w:rsidR="00265819" w14:paraId="3044A886" w14:textId="77777777">
        <w:tc>
          <w:tcPr>
            <w:tcW w:w="4703" w:type="dxa"/>
          </w:tcPr>
          <w:p w14:paraId="361C9026" w14:textId="77777777" w:rsidR="00265819" w:rsidRDefault="00154219">
            <w:r>
              <w:t>Silnik</w:t>
            </w:r>
          </w:p>
        </w:tc>
        <w:tc>
          <w:tcPr>
            <w:tcW w:w="4703" w:type="dxa"/>
          </w:tcPr>
          <w:p w14:paraId="00D2C10C" w14:textId="77777777" w:rsidR="00265819" w:rsidRDefault="00154219">
            <w:r>
              <w:t>wysokoprężny, turbodoładowany</w:t>
            </w:r>
          </w:p>
        </w:tc>
      </w:tr>
      <w:tr w:rsidR="00265819" w14:paraId="32A79799" w14:textId="77777777">
        <w:tc>
          <w:tcPr>
            <w:tcW w:w="4703" w:type="dxa"/>
          </w:tcPr>
          <w:p w14:paraId="5501FB3D" w14:textId="77777777" w:rsidR="00265819" w:rsidRDefault="00154219">
            <w:r>
              <w:t>Norma emisji</w:t>
            </w:r>
          </w:p>
        </w:tc>
        <w:tc>
          <w:tcPr>
            <w:tcW w:w="4703" w:type="dxa"/>
          </w:tcPr>
          <w:p w14:paraId="48104158" w14:textId="77777777" w:rsidR="00265819" w:rsidRDefault="00154219">
            <w:r>
              <w:t>Stage V</w:t>
            </w:r>
          </w:p>
        </w:tc>
      </w:tr>
      <w:tr w:rsidR="00265819" w14:paraId="60DE9C7B" w14:textId="77777777">
        <w:tc>
          <w:tcPr>
            <w:tcW w:w="4703" w:type="dxa"/>
          </w:tcPr>
          <w:p w14:paraId="626F9F1F" w14:textId="77777777" w:rsidR="00265819" w:rsidRDefault="00154219">
            <w:r>
              <w:t>Liczba cylindrów</w:t>
            </w:r>
          </w:p>
        </w:tc>
        <w:tc>
          <w:tcPr>
            <w:tcW w:w="4703" w:type="dxa"/>
          </w:tcPr>
          <w:p w14:paraId="6F386098" w14:textId="77777777" w:rsidR="00265819" w:rsidRDefault="00154219">
            <w:r>
              <w:t>minimum 3</w:t>
            </w:r>
          </w:p>
        </w:tc>
      </w:tr>
      <w:tr w:rsidR="00265819" w14:paraId="48178CFF" w14:textId="77777777">
        <w:tc>
          <w:tcPr>
            <w:tcW w:w="4703" w:type="dxa"/>
          </w:tcPr>
          <w:p w14:paraId="5725FEDD" w14:textId="77777777" w:rsidR="00265819" w:rsidRDefault="00154219">
            <w:r>
              <w:t>Pojemność silnika</w:t>
            </w:r>
          </w:p>
        </w:tc>
        <w:tc>
          <w:tcPr>
            <w:tcW w:w="4703" w:type="dxa"/>
          </w:tcPr>
          <w:p w14:paraId="67AF3881" w14:textId="3D108FE4" w:rsidR="00265819" w:rsidRDefault="00154219">
            <w:r>
              <w:t>minimum 2,</w:t>
            </w:r>
            <w:r w:rsidR="00BB176F">
              <w:t>5</w:t>
            </w:r>
            <w:r>
              <w:t xml:space="preserve"> l</w:t>
            </w:r>
          </w:p>
        </w:tc>
      </w:tr>
      <w:tr w:rsidR="00265819" w14:paraId="2B45CE26" w14:textId="77777777">
        <w:tc>
          <w:tcPr>
            <w:tcW w:w="4703" w:type="dxa"/>
          </w:tcPr>
          <w:p w14:paraId="4A88EE33" w14:textId="77777777" w:rsidR="00265819" w:rsidRDefault="00154219">
            <w:r>
              <w:t>Napęd</w:t>
            </w:r>
          </w:p>
        </w:tc>
        <w:tc>
          <w:tcPr>
            <w:tcW w:w="4703" w:type="dxa"/>
          </w:tcPr>
          <w:p w14:paraId="0226F306" w14:textId="77777777" w:rsidR="00265819" w:rsidRDefault="00154219">
            <w:r>
              <w:t>4×4 załączany elektrohydraulicznie</w:t>
            </w:r>
          </w:p>
        </w:tc>
      </w:tr>
      <w:tr w:rsidR="00265819" w14:paraId="2556F519" w14:textId="77777777" w:rsidTr="00C87005">
        <w:trPr>
          <w:trHeight w:val="309"/>
        </w:trPr>
        <w:tc>
          <w:tcPr>
            <w:tcW w:w="4703" w:type="dxa"/>
          </w:tcPr>
          <w:p w14:paraId="30025EA6" w14:textId="77777777" w:rsidR="00265819" w:rsidRDefault="00154219">
            <w:proofErr w:type="spellStart"/>
            <w:r>
              <w:t>Skrzynia</w:t>
            </w:r>
            <w:proofErr w:type="spellEnd"/>
            <w:r>
              <w:t xml:space="preserve"> </w:t>
            </w:r>
            <w:proofErr w:type="spellStart"/>
            <w:r>
              <w:t>biegów</w:t>
            </w:r>
            <w:proofErr w:type="spellEnd"/>
          </w:p>
        </w:tc>
        <w:tc>
          <w:tcPr>
            <w:tcW w:w="4703" w:type="dxa"/>
          </w:tcPr>
          <w:p w14:paraId="65F5E4CA" w14:textId="674F75DA" w:rsidR="00265819" w:rsidRDefault="00154219">
            <w:r>
              <w:t>minimum 12×12</w:t>
            </w:r>
            <w:r w:rsidR="00BB176F">
              <w:t xml:space="preserve"> </w:t>
            </w:r>
            <w:proofErr w:type="spellStart"/>
            <w:r w:rsidR="00BB176F">
              <w:t>synchronizowana</w:t>
            </w:r>
            <w:proofErr w:type="spellEnd"/>
            <w:r w:rsidR="00BB176F">
              <w:t xml:space="preserve"> </w:t>
            </w:r>
            <w:proofErr w:type="spellStart"/>
            <w:r w:rsidR="00BB176F">
              <w:t>lub</w:t>
            </w:r>
            <w:proofErr w:type="spellEnd"/>
            <w:r w:rsidR="00BB176F">
              <w:t xml:space="preserve"> powershift</w:t>
            </w:r>
          </w:p>
        </w:tc>
      </w:tr>
      <w:tr w:rsidR="00265819" w14:paraId="755358C8" w14:textId="77777777">
        <w:tc>
          <w:tcPr>
            <w:tcW w:w="4703" w:type="dxa"/>
          </w:tcPr>
          <w:p w14:paraId="14058026" w14:textId="77777777" w:rsidR="00265819" w:rsidRDefault="00154219">
            <w:r>
              <w:t>Rewers</w:t>
            </w:r>
          </w:p>
        </w:tc>
        <w:tc>
          <w:tcPr>
            <w:tcW w:w="4703" w:type="dxa"/>
          </w:tcPr>
          <w:p w14:paraId="3211F0E5" w14:textId="77777777" w:rsidR="00265819" w:rsidRDefault="00154219">
            <w:r>
              <w:t>elektrohydrauliczny</w:t>
            </w:r>
          </w:p>
        </w:tc>
      </w:tr>
      <w:tr w:rsidR="00265819" w14:paraId="4492DCAC" w14:textId="77777777">
        <w:tc>
          <w:tcPr>
            <w:tcW w:w="4703" w:type="dxa"/>
          </w:tcPr>
          <w:p w14:paraId="1981D776" w14:textId="77777777" w:rsidR="00265819" w:rsidRDefault="00154219">
            <w:r>
              <w:t>Prędkość jazdy</w:t>
            </w:r>
          </w:p>
        </w:tc>
        <w:tc>
          <w:tcPr>
            <w:tcW w:w="4703" w:type="dxa"/>
          </w:tcPr>
          <w:p w14:paraId="25338570" w14:textId="5C44A364" w:rsidR="00265819" w:rsidRDefault="0050186C">
            <w:r>
              <w:t>max</w:t>
            </w:r>
            <w:r w:rsidR="00154219">
              <w:t xml:space="preserve"> 40 km/h</w:t>
            </w:r>
          </w:p>
        </w:tc>
      </w:tr>
      <w:tr w:rsidR="00265819" w14:paraId="19A6E765" w14:textId="77777777">
        <w:tc>
          <w:tcPr>
            <w:tcW w:w="4703" w:type="dxa"/>
          </w:tcPr>
          <w:p w14:paraId="51289B29" w14:textId="77777777" w:rsidR="00265819" w:rsidRDefault="00154219">
            <w:r>
              <w:t>WOM tylny</w:t>
            </w:r>
          </w:p>
        </w:tc>
        <w:tc>
          <w:tcPr>
            <w:tcW w:w="4703" w:type="dxa"/>
          </w:tcPr>
          <w:p w14:paraId="1DD54438" w14:textId="4205595F" w:rsidR="00265819" w:rsidRDefault="00154219">
            <w:r>
              <w:t>540/540E</w:t>
            </w:r>
            <w:r w:rsidR="0085742B">
              <w:t xml:space="preserve">/1000 </w:t>
            </w:r>
            <w:proofErr w:type="spellStart"/>
            <w:r w:rsidR="0085742B">
              <w:t>obr</w:t>
            </w:r>
            <w:proofErr w:type="spellEnd"/>
            <w:r w:rsidR="0085742B">
              <w:t>. min</w:t>
            </w:r>
            <w:r>
              <w:t xml:space="preserve"> </w:t>
            </w:r>
            <w:proofErr w:type="spellStart"/>
            <w:r>
              <w:t>lub</w:t>
            </w:r>
            <w:proofErr w:type="spellEnd"/>
            <w:r>
              <w:t xml:space="preserve"> </w:t>
            </w:r>
            <w:proofErr w:type="spellStart"/>
            <w:r>
              <w:t>równoważny</w:t>
            </w:r>
            <w:proofErr w:type="spellEnd"/>
          </w:p>
        </w:tc>
      </w:tr>
      <w:tr w:rsidR="00265819" w14:paraId="39749152" w14:textId="77777777">
        <w:tc>
          <w:tcPr>
            <w:tcW w:w="4703" w:type="dxa"/>
          </w:tcPr>
          <w:p w14:paraId="3307D95F" w14:textId="77777777" w:rsidR="00265819" w:rsidRDefault="00154219">
            <w:r>
              <w:t>Tylny TUZ</w:t>
            </w:r>
          </w:p>
        </w:tc>
        <w:tc>
          <w:tcPr>
            <w:tcW w:w="4703" w:type="dxa"/>
          </w:tcPr>
          <w:p w14:paraId="4F2AD685" w14:textId="77777777" w:rsidR="00265819" w:rsidRDefault="00154219">
            <w:r>
              <w:t>kategoria II</w:t>
            </w:r>
          </w:p>
        </w:tc>
      </w:tr>
      <w:tr w:rsidR="00265819" w14:paraId="5CA5C898" w14:textId="77777777">
        <w:tc>
          <w:tcPr>
            <w:tcW w:w="4703" w:type="dxa"/>
          </w:tcPr>
          <w:p w14:paraId="47F7CAEF" w14:textId="77777777" w:rsidR="00265819" w:rsidRDefault="00154219">
            <w:r>
              <w:t>Udźwig tylnego TUZ</w:t>
            </w:r>
          </w:p>
        </w:tc>
        <w:tc>
          <w:tcPr>
            <w:tcW w:w="4703" w:type="dxa"/>
          </w:tcPr>
          <w:p w14:paraId="08310BFE" w14:textId="77777777" w:rsidR="00265819" w:rsidRDefault="00154219">
            <w:r>
              <w:t>minimum 2 500 kg</w:t>
            </w:r>
          </w:p>
        </w:tc>
      </w:tr>
      <w:tr w:rsidR="00265819" w14:paraId="2B10792B" w14:textId="77777777">
        <w:tc>
          <w:tcPr>
            <w:tcW w:w="4703" w:type="dxa"/>
          </w:tcPr>
          <w:p w14:paraId="5F0D4755" w14:textId="77777777" w:rsidR="00265819" w:rsidRDefault="00154219">
            <w:r>
              <w:t>Wydajność pompy hydraulicznej</w:t>
            </w:r>
          </w:p>
        </w:tc>
        <w:tc>
          <w:tcPr>
            <w:tcW w:w="4703" w:type="dxa"/>
          </w:tcPr>
          <w:p w14:paraId="1B767919" w14:textId="77777777" w:rsidR="00265819" w:rsidRDefault="00154219">
            <w:r>
              <w:t>minimum 65 l/min</w:t>
            </w:r>
          </w:p>
        </w:tc>
      </w:tr>
      <w:tr w:rsidR="00265819" w14:paraId="1451990C" w14:textId="77777777">
        <w:tc>
          <w:tcPr>
            <w:tcW w:w="4703" w:type="dxa"/>
          </w:tcPr>
          <w:p w14:paraId="32052C3B" w14:textId="77777777" w:rsidR="00265819" w:rsidRDefault="00154219">
            <w:r>
              <w:t>Wyjścia hydrauliczne tylne</w:t>
            </w:r>
          </w:p>
        </w:tc>
        <w:tc>
          <w:tcPr>
            <w:tcW w:w="4703" w:type="dxa"/>
          </w:tcPr>
          <w:p w14:paraId="0B7EA376" w14:textId="77777777" w:rsidR="00265819" w:rsidRDefault="00154219">
            <w:r>
              <w:t>minimum 3 pary</w:t>
            </w:r>
          </w:p>
        </w:tc>
      </w:tr>
      <w:tr w:rsidR="00265819" w14:paraId="71E8B981" w14:textId="77777777">
        <w:tc>
          <w:tcPr>
            <w:tcW w:w="4703" w:type="dxa"/>
          </w:tcPr>
          <w:p w14:paraId="19691729" w14:textId="77777777" w:rsidR="00265819" w:rsidRDefault="00154219">
            <w:r>
              <w:t>Wyjścia hydrauliczne przednie</w:t>
            </w:r>
          </w:p>
        </w:tc>
        <w:tc>
          <w:tcPr>
            <w:tcW w:w="4703" w:type="dxa"/>
          </w:tcPr>
          <w:p w14:paraId="6FAA4367" w14:textId="77777777" w:rsidR="00265819" w:rsidRDefault="00154219">
            <w:r>
              <w:t>minimum 2 pary</w:t>
            </w:r>
          </w:p>
        </w:tc>
      </w:tr>
      <w:tr w:rsidR="00265819" w14:paraId="52CA6117" w14:textId="77777777">
        <w:tc>
          <w:tcPr>
            <w:tcW w:w="4703" w:type="dxa"/>
          </w:tcPr>
          <w:p w14:paraId="08218A12" w14:textId="77777777" w:rsidR="00265819" w:rsidRDefault="00154219">
            <w:r>
              <w:t>Wolny spływ oleju</w:t>
            </w:r>
          </w:p>
        </w:tc>
        <w:tc>
          <w:tcPr>
            <w:tcW w:w="4703" w:type="dxa"/>
          </w:tcPr>
          <w:p w14:paraId="09BA7FED" w14:textId="77777777" w:rsidR="00265819" w:rsidRDefault="00154219">
            <w:r>
              <w:t>wymagany</w:t>
            </w:r>
          </w:p>
        </w:tc>
      </w:tr>
      <w:tr w:rsidR="00265819" w14:paraId="34FC1A1D" w14:textId="77777777">
        <w:tc>
          <w:tcPr>
            <w:tcW w:w="4703" w:type="dxa"/>
          </w:tcPr>
          <w:p w14:paraId="38FB9FD3" w14:textId="77777777" w:rsidR="00265819" w:rsidRDefault="00154219">
            <w:r>
              <w:t>Kabina</w:t>
            </w:r>
          </w:p>
        </w:tc>
        <w:tc>
          <w:tcPr>
            <w:tcW w:w="4703" w:type="dxa"/>
          </w:tcPr>
          <w:p w14:paraId="282F2DC8" w14:textId="77777777" w:rsidR="00265819" w:rsidRDefault="00154219">
            <w:r>
              <w:t>ogrzewana i klimatyzowana</w:t>
            </w:r>
          </w:p>
        </w:tc>
      </w:tr>
      <w:tr w:rsidR="00265819" w14:paraId="31999E0A" w14:textId="77777777">
        <w:tc>
          <w:tcPr>
            <w:tcW w:w="4703" w:type="dxa"/>
          </w:tcPr>
          <w:p w14:paraId="468296D0" w14:textId="77777777" w:rsidR="00265819" w:rsidRDefault="00154219">
            <w:r>
              <w:t>Fotel operatora</w:t>
            </w:r>
          </w:p>
        </w:tc>
        <w:tc>
          <w:tcPr>
            <w:tcW w:w="4703" w:type="dxa"/>
          </w:tcPr>
          <w:p w14:paraId="1AE07FF5" w14:textId="77777777" w:rsidR="00265819" w:rsidRDefault="00154219">
            <w:r>
              <w:t>pneumatyczny</w:t>
            </w:r>
          </w:p>
        </w:tc>
      </w:tr>
      <w:tr w:rsidR="00265819" w14:paraId="7DF753F6" w14:textId="77777777">
        <w:tc>
          <w:tcPr>
            <w:tcW w:w="4703" w:type="dxa"/>
          </w:tcPr>
          <w:p w14:paraId="6D50BCC6" w14:textId="77777777" w:rsidR="00265819" w:rsidRDefault="00154219">
            <w:r>
              <w:t>Fotel pasażera</w:t>
            </w:r>
          </w:p>
        </w:tc>
        <w:tc>
          <w:tcPr>
            <w:tcW w:w="4703" w:type="dxa"/>
          </w:tcPr>
          <w:p w14:paraId="4D66DB49" w14:textId="77777777" w:rsidR="00265819" w:rsidRDefault="00154219">
            <w:r>
              <w:t>wymagany</w:t>
            </w:r>
          </w:p>
        </w:tc>
      </w:tr>
      <w:tr w:rsidR="00265819" w14:paraId="13350B8B" w14:textId="77777777">
        <w:tc>
          <w:tcPr>
            <w:tcW w:w="4703" w:type="dxa"/>
          </w:tcPr>
          <w:p w14:paraId="145CF968" w14:textId="77777777" w:rsidR="00265819" w:rsidRDefault="00154219">
            <w:r>
              <w:t>Radio Bluetooth</w:t>
            </w:r>
          </w:p>
        </w:tc>
        <w:tc>
          <w:tcPr>
            <w:tcW w:w="4703" w:type="dxa"/>
          </w:tcPr>
          <w:p w14:paraId="4DD8DA21" w14:textId="77777777" w:rsidR="00265819" w:rsidRDefault="00154219">
            <w:r>
              <w:t>wymagane</w:t>
            </w:r>
          </w:p>
        </w:tc>
      </w:tr>
      <w:tr w:rsidR="00265819" w14:paraId="1DCD25D9" w14:textId="77777777">
        <w:tc>
          <w:tcPr>
            <w:tcW w:w="4703" w:type="dxa"/>
          </w:tcPr>
          <w:p w14:paraId="75088805" w14:textId="77777777" w:rsidR="00265819" w:rsidRDefault="00154219">
            <w:r>
              <w:t>Gniazdo 12 V</w:t>
            </w:r>
          </w:p>
        </w:tc>
        <w:tc>
          <w:tcPr>
            <w:tcW w:w="4703" w:type="dxa"/>
          </w:tcPr>
          <w:p w14:paraId="63570E51" w14:textId="77777777" w:rsidR="00265819" w:rsidRDefault="00154219">
            <w:r>
              <w:t>wymagane</w:t>
            </w:r>
          </w:p>
        </w:tc>
      </w:tr>
      <w:tr w:rsidR="00265819" w14:paraId="65356E36" w14:textId="77777777">
        <w:tc>
          <w:tcPr>
            <w:tcW w:w="4703" w:type="dxa"/>
          </w:tcPr>
          <w:p w14:paraId="6231C94D" w14:textId="77777777" w:rsidR="00265819" w:rsidRDefault="00154219">
            <w:r>
              <w:t>Gniazda USB</w:t>
            </w:r>
          </w:p>
        </w:tc>
        <w:tc>
          <w:tcPr>
            <w:tcW w:w="4703" w:type="dxa"/>
          </w:tcPr>
          <w:p w14:paraId="2B047627" w14:textId="77777777" w:rsidR="00265819" w:rsidRDefault="00154219">
            <w:r>
              <w:t>minimum 2</w:t>
            </w:r>
          </w:p>
        </w:tc>
      </w:tr>
      <w:tr w:rsidR="00265819" w14:paraId="22EF5032" w14:textId="77777777">
        <w:tc>
          <w:tcPr>
            <w:tcW w:w="4703" w:type="dxa"/>
          </w:tcPr>
          <w:p w14:paraId="4DD208B9" w14:textId="77777777" w:rsidR="00265819" w:rsidRDefault="00154219">
            <w:r>
              <w:t>Kamera cofania lub przygotowanie do montażu</w:t>
            </w:r>
          </w:p>
        </w:tc>
        <w:tc>
          <w:tcPr>
            <w:tcW w:w="4703" w:type="dxa"/>
          </w:tcPr>
          <w:p w14:paraId="0DA58BC2" w14:textId="77777777" w:rsidR="00265819" w:rsidRDefault="00154219">
            <w:r>
              <w:t>wymagane</w:t>
            </w:r>
          </w:p>
        </w:tc>
      </w:tr>
      <w:tr w:rsidR="00265819" w14:paraId="268B32C8" w14:textId="77777777">
        <w:tc>
          <w:tcPr>
            <w:tcW w:w="4703" w:type="dxa"/>
          </w:tcPr>
          <w:p w14:paraId="51E442EA" w14:textId="77777777" w:rsidR="00265819" w:rsidRDefault="00154219">
            <w:r>
              <w:t>Oświetlenie robocze LED</w:t>
            </w:r>
          </w:p>
        </w:tc>
        <w:tc>
          <w:tcPr>
            <w:tcW w:w="4703" w:type="dxa"/>
          </w:tcPr>
          <w:p w14:paraId="3CE7E00D" w14:textId="344C56AE" w:rsidR="00265819" w:rsidRDefault="00154219">
            <w:r>
              <w:t xml:space="preserve">minimum </w:t>
            </w:r>
            <w:r w:rsidR="00BB176F">
              <w:t>4</w:t>
            </w:r>
            <w:r>
              <w:t xml:space="preserve"> </w:t>
            </w:r>
            <w:proofErr w:type="spellStart"/>
            <w:r>
              <w:t>lamp</w:t>
            </w:r>
            <w:r w:rsidR="00BB176F">
              <w:t>y</w:t>
            </w:r>
            <w:proofErr w:type="spellEnd"/>
            <w:r w:rsidR="00BB176F">
              <w:t xml:space="preserve"> </w:t>
            </w:r>
            <w:proofErr w:type="spellStart"/>
            <w:r w:rsidR="00BB176F">
              <w:t>zapewniające</w:t>
            </w:r>
            <w:proofErr w:type="spellEnd"/>
            <w:r w:rsidR="00BB176F">
              <w:t xml:space="preserve"> </w:t>
            </w:r>
            <w:proofErr w:type="spellStart"/>
            <w:r w:rsidR="00BB176F">
              <w:t>bezpieczną</w:t>
            </w:r>
            <w:proofErr w:type="spellEnd"/>
            <w:r w:rsidR="00BB176F">
              <w:t xml:space="preserve"> </w:t>
            </w:r>
            <w:proofErr w:type="spellStart"/>
            <w:r w:rsidR="00BB176F">
              <w:t>pracę</w:t>
            </w:r>
            <w:proofErr w:type="spellEnd"/>
            <w:r w:rsidR="00BB176F">
              <w:t xml:space="preserve"> po </w:t>
            </w:r>
            <w:proofErr w:type="spellStart"/>
            <w:r w:rsidR="00BB176F">
              <w:t>zmroku</w:t>
            </w:r>
            <w:proofErr w:type="spellEnd"/>
          </w:p>
        </w:tc>
      </w:tr>
      <w:tr w:rsidR="00265819" w14:paraId="5E239B3E" w14:textId="77777777">
        <w:tc>
          <w:tcPr>
            <w:tcW w:w="4703" w:type="dxa"/>
          </w:tcPr>
          <w:p w14:paraId="4527F740" w14:textId="11853309" w:rsidR="00265819" w:rsidRDefault="00F41CF1">
            <w:r>
              <w:t>Lampa</w:t>
            </w:r>
            <w:r w:rsidR="00154219">
              <w:t xml:space="preserve"> </w:t>
            </w:r>
            <w:proofErr w:type="spellStart"/>
            <w:r w:rsidR="00154219">
              <w:t>ostrzegawcz</w:t>
            </w:r>
            <w:r>
              <w:t>a</w:t>
            </w:r>
            <w:proofErr w:type="spellEnd"/>
            <w:r w:rsidR="00154219">
              <w:t xml:space="preserve"> LED</w:t>
            </w:r>
          </w:p>
        </w:tc>
        <w:tc>
          <w:tcPr>
            <w:tcW w:w="4703" w:type="dxa"/>
          </w:tcPr>
          <w:p w14:paraId="29452EDD" w14:textId="422E7BAF" w:rsidR="00265819" w:rsidRDefault="00F41CF1">
            <w:proofErr w:type="spellStart"/>
            <w:r>
              <w:t>W</w:t>
            </w:r>
            <w:r w:rsidR="00154219">
              <w:t>ymagan</w:t>
            </w:r>
            <w:r>
              <w:t>a</w:t>
            </w:r>
            <w:proofErr w:type="spellEnd"/>
            <w:r>
              <w:t xml:space="preserve"> </w:t>
            </w:r>
            <w:proofErr w:type="spellStart"/>
            <w:r>
              <w:t>koloru</w:t>
            </w:r>
            <w:proofErr w:type="spellEnd"/>
            <w:r>
              <w:t xml:space="preserve"> </w:t>
            </w:r>
            <w:proofErr w:type="spellStart"/>
            <w:r>
              <w:t>pomarańczowego</w:t>
            </w:r>
            <w:proofErr w:type="spellEnd"/>
          </w:p>
        </w:tc>
      </w:tr>
      <w:tr w:rsidR="00265819" w14:paraId="5229AF21" w14:textId="77777777">
        <w:tc>
          <w:tcPr>
            <w:tcW w:w="4703" w:type="dxa"/>
          </w:tcPr>
          <w:p w14:paraId="170773E4" w14:textId="77777777" w:rsidR="00265819" w:rsidRDefault="00154219">
            <w:r>
              <w:t>Ogumienie</w:t>
            </w:r>
          </w:p>
        </w:tc>
        <w:tc>
          <w:tcPr>
            <w:tcW w:w="4703" w:type="dxa"/>
          </w:tcPr>
          <w:p w14:paraId="13F5A78E" w14:textId="77777777" w:rsidR="00265819" w:rsidRDefault="00154219">
            <w:r>
              <w:t>rolnicze</w:t>
            </w:r>
          </w:p>
        </w:tc>
      </w:tr>
      <w:tr w:rsidR="00265819" w14:paraId="28FBE273" w14:textId="77777777">
        <w:tc>
          <w:tcPr>
            <w:tcW w:w="4703" w:type="dxa"/>
          </w:tcPr>
          <w:p w14:paraId="243055D7" w14:textId="77777777" w:rsidR="00265819" w:rsidRDefault="00154219">
            <w:r>
              <w:t>Zbiornik paliwa</w:t>
            </w:r>
          </w:p>
        </w:tc>
        <w:tc>
          <w:tcPr>
            <w:tcW w:w="4703" w:type="dxa"/>
          </w:tcPr>
          <w:p w14:paraId="6D59CC34" w14:textId="5605E48D" w:rsidR="00265819" w:rsidRDefault="00154219">
            <w:r>
              <w:t xml:space="preserve">minimum </w:t>
            </w:r>
            <w:r w:rsidR="0050186C">
              <w:t>6</w:t>
            </w:r>
            <w:r>
              <w:t>0 l</w:t>
            </w:r>
          </w:p>
        </w:tc>
      </w:tr>
    </w:tbl>
    <w:p w14:paraId="622B1D7B" w14:textId="77777777" w:rsidR="00265819" w:rsidRDefault="00154219">
      <w:pPr>
        <w:pStyle w:val="Nagwek1"/>
      </w:pPr>
      <w:r>
        <w:lastRenderedPageBreak/>
        <w:t>3. Wymagania zwiększające funkcjonalność komunalną</w:t>
      </w:r>
    </w:p>
    <w:p w14:paraId="2B16F15E" w14:textId="77777777" w:rsidR="00265819" w:rsidRDefault="00154219">
      <w:pPr>
        <w:pStyle w:val="Listapunktowana"/>
      </w:pPr>
      <w:r>
        <w:t>Przedni WOM 1000 obr./min.</w:t>
      </w:r>
    </w:p>
    <w:p w14:paraId="2A367C64" w14:textId="082C2F37" w:rsidR="00265819" w:rsidRDefault="00154219">
      <w:pPr>
        <w:pStyle w:val="Listapunktowana"/>
      </w:pPr>
      <w:proofErr w:type="spellStart"/>
      <w:r>
        <w:t>Instalacja</w:t>
      </w:r>
      <w:proofErr w:type="spellEnd"/>
      <w:r>
        <w:t xml:space="preserve"> </w:t>
      </w:r>
      <w:proofErr w:type="spellStart"/>
      <w:r>
        <w:t>pneumatyczna</w:t>
      </w:r>
      <w:proofErr w:type="spellEnd"/>
      <w:r>
        <w:t xml:space="preserve"> </w:t>
      </w:r>
      <w:proofErr w:type="spellStart"/>
      <w:r>
        <w:t>dwuobwodowa</w:t>
      </w:r>
      <w:proofErr w:type="spellEnd"/>
      <w:r>
        <w:t xml:space="preserve"> do</w:t>
      </w:r>
      <w:r w:rsidR="0085742B">
        <w:t xml:space="preserve"> </w:t>
      </w:r>
      <w:proofErr w:type="spellStart"/>
      <w:r w:rsidR="0085742B">
        <w:t>hamulców</w:t>
      </w:r>
      <w:proofErr w:type="spellEnd"/>
      <w:r w:rsidR="0085742B">
        <w:t xml:space="preserve"> </w:t>
      </w:r>
      <w:r>
        <w:t xml:space="preserve"> </w:t>
      </w:r>
      <w:proofErr w:type="spellStart"/>
      <w:r>
        <w:t>przyczep</w:t>
      </w:r>
      <w:proofErr w:type="spellEnd"/>
      <w:r>
        <w:t>.</w:t>
      </w:r>
    </w:p>
    <w:p w14:paraId="074EC89F" w14:textId="221C08BB" w:rsidR="00265819" w:rsidRDefault="00154219">
      <w:pPr>
        <w:pStyle w:val="Listapunktowana"/>
      </w:pPr>
      <w:proofErr w:type="spellStart"/>
      <w:r>
        <w:t>Gniazdo</w:t>
      </w:r>
      <w:proofErr w:type="spellEnd"/>
      <w:r>
        <w:t xml:space="preserve"> </w:t>
      </w:r>
      <w:proofErr w:type="spellStart"/>
      <w:r>
        <w:t>hydrauliczne</w:t>
      </w:r>
      <w:proofErr w:type="spellEnd"/>
      <w:r>
        <w:t>.</w:t>
      </w:r>
    </w:p>
    <w:p w14:paraId="74732964" w14:textId="77777777" w:rsidR="00265819" w:rsidRDefault="00154219">
      <w:pPr>
        <w:pStyle w:val="Listapunktowana"/>
      </w:pPr>
      <w:r>
        <w:t>Ciągnik przystosowany do współpracy z pługiem odśnieżnym, zamiatarką, kosiarką bijakową, posypywarką oraz przyczepami rolniczymi bez konieczności wykonywania dodatkowych przeróbek konstrukcyjnych.</w:t>
      </w:r>
    </w:p>
    <w:p w14:paraId="0107D2EC" w14:textId="77777777" w:rsidR="00265819" w:rsidRDefault="00154219">
      <w:pPr>
        <w:pStyle w:val="Listapunktowana"/>
      </w:pPr>
      <w:r>
        <w:t>Zaczep kulowy K80 lub możliwość jego późniejszego montażu.</w:t>
      </w:r>
    </w:p>
    <w:p w14:paraId="2433694C" w14:textId="77777777" w:rsidR="00265819" w:rsidRDefault="00154219">
      <w:pPr>
        <w:pStyle w:val="Listapunktowana"/>
      </w:pPr>
      <w:r>
        <w:t>Kabina przygotowana do montażu radia CB oraz terminala GPS.</w:t>
      </w:r>
    </w:p>
    <w:p w14:paraId="635B5FFA" w14:textId="77777777" w:rsidR="00265819" w:rsidRDefault="00154219">
      <w:pPr>
        <w:pStyle w:val="Nagwek1"/>
      </w:pPr>
      <w:r>
        <w:t>4. Ładowacz czołowy (TUR)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99"/>
        <w:gridCol w:w="4697"/>
      </w:tblGrid>
      <w:tr w:rsidR="00265819" w14:paraId="670C974E" w14:textId="77777777">
        <w:tc>
          <w:tcPr>
            <w:tcW w:w="4703" w:type="dxa"/>
          </w:tcPr>
          <w:p w14:paraId="437DD738" w14:textId="77777777" w:rsidR="00265819" w:rsidRDefault="00154219">
            <w:r>
              <w:t>Parametr</w:t>
            </w:r>
          </w:p>
        </w:tc>
        <w:tc>
          <w:tcPr>
            <w:tcW w:w="4703" w:type="dxa"/>
          </w:tcPr>
          <w:p w14:paraId="4DB655F6" w14:textId="77777777" w:rsidR="00265819" w:rsidRDefault="00154219">
            <w:r>
              <w:t>Wymaganie</w:t>
            </w:r>
          </w:p>
        </w:tc>
      </w:tr>
      <w:tr w:rsidR="00265819" w14:paraId="7870DA33" w14:textId="77777777">
        <w:tc>
          <w:tcPr>
            <w:tcW w:w="4703" w:type="dxa"/>
          </w:tcPr>
          <w:p w14:paraId="69157C7A" w14:textId="77777777" w:rsidR="00265819" w:rsidRDefault="00154219">
            <w:r>
              <w:t>Liczba sekcji hydraulicznych</w:t>
            </w:r>
          </w:p>
        </w:tc>
        <w:tc>
          <w:tcPr>
            <w:tcW w:w="4703" w:type="dxa"/>
          </w:tcPr>
          <w:p w14:paraId="785538CC" w14:textId="77777777" w:rsidR="00265819" w:rsidRDefault="00154219">
            <w:r>
              <w:t>3</w:t>
            </w:r>
          </w:p>
        </w:tc>
      </w:tr>
      <w:tr w:rsidR="00265819" w14:paraId="024BD371" w14:textId="77777777">
        <w:tc>
          <w:tcPr>
            <w:tcW w:w="4703" w:type="dxa"/>
          </w:tcPr>
          <w:p w14:paraId="1C6FCC8B" w14:textId="77777777" w:rsidR="00265819" w:rsidRDefault="00154219">
            <w:r>
              <w:t>Sterowanie</w:t>
            </w:r>
          </w:p>
        </w:tc>
        <w:tc>
          <w:tcPr>
            <w:tcW w:w="4703" w:type="dxa"/>
          </w:tcPr>
          <w:p w14:paraId="0806A746" w14:textId="77777777" w:rsidR="00265819" w:rsidRDefault="00154219">
            <w:r>
              <w:t>joystick</w:t>
            </w:r>
          </w:p>
        </w:tc>
      </w:tr>
      <w:tr w:rsidR="00265819" w14:paraId="50FE7739" w14:textId="77777777">
        <w:tc>
          <w:tcPr>
            <w:tcW w:w="4703" w:type="dxa"/>
          </w:tcPr>
          <w:p w14:paraId="31FB5391" w14:textId="77777777" w:rsidR="00265819" w:rsidRDefault="00154219">
            <w:r>
              <w:t>Amortyzacja wysięgnika</w:t>
            </w:r>
          </w:p>
        </w:tc>
        <w:tc>
          <w:tcPr>
            <w:tcW w:w="4703" w:type="dxa"/>
          </w:tcPr>
          <w:p w14:paraId="11C1C064" w14:textId="77777777" w:rsidR="00265819" w:rsidRDefault="00154219">
            <w:r>
              <w:t>TAK</w:t>
            </w:r>
          </w:p>
        </w:tc>
      </w:tr>
      <w:tr w:rsidR="00265819" w14:paraId="47CB5EB3" w14:textId="77777777">
        <w:tc>
          <w:tcPr>
            <w:tcW w:w="4703" w:type="dxa"/>
          </w:tcPr>
          <w:p w14:paraId="4D3096B4" w14:textId="77777777" w:rsidR="00265819" w:rsidRDefault="00154219">
            <w:r>
              <w:t>Samopoziomowanie</w:t>
            </w:r>
          </w:p>
        </w:tc>
        <w:tc>
          <w:tcPr>
            <w:tcW w:w="4703" w:type="dxa"/>
          </w:tcPr>
          <w:p w14:paraId="5C125ECA" w14:textId="77777777" w:rsidR="00265819" w:rsidRDefault="00154219">
            <w:r>
              <w:t>TAK</w:t>
            </w:r>
          </w:p>
        </w:tc>
      </w:tr>
      <w:tr w:rsidR="00265819" w14:paraId="268FA2A8" w14:textId="77777777">
        <w:tc>
          <w:tcPr>
            <w:tcW w:w="4703" w:type="dxa"/>
          </w:tcPr>
          <w:p w14:paraId="5FFCC168" w14:textId="77777777" w:rsidR="00265819" w:rsidRDefault="00154219">
            <w:r>
              <w:t>Euro-ramka</w:t>
            </w:r>
          </w:p>
        </w:tc>
        <w:tc>
          <w:tcPr>
            <w:tcW w:w="4703" w:type="dxa"/>
          </w:tcPr>
          <w:p w14:paraId="7E949E73" w14:textId="77777777" w:rsidR="00265819" w:rsidRDefault="00154219">
            <w:r>
              <w:t>TAK</w:t>
            </w:r>
          </w:p>
        </w:tc>
      </w:tr>
      <w:tr w:rsidR="00265819" w14:paraId="31174F7A" w14:textId="77777777">
        <w:tc>
          <w:tcPr>
            <w:tcW w:w="4703" w:type="dxa"/>
          </w:tcPr>
          <w:p w14:paraId="6F5FCAB0" w14:textId="77777777" w:rsidR="00265819" w:rsidRDefault="00154219">
            <w:r>
              <w:t>Udźwig</w:t>
            </w:r>
          </w:p>
        </w:tc>
        <w:tc>
          <w:tcPr>
            <w:tcW w:w="4703" w:type="dxa"/>
          </w:tcPr>
          <w:p w14:paraId="48EFC2F7" w14:textId="77777777" w:rsidR="00265819" w:rsidRDefault="00154219">
            <w:r>
              <w:t>minimum 1 600 kg</w:t>
            </w:r>
          </w:p>
        </w:tc>
      </w:tr>
      <w:tr w:rsidR="00265819" w14:paraId="29302B8E" w14:textId="77777777">
        <w:tc>
          <w:tcPr>
            <w:tcW w:w="4703" w:type="dxa"/>
          </w:tcPr>
          <w:p w14:paraId="6650DBAD" w14:textId="77777777" w:rsidR="00265819" w:rsidRDefault="00154219">
            <w:r>
              <w:t>Wysokość podnoszenia</w:t>
            </w:r>
          </w:p>
        </w:tc>
        <w:tc>
          <w:tcPr>
            <w:tcW w:w="4703" w:type="dxa"/>
          </w:tcPr>
          <w:p w14:paraId="47086C51" w14:textId="229E30E1" w:rsidR="00265819" w:rsidRDefault="00154219">
            <w:r>
              <w:t>minimum 3,</w:t>
            </w:r>
            <w:r w:rsidR="00BB176F">
              <w:t>4</w:t>
            </w:r>
            <w:r>
              <w:t xml:space="preserve"> m</w:t>
            </w:r>
          </w:p>
        </w:tc>
      </w:tr>
      <w:tr w:rsidR="00265819" w14:paraId="585A24D2" w14:textId="77777777">
        <w:tc>
          <w:tcPr>
            <w:tcW w:w="4703" w:type="dxa"/>
          </w:tcPr>
          <w:p w14:paraId="3803AF0B" w14:textId="77777777" w:rsidR="00265819" w:rsidRDefault="00154219">
            <w:r>
              <w:t>Szybkozłącza hydrauliczne</w:t>
            </w:r>
          </w:p>
        </w:tc>
        <w:tc>
          <w:tcPr>
            <w:tcW w:w="4703" w:type="dxa"/>
          </w:tcPr>
          <w:p w14:paraId="005F0547" w14:textId="77777777" w:rsidR="00265819" w:rsidRDefault="00154219">
            <w:r>
              <w:t>TAK</w:t>
            </w:r>
          </w:p>
        </w:tc>
      </w:tr>
      <w:tr w:rsidR="00265819" w14:paraId="56B66ACA" w14:textId="77777777">
        <w:tc>
          <w:tcPr>
            <w:tcW w:w="4703" w:type="dxa"/>
          </w:tcPr>
          <w:p w14:paraId="154376B1" w14:textId="77777777" w:rsidR="00265819" w:rsidRDefault="00154219">
            <w:r>
              <w:t>Podpory postojowe</w:t>
            </w:r>
          </w:p>
        </w:tc>
        <w:tc>
          <w:tcPr>
            <w:tcW w:w="4703" w:type="dxa"/>
          </w:tcPr>
          <w:p w14:paraId="582D2377" w14:textId="77777777" w:rsidR="00265819" w:rsidRDefault="00154219">
            <w:r>
              <w:t>TAK</w:t>
            </w:r>
          </w:p>
        </w:tc>
      </w:tr>
    </w:tbl>
    <w:p w14:paraId="2F2BAA11" w14:textId="77777777" w:rsidR="00265819" w:rsidRDefault="00154219">
      <w:pPr>
        <w:pStyle w:val="Listapunktowana"/>
      </w:pPr>
      <w:r>
        <w:t>Wyposażenie ładowacza:</w:t>
      </w:r>
    </w:p>
    <w:p w14:paraId="39280A1F" w14:textId="77777777" w:rsidR="00265819" w:rsidRDefault="00154219">
      <w:pPr>
        <w:pStyle w:val="Listapunktowana2"/>
      </w:pPr>
      <w:r>
        <w:t>łyżka uniwersalna ok. 2,0 m</w:t>
      </w:r>
    </w:p>
    <w:p w14:paraId="501906BA" w14:textId="77777777" w:rsidR="00265819" w:rsidRDefault="00154219">
      <w:pPr>
        <w:pStyle w:val="Listapunktowana2"/>
      </w:pPr>
      <w:r>
        <w:t>widły do palet</w:t>
      </w:r>
    </w:p>
    <w:p w14:paraId="6B23E1A3" w14:textId="77777777" w:rsidR="00265819" w:rsidRDefault="00154219">
      <w:pPr>
        <w:pStyle w:val="Listapunktowana2"/>
      </w:pPr>
      <w:r>
        <w:t>krokodyl do materiałów sypkich lub kiszonki</w:t>
      </w:r>
    </w:p>
    <w:p w14:paraId="5A9422C6" w14:textId="77777777" w:rsidR="00265819" w:rsidRDefault="00154219">
      <w:pPr>
        <w:pStyle w:val="Nagwek1"/>
      </w:pPr>
      <w:r>
        <w:t>5. Przedni TUZ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98"/>
        <w:gridCol w:w="4698"/>
      </w:tblGrid>
      <w:tr w:rsidR="00265819" w14:paraId="74451CE6" w14:textId="77777777">
        <w:tc>
          <w:tcPr>
            <w:tcW w:w="4703" w:type="dxa"/>
          </w:tcPr>
          <w:p w14:paraId="0006E9D0" w14:textId="77777777" w:rsidR="00265819" w:rsidRDefault="00154219">
            <w:r>
              <w:t>Parametr</w:t>
            </w:r>
          </w:p>
        </w:tc>
        <w:tc>
          <w:tcPr>
            <w:tcW w:w="4703" w:type="dxa"/>
          </w:tcPr>
          <w:p w14:paraId="244488E9" w14:textId="77777777" w:rsidR="00265819" w:rsidRDefault="00154219">
            <w:r>
              <w:t>Wymaganie</w:t>
            </w:r>
          </w:p>
        </w:tc>
      </w:tr>
      <w:tr w:rsidR="00265819" w14:paraId="588A17F2" w14:textId="77777777">
        <w:tc>
          <w:tcPr>
            <w:tcW w:w="4703" w:type="dxa"/>
          </w:tcPr>
          <w:p w14:paraId="1A728B42" w14:textId="77777777" w:rsidR="00265819" w:rsidRDefault="00154219">
            <w:r>
              <w:t>Kategoria</w:t>
            </w:r>
          </w:p>
        </w:tc>
        <w:tc>
          <w:tcPr>
            <w:tcW w:w="4703" w:type="dxa"/>
          </w:tcPr>
          <w:p w14:paraId="37552570" w14:textId="77777777" w:rsidR="00265819" w:rsidRDefault="00154219">
            <w:r>
              <w:t>II</w:t>
            </w:r>
          </w:p>
        </w:tc>
      </w:tr>
      <w:tr w:rsidR="00265819" w14:paraId="1EFC9134" w14:textId="77777777">
        <w:tc>
          <w:tcPr>
            <w:tcW w:w="4703" w:type="dxa"/>
          </w:tcPr>
          <w:p w14:paraId="44C58C16" w14:textId="77777777" w:rsidR="00265819" w:rsidRDefault="00154219">
            <w:r>
              <w:t>Udźwig</w:t>
            </w:r>
          </w:p>
        </w:tc>
        <w:tc>
          <w:tcPr>
            <w:tcW w:w="4703" w:type="dxa"/>
          </w:tcPr>
          <w:p w14:paraId="699BF46B" w14:textId="77777777" w:rsidR="00265819" w:rsidRDefault="00154219">
            <w:r>
              <w:t>minimum 1 800 kg</w:t>
            </w:r>
          </w:p>
        </w:tc>
      </w:tr>
      <w:tr w:rsidR="00265819" w14:paraId="1817E98B" w14:textId="77777777">
        <w:tc>
          <w:tcPr>
            <w:tcW w:w="4703" w:type="dxa"/>
          </w:tcPr>
          <w:p w14:paraId="5A5B33AF" w14:textId="77777777" w:rsidR="00265819" w:rsidRDefault="00154219">
            <w:r>
              <w:t>Sterowanie</w:t>
            </w:r>
          </w:p>
        </w:tc>
        <w:tc>
          <w:tcPr>
            <w:tcW w:w="4703" w:type="dxa"/>
          </w:tcPr>
          <w:p w14:paraId="77DA9876" w14:textId="77777777" w:rsidR="00265819" w:rsidRDefault="00154219">
            <w:r>
              <w:t>hydrauliczne</w:t>
            </w:r>
          </w:p>
        </w:tc>
      </w:tr>
      <w:tr w:rsidR="00265819" w14:paraId="33D725A5" w14:textId="77777777">
        <w:tc>
          <w:tcPr>
            <w:tcW w:w="4703" w:type="dxa"/>
          </w:tcPr>
          <w:p w14:paraId="68674AF1" w14:textId="77777777" w:rsidR="00265819" w:rsidRDefault="00154219">
            <w:r>
              <w:t>Składane ramiona</w:t>
            </w:r>
          </w:p>
        </w:tc>
        <w:tc>
          <w:tcPr>
            <w:tcW w:w="4703" w:type="dxa"/>
          </w:tcPr>
          <w:p w14:paraId="5DB2EA66" w14:textId="77777777" w:rsidR="00265819" w:rsidRDefault="00154219">
            <w:r>
              <w:t>TAK</w:t>
            </w:r>
          </w:p>
        </w:tc>
      </w:tr>
      <w:tr w:rsidR="00265819" w14:paraId="33EDFE1A" w14:textId="77777777">
        <w:tc>
          <w:tcPr>
            <w:tcW w:w="4703" w:type="dxa"/>
          </w:tcPr>
          <w:p w14:paraId="5FCBF592" w14:textId="77777777" w:rsidR="00265819" w:rsidRDefault="00154219">
            <w:r>
              <w:t>Przedni WOM</w:t>
            </w:r>
          </w:p>
        </w:tc>
        <w:tc>
          <w:tcPr>
            <w:tcW w:w="4703" w:type="dxa"/>
          </w:tcPr>
          <w:p w14:paraId="2E98B895" w14:textId="77777777" w:rsidR="00265819" w:rsidRDefault="00154219">
            <w:r>
              <w:t>1000 obr./min.</w:t>
            </w:r>
          </w:p>
        </w:tc>
      </w:tr>
    </w:tbl>
    <w:p w14:paraId="4C39FA58" w14:textId="77777777" w:rsidR="00265819" w:rsidRDefault="00154219">
      <w:pPr>
        <w:pStyle w:val="Nagwek1"/>
      </w:pPr>
      <w:r>
        <w:t>6. Przyczepa rolnicza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98"/>
        <w:gridCol w:w="4698"/>
      </w:tblGrid>
      <w:tr w:rsidR="00265819" w14:paraId="0D15A06D" w14:textId="77777777">
        <w:tc>
          <w:tcPr>
            <w:tcW w:w="4703" w:type="dxa"/>
          </w:tcPr>
          <w:p w14:paraId="6745E612" w14:textId="77777777" w:rsidR="00265819" w:rsidRDefault="00154219">
            <w:r>
              <w:t>Parametr</w:t>
            </w:r>
          </w:p>
        </w:tc>
        <w:tc>
          <w:tcPr>
            <w:tcW w:w="4703" w:type="dxa"/>
          </w:tcPr>
          <w:p w14:paraId="7F983426" w14:textId="77777777" w:rsidR="00265819" w:rsidRDefault="00154219">
            <w:r>
              <w:t>Wymaganie</w:t>
            </w:r>
          </w:p>
        </w:tc>
      </w:tr>
      <w:tr w:rsidR="00265819" w14:paraId="576D199B" w14:textId="77777777">
        <w:tc>
          <w:tcPr>
            <w:tcW w:w="4703" w:type="dxa"/>
          </w:tcPr>
          <w:p w14:paraId="11B82A93" w14:textId="77777777" w:rsidR="00265819" w:rsidRDefault="00154219">
            <w:r>
              <w:t>Ładowność</w:t>
            </w:r>
          </w:p>
        </w:tc>
        <w:tc>
          <w:tcPr>
            <w:tcW w:w="4703" w:type="dxa"/>
          </w:tcPr>
          <w:p w14:paraId="61460CFC" w14:textId="6EB50E6F" w:rsidR="00265819" w:rsidRDefault="00154219">
            <w:r>
              <w:t xml:space="preserve">minimum </w:t>
            </w:r>
            <w:r w:rsidR="00F85F0A">
              <w:t>5</w:t>
            </w:r>
            <w:r>
              <w:t xml:space="preserve"> t</w:t>
            </w:r>
            <w:r w:rsidR="00F85F0A">
              <w:t xml:space="preserve"> – max 8 t</w:t>
            </w:r>
          </w:p>
        </w:tc>
      </w:tr>
      <w:tr w:rsidR="00265819" w14:paraId="68EB29B9" w14:textId="77777777">
        <w:tc>
          <w:tcPr>
            <w:tcW w:w="4703" w:type="dxa"/>
          </w:tcPr>
          <w:p w14:paraId="0F7C2508" w14:textId="77777777" w:rsidR="00265819" w:rsidRDefault="00154219">
            <w:r>
              <w:t>Liczba osi</w:t>
            </w:r>
          </w:p>
        </w:tc>
        <w:tc>
          <w:tcPr>
            <w:tcW w:w="4703" w:type="dxa"/>
          </w:tcPr>
          <w:p w14:paraId="28A54F97" w14:textId="0C09E846" w:rsidR="00265819" w:rsidRDefault="00F85F0A">
            <w:r>
              <w:t xml:space="preserve">1 </w:t>
            </w:r>
            <w:proofErr w:type="spellStart"/>
            <w:r>
              <w:t>lub</w:t>
            </w:r>
            <w:proofErr w:type="spellEnd"/>
            <w:r>
              <w:t xml:space="preserve"> 2</w:t>
            </w:r>
          </w:p>
        </w:tc>
      </w:tr>
      <w:tr w:rsidR="00265819" w14:paraId="71619554" w14:textId="77777777">
        <w:tc>
          <w:tcPr>
            <w:tcW w:w="4703" w:type="dxa"/>
          </w:tcPr>
          <w:p w14:paraId="20AC7E31" w14:textId="77777777" w:rsidR="00265819" w:rsidRDefault="00154219">
            <w:r>
              <w:t>Wywrot</w:t>
            </w:r>
          </w:p>
        </w:tc>
        <w:tc>
          <w:tcPr>
            <w:tcW w:w="4703" w:type="dxa"/>
          </w:tcPr>
          <w:p w14:paraId="1471EB6E" w14:textId="77777777" w:rsidR="00265819" w:rsidRDefault="00154219">
            <w:r>
              <w:t>trójstronny</w:t>
            </w:r>
          </w:p>
        </w:tc>
      </w:tr>
      <w:tr w:rsidR="00265819" w14:paraId="1A1F1630" w14:textId="77777777">
        <w:tc>
          <w:tcPr>
            <w:tcW w:w="4703" w:type="dxa"/>
          </w:tcPr>
          <w:p w14:paraId="47AAA476" w14:textId="77777777" w:rsidR="00265819" w:rsidRDefault="00154219">
            <w:r>
              <w:t>Burty</w:t>
            </w:r>
          </w:p>
        </w:tc>
        <w:tc>
          <w:tcPr>
            <w:tcW w:w="4703" w:type="dxa"/>
          </w:tcPr>
          <w:p w14:paraId="787420E6" w14:textId="77777777" w:rsidR="00265819" w:rsidRDefault="00154219">
            <w:r>
              <w:t>stalowe</w:t>
            </w:r>
          </w:p>
        </w:tc>
      </w:tr>
      <w:tr w:rsidR="00265819" w14:paraId="678881E9" w14:textId="77777777">
        <w:tc>
          <w:tcPr>
            <w:tcW w:w="4703" w:type="dxa"/>
          </w:tcPr>
          <w:p w14:paraId="35A2E204" w14:textId="77777777" w:rsidR="00265819" w:rsidRDefault="00154219">
            <w:r>
              <w:t>Nadstawy</w:t>
            </w:r>
          </w:p>
        </w:tc>
        <w:tc>
          <w:tcPr>
            <w:tcW w:w="4703" w:type="dxa"/>
          </w:tcPr>
          <w:p w14:paraId="44C57E3B" w14:textId="77777777" w:rsidR="00265819" w:rsidRDefault="00154219">
            <w:r>
              <w:t>stalowe</w:t>
            </w:r>
          </w:p>
        </w:tc>
      </w:tr>
      <w:tr w:rsidR="00265819" w14:paraId="640CBCD5" w14:textId="77777777">
        <w:tc>
          <w:tcPr>
            <w:tcW w:w="4703" w:type="dxa"/>
          </w:tcPr>
          <w:p w14:paraId="7AECB7BC" w14:textId="77777777" w:rsidR="00265819" w:rsidRDefault="00154219">
            <w:r>
              <w:t>Plandeka zwijana</w:t>
            </w:r>
          </w:p>
        </w:tc>
        <w:tc>
          <w:tcPr>
            <w:tcW w:w="4703" w:type="dxa"/>
          </w:tcPr>
          <w:p w14:paraId="66519D4F" w14:textId="77777777" w:rsidR="00265819" w:rsidRDefault="00154219">
            <w:r>
              <w:t>TAK</w:t>
            </w:r>
          </w:p>
        </w:tc>
      </w:tr>
      <w:tr w:rsidR="00265819" w14:paraId="313C7438" w14:textId="77777777">
        <w:tc>
          <w:tcPr>
            <w:tcW w:w="4703" w:type="dxa"/>
          </w:tcPr>
          <w:p w14:paraId="57B52F1D" w14:textId="77777777" w:rsidR="00265819" w:rsidRDefault="00154219">
            <w:r>
              <w:t>Koło zapasowe</w:t>
            </w:r>
          </w:p>
        </w:tc>
        <w:tc>
          <w:tcPr>
            <w:tcW w:w="4703" w:type="dxa"/>
          </w:tcPr>
          <w:p w14:paraId="5CDD4F6A" w14:textId="77777777" w:rsidR="00265819" w:rsidRDefault="00154219">
            <w:r>
              <w:t>TAK</w:t>
            </w:r>
          </w:p>
        </w:tc>
      </w:tr>
      <w:tr w:rsidR="00265819" w14:paraId="4C144DAB" w14:textId="77777777">
        <w:tc>
          <w:tcPr>
            <w:tcW w:w="4703" w:type="dxa"/>
          </w:tcPr>
          <w:p w14:paraId="77435298" w14:textId="77777777" w:rsidR="00265819" w:rsidRDefault="00154219">
            <w:r>
              <w:t>Hamulec postojowy</w:t>
            </w:r>
          </w:p>
        </w:tc>
        <w:tc>
          <w:tcPr>
            <w:tcW w:w="4703" w:type="dxa"/>
          </w:tcPr>
          <w:p w14:paraId="6CC491A5" w14:textId="77777777" w:rsidR="00265819" w:rsidRDefault="00154219">
            <w:r>
              <w:t>TAK</w:t>
            </w:r>
          </w:p>
        </w:tc>
      </w:tr>
      <w:tr w:rsidR="00265819" w14:paraId="0F930C47" w14:textId="77777777">
        <w:tc>
          <w:tcPr>
            <w:tcW w:w="4703" w:type="dxa"/>
          </w:tcPr>
          <w:p w14:paraId="41F47429" w14:textId="77777777" w:rsidR="00265819" w:rsidRDefault="00154219">
            <w:r>
              <w:t>Kliny pod koła</w:t>
            </w:r>
          </w:p>
        </w:tc>
        <w:tc>
          <w:tcPr>
            <w:tcW w:w="4703" w:type="dxa"/>
          </w:tcPr>
          <w:p w14:paraId="5A1916F8" w14:textId="77777777" w:rsidR="00265819" w:rsidRDefault="00154219">
            <w:r>
              <w:t>TAK</w:t>
            </w:r>
          </w:p>
        </w:tc>
      </w:tr>
      <w:tr w:rsidR="00265819" w14:paraId="10AF3941" w14:textId="77777777">
        <w:tc>
          <w:tcPr>
            <w:tcW w:w="4703" w:type="dxa"/>
          </w:tcPr>
          <w:p w14:paraId="174AADA7" w14:textId="77777777" w:rsidR="00265819" w:rsidRDefault="00154219">
            <w:r>
              <w:t>Instalacja elektryczna</w:t>
            </w:r>
          </w:p>
        </w:tc>
        <w:tc>
          <w:tcPr>
            <w:tcW w:w="4703" w:type="dxa"/>
          </w:tcPr>
          <w:p w14:paraId="26F49971" w14:textId="77777777" w:rsidR="00265819" w:rsidRDefault="00154219">
            <w:r>
              <w:t>12 V</w:t>
            </w:r>
          </w:p>
        </w:tc>
      </w:tr>
      <w:tr w:rsidR="00265819" w14:paraId="711AFDE6" w14:textId="77777777">
        <w:tc>
          <w:tcPr>
            <w:tcW w:w="4703" w:type="dxa"/>
          </w:tcPr>
          <w:p w14:paraId="2D3424BE" w14:textId="77777777" w:rsidR="00265819" w:rsidRDefault="00154219">
            <w:r>
              <w:t>Oświetlenie</w:t>
            </w:r>
          </w:p>
        </w:tc>
        <w:tc>
          <w:tcPr>
            <w:tcW w:w="4703" w:type="dxa"/>
          </w:tcPr>
          <w:p w14:paraId="4472545B" w14:textId="77777777" w:rsidR="00265819" w:rsidRDefault="00154219">
            <w:r>
              <w:t>LED</w:t>
            </w:r>
          </w:p>
        </w:tc>
      </w:tr>
    </w:tbl>
    <w:p w14:paraId="338B4E67" w14:textId="77777777" w:rsidR="00265819" w:rsidRDefault="00154219">
      <w:pPr>
        <w:pStyle w:val="Nagwek1"/>
      </w:pPr>
      <w:r>
        <w:lastRenderedPageBreak/>
        <w:t>7. Wyposażenie dodatkowe</w:t>
      </w:r>
    </w:p>
    <w:p w14:paraId="024B83FD" w14:textId="77777777" w:rsidR="00265819" w:rsidRDefault="00154219">
      <w:pPr>
        <w:pStyle w:val="Listapunktowana"/>
      </w:pPr>
      <w:r>
        <w:t>automatyczny zaczep transportowy,</w:t>
      </w:r>
    </w:p>
    <w:p w14:paraId="261327BA" w14:textId="77777777" w:rsidR="00265819" w:rsidRDefault="00154219">
      <w:pPr>
        <w:pStyle w:val="Listapunktowana"/>
      </w:pPr>
      <w:r>
        <w:t>zaczep rolniczy,</w:t>
      </w:r>
    </w:p>
    <w:p w14:paraId="47E7C17F" w14:textId="77777777" w:rsidR="00265819" w:rsidRDefault="00154219">
      <w:pPr>
        <w:pStyle w:val="Listapunktowana"/>
      </w:pPr>
      <w:r>
        <w:t>komplet obciążników przednich o masie minimum 350 kg,</w:t>
      </w:r>
    </w:p>
    <w:p w14:paraId="20F6F516" w14:textId="77777777" w:rsidR="00265819" w:rsidRDefault="00154219">
      <w:pPr>
        <w:pStyle w:val="Listapunktowana"/>
      </w:pPr>
      <w:r>
        <w:t>błotniki przednie,</w:t>
      </w:r>
    </w:p>
    <w:p w14:paraId="3D251F90" w14:textId="77777777" w:rsidR="00265819" w:rsidRDefault="00154219">
      <w:pPr>
        <w:pStyle w:val="Listapunktowana"/>
      </w:pPr>
      <w:r>
        <w:t>lusterka zewnętrzne,</w:t>
      </w:r>
    </w:p>
    <w:p w14:paraId="5438B798" w14:textId="77777777" w:rsidR="00265819" w:rsidRDefault="00154219">
      <w:pPr>
        <w:pStyle w:val="Listapunktowana"/>
      </w:pPr>
      <w:r>
        <w:t>trójkąt ostrzegawczy,</w:t>
      </w:r>
    </w:p>
    <w:p w14:paraId="1EE82BB8" w14:textId="77777777" w:rsidR="00265819" w:rsidRDefault="00154219">
      <w:pPr>
        <w:pStyle w:val="Listapunktowana"/>
      </w:pPr>
      <w:r>
        <w:t>gaśnica,</w:t>
      </w:r>
    </w:p>
    <w:p w14:paraId="4BE20217" w14:textId="77777777" w:rsidR="00265819" w:rsidRDefault="00154219">
      <w:pPr>
        <w:pStyle w:val="Listapunktowana"/>
      </w:pPr>
      <w:r>
        <w:t>apteczka,</w:t>
      </w:r>
    </w:p>
    <w:p w14:paraId="38771ACD" w14:textId="38B07B61" w:rsidR="00265819" w:rsidRDefault="00154219">
      <w:pPr>
        <w:pStyle w:val="Listapunktowana"/>
      </w:pPr>
      <w:proofErr w:type="spellStart"/>
      <w:r>
        <w:t>komplet</w:t>
      </w:r>
      <w:proofErr w:type="spellEnd"/>
      <w:r>
        <w:t xml:space="preserve"> </w:t>
      </w:r>
      <w:proofErr w:type="spellStart"/>
      <w:r>
        <w:t>kluczy</w:t>
      </w:r>
      <w:proofErr w:type="spellEnd"/>
      <w:r w:rsidR="00BB176F">
        <w:t>,</w:t>
      </w:r>
    </w:p>
    <w:p w14:paraId="657A0B42" w14:textId="28A03879" w:rsidR="00BB176F" w:rsidRDefault="00BB176F">
      <w:pPr>
        <w:pStyle w:val="Listapunktowana"/>
      </w:pPr>
      <w:proofErr w:type="spellStart"/>
      <w:r>
        <w:t>homologacja</w:t>
      </w:r>
      <w:proofErr w:type="spellEnd"/>
      <w:r>
        <w:t xml:space="preserve"> </w:t>
      </w:r>
      <w:proofErr w:type="spellStart"/>
      <w:r>
        <w:t>drogowa</w:t>
      </w:r>
      <w:proofErr w:type="spellEnd"/>
      <w:r>
        <w:t>,</w:t>
      </w:r>
    </w:p>
    <w:p w14:paraId="25A33E12" w14:textId="3B1DE983" w:rsidR="00BB176F" w:rsidRDefault="00BB176F">
      <w:pPr>
        <w:pStyle w:val="Listapunktowana"/>
      </w:pPr>
      <w:r>
        <w:t>DMC</w:t>
      </w:r>
      <w:r w:rsidR="00F41CF1">
        <w:t xml:space="preserve"> </w:t>
      </w:r>
      <w:proofErr w:type="spellStart"/>
      <w:r w:rsidR="00F41CF1">
        <w:t>przyczepy</w:t>
      </w:r>
      <w:proofErr w:type="spellEnd"/>
      <w:r w:rsidR="00F41CF1">
        <w:t xml:space="preserve"> </w:t>
      </w:r>
      <w:proofErr w:type="spellStart"/>
      <w:r>
        <w:t>dostosowana</w:t>
      </w:r>
      <w:proofErr w:type="spellEnd"/>
      <w:r>
        <w:t xml:space="preserve"> do </w:t>
      </w:r>
      <w:proofErr w:type="spellStart"/>
      <w:r>
        <w:t>oferowanego</w:t>
      </w:r>
      <w:proofErr w:type="spellEnd"/>
      <w:r>
        <w:t xml:space="preserve"> </w:t>
      </w:r>
      <w:proofErr w:type="spellStart"/>
      <w:r>
        <w:t>ciągnika</w:t>
      </w:r>
      <w:proofErr w:type="spellEnd"/>
    </w:p>
    <w:p w14:paraId="4C4BFA45" w14:textId="77777777" w:rsidR="00265819" w:rsidRDefault="00154219">
      <w:pPr>
        <w:pStyle w:val="Nagwek1"/>
      </w:pPr>
      <w:r>
        <w:t>8. Dokumentacja</w:t>
      </w:r>
    </w:p>
    <w:p w14:paraId="19CD1411" w14:textId="77777777" w:rsidR="00265819" w:rsidRDefault="00154219">
      <w:pPr>
        <w:pStyle w:val="Listapunktowana"/>
      </w:pPr>
      <w:r>
        <w:t>świadectwo homologacji,</w:t>
      </w:r>
    </w:p>
    <w:p w14:paraId="6B879256" w14:textId="77777777" w:rsidR="00265819" w:rsidRDefault="00154219">
      <w:pPr>
        <w:pStyle w:val="Listapunktowana"/>
      </w:pPr>
      <w:r>
        <w:t>deklaracja zgodności CE,</w:t>
      </w:r>
    </w:p>
    <w:p w14:paraId="4B05D5FE" w14:textId="77777777" w:rsidR="00265819" w:rsidRDefault="00154219">
      <w:pPr>
        <w:pStyle w:val="Listapunktowana"/>
      </w:pPr>
      <w:r>
        <w:t>instrukcja obsługi w języku polskim,</w:t>
      </w:r>
    </w:p>
    <w:p w14:paraId="39EF48B7" w14:textId="77777777" w:rsidR="00265819" w:rsidRDefault="00154219">
      <w:pPr>
        <w:pStyle w:val="Listapunktowana"/>
      </w:pPr>
      <w:r>
        <w:t>katalog części,</w:t>
      </w:r>
    </w:p>
    <w:p w14:paraId="2BC56D59" w14:textId="77777777" w:rsidR="00265819" w:rsidRDefault="00154219">
      <w:pPr>
        <w:pStyle w:val="Listapunktowana"/>
      </w:pPr>
      <w:r>
        <w:t>książka gwarancyjna.</w:t>
      </w:r>
    </w:p>
    <w:p w14:paraId="5000B324" w14:textId="77777777" w:rsidR="00265819" w:rsidRDefault="00154219">
      <w:pPr>
        <w:pStyle w:val="Nagwek1"/>
      </w:pPr>
      <w:r>
        <w:t>9. Gwarancja i serwis</w:t>
      </w:r>
    </w:p>
    <w:p w14:paraId="45E554AE" w14:textId="77777777" w:rsidR="00265819" w:rsidRDefault="00154219">
      <w:pPr>
        <w:pStyle w:val="Listapunktowana"/>
      </w:pPr>
      <w:r>
        <w:t>minimum 24 miesiące,</w:t>
      </w:r>
    </w:p>
    <w:p w14:paraId="09EE6092" w14:textId="77777777" w:rsidR="00265819" w:rsidRDefault="00154219">
      <w:pPr>
        <w:pStyle w:val="Listapunktowana"/>
      </w:pPr>
      <w:r>
        <w:t>autoryzowany serwis na terenie Polski,</w:t>
      </w:r>
    </w:p>
    <w:p w14:paraId="18FB6DD9" w14:textId="77777777" w:rsidR="00265819" w:rsidRDefault="00154219">
      <w:pPr>
        <w:pStyle w:val="Listapunktowana"/>
      </w:pPr>
      <w:r>
        <w:t>czas reakcji serwisu do 48 godzin,</w:t>
      </w:r>
    </w:p>
    <w:p w14:paraId="00B1E924" w14:textId="77777777" w:rsidR="00265819" w:rsidRDefault="00154219">
      <w:pPr>
        <w:pStyle w:val="Listapunktowana"/>
      </w:pPr>
      <w:r>
        <w:t>przegląd zerowy w cenie.</w:t>
      </w:r>
    </w:p>
    <w:p w14:paraId="4449AC3F" w14:textId="77777777" w:rsidR="00265819" w:rsidRDefault="00154219">
      <w:pPr>
        <w:pStyle w:val="Nagwek1"/>
      </w:pPr>
      <w:r>
        <w:t>10. Dostawa i odbiór</w:t>
      </w:r>
    </w:p>
    <w:p w14:paraId="5961C022" w14:textId="77777777" w:rsidR="00265819" w:rsidRDefault="00154219">
      <w:pPr>
        <w:pStyle w:val="Listapunktowana"/>
      </w:pPr>
      <w:r>
        <w:t>dostarczenie sprzętu do siedziby Zamawiającego na koszt Wykonawcy,</w:t>
      </w:r>
    </w:p>
    <w:p w14:paraId="1614B617" w14:textId="77777777" w:rsidR="00265819" w:rsidRDefault="00154219">
      <w:pPr>
        <w:pStyle w:val="Listapunktowana"/>
      </w:pPr>
      <w:r>
        <w:t>uruchomienie i sprawdzenie działania wszystkich podzespołów,</w:t>
      </w:r>
    </w:p>
    <w:p w14:paraId="339A4CC0" w14:textId="77777777" w:rsidR="00265819" w:rsidRDefault="00154219">
      <w:pPr>
        <w:pStyle w:val="Listapunktowana"/>
      </w:pPr>
      <w:r>
        <w:t>przekazanie dokumentów wymaganych do rejestracji,</w:t>
      </w:r>
    </w:p>
    <w:p w14:paraId="417F24A9" w14:textId="77777777" w:rsidR="00265819" w:rsidRDefault="00154219">
      <w:pPr>
        <w:pStyle w:val="Listapunktowana"/>
      </w:pPr>
      <w:r>
        <w:t>przeszkolenie operatorów w zakresie obsługi ciągnika, ładowacza i przyczepy.</w:t>
      </w:r>
    </w:p>
    <w:p w14:paraId="45AE491A" w14:textId="77777777" w:rsidR="00265819" w:rsidRDefault="00154219">
      <w:pPr>
        <w:pStyle w:val="Nagwek1"/>
      </w:pPr>
      <w:r>
        <w:t>11. Równoważność</w:t>
      </w:r>
    </w:p>
    <w:p w14:paraId="4A373EE4" w14:textId="4A022ECC" w:rsidR="00265819" w:rsidRDefault="00154219" w:rsidP="00F85F0A">
      <w:pPr>
        <w:spacing w:after="0"/>
        <w:jc w:val="both"/>
      </w:pPr>
      <w:r>
        <w:t xml:space="preserve">Zamawiający dopuszcza oferowanie rozwiązań równoważnych pod warunkiem, że oferowany sprzęt spełnia wszystkie wymagania </w:t>
      </w:r>
      <w:proofErr w:type="spellStart"/>
      <w:r>
        <w:t>minimalne</w:t>
      </w:r>
      <w:proofErr w:type="spellEnd"/>
      <w:r>
        <w:t xml:space="preserve"> </w:t>
      </w:r>
      <w:proofErr w:type="spellStart"/>
      <w:r>
        <w:t>określone</w:t>
      </w:r>
      <w:proofErr w:type="spellEnd"/>
      <w:r>
        <w:t xml:space="preserve"> w </w:t>
      </w:r>
      <w:proofErr w:type="spellStart"/>
      <w:r>
        <w:t>niniejszym</w:t>
      </w:r>
      <w:proofErr w:type="spellEnd"/>
      <w:r>
        <w:t xml:space="preserve"> OPZ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zapewnia</w:t>
      </w:r>
      <w:proofErr w:type="spellEnd"/>
      <w:r>
        <w:t xml:space="preserve"> </w:t>
      </w:r>
      <w:proofErr w:type="spellStart"/>
      <w:r>
        <w:t>funkcjonalność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gorszą</w:t>
      </w:r>
      <w:proofErr w:type="spellEnd"/>
      <w:r>
        <w:t xml:space="preserve"> </w:t>
      </w:r>
      <w:proofErr w:type="spellStart"/>
      <w:r>
        <w:t>niż</w:t>
      </w:r>
      <w:proofErr w:type="spellEnd"/>
      <w:r>
        <w:t xml:space="preserve"> </w:t>
      </w:r>
      <w:proofErr w:type="spellStart"/>
      <w:r>
        <w:t>opisana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Zamawiającego</w:t>
      </w:r>
      <w:proofErr w:type="spellEnd"/>
      <w:r>
        <w:t>.</w:t>
      </w:r>
    </w:p>
    <w:p w14:paraId="50CA2DB6" w14:textId="6CC71A35" w:rsidR="00F85F0A" w:rsidRPr="00F41CF1" w:rsidRDefault="00F85F0A" w:rsidP="00F85F0A">
      <w:pPr>
        <w:spacing w:after="0" w:line="240" w:lineRule="auto"/>
        <w:rPr>
          <w:color w:val="EE0000"/>
        </w:rPr>
      </w:pPr>
      <w:proofErr w:type="spellStart"/>
      <w:r w:rsidRPr="00F41CF1">
        <w:rPr>
          <w:color w:val="EE0000"/>
        </w:rPr>
        <w:t>Uzasadnienie</w:t>
      </w:r>
      <w:proofErr w:type="spellEnd"/>
      <w:r w:rsidRPr="00F41CF1">
        <w:rPr>
          <w:color w:val="EE0000"/>
        </w:rPr>
        <w:t xml:space="preserve"> </w:t>
      </w:r>
      <w:proofErr w:type="spellStart"/>
      <w:r w:rsidRPr="00F41CF1">
        <w:rPr>
          <w:color w:val="EE0000"/>
        </w:rPr>
        <w:t>doboru</w:t>
      </w:r>
      <w:proofErr w:type="spellEnd"/>
      <w:r w:rsidRPr="00F41CF1">
        <w:rPr>
          <w:color w:val="EE0000"/>
        </w:rPr>
        <w:t xml:space="preserve"> </w:t>
      </w:r>
      <w:proofErr w:type="spellStart"/>
      <w:r w:rsidRPr="00F41CF1">
        <w:rPr>
          <w:color w:val="EE0000"/>
        </w:rPr>
        <w:t>parametrów</w:t>
      </w:r>
      <w:proofErr w:type="spellEnd"/>
      <w:r w:rsidRPr="00F41CF1">
        <w:rPr>
          <w:color w:val="EE0000"/>
        </w:rPr>
        <w:t xml:space="preserve">. </w:t>
      </w:r>
      <w:proofErr w:type="spellStart"/>
      <w:r w:rsidRPr="00F41CF1">
        <w:rPr>
          <w:color w:val="EE0000"/>
        </w:rPr>
        <w:t>Wymagania</w:t>
      </w:r>
      <w:proofErr w:type="spellEnd"/>
      <w:r w:rsidRPr="00F41CF1">
        <w:rPr>
          <w:color w:val="EE0000"/>
        </w:rPr>
        <w:t xml:space="preserve"> </w:t>
      </w:r>
      <w:proofErr w:type="spellStart"/>
      <w:r w:rsidRPr="00F41CF1">
        <w:rPr>
          <w:color w:val="EE0000"/>
        </w:rPr>
        <w:t>wynikają</w:t>
      </w:r>
      <w:proofErr w:type="spellEnd"/>
      <w:r w:rsidRPr="00F41CF1">
        <w:rPr>
          <w:color w:val="EE0000"/>
        </w:rPr>
        <w:t xml:space="preserve"> z </w:t>
      </w:r>
      <w:proofErr w:type="spellStart"/>
      <w:r w:rsidRPr="00F41CF1">
        <w:rPr>
          <w:color w:val="EE0000"/>
        </w:rPr>
        <w:t>planowanego</w:t>
      </w:r>
      <w:proofErr w:type="spellEnd"/>
      <w:r w:rsidRPr="00F41CF1">
        <w:rPr>
          <w:color w:val="EE0000"/>
        </w:rPr>
        <w:t xml:space="preserve"> </w:t>
      </w:r>
      <w:proofErr w:type="spellStart"/>
      <w:r w:rsidRPr="00F41CF1">
        <w:rPr>
          <w:color w:val="EE0000"/>
        </w:rPr>
        <w:t>wykorzystania</w:t>
      </w:r>
      <w:proofErr w:type="spellEnd"/>
      <w:r w:rsidRPr="00F41CF1">
        <w:rPr>
          <w:color w:val="EE0000"/>
        </w:rPr>
        <w:t xml:space="preserve"> </w:t>
      </w:r>
      <w:proofErr w:type="spellStart"/>
      <w:r w:rsidRPr="00F41CF1">
        <w:rPr>
          <w:color w:val="EE0000"/>
        </w:rPr>
        <w:t>ciągnika</w:t>
      </w:r>
      <w:proofErr w:type="spellEnd"/>
      <w:r w:rsidRPr="00F41CF1">
        <w:rPr>
          <w:color w:val="EE0000"/>
        </w:rPr>
        <w:t xml:space="preserve"> do:</w:t>
      </w:r>
    </w:p>
    <w:p w14:paraId="2D454689" w14:textId="717A524A" w:rsidR="00F85F0A" w:rsidRPr="00F41CF1" w:rsidRDefault="00F85F0A" w:rsidP="00F85F0A">
      <w:pPr>
        <w:pStyle w:val="Akapitzlist"/>
        <w:numPr>
          <w:ilvl w:val="0"/>
          <w:numId w:val="10"/>
        </w:numPr>
        <w:rPr>
          <w:color w:val="EE0000"/>
        </w:rPr>
      </w:pPr>
      <w:proofErr w:type="spellStart"/>
      <w:r w:rsidRPr="00F41CF1">
        <w:rPr>
          <w:color w:val="EE0000"/>
        </w:rPr>
        <w:t>zimowego</w:t>
      </w:r>
      <w:proofErr w:type="spellEnd"/>
      <w:r w:rsidRPr="00F41CF1">
        <w:rPr>
          <w:color w:val="EE0000"/>
        </w:rPr>
        <w:t xml:space="preserve"> </w:t>
      </w:r>
      <w:proofErr w:type="spellStart"/>
      <w:r w:rsidRPr="00F41CF1">
        <w:rPr>
          <w:color w:val="EE0000"/>
        </w:rPr>
        <w:t>utrzymania</w:t>
      </w:r>
      <w:proofErr w:type="spellEnd"/>
      <w:r w:rsidRPr="00F41CF1">
        <w:rPr>
          <w:color w:val="EE0000"/>
        </w:rPr>
        <w:t xml:space="preserve"> </w:t>
      </w:r>
      <w:proofErr w:type="spellStart"/>
      <w:r w:rsidRPr="00F41CF1">
        <w:rPr>
          <w:color w:val="EE0000"/>
        </w:rPr>
        <w:t>dróg</w:t>
      </w:r>
      <w:proofErr w:type="spellEnd"/>
      <w:r w:rsidRPr="00F41CF1">
        <w:rPr>
          <w:color w:val="EE0000"/>
        </w:rPr>
        <w:t>,</w:t>
      </w:r>
    </w:p>
    <w:p w14:paraId="7CB3DD8F" w14:textId="744561FA" w:rsidR="00F85F0A" w:rsidRPr="00F41CF1" w:rsidRDefault="00F85F0A" w:rsidP="00F85F0A">
      <w:pPr>
        <w:pStyle w:val="Akapitzlist"/>
        <w:numPr>
          <w:ilvl w:val="0"/>
          <w:numId w:val="10"/>
        </w:numPr>
        <w:rPr>
          <w:color w:val="EE0000"/>
        </w:rPr>
      </w:pPr>
      <w:proofErr w:type="spellStart"/>
      <w:r w:rsidRPr="00F41CF1">
        <w:rPr>
          <w:color w:val="EE0000"/>
        </w:rPr>
        <w:t>koszenia</w:t>
      </w:r>
      <w:proofErr w:type="spellEnd"/>
      <w:r w:rsidRPr="00F41CF1">
        <w:rPr>
          <w:color w:val="EE0000"/>
        </w:rPr>
        <w:t xml:space="preserve"> </w:t>
      </w:r>
      <w:proofErr w:type="spellStart"/>
      <w:r w:rsidRPr="00F41CF1">
        <w:rPr>
          <w:color w:val="EE0000"/>
        </w:rPr>
        <w:t>poboczy</w:t>
      </w:r>
      <w:proofErr w:type="spellEnd"/>
      <w:r w:rsidRPr="00F41CF1">
        <w:rPr>
          <w:color w:val="EE0000"/>
        </w:rPr>
        <w:t>,</w:t>
      </w:r>
    </w:p>
    <w:p w14:paraId="24CCA5E7" w14:textId="0B99EFED" w:rsidR="00F85F0A" w:rsidRPr="00F41CF1" w:rsidRDefault="00F85F0A" w:rsidP="00F85F0A">
      <w:pPr>
        <w:pStyle w:val="Akapitzlist"/>
        <w:numPr>
          <w:ilvl w:val="0"/>
          <w:numId w:val="10"/>
        </w:numPr>
        <w:rPr>
          <w:color w:val="EE0000"/>
        </w:rPr>
      </w:pPr>
      <w:r w:rsidRPr="00F41CF1">
        <w:rPr>
          <w:color w:val="EE0000"/>
        </w:rPr>
        <w:t xml:space="preserve">transport </w:t>
      </w:r>
      <w:proofErr w:type="spellStart"/>
      <w:r w:rsidRPr="00F41CF1">
        <w:rPr>
          <w:color w:val="EE0000"/>
        </w:rPr>
        <w:t>materiałów</w:t>
      </w:r>
      <w:proofErr w:type="spellEnd"/>
      <w:r w:rsidRPr="00F41CF1">
        <w:rPr>
          <w:color w:val="EE0000"/>
        </w:rPr>
        <w:t>,</w:t>
      </w:r>
    </w:p>
    <w:p w14:paraId="2B960E9F" w14:textId="46B55760" w:rsidR="00F85F0A" w:rsidRPr="00F41CF1" w:rsidRDefault="00F85F0A" w:rsidP="00F85F0A">
      <w:pPr>
        <w:pStyle w:val="Akapitzlist"/>
        <w:numPr>
          <w:ilvl w:val="0"/>
          <w:numId w:val="10"/>
        </w:numPr>
        <w:rPr>
          <w:color w:val="EE0000"/>
        </w:rPr>
      </w:pPr>
      <w:proofErr w:type="spellStart"/>
      <w:r w:rsidRPr="00F41CF1">
        <w:rPr>
          <w:color w:val="EE0000"/>
        </w:rPr>
        <w:t>prac</w:t>
      </w:r>
      <w:proofErr w:type="spellEnd"/>
      <w:r w:rsidRPr="00F41CF1">
        <w:rPr>
          <w:color w:val="EE0000"/>
        </w:rPr>
        <w:t xml:space="preserve"> </w:t>
      </w:r>
      <w:proofErr w:type="spellStart"/>
      <w:r w:rsidRPr="00F41CF1">
        <w:rPr>
          <w:color w:val="EE0000"/>
        </w:rPr>
        <w:t>załadunkowych</w:t>
      </w:r>
      <w:proofErr w:type="spellEnd"/>
      <w:r w:rsidRPr="00F41CF1">
        <w:rPr>
          <w:color w:val="EE0000"/>
        </w:rPr>
        <w:t>,</w:t>
      </w:r>
    </w:p>
    <w:p w14:paraId="35E5D145" w14:textId="40977FCB" w:rsidR="00F85F0A" w:rsidRPr="00F41CF1" w:rsidRDefault="00F85F0A" w:rsidP="00F85F0A">
      <w:pPr>
        <w:pStyle w:val="Akapitzlist"/>
        <w:numPr>
          <w:ilvl w:val="0"/>
          <w:numId w:val="10"/>
        </w:numPr>
        <w:rPr>
          <w:color w:val="EE0000"/>
        </w:rPr>
      </w:pPr>
      <w:proofErr w:type="spellStart"/>
      <w:r w:rsidRPr="00F41CF1">
        <w:rPr>
          <w:color w:val="EE0000"/>
        </w:rPr>
        <w:t>utrzymanie</w:t>
      </w:r>
      <w:proofErr w:type="spellEnd"/>
      <w:r w:rsidRPr="00F41CF1">
        <w:rPr>
          <w:color w:val="EE0000"/>
        </w:rPr>
        <w:t xml:space="preserve"> </w:t>
      </w:r>
      <w:proofErr w:type="spellStart"/>
      <w:r w:rsidRPr="00F41CF1">
        <w:rPr>
          <w:color w:val="EE0000"/>
        </w:rPr>
        <w:t>terenów</w:t>
      </w:r>
      <w:proofErr w:type="spellEnd"/>
      <w:r w:rsidRPr="00F41CF1">
        <w:rPr>
          <w:color w:val="EE0000"/>
        </w:rPr>
        <w:t xml:space="preserve"> </w:t>
      </w:r>
      <w:proofErr w:type="spellStart"/>
      <w:r w:rsidRPr="00F41CF1">
        <w:rPr>
          <w:color w:val="EE0000"/>
        </w:rPr>
        <w:t>zielonych</w:t>
      </w:r>
      <w:proofErr w:type="spellEnd"/>
      <w:r w:rsidRPr="00F41CF1">
        <w:rPr>
          <w:color w:val="EE0000"/>
        </w:rPr>
        <w:t>,</w:t>
      </w:r>
    </w:p>
    <w:p w14:paraId="076179EF" w14:textId="6ACEE39D" w:rsidR="00265819" w:rsidRDefault="00F85F0A" w:rsidP="00BB176F">
      <w:pPr>
        <w:pStyle w:val="Akapitzlist"/>
        <w:numPr>
          <w:ilvl w:val="0"/>
          <w:numId w:val="10"/>
        </w:numPr>
      </w:pPr>
      <w:proofErr w:type="spellStart"/>
      <w:r w:rsidRPr="00F41CF1">
        <w:rPr>
          <w:color w:val="EE0000"/>
        </w:rPr>
        <w:t>prac</w:t>
      </w:r>
      <w:proofErr w:type="spellEnd"/>
      <w:r w:rsidRPr="00F41CF1">
        <w:rPr>
          <w:color w:val="EE0000"/>
        </w:rPr>
        <w:t xml:space="preserve"> </w:t>
      </w:r>
      <w:proofErr w:type="spellStart"/>
      <w:r w:rsidRPr="00F41CF1">
        <w:rPr>
          <w:color w:val="EE0000"/>
        </w:rPr>
        <w:t>remontowych</w:t>
      </w:r>
      <w:proofErr w:type="spellEnd"/>
      <w:r w:rsidRPr="00F41CF1">
        <w:rPr>
          <w:color w:val="EE0000"/>
        </w:rPr>
        <w:t>.</w:t>
      </w:r>
      <w:r w:rsidR="00154219">
        <w:br/>
      </w:r>
    </w:p>
    <w:sectPr w:rsidR="00265819" w:rsidSect="00034616">
      <w:headerReference w:type="default" r:id="rId8"/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4EF8A" w14:textId="77777777" w:rsidR="00CD45D7" w:rsidRDefault="00CD45D7" w:rsidP="00F41CF1">
      <w:pPr>
        <w:spacing w:after="0" w:line="240" w:lineRule="auto"/>
      </w:pPr>
      <w:r>
        <w:separator/>
      </w:r>
    </w:p>
  </w:endnote>
  <w:endnote w:type="continuationSeparator" w:id="0">
    <w:p w14:paraId="31518028" w14:textId="77777777" w:rsidR="00CD45D7" w:rsidRDefault="00CD45D7" w:rsidP="00F41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668BE" w14:textId="77777777" w:rsidR="00CD45D7" w:rsidRDefault="00CD45D7" w:rsidP="00F41CF1">
      <w:pPr>
        <w:spacing w:after="0" w:line="240" w:lineRule="auto"/>
      </w:pPr>
      <w:r>
        <w:separator/>
      </w:r>
    </w:p>
  </w:footnote>
  <w:footnote w:type="continuationSeparator" w:id="0">
    <w:p w14:paraId="25D39CFD" w14:textId="77777777" w:rsidR="00CD45D7" w:rsidRDefault="00CD45D7" w:rsidP="00F41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B8366" w14:textId="06E985FB" w:rsidR="00F41CF1" w:rsidRDefault="00F41CF1">
    <w:pPr>
      <w:pStyle w:val="Nagwek"/>
    </w:pPr>
    <w:bookmarkStart w:id="0" w:name="_Hlk234306995"/>
    <w:r w:rsidRPr="00AF79D9">
      <w:rPr>
        <w:rFonts w:ascii="Times New Roman" w:hAnsi="Times New Roman"/>
        <w:b/>
        <w:bCs/>
        <w:color w:val="000000"/>
        <w:sz w:val="24"/>
        <w:szCs w:val="24"/>
      </w:rPr>
      <w:t>ZP.</w:t>
    </w:r>
    <w:r>
      <w:rPr>
        <w:rFonts w:ascii="Times New Roman" w:hAnsi="Times New Roman"/>
        <w:b/>
        <w:color w:val="000000"/>
        <w:sz w:val="24"/>
        <w:szCs w:val="24"/>
      </w:rPr>
      <w:t>GP.271.9</w:t>
    </w:r>
    <w:r w:rsidR="006212F1">
      <w:rPr>
        <w:rFonts w:ascii="Times New Roman" w:hAnsi="Times New Roman"/>
        <w:b/>
        <w:color w:val="000000"/>
        <w:sz w:val="24"/>
        <w:szCs w:val="24"/>
      </w:rPr>
      <w:t>.1</w:t>
    </w:r>
    <w:r>
      <w:rPr>
        <w:rFonts w:ascii="Times New Roman" w:hAnsi="Times New Roman"/>
        <w:b/>
        <w:color w:val="000000"/>
        <w:sz w:val="24"/>
        <w:szCs w:val="24"/>
      </w:rPr>
      <w:t>.2026.AO</w:t>
    </w:r>
    <w:bookmarkEnd w:id="0"/>
  </w:p>
  <w:p w14:paraId="361796A2" w14:textId="77777777" w:rsidR="00F41CF1" w:rsidRDefault="00F41CF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6E56698"/>
    <w:multiLevelType w:val="hybridMultilevel"/>
    <w:tmpl w:val="08D08248"/>
    <w:lvl w:ilvl="0" w:tplc="8084DB8C">
      <w:start w:val="1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57689">
    <w:abstractNumId w:val="8"/>
  </w:num>
  <w:num w:numId="2" w16cid:durableId="310672962">
    <w:abstractNumId w:val="6"/>
  </w:num>
  <w:num w:numId="3" w16cid:durableId="862327560">
    <w:abstractNumId w:val="5"/>
  </w:num>
  <w:num w:numId="4" w16cid:durableId="2020816102">
    <w:abstractNumId w:val="4"/>
  </w:num>
  <w:num w:numId="5" w16cid:durableId="441724744">
    <w:abstractNumId w:val="7"/>
  </w:num>
  <w:num w:numId="6" w16cid:durableId="41828899">
    <w:abstractNumId w:val="3"/>
  </w:num>
  <w:num w:numId="7" w16cid:durableId="525020242">
    <w:abstractNumId w:val="2"/>
  </w:num>
  <w:num w:numId="8" w16cid:durableId="1951351213">
    <w:abstractNumId w:val="1"/>
  </w:num>
  <w:num w:numId="9" w16cid:durableId="1353608460">
    <w:abstractNumId w:val="0"/>
  </w:num>
  <w:num w:numId="10" w16cid:durableId="6211530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6450"/>
    <w:rsid w:val="0006063C"/>
    <w:rsid w:val="00074CF7"/>
    <w:rsid w:val="0015074B"/>
    <w:rsid w:val="00154219"/>
    <w:rsid w:val="00265819"/>
    <w:rsid w:val="0029639D"/>
    <w:rsid w:val="00326F90"/>
    <w:rsid w:val="0050186C"/>
    <w:rsid w:val="006212F1"/>
    <w:rsid w:val="007230CE"/>
    <w:rsid w:val="007311DF"/>
    <w:rsid w:val="0085742B"/>
    <w:rsid w:val="00A179EE"/>
    <w:rsid w:val="00A73E02"/>
    <w:rsid w:val="00AA1D8D"/>
    <w:rsid w:val="00B47730"/>
    <w:rsid w:val="00BB176F"/>
    <w:rsid w:val="00C12CF6"/>
    <w:rsid w:val="00C87005"/>
    <w:rsid w:val="00CB0664"/>
    <w:rsid w:val="00CD45D7"/>
    <w:rsid w:val="00F41CF1"/>
    <w:rsid w:val="00F85F0A"/>
    <w:rsid w:val="00F95845"/>
    <w:rsid w:val="00FC693F"/>
    <w:rsid w:val="00FE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28AB7A"/>
  <w14:defaultImageDpi w14:val="300"/>
  <w15:docId w15:val="{4CD9A2EA-219A-445F-8640-F49C247B4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618</Words>
  <Characters>3712</Characters>
  <Application>Microsoft Office Word</Application>
  <DocSecurity>0</DocSecurity>
  <Lines>30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4322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ZP</cp:lastModifiedBy>
  <cp:revision>7</cp:revision>
  <cp:lastPrinted>2026-07-21T07:46:00Z</cp:lastPrinted>
  <dcterms:created xsi:type="dcterms:W3CDTF">2026-07-20T05:39:00Z</dcterms:created>
  <dcterms:modified xsi:type="dcterms:W3CDTF">2026-08-11T10:05:00Z</dcterms:modified>
  <cp:category/>
</cp:coreProperties>
</file>