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B52" w:rsidRPr="00722B24" w:rsidRDefault="00AB6101">
      <w:pPr>
        <w:jc w:val="right"/>
        <w:rPr>
          <w:lang w:val="pl-PL"/>
        </w:rPr>
      </w:pPr>
      <w:r w:rsidRPr="00722B24">
        <w:rPr>
          <w:b/>
          <w:color w:val="646464"/>
          <w:lang w:val="pl-PL"/>
        </w:rPr>
        <w:t>Załącznik nr 7 do SWZ</w:t>
      </w:r>
    </w:p>
    <w:p w:rsidR="00C02B52" w:rsidRPr="00722B24" w:rsidRDefault="00AB6101">
      <w:pPr>
        <w:rPr>
          <w:lang w:val="pl-PL"/>
        </w:rPr>
      </w:pPr>
      <w:r w:rsidRPr="00722B24">
        <w:rPr>
          <w:b/>
          <w:sz w:val="22"/>
          <w:lang w:val="pl-PL"/>
        </w:rPr>
        <w:t>FORMULARZ CENOWY NR PCPR.ŚR.261.9.2026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 xml:space="preserve">Postępowanie prowadzone na: Świadczenie usług z zakresu zajęć sportowych prowadzonych przez Koordynatora ds. sportu w ramach realizacji projektu „Piecza zastępcza w Powiecie Olsztyńskim. </w:t>
      </w:r>
      <w:r w:rsidRPr="00722B24">
        <w:rPr>
          <w:lang w:val="pl-PL"/>
        </w:rPr>
        <w:t>PROFESJA Z MISJĄ”.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AB6101">
      <w:pPr>
        <w:jc w:val="center"/>
        <w:rPr>
          <w:lang w:val="pl-PL"/>
        </w:rPr>
      </w:pPr>
      <w:r w:rsidRPr="00722B24">
        <w:rPr>
          <w:b/>
          <w:sz w:val="24"/>
          <w:lang w:val="pl-PL"/>
        </w:rPr>
        <w:t>FORMULARZ CENOWY / KALKULACJA CENOWA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AB6101">
      <w:pPr>
        <w:spacing w:after="120"/>
        <w:rPr>
          <w:lang w:val="pl-PL"/>
        </w:rPr>
      </w:pPr>
      <w:r w:rsidRPr="00722B24">
        <w:rPr>
          <w:b/>
          <w:lang w:val="pl-PL"/>
        </w:rPr>
        <w:t>DANE WYKONAWCY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Nazwa / Imię i Nazwisko: ...........................................................................................................................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Adres siedziby / zamieszkania: ...</w:t>
      </w:r>
      <w:r w:rsidRPr="00722B24">
        <w:rPr>
          <w:lang w:val="pl-PL"/>
        </w:rPr>
        <w:t>................................................................................................................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NIP / PESEL: ..................................................................................................................................</w:t>
      </w:r>
      <w:r w:rsidRPr="00722B24">
        <w:rPr>
          <w:lang w:val="pl-PL"/>
        </w:rPr>
        <w:t>..................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Nr telefonu / E-mail: ....................................................................................................................................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AB6101">
      <w:pPr>
        <w:rPr>
          <w:lang w:val="pl-PL"/>
        </w:rPr>
      </w:pPr>
      <w:r w:rsidRPr="00722B24">
        <w:rPr>
          <w:b/>
          <w:lang w:val="pl-PL"/>
        </w:rPr>
        <w:t>1. WYCENA REALIZACJI PRZEDMIOTU ZAMÓWIENIA</w:t>
      </w:r>
    </w:p>
    <w:p w:rsidR="00C02B52" w:rsidRDefault="00AB6101">
      <w:pPr>
        <w:spacing w:after="240"/>
      </w:pPr>
      <w:r w:rsidRPr="00722B24">
        <w:rPr>
          <w:lang w:val="pl-PL"/>
        </w:rPr>
        <w:t>Przedmiotem zamówienia jest świadczeni</w:t>
      </w:r>
      <w:r w:rsidRPr="00722B24">
        <w:rPr>
          <w:lang w:val="pl-PL"/>
        </w:rPr>
        <w:t xml:space="preserve">e usług z zakresu zajęć sportowych w ramach projektu „Piecza zastępcza w Powiecie Olsztyńskim. </w:t>
      </w:r>
      <w:r>
        <w:t>PROFESJA Z MISJĄ”.</w:t>
      </w:r>
    </w:p>
    <w:tbl>
      <w:tblPr>
        <w:tblStyle w:val="Tabela-Siatka"/>
        <w:tblW w:w="10857" w:type="dxa"/>
        <w:tblLook w:val="04A0" w:firstRow="1" w:lastRow="0" w:firstColumn="1" w:lastColumn="0" w:noHBand="0" w:noVBand="1"/>
      </w:tblPr>
      <w:tblGrid>
        <w:gridCol w:w="598"/>
        <w:gridCol w:w="2966"/>
        <w:gridCol w:w="1044"/>
        <w:gridCol w:w="1486"/>
        <w:gridCol w:w="1488"/>
        <w:gridCol w:w="1486"/>
        <w:gridCol w:w="1789"/>
      </w:tblGrid>
      <w:tr w:rsidR="00C02B52" w:rsidRPr="00722B24" w:rsidTr="00723046">
        <w:trPr>
          <w:trHeight w:val="1167"/>
        </w:trPr>
        <w:tc>
          <w:tcPr>
            <w:tcW w:w="598" w:type="dxa"/>
          </w:tcPr>
          <w:p w:rsidR="00C02B52" w:rsidRDefault="00AB6101">
            <w:pPr>
              <w:jc w:val="center"/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966" w:type="dxa"/>
          </w:tcPr>
          <w:p w:rsidR="00C02B52" w:rsidRDefault="00AB6101">
            <w:pPr>
              <w:jc w:val="center"/>
            </w:pPr>
            <w:r>
              <w:rPr>
                <w:b/>
                <w:sz w:val="18"/>
              </w:rPr>
              <w:t>Zakres usługi</w:t>
            </w:r>
          </w:p>
        </w:tc>
        <w:tc>
          <w:tcPr>
            <w:tcW w:w="1044" w:type="dxa"/>
          </w:tcPr>
          <w:p w:rsidR="00C02B52" w:rsidRDefault="00AB6101">
            <w:pPr>
              <w:jc w:val="center"/>
            </w:pPr>
            <w:r>
              <w:rPr>
                <w:b/>
                <w:sz w:val="18"/>
              </w:rPr>
              <w:t>Liczba godzin (A)</w:t>
            </w:r>
          </w:p>
        </w:tc>
        <w:tc>
          <w:tcPr>
            <w:tcW w:w="1486" w:type="dxa"/>
          </w:tcPr>
          <w:p w:rsidR="00C02B52" w:rsidRPr="00722B24" w:rsidRDefault="00AB6101">
            <w:pPr>
              <w:jc w:val="center"/>
              <w:rPr>
                <w:lang w:val="pl-PL"/>
              </w:rPr>
            </w:pPr>
            <w:r w:rsidRPr="00722B24">
              <w:rPr>
                <w:b/>
                <w:sz w:val="18"/>
                <w:lang w:val="pl-PL"/>
              </w:rPr>
              <w:t>Cena jedn. netto za 1 h [PLN] (B)</w:t>
            </w:r>
          </w:p>
        </w:tc>
        <w:tc>
          <w:tcPr>
            <w:tcW w:w="1488" w:type="dxa"/>
          </w:tcPr>
          <w:p w:rsidR="00C02B52" w:rsidRPr="00722B24" w:rsidRDefault="00AB6101">
            <w:pPr>
              <w:jc w:val="center"/>
              <w:rPr>
                <w:lang w:val="pl-PL"/>
              </w:rPr>
            </w:pPr>
            <w:r w:rsidRPr="00722B24">
              <w:rPr>
                <w:b/>
                <w:sz w:val="18"/>
                <w:lang w:val="pl-PL"/>
              </w:rPr>
              <w:t>Wartość netto [PLN] (C = A × B)</w:t>
            </w:r>
          </w:p>
        </w:tc>
        <w:tc>
          <w:tcPr>
            <w:tcW w:w="1486" w:type="dxa"/>
          </w:tcPr>
          <w:p w:rsidR="00C02B52" w:rsidRPr="00722B24" w:rsidRDefault="00AB6101">
            <w:pPr>
              <w:jc w:val="center"/>
              <w:rPr>
                <w:lang w:val="pl-PL"/>
              </w:rPr>
            </w:pPr>
            <w:r w:rsidRPr="00722B24">
              <w:rPr>
                <w:b/>
                <w:sz w:val="18"/>
                <w:lang w:val="pl-PL"/>
              </w:rPr>
              <w:t>Stawka i kwota VAT (D)</w:t>
            </w:r>
          </w:p>
        </w:tc>
        <w:tc>
          <w:tcPr>
            <w:tcW w:w="1789" w:type="dxa"/>
          </w:tcPr>
          <w:p w:rsidR="00C02B52" w:rsidRPr="00722B24" w:rsidRDefault="00AB6101">
            <w:pPr>
              <w:jc w:val="center"/>
              <w:rPr>
                <w:lang w:val="pl-PL"/>
              </w:rPr>
            </w:pPr>
            <w:r w:rsidRPr="00722B24">
              <w:rPr>
                <w:b/>
                <w:sz w:val="18"/>
                <w:lang w:val="pl-PL"/>
              </w:rPr>
              <w:t>Maksymalna Wartoś</w:t>
            </w:r>
            <w:r w:rsidRPr="00722B24">
              <w:rPr>
                <w:b/>
                <w:sz w:val="18"/>
                <w:lang w:val="pl-PL"/>
              </w:rPr>
              <w:t>ć Oferty brutto [PLN] (E = C + D)</w:t>
            </w:r>
          </w:p>
        </w:tc>
      </w:tr>
      <w:tr w:rsidR="00C02B52" w:rsidTr="00723046">
        <w:trPr>
          <w:trHeight w:val="862"/>
        </w:trPr>
        <w:tc>
          <w:tcPr>
            <w:tcW w:w="598" w:type="dxa"/>
          </w:tcPr>
          <w:p w:rsidR="00C02B52" w:rsidRDefault="00AB6101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2966" w:type="dxa"/>
          </w:tcPr>
          <w:p w:rsidR="00C02B52" w:rsidRPr="00722B24" w:rsidRDefault="00AB6101">
            <w:pPr>
              <w:rPr>
                <w:lang w:val="pl-PL"/>
              </w:rPr>
            </w:pPr>
            <w:r w:rsidRPr="00722B24">
              <w:rPr>
                <w:sz w:val="18"/>
                <w:lang w:val="pl-PL"/>
              </w:rPr>
              <w:t>Świadczenie usług z zakresu prowadzenia zajęć sportowych przez Koordynatora ds. sportu</w:t>
            </w:r>
          </w:p>
        </w:tc>
        <w:tc>
          <w:tcPr>
            <w:tcW w:w="1044" w:type="dxa"/>
          </w:tcPr>
          <w:p w:rsidR="00C02B52" w:rsidRDefault="00AB6101">
            <w:pPr>
              <w:jc w:val="center"/>
            </w:pPr>
            <w:r>
              <w:rPr>
                <w:b/>
                <w:sz w:val="18"/>
              </w:rPr>
              <w:t>665 h</w:t>
            </w:r>
          </w:p>
        </w:tc>
        <w:tc>
          <w:tcPr>
            <w:tcW w:w="1486" w:type="dxa"/>
          </w:tcPr>
          <w:p w:rsidR="00C02B52" w:rsidRDefault="00AB6101">
            <w:pPr>
              <w:jc w:val="center"/>
            </w:pPr>
            <w:r>
              <w:rPr>
                <w:sz w:val="18"/>
              </w:rPr>
              <w:t>............ zł</w:t>
            </w:r>
          </w:p>
        </w:tc>
        <w:tc>
          <w:tcPr>
            <w:tcW w:w="1488" w:type="dxa"/>
          </w:tcPr>
          <w:p w:rsidR="00C02B52" w:rsidRDefault="00AB6101">
            <w:pPr>
              <w:jc w:val="center"/>
            </w:pPr>
            <w:r>
              <w:rPr>
                <w:sz w:val="18"/>
              </w:rPr>
              <w:t>............ zł</w:t>
            </w:r>
          </w:p>
        </w:tc>
        <w:tc>
          <w:tcPr>
            <w:tcW w:w="1486" w:type="dxa"/>
          </w:tcPr>
          <w:p w:rsidR="00C02B52" w:rsidRDefault="00AB6101">
            <w:pPr>
              <w:jc w:val="center"/>
            </w:pPr>
            <w:r>
              <w:rPr>
                <w:sz w:val="18"/>
              </w:rPr>
              <w:t>......% / ......... zł</w:t>
            </w:r>
          </w:p>
        </w:tc>
        <w:tc>
          <w:tcPr>
            <w:tcW w:w="1789" w:type="dxa"/>
          </w:tcPr>
          <w:p w:rsidR="00C02B52" w:rsidRDefault="00AB6101">
            <w:pPr>
              <w:jc w:val="center"/>
            </w:pPr>
            <w:r>
              <w:rPr>
                <w:sz w:val="18"/>
              </w:rPr>
              <w:t>..................... zł</w:t>
            </w:r>
          </w:p>
        </w:tc>
      </w:tr>
    </w:tbl>
    <w:p w:rsidR="00C02B52" w:rsidRDefault="00C02B52"/>
    <w:p w:rsidR="00C02B52" w:rsidRPr="00722B24" w:rsidRDefault="00AB6101">
      <w:pPr>
        <w:rPr>
          <w:lang w:val="pl-PL"/>
        </w:rPr>
      </w:pPr>
      <w:r w:rsidRPr="00722B24">
        <w:rPr>
          <w:b/>
          <w:lang w:val="pl-PL"/>
        </w:rPr>
        <w:t xml:space="preserve">Słownie łączna Maksymalna Wartość Oferty </w:t>
      </w:r>
      <w:r w:rsidRPr="00722B24">
        <w:rPr>
          <w:b/>
          <w:lang w:val="pl-PL"/>
        </w:rPr>
        <w:t>brutto (kolumna E):</w:t>
      </w:r>
      <w:bookmarkStart w:id="0" w:name="_GoBack"/>
      <w:bookmarkEnd w:id="0"/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.................................................................................................................................................................. zł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AB6101">
      <w:pPr>
        <w:rPr>
          <w:lang w:val="pl-PL"/>
        </w:rPr>
      </w:pPr>
      <w:r w:rsidRPr="00722B24">
        <w:rPr>
          <w:b/>
          <w:lang w:val="pl-PL"/>
        </w:rPr>
        <w:t>2. SZCZEGÓŁOWY PODZIAŁ STAWKI I STATUS WYKONAWCY (wypełnić właściwe)</w:t>
      </w:r>
    </w:p>
    <w:p w:rsidR="00C02B52" w:rsidRPr="00722B24" w:rsidRDefault="00AB6101">
      <w:pPr>
        <w:rPr>
          <w:lang w:val="pl-PL"/>
        </w:rPr>
      </w:pPr>
      <w:r w:rsidRPr="00722B24">
        <w:rPr>
          <w:lang w:val="pl-PL"/>
        </w:rPr>
        <w:t>Oświadczam, że skalkulowana wyżej cena uwzględnia wszystkie koszty związane z kompleksową realizacją przedmiotu zamówienia (w tym m.in. koszty dojazdu, prowadzenia dokumentacji, udziału w zebraniach/konsultacjach) oraz:</w:t>
      </w:r>
    </w:p>
    <w:p w:rsidR="00C02B52" w:rsidRPr="00722B24" w:rsidRDefault="00AB6101">
      <w:pPr>
        <w:rPr>
          <w:lang w:val="pl-PL"/>
        </w:rPr>
      </w:pPr>
      <w:r w:rsidRPr="00722B24">
        <w:rPr>
          <w:b/>
          <w:lang w:val="pl-PL"/>
        </w:rPr>
        <w:lastRenderedPageBreak/>
        <w:t>☐</w:t>
      </w:r>
      <w:r w:rsidRPr="00722B24">
        <w:rPr>
          <w:b/>
          <w:lang w:val="pl-PL"/>
        </w:rPr>
        <w:t xml:space="preserve"> Osoba fizyczna nieprowadząca dział</w:t>
      </w:r>
      <w:r w:rsidRPr="00722B24">
        <w:rPr>
          <w:b/>
          <w:lang w:val="pl-PL"/>
        </w:rPr>
        <w:t>alności gospodarczej / umowa zlecenia:</w:t>
      </w:r>
      <w:r w:rsidRPr="00722B24">
        <w:rPr>
          <w:b/>
          <w:lang w:val="pl-PL"/>
        </w:rPr>
        <w:br/>
      </w:r>
      <w:r w:rsidRPr="00722B24">
        <w:rPr>
          <w:lang w:val="pl-PL"/>
        </w:rPr>
        <w:t xml:space="preserve">Podane kwoty stanowią całkowity koszt Zamawiającego (wynagrodzenie brutto wraz ze wszystkimi narzutami/składkami na ubezpieczenia społeczne i zdrowotne leżącymi po stronie Zleceniodawcy/Zamawiającego – tzw. całkowity </w:t>
      </w:r>
      <w:r w:rsidRPr="00722B24">
        <w:rPr>
          <w:lang w:val="pl-PL"/>
        </w:rPr>
        <w:t>koszt pracodawcy/zamawiającego).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AB6101">
      <w:pPr>
        <w:rPr>
          <w:lang w:val="pl-PL"/>
        </w:rPr>
      </w:pPr>
      <w:r w:rsidRPr="00722B24">
        <w:rPr>
          <w:b/>
          <w:lang w:val="pl-PL"/>
        </w:rPr>
        <w:t>☐</w:t>
      </w:r>
      <w:r w:rsidRPr="00722B24">
        <w:rPr>
          <w:b/>
          <w:lang w:val="pl-PL"/>
        </w:rPr>
        <w:t xml:space="preserve"> Osoba fizyczna prowadząca działalność gospodarczą / Spółka / Inny podmiot:</w:t>
      </w:r>
      <w:r w:rsidRPr="00722B24">
        <w:rPr>
          <w:b/>
          <w:lang w:val="pl-PL"/>
        </w:rPr>
        <w:br/>
      </w:r>
      <w:r w:rsidRPr="00722B24">
        <w:rPr>
          <w:lang w:val="pl-PL"/>
        </w:rPr>
        <w:t>Cena zawiera wszelkie podatki (w tym podatek VAT) i koszty publicznoprawne.</w:t>
      </w:r>
      <w:r w:rsidRPr="00722B24">
        <w:rPr>
          <w:lang w:val="pl-PL"/>
        </w:rPr>
        <w:br/>
        <w:t>Stawka VAT zgodnie z obowiązującymi przepisami prawa wynosi .........</w:t>
      </w:r>
      <w:r w:rsidRPr="00722B24">
        <w:rPr>
          <w:lang w:val="pl-PL"/>
        </w:rPr>
        <w:t>%</w:t>
      </w:r>
      <w:r w:rsidRPr="00722B24">
        <w:rPr>
          <w:lang w:val="pl-PL"/>
        </w:rPr>
        <w:br/>
        <w:t>(w przypadku zwolnienia z VAT podać podstawę prawną): ......................................................................................................</w:t>
      </w:r>
    </w:p>
    <w:p w:rsidR="00C02B52" w:rsidRPr="00722B24" w:rsidRDefault="00C02B52">
      <w:pPr>
        <w:rPr>
          <w:lang w:val="pl-PL"/>
        </w:rPr>
      </w:pPr>
    </w:p>
    <w:p w:rsidR="00C02B52" w:rsidRPr="00722B24" w:rsidRDefault="00C02B52">
      <w:pPr>
        <w:rPr>
          <w:lang w:val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C02B52" w:rsidRPr="00722B24">
        <w:tc>
          <w:tcPr>
            <w:tcW w:w="5112" w:type="dxa"/>
          </w:tcPr>
          <w:p w:rsidR="00C02B52" w:rsidRDefault="00AB6101">
            <w:pPr>
              <w:jc w:val="center"/>
            </w:pPr>
            <w:r>
              <w:t>...........................................................</w:t>
            </w:r>
            <w:r>
              <w:br/>
              <w:t>(miejscowość, data)</w:t>
            </w:r>
          </w:p>
        </w:tc>
        <w:tc>
          <w:tcPr>
            <w:tcW w:w="5112" w:type="dxa"/>
          </w:tcPr>
          <w:p w:rsidR="00C02B52" w:rsidRPr="00722B24" w:rsidRDefault="00AB6101">
            <w:pPr>
              <w:jc w:val="center"/>
              <w:rPr>
                <w:lang w:val="pl-PL"/>
              </w:rPr>
            </w:pPr>
            <w:r w:rsidRPr="00722B24">
              <w:rPr>
                <w:lang w:val="pl-PL"/>
              </w:rPr>
              <w:t>.....................................................................................</w:t>
            </w:r>
            <w:r w:rsidRPr="00722B24">
              <w:rPr>
                <w:lang w:val="pl-PL"/>
              </w:rPr>
              <w:br/>
              <w:t>(podpis osoby upoważnionej do reprezentacji Wykonawcy)</w:t>
            </w:r>
          </w:p>
        </w:tc>
      </w:tr>
    </w:tbl>
    <w:p w:rsidR="00AB6101" w:rsidRPr="00722B24" w:rsidRDefault="00AB6101">
      <w:pPr>
        <w:rPr>
          <w:lang w:val="pl-PL"/>
        </w:rPr>
      </w:pPr>
    </w:p>
    <w:sectPr w:rsidR="00AB6101" w:rsidRPr="00722B24" w:rsidSect="00034616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101" w:rsidRDefault="00AB6101" w:rsidP="00722B24">
      <w:pPr>
        <w:spacing w:after="0" w:line="240" w:lineRule="auto"/>
      </w:pPr>
      <w:r>
        <w:separator/>
      </w:r>
    </w:p>
  </w:endnote>
  <w:endnote w:type="continuationSeparator" w:id="0">
    <w:p w:rsidR="00AB6101" w:rsidRDefault="00AB6101" w:rsidP="0072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101" w:rsidRDefault="00AB6101" w:rsidP="00722B24">
      <w:pPr>
        <w:spacing w:after="0" w:line="240" w:lineRule="auto"/>
      </w:pPr>
      <w:r>
        <w:separator/>
      </w:r>
    </w:p>
  </w:footnote>
  <w:footnote w:type="continuationSeparator" w:id="0">
    <w:p w:rsidR="00AB6101" w:rsidRDefault="00AB6101" w:rsidP="0072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B24" w:rsidRDefault="00722B24">
    <w:pPr>
      <w:pStyle w:val="Nagwek"/>
    </w:pPr>
    <w:r>
      <w:rPr>
        <w:noProof/>
      </w:rPr>
      <w:drawing>
        <wp:inline distT="0" distB="0" distL="0" distR="0" wp14:anchorId="4510572B">
          <wp:extent cx="6492875" cy="871855"/>
          <wp:effectExtent l="0" t="0" r="3175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8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B24"/>
    <w:rsid w:val="00723046"/>
    <w:rsid w:val="00AA1D8D"/>
    <w:rsid w:val="00AB6101"/>
    <w:rsid w:val="00B47730"/>
    <w:rsid w:val="00C02B5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E2FE4B21-1869-4098-B6F3-DCBA5428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085D49-9786-4027-AC84-E2F8967E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pzpka</cp:lastModifiedBy>
  <cp:revision>3</cp:revision>
  <dcterms:created xsi:type="dcterms:W3CDTF">2013-12-23T23:15:00Z</dcterms:created>
  <dcterms:modified xsi:type="dcterms:W3CDTF">2026-08-20T10:31:00Z</dcterms:modified>
  <cp:category/>
</cp:coreProperties>
</file>