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B382D" w14:textId="2CEEDD87" w:rsidR="00B44ED3" w:rsidRPr="00CC7620" w:rsidRDefault="00B44ED3" w:rsidP="00B44ED3">
      <w:pPr>
        <w:tabs>
          <w:tab w:val="left" w:pos="1140"/>
        </w:tabs>
        <w:ind w:left="13"/>
        <w:jc w:val="right"/>
        <w:rPr>
          <w:rFonts w:ascii="Arial" w:eastAsia="Lucida Sans Unicode" w:hAnsi="Arial" w:cs="Arial"/>
          <w:color w:val="auto"/>
          <w:kern w:val="1"/>
          <w:sz w:val="22"/>
          <w:lang w:val="pl-PL" w:eastAsia="hi-IN" w:bidi="hi-IN"/>
        </w:rPr>
      </w:pPr>
      <w:r w:rsidRPr="00CC7620">
        <w:rPr>
          <w:rFonts w:ascii="Arial" w:hAnsi="Arial" w:cs="Arial"/>
          <w:b/>
          <w:sz w:val="46"/>
          <w:lang w:val="pl-PL"/>
        </w:rPr>
        <w:tab/>
      </w:r>
      <w:r w:rsidRPr="00CC7620">
        <w:rPr>
          <w:rFonts w:ascii="Arial" w:eastAsia="Lucida Sans Unicode" w:hAnsi="Arial" w:cs="Arial"/>
          <w:color w:val="auto"/>
          <w:kern w:val="1"/>
          <w:sz w:val="22"/>
          <w:lang w:val="pl-PL" w:eastAsia="hi-IN" w:bidi="hi-IN"/>
        </w:rPr>
        <w:t>ZAŁĄCZNIK NR 1A DO SWZ</w:t>
      </w:r>
    </w:p>
    <w:p w14:paraId="2D970B04" w14:textId="77777777" w:rsidR="00B44ED3" w:rsidRPr="00CC7620" w:rsidRDefault="00B44ED3" w:rsidP="00B44ED3">
      <w:pPr>
        <w:widowControl w:val="0"/>
        <w:tabs>
          <w:tab w:val="left" w:pos="1140"/>
        </w:tabs>
        <w:suppressAutoHyphens/>
        <w:spacing w:after="0" w:line="240" w:lineRule="auto"/>
        <w:ind w:left="13"/>
        <w:jc w:val="both"/>
        <w:rPr>
          <w:rFonts w:ascii="Arial" w:eastAsia="Lucida Sans Unicode" w:hAnsi="Arial" w:cs="Arial"/>
          <w:color w:val="auto"/>
          <w:kern w:val="1"/>
          <w:sz w:val="22"/>
          <w:lang w:val="pl-PL" w:eastAsia="hi-IN" w:bidi="hi-IN"/>
        </w:rPr>
      </w:pPr>
    </w:p>
    <w:p w14:paraId="168E5BD1" w14:textId="77777777" w:rsidR="00B44ED3" w:rsidRPr="00CC7620" w:rsidRDefault="00B44ED3" w:rsidP="00B44ED3">
      <w:pPr>
        <w:widowControl w:val="0"/>
        <w:suppressAutoHyphens/>
        <w:spacing w:after="0" w:line="240" w:lineRule="auto"/>
        <w:ind w:left="8496"/>
        <w:jc w:val="right"/>
        <w:rPr>
          <w:rFonts w:ascii="Arial" w:eastAsia="Lucida Sans Unicode" w:hAnsi="Arial" w:cs="Arial"/>
          <w:color w:val="000000"/>
          <w:kern w:val="1"/>
          <w:sz w:val="22"/>
          <w:lang w:val="pl-PL" w:eastAsia="hi-IN" w:bidi="hi-IN"/>
        </w:rPr>
      </w:pPr>
    </w:p>
    <w:p w14:paraId="6E651FB7" w14:textId="77777777" w:rsidR="00B44ED3" w:rsidRPr="00CC7620" w:rsidRDefault="00B44ED3" w:rsidP="00B44ED3">
      <w:pPr>
        <w:widowControl w:val="0"/>
        <w:suppressAutoHyphens/>
        <w:spacing w:after="0" w:line="240" w:lineRule="auto"/>
        <w:rPr>
          <w:rFonts w:ascii="Arial" w:eastAsia="Lucida Sans Unicode" w:hAnsi="Arial" w:cs="Arial"/>
          <w:b/>
          <w:bCs/>
          <w:color w:val="000000"/>
          <w:kern w:val="1"/>
          <w:sz w:val="22"/>
          <w:lang w:val="pl-PL" w:eastAsia="hi-IN" w:bidi="hi-IN"/>
        </w:rPr>
      </w:pPr>
      <w:r w:rsidRPr="00CC7620">
        <w:rPr>
          <w:rFonts w:ascii="Arial" w:eastAsia="Lucida Sans Unicode" w:hAnsi="Arial" w:cs="Arial"/>
          <w:color w:val="000000"/>
          <w:kern w:val="1"/>
          <w:sz w:val="22"/>
          <w:lang w:val="pl-PL" w:eastAsia="hi-IN" w:bidi="hi-IN"/>
        </w:rPr>
        <w:t xml:space="preserve">Nr sprawy: </w:t>
      </w:r>
      <w:r w:rsidRPr="00CC7620">
        <w:rPr>
          <w:rFonts w:ascii="Arial" w:eastAsia="Lucida Sans Unicode" w:hAnsi="Arial" w:cs="Arial"/>
          <w:b/>
          <w:bCs/>
          <w:color w:val="000000"/>
          <w:kern w:val="1"/>
          <w:sz w:val="22"/>
          <w:lang w:val="pl-PL" w:eastAsia="hi-IN" w:bidi="hi-IN"/>
        </w:rPr>
        <w:t>ZP.1.26</w:t>
      </w:r>
    </w:p>
    <w:p w14:paraId="761F8CBB" w14:textId="77777777" w:rsidR="00B44ED3" w:rsidRPr="00CC7620" w:rsidRDefault="00B44ED3" w:rsidP="00B44ED3">
      <w:pPr>
        <w:widowControl w:val="0"/>
        <w:suppressAutoHyphens/>
        <w:spacing w:after="0" w:line="240" w:lineRule="auto"/>
        <w:rPr>
          <w:rFonts w:ascii="Arial" w:eastAsia="Lucida Sans Unicode" w:hAnsi="Arial" w:cs="Arial"/>
          <w:color w:val="auto"/>
          <w:kern w:val="1"/>
          <w:sz w:val="22"/>
          <w:lang w:val="pl-PL" w:eastAsia="hi-IN" w:bidi="hi-IN"/>
        </w:rPr>
      </w:pPr>
    </w:p>
    <w:p w14:paraId="5E85D57E" w14:textId="77777777" w:rsidR="004D2558" w:rsidRDefault="004D2558" w:rsidP="00B44ED3">
      <w:pPr>
        <w:spacing w:after="0" w:line="480" w:lineRule="auto"/>
        <w:ind w:right="5954"/>
        <w:rPr>
          <w:rFonts w:ascii="Arial" w:eastAsia="Calibri" w:hAnsi="Arial" w:cs="Arial"/>
          <w:color w:val="auto"/>
          <w:sz w:val="20"/>
          <w:szCs w:val="20"/>
          <w:lang w:val="pl-PL"/>
        </w:rPr>
      </w:pPr>
      <w:bookmarkStart w:id="0" w:name="_Hlk198630781"/>
      <w:r>
        <w:rPr>
          <w:rFonts w:ascii="Arial" w:eastAsia="Calibri" w:hAnsi="Arial" w:cs="Arial"/>
          <w:color w:val="auto"/>
          <w:sz w:val="20"/>
          <w:szCs w:val="20"/>
          <w:lang w:val="pl-PL"/>
        </w:rPr>
        <w:t>Wykonawca:</w:t>
      </w:r>
    </w:p>
    <w:p w14:paraId="0E6FA63C" w14:textId="021AF06A" w:rsidR="00B44ED3" w:rsidRPr="00CC7620" w:rsidRDefault="00B44ED3" w:rsidP="00B44ED3">
      <w:pPr>
        <w:spacing w:after="0" w:line="480" w:lineRule="auto"/>
        <w:ind w:right="5954"/>
        <w:rPr>
          <w:rFonts w:ascii="Arial" w:eastAsia="Calibri" w:hAnsi="Arial" w:cs="Arial"/>
          <w:color w:val="auto"/>
          <w:sz w:val="20"/>
          <w:szCs w:val="20"/>
          <w:lang w:val="pl-PL"/>
        </w:rPr>
      </w:pPr>
      <w:r w:rsidRPr="00CC7620">
        <w:rPr>
          <w:rFonts w:ascii="Arial" w:eastAsia="Calibri" w:hAnsi="Arial" w:cs="Arial"/>
          <w:color w:val="auto"/>
          <w:sz w:val="20"/>
          <w:szCs w:val="20"/>
          <w:lang w:val="pl-PL"/>
        </w:rPr>
        <w:t>………………………………………………………………………………………………</w:t>
      </w:r>
    </w:p>
    <w:p w14:paraId="35C73A0E" w14:textId="6160151F" w:rsidR="00B44ED3" w:rsidRPr="004C189B" w:rsidRDefault="00B44ED3" w:rsidP="004C189B">
      <w:pPr>
        <w:spacing w:after="160" w:line="256" w:lineRule="auto"/>
        <w:ind w:right="5953"/>
        <w:rPr>
          <w:rFonts w:ascii="Arial" w:eastAsia="Calibri" w:hAnsi="Arial" w:cs="Arial"/>
          <w:i/>
          <w:color w:val="auto"/>
          <w:sz w:val="16"/>
          <w:szCs w:val="16"/>
          <w:lang w:val="pl-PL"/>
        </w:rPr>
      </w:pPr>
      <w:r w:rsidRPr="00CC7620">
        <w:rPr>
          <w:rFonts w:ascii="Arial" w:eastAsia="Calibri" w:hAnsi="Arial" w:cs="Arial"/>
          <w:i/>
          <w:color w:val="auto"/>
          <w:sz w:val="16"/>
          <w:szCs w:val="16"/>
          <w:lang w:val="pl-PL"/>
        </w:rPr>
        <w:t>(pełna nazwa/firma, adres)</w:t>
      </w:r>
    </w:p>
    <w:p w14:paraId="39F18A7D" w14:textId="77777777" w:rsidR="00B44ED3" w:rsidRPr="00CC7620" w:rsidRDefault="00B44ED3" w:rsidP="00B44ED3">
      <w:pPr>
        <w:widowControl w:val="0"/>
        <w:suppressAutoHyphens/>
        <w:spacing w:after="0" w:line="240" w:lineRule="auto"/>
        <w:jc w:val="both"/>
        <w:rPr>
          <w:rFonts w:ascii="Arial" w:eastAsia="Lucida Sans Unicode" w:hAnsi="Arial" w:cs="Arial"/>
          <w:b/>
          <w:bCs/>
          <w:color w:val="auto"/>
          <w:kern w:val="1"/>
          <w:sz w:val="22"/>
          <w:lang w:val="pl-PL" w:eastAsia="hi-IN" w:bidi="hi-IN"/>
        </w:rPr>
      </w:pPr>
    </w:p>
    <w:p w14:paraId="3DE9E2E9" w14:textId="77777777" w:rsidR="00B44ED3" w:rsidRPr="00CC7620" w:rsidRDefault="00B44ED3" w:rsidP="00B44ED3">
      <w:pPr>
        <w:widowControl w:val="0"/>
        <w:suppressAutoHyphens/>
        <w:spacing w:after="0" w:line="240" w:lineRule="auto"/>
        <w:jc w:val="both"/>
        <w:rPr>
          <w:rFonts w:ascii="Arial" w:eastAsia="Lucida Sans Unicode" w:hAnsi="Arial" w:cs="Arial"/>
          <w:b/>
          <w:bCs/>
          <w:color w:val="auto"/>
          <w:kern w:val="1"/>
          <w:sz w:val="22"/>
          <w:lang w:val="pl-PL" w:eastAsia="hi-IN" w:bidi="hi-IN"/>
        </w:rPr>
      </w:pPr>
    </w:p>
    <w:p w14:paraId="75E4379A" w14:textId="2C3F3EBE" w:rsidR="00B44ED3" w:rsidRPr="00CC7620" w:rsidRDefault="00B44ED3" w:rsidP="00B44ED3">
      <w:pPr>
        <w:widowControl w:val="0"/>
        <w:suppressAutoHyphens/>
        <w:spacing w:after="0" w:line="240" w:lineRule="auto"/>
        <w:jc w:val="both"/>
        <w:rPr>
          <w:rFonts w:ascii="Arial" w:eastAsia="Lucida Sans Unicode" w:hAnsi="Arial" w:cs="Arial"/>
          <w:color w:val="auto"/>
          <w:kern w:val="1"/>
          <w:sz w:val="22"/>
          <w:lang w:val="pl-PL" w:eastAsia="hi-IN" w:bidi="hi-IN"/>
        </w:rPr>
      </w:pPr>
      <w:r w:rsidRPr="00CC7620">
        <w:rPr>
          <w:rFonts w:ascii="Arial" w:eastAsia="Lucida Sans Unicode" w:hAnsi="Arial" w:cs="Arial"/>
          <w:color w:val="auto"/>
          <w:kern w:val="1"/>
          <w:sz w:val="22"/>
          <w:lang w:val="pl-PL" w:eastAsia="hi-IN" w:bidi="hi-IN"/>
        </w:rPr>
        <w:t xml:space="preserve">Postępowanie przetargowe </w:t>
      </w:r>
      <w:proofErr w:type="spellStart"/>
      <w:r w:rsidRPr="00CC7620">
        <w:rPr>
          <w:rFonts w:ascii="Arial" w:eastAsia="Lucida Sans Unicode" w:hAnsi="Arial" w:cs="Arial"/>
          <w:color w:val="auto"/>
          <w:kern w:val="1"/>
          <w:sz w:val="22"/>
          <w:lang w:val="pl-PL" w:eastAsia="hi-IN" w:bidi="hi-IN"/>
        </w:rPr>
        <w:t>pn</w:t>
      </w:r>
      <w:proofErr w:type="spellEnd"/>
      <w:r w:rsidRPr="00CC7620">
        <w:rPr>
          <w:rFonts w:ascii="Arial" w:eastAsia="Lucida Sans Unicode" w:hAnsi="Arial" w:cs="Arial"/>
          <w:color w:val="auto"/>
          <w:kern w:val="1"/>
          <w:sz w:val="22"/>
          <w:lang w:val="pl-PL" w:eastAsia="hi-IN" w:bidi="hi-IN"/>
        </w:rPr>
        <w:t>,</w:t>
      </w:r>
      <w:r w:rsidRPr="00CC7620">
        <w:rPr>
          <w:rFonts w:ascii="Arial" w:eastAsia="Lucida Sans Unicode" w:hAnsi="Arial" w:cs="Arial"/>
          <w:b/>
          <w:bCs/>
          <w:color w:val="auto"/>
          <w:kern w:val="1"/>
          <w:sz w:val="22"/>
          <w:lang w:val="pl-PL" w:eastAsia="hi-IN" w:bidi="hi-IN"/>
        </w:rPr>
        <w:t xml:space="preserve"> „</w:t>
      </w:r>
      <w:bookmarkStart w:id="1" w:name="_Hlk233194424"/>
      <w:bookmarkEnd w:id="0"/>
      <w:r w:rsidRPr="00CC7620">
        <w:rPr>
          <w:rFonts w:ascii="Arial" w:eastAsia="Lucida Sans Unicode" w:hAnsi="Arial" w:cs="Arial"/>
          <w:b/>
          <w:bCs/>
          <w:color w:val="auto"/>
          <w:kern w:val="1"/>
          <w:sz w:val="22"/>
          <w:lang w:val="pl-PL" w:eastAsia="hi-IN" w:bidi="hi-IN"/>
        </w:rPr>
        <w:t>Zakup, dostawa, instalacja i uruchomienie sprzętu medycznego, rehabilitacyjnego, mebli oraz sprzętu IT w ramach projektu Rozwój rehabilitacji w ramach SP ZOZ w Radzyniu Chełmińskim poprzez modernizację i zakup wyposażenia” realizowanego w ramach działania FEKP.06.09-IZ.00-0026/25, Fundusze Europejskie dla Kujaw i Pomorza 2021–2027</w:t>
      </w:r>
      <w:bookmarkEnd w:id="1"/>
    </w:p>
    <w:p w14:paraId="76DFE6A5" w14:textId="77777777" w:rsidR="00B44ED3" w:rsidRPr="00CC7620" w:rsidRDefault="00B44ED3" w:rsidP="00B44ED3">
      <w:pPr>
        <w:tabs>
          <w:tab w:val="left" w:pos="435"/>
        </w:tabs>
        <w:spacing w:before="120"/>
        <w:jc w:val="center"/>
        <w:rPr>
          <w:rFonts w:ascii="Arial" w:hAnsi="Arial" w:cs="Arial"/>
          <w:b/>
          <w:sz w:val="36"/>
          <w:szCs w:val="36"/>
          <w:lang w:val="pl-PL"/>
        </w:rPr>
      </w:pPr>
    </w:p>
    <w:p w14:paraId="71E18E69" w14:textId="2E725DA0" w:rsidR="00CA2E3F" w:rsidRPr="00CC7620" w:rsidRDefault="00B44ED3" w:rsidP="00CC7620">
      <w:pPr>
        <w:tabs>
          <w:tab w:val="left" w:pos="435"/>
        </w:tabs>
        <w:spacing w:before="120"/>
        <w:jc w:val="center"/>
        <w:rPr>
          <w:rFonts w:ascii="Arial" w:hAnsi="Arial" w:cs="Arial"/>
          <w:b/>
          <w:sz w:val="36"/>
          <w:szCs w:val="36"/>
          <w:lang w:val="pl-PL"/>
        </w:rPr>
      </w:pPr>
      <w:r w:rsidRPr="00CC7620">
        <w:rPr>
          <w:rFonts w:ascii="Arial" w:hAnsi="Arial" w:cs="Arial"/>
          <w:b/>
          <w:sz w:val="36"/>
          <w:szCs w:val="36"/>
          <w:lang w:val="pl-PL"/>
        </w:rPr>
        <w:t>FORMULARZ PARAMETRÓW TECHNICZNYCH</w:t>
      </w:r>
    </w:p>
    <w:p w14:paraId="6762CB0B" w14:textId="77777777" w:rsidR="00CC7620" w:rsidRPr="00CC7620" w:rsidRDefault="00CC7620" w:rsidP="00CC7620">
      <w:pPr>
        <w:tabs>
          <w:tab w:val="left" w:pos="435"/>
        </w:tabs>
        <w:spacing w:before="120"/>
        <w:jc w:val="center"/>
        <w:rPr>
          <w:rFonts w:ascii="Arial" w:hAnsi="Arial" w:cs="Arial"/>
          <w:b/>
          <w:sz w:val="36"/>
          <w:szCs w:val="36"/>
          <w:lang w:val="pl-PL"/>
        </w:rPr>
      </w:pPr>
    </w:p>
    <w:p w14:paraId="34EE0259" w14:textId="77777777" w:rsidR="00140808" w:rsidRPr="00140808" w:rsidRDefault="00140808" w:rsidP="00140808">
      <w:pPr>
        <w:tabs>
          <w:tab w:val="left" w:pos="435"/>
        </w:tabs>
        <w:spacing w:before="120"/>
        <w:jc w:val="both"/>
        <w:rPr>
          <w:rFonts w:ascii="Arial" w:hAnsi="Arial" w:cs="Arial"/>
          <w:b/>
          <w:bCs/>
          <w:sz w:val="24"/>
          <w:szCs w:val="24"/>
          <w:lang w:val="pl-PL"/>
        </w:rPr>
      </w:pPr>
      <w:r w:rsidRPr="00140808">
        <w:rPr>
          <w:rFonts w:ascii="Arial" w:hAnsi="Arial" w:cs="Arial"/>
          <w:b/>
          <w:bCs/>
          <w:sz w:val="24"/>
          <w:szCs w:val="24"/>
          <w:lang w:val="pl-PL"/>
        </w:rPr>
        <w:t>Sposób potwierdzenia spełnienia wymagań</w:t>
      </w:r>
    </w:p>
    <w:p w14:paraId="29DCED52" w14:textId="77777777" w:rsidR="00140808" w:rsidRPr="00140808" w:rsidRDefault="00140808" w:rsidP="00140808">
      <w:pPr>
        <w:tabs>
          <w:tab w:val="left" w:pos="435"/>
        </w:tabs>
        <w:spacing w:before="120"/>
        <w:jc w:val="both"/>
        <w:rPr>
          <w:rFonts w:ascii="Arial" w:hAnsi="Arial" w:cs="Arial"/>
          <w:b/>
          <w:sz w:val="24"/>
          <w:szCs w:val="24"/>
          <w:lang w:val="pl-PL"/>
        </w:rPr>
      </w:pPr>
      <w:r w:rsidRPr="00140808">
        <w:rPr>
          <w:rFonts w:ascii="Arial" w:hAnsi="Arial" w:cs="Arial"/>
          <w:b/>
          <w:sz w:val="24"/>
          <w:szCs w:val="24"/>
          <w:lang w:val="pl-PL"/>
        </w:rPr>
        <w:t>W kolumnie „Parametr oferowany / potwierdzenie” Wykonawca wpisuje konkretną wartość, opis zastosowanego rozwiązania albo słowo „TAK”, jeżeli wymaganie ma charakter opisowy. Samo przepisanie treści OPZ bez wskazania oferowanego rozwiązania może zostać uznane za niewystarczające, gdy Zamawiający wymaga weryfikacji parametru.</w:t>
      </w:r>
    </w:p>
    <w:p w14:paraId="7C811324" w14:textId="1B89263A" w:rsidR="00140808" w:rsidRPr="00140808" w:rsidRDefault="00140808" w:rsidP="00140808">
      <w:pPr>
        <w:tabs>
          <w:tab w:val="left" w:pos="435"/>
        </w:tabs>
        <w:spacing w:before="120"/>
        <w:jc w:val="both"/>
        <w:rPr>
          <w:rFonts w:ascii="Arial" w:hAnsi="Arial" w:cs="Arial"/>
          <w:b/>
          <w:sz w:val="24"/>
          <w:szCs w:val="24"/>
          <w:lang w:val="pl-PL"/>
        </w:rPr>
      </w:pPr>
      <w:r w:rsidRPr="00140808">
        <w:rPr>
          <w:rFonts w:ascii="Arial" w:hAnsi="Arial" w:cs="Arial"/>
          <w:b/>
          <w:sz w:val="24"/>
          <w:szCs w:val="24"/>
          <w:lang w:val="pl-PL"/>
        </w:rPr>
        <w:t>Na żądanie Zamawiającego Wykonawca przedłoży karty katalogowe, foldery producenta, instrukcje, certyfikaty lub inne dokumenty potwierdzające oferowane parametry. Dokumenty obcojęzyczne należy przedstawić wraz z tłumaczeniem na język polski.</w:t>
      </w:r>
    </w:p>
    <w:p w14:paraId="64E6DAB1" w14:textId="77777777" w:rsidR="00140808" w:rsidRDefault="00140808" w:rsidP="00CC7620">
      <w:pPr>
        <w:tabs>
          <w:tab w:val="left" w:pos="435"/>
        </w:tabs>
        <w:spacing w:before="120"/>
        <w:jc w:val="both"/>
        <w:rPr>
          <w:rFonts w:ascii="Arial" w:hAnsi="Arial" w:cs="Arial"/>
          <w:b/>
          <w:sz w:val="24"/>
          <w:szCs w:val="24"/>
          <w:lang w:val="pl-PL"/>
        </w:rPr>
      </w:pPr>
    </w:p>
    <w:p w14:paraId="752140BC" w14:textId="7EC84AB4" w:rsidR="00CA2E3F" w:rsidRPr="00CC7620" w:rsidRDefault="00CC7620" w:rsidP="00CC7620">
      <w:pPr>
        <w:tabs>
          <w:tab w:val="left" w:pos="435"/>
        </w:tabs>
        <w:spacing w:before="120"/>
        <w:jc w:val="both"/>
        <w:rPr>
          <w:rFonts w:ascii="Arial" w:hAnsi="Arial" w:cs="Arial"/>
          <w:lang w:val="pl-PL"/>
        </w:rPr>
      </w:pPr>
      <w:r w:rsidRPr="00CC7620">
        <w:rPr>
          <w:rFonts w:ascii="Arial" w:hAnsi="Arial" w:cs="Arial"/>
          <w:b/>
          <w:sz w:val="24"/>
          <w:szCs w:val="24"/>
          <w:lang w:val="pl-PL"/>
        </w:rPr>
        <w:t>1. Aparat do elektroterapii i terapii ultradźwiękowej</w:t>
      </w:r>
    </w:p>
    <w:p w14:paraId="17BD7066" w14:textId="77777777" w:rsidR="00CA2E3F" w:rsidRPr="00CC7620" w:rsidRDefault="00CA2E3F" w:rsidP="00CA2E3F">
      <w:pPr>
        <w:rPr>
          <w:rFonts w:ascii="Arial" w:hAnsi="Arial" w:cs="Arial"/>
          <w:lang w:val="pl-PL"/>
        </w:rPr>
      </w:pPr>
      <w:r w:rsidRPr="00CC7620">
        <w:rPr>
          <w:rFonts w:ascii="Arial" w:hAnsi="Arial" w:cs="Arial"/>
          <w:b/>
          <w:lang w:val="pl-PL"/>
        </w:rPr>
        <w:t>Ilość:</w:t>
      </w:r>
      <w:r w:rsidRPr="00CC7620">
        <w:rPr>
          <w:rFonts w:ascii="Arial" w:hAnsi="Arial" w:cs="Arial"/>
          <w:lang w:val="pl-PL"/>
        </w:rPr>
        <w:t xml:space="preserve"> 1 szt.</w:t>
      </w:r>
    </w:p>
    <w:p w14:paraId="598DB585" w14:textId="77777777" w:rsidR="00CA2E3F" w:rsidRPr="00CC7620" w:rsidRDefault="00CA2E3F" w:rsidP="00CA2E3F">
      <w:pPr>
        <w:rPr>
          <w:rFonts w:ascii="Arial" w:hAnsi="Arial" w:cs="Arial"/>
          <w:lang w:val="pl-PL"/>
        </w:rPr>
      </w:pPr>
      <w:r w:rsidRPr="00CC7620">
        <w:rPr>
          <w:rFonts w:ascii="Arial" w:hAnsi="Arial" w:cs="Arial"/>
          <w:lang w:val="pl-PL"/>
        </w:rPr>
        <w:t>Urządzenie przeznaczone do elektroterapii, terapii ultradźwiękowej i terapii skojarzonej, z kompletem wskazanych głowic.</w:t>
      </w:r>
    </w:p>
    <w:tbl>
      <w:tblPr>
        <w:tblW w:w="9373"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
        <w:gridCol w:w="6738"/>
        <w:gridCol w:w="1985"/>
      </w:tblGrid>
      <w:tr w:rsidR="00CC7620" w:rsidRPr="00CC7620" w14:paraId="6804A308" w14:textId="77777777" w:rsidTr="004C189B">
        <w:tc>
          <w:tcPr>
            <w:tcW w:w="650" w:type="dxa"/>
            <w:tcMar>
              <w:top w:w="80" w:type="dxa"/>
              <w:left w:w="120" w:type="dxa"/>
              <w:bottom w:w="80" w:type="dxa"/>
              <w:right w:w="120" w:type="dxa"/>
            </w:tcMar>
            <w:vAlign w:val="center"/>
          </w:tcPr>
          <w:p w14:paraId="0194C13E" w14:textId="46218D8B" w:rsidR="00CC7620" w:rsidRPr="00CC7620" w:rsidRDefault="00CC7620" w:rsidP="00CC7620">
            <w:pPr>
              <w:jc w:val="center"/>
              <w:rPr>
                <w:rFonts w:ascii="Arial" w:hAnsi="Arial" w:cs="Arial"/>
                <w:b/>
                <w:bCs/>
                <w:sz w:val="22"/>
                <w:lang w:val="pl-PL"/>
              </w:rPr>
            </w:pPr>
            <w:r w:rsidRPr="00CC7620">
              <w:rPr>
                <w:rFonts w:ascii="Arial" w:hAnsi="Arial" w:cs="Arial"/>
                <w:b/>
                <w:bCs/>
                <w:sz w:val="22"/>
                <w:lang w:val="pl-PL"/>
              </w:rPr>
              <w:t>Lp.</w:t>
            </w:r>
          </w:p>
        </w:tc>
        <w:tc>
          <w:tcPr>
            <w:tcW w:w="6738" w:type="dxa"/>
            <w:tcMar>
              <w:top w:w="80" w:type="dxa"/>
              <w:left w:w="120" w:type="dxa"/>
              <w:bottom w:w="80" w:type="dxa"/>
              <w:right w:w="120" w:type="dxa"/>
            </w:tcMar>
            <w:vAlign w:val="center"/>
          </w:tcPr>
          <w:p w14:paraId="42C610BC" w14:textId="7E2121C0" w:rsidR="00CC7620" w:rsidRPr="00CC7620" w:rsidRDefault="00CC7620" w:rsidP="00CC7620">
            <w:pPr>
              <w:jc w:val="center"/>
              <w:rPr>
                <w:rFonts w:ascii="Arial" w:hAnsi="Arial" w:cs="Arial"/>
                <w:b/>
                <w:bCs/>
                <w:sz w:val="22"/>
                <w:lang w:val="pl-PL"/>
              </w:rPr>
            </w:pPr>
            <w:r w:rsidRPr="00CC7620">
              <w:rPr>
                <w:rFonts w:ascii="Arial" w:hAnsi="Arial" w:cs="Arial"/>
                <w:b/>
                <w:bCs/>
                <w:sz w:val="22"/>
                <w:lang w:val="pl-PL"/>
              </w:rPr>
              <w:t>Parametr</w:t>
            </w:r>
            <w:r w:rsidR="004C189B">
              <w:rPr>
                <w:rFonts w:ascii="Arial" w:hAnsi="Arial" w:cs="Arial"/>
                <w:b/>
                <w:bCs/>
                <w:sz w:val="22"/>
                <w:lang w:val="pl-PL"/>
              </w:rPr>
              <w:t xml:space="preserve"> </w:t>
            </w:r>
            <w:r>
              <w:rPr>
                <w:rFonts w:ascii="Arial" w:hAnsi="Arial" w:cs="Arial"/>
                <w:b/>
                <w:bCs/>
                <w:sz w:val="22"/>
                <w:lang w:val="pl-PL"/>
              </w:rPr>
              <w:t>wymagany</w:t>
            </w:r>
          </w:p>
        </w:tc>
        <w:tc>
          <w:tcPr>
            <w:tcW w:w="1985" w:type="dxa"/>
          </w:tcPr>
          <w:p w14:paraId="437CD264" w14:textId="4A0D1256" w:rsidR="00CC7620" w:rsidRPr="00CC7620" w:rsidRDefault="004C189B" w:rsidP="00CC7620">
            <w:pPr>
              <w:jc w:val="center"/>
              <w:rPr>
                <w:rFonts w:ascii="Arial" w:hAnsi="Arial" w:cs="Arial"/>
                <w:b/>
                <w:bCs/>
                <w:sz w:val="22"/>
                <w:lang w:val="pl-PL"/>
              </w:rPr>
            </w:pPr>
            <w:r w:rsidRPr="004C189B">
              <w:rPr>
                <w:rFonts w:ascii="Arial" w:hAnsi="Arial" w:cs="Arial"/>
                <w:b/>
                <w:bCs/>
                <w:sz w:val="22"/>
                <w:lang w:val="pl-PL"/>
              </w:rPr>
              <w:t>Parametr oferowany / potwierdzenie</w:t>
            </w:r>
          </w:p>
        </w:tc>
      </w:tr>
      <w:tr w:rsidR="00CC7620" w:rsidRPr="00CC7620" w14:paraId="0517917B" w14:textId="77777777" w:rsidTr="004C189B">
        <w:tc>
          <w:tcPr>
            <w:tcW w:w="650" w:type="dxa"/>
            <w:tcMar>
              <w:top w:w="80" w:type="dxa"/>
              <w:left w:w="120" w:type="dxa"/>
              <w:bottom w:w="80" w:type="dxa"/>
              <w:right w:w="120" w:type="dxa"/>
            </w:tcMar>
            <w:vAlign w:val="center"/>
          </w:tcPr>
          <w:p w14:paraId="0C97EBB0"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1</w:t>
            </w:r>
          </w:p>
        </w:tc>
        <w:tc>
          <w:tcPr>
            <w:tcW w:w="6738" w:type="dxa"/>
            <w:tcMar>
              <w:top w:w="80" w:type="dxa"/>
              <w:left w:w="120" w:type="dxa"/>
              <w:bottom w:w="80" w:type="dxa"/>
              <w:right w:w="120" w:type="dxa"/>
            </w:tcMar>
            <w:vAlign w:val="center"/>
          </w:tcPr>
          <w:p w14:paraId="3B397436"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5” kolorowy wyświetlacz z panelem dotykowym</w:t>
            </w:r>
          </w:p>
        </w:tc>
        <w:tc>
          <w:tcPr>
            <w:tcW w:w="1985" w:type="dxa"/>
          </w:tcPr>
          <w:p w14:paraId="367FE1FC" w14:textId="77777777" w:rsidR="00CC7620" w:rsidRPr="00CC7620" w:rsidRDefault="00CC7620" w:rsidP="007D09C6">
            <w:pPr>
              <w:rPr>
                <w:rFonts w:ascii="Arial" w:hAnsi="Arial" w:cs="Arial"/>
                <w:lang w:val="pl-PL"/>
              </w:rPr>
            </w:pPr>
          </w:p>
        </w:tc>
      </w:tr>
      <w:tr w:rsidR="00CC7620" w:rsidRPr="00CC7620" w14:paraId="146C382E" w14:textId="77777777" w:rsidTr="004C189B">
        <w:tc>
          <w:tcPr>
            <w:tcW w:w="650" w:type="dxa"/>
            <w:tcMar>
              <w:top w:w="80" w:type="dxa"/>
              <w:left w:w="120" w:type="dxa"/>
              <w:bottom w:w="80" w:type="dxa"/>
              <w:right w:w="120" w:type="dxa"/>
            </w:tcMar>
            <w:vAlign w:val="center"/>
          </w:tcPr>
          <w:p w14:paraId="7434CC89"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2</w:t>
            </w:r>
          </w:p>
        </w:tc>
        <w:tc>
          <w:tcPr>
            <w:tcW w:w="6738" w:type="dxa"/>
            <w:tcMar>
              <w:top w:w="80" w:type="dxa"/>
              <w:left w:w="120" w:type="dxa"/>
              <w:bottom w:w="80" w:type="dxa"/>
              <w:right w:w="120" w:type="dxa"/>
            </w:tcMar>
            <w:vAlign w:val="center"/>
          </w:tcPr>
          <w:p w14:paraId="28978E18"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Trzy niezależne kanały zabiegowe</w:t>
            </w:r>
          </w:p>
        </w:tc>
        <w:tc>
          <w:tcPr>
            <w:tcW w:w="1985" w:type="dxa"/>
          </w:tcPr>
          <w:p w14:paraId="115D04A2" w14:textId="77777777" w:rsidR="00CC7620" w:rsidRPr="00CC7620" w:rsidRDefault="00CC7620" w:rsidP="007D09C6">
            <w:pPr>
              <w:rPr>
                <w:rFonts w:ascii="Arial" w:hAnsi="Arial" w:cs="Arial"/>
                <w:lang w:val="pl-PL"/>
              </w:rPr>
            </w:pPr>
          </w:p>
        </w:tc>
      </w:tr>
      <w:tr w:rsidR="00CC7620" w:rsidRPr="00CC7620" w14:paraId="58F4715E" w14:textId="77777777" w:rsidTr="004C189B">
        <w:tc>
          <w:tcPr>
            <w:tcW w:w="650" w:type="dxa"/>
            <w:tcMar>
              <w:top w:w="80" w:type="dxa"/>
              <w:left w:w="120" w:type="dxa"/>
              <w:bottom w:w="80" w:type="dxa"/>
              <w:right w:w="120" w:type="dxa"/>
            </w:tcMar>
            <w:vAlign w:val="center"/>
          </w:tcPr>
          <w:p w14:paraId="16B3E626"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lastRenderedPageBreak/>
              <w:t>3</w:t>
            </w:r>
          </w:p>
        </w:tc>
        <w:tc>
          <w:tcPr>
            <w:tcW w:w="6738" w:type="dxa"/>
            <w:tcMar>
              <w:top w:w="80" w:type="dxa"/>
              <w:left w:w="120" w:type="dxa"/>
              <w:bottom w:w="80" w:type="dxa"/>
              <w:right w:w="120" w:type="dxa"/>
            </w:tcMar>
            <w:vAlign w:val="center"/>
          </w:tcPr>
          <w:p w14:paraId="0E910471"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Możliwość wykonywania zabiegów z zakresu elektroterapii, terapii ultradźwiękowej oraz terapii skojarzonej.</w:t>
            </w:r>
          </w:p>
        </w:tc>
        <w:tc>
          <w:tcPr>
            <w:tcW w:w="1985" w:type="dxa"/>
          </w:tcPr>
          <w:p w14:paraId="3F4FB64D" w14:textId="77777777" w:rsidR="00CC7620" w:rsidRPr="00CC7620" w:rsidRDefault="00CC7620" w:rsidP="007D09C6">
            <w:pPr>
              <w:rPr>
                <w:rFonts w:ascii="Arial" w:hAnsi="Arial" w:cs="Arial"/>
                <w:lang w:val="pl-PL"/>
              </w:rPr>
            </w:pPr>
          </w:p>
        </w:tc>
      </w:tr>
      <w:tr w:rsidR="00CC7620" w:rsidRPr="00CC7620" w14:paraId="4235CE0E" w14:textId="77777777" w:rsidTr="004C189B">
        <w:tc>
          <w:tcPr>
            <w:tcW w:w="650" w:type="dxa"/>
            <w:tcMar>
              <w:top w:w="80" w:type="dxa"/>
              <w:left w:w="120" w:type="dxa"/>
              <w:bottom w:w="80" w:type="dxa"/>
              <w:right w:w="120" w:type="dxa"/>
            </w:tcMar>
            <w:vAlign w:val="center"/>
          </w:tcPr>
          <w:p w14:paraId="34ADFA97"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4</w:t>
            </w:r>
          </w:p>
        </w:tc>
        <w:tc>
          <w:tcPr>
            <w:tcW w:w="6738" w:type="dxa"/>
            <w:tcMar>
              <w:top w:w="80" w:type="dxa"/>
              <w:left w:w="120" w:type="dxa"/>
              <w:bottom w:w="80" w:type="dxa"/>
              <w:right w:w="120" w:type="dxa"/>
            </w:tcMar>
            <w:vAlign w:val="center"/>
          </w:tcPr>
          <w:p w14:paraId="11734BB9"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 xml:space="preserve">możliwość jednoczesnej pracy dwóch głowic </w:t>
            </w:r>
            <w:proofErr w:type="spellStart"/>
            <w:r w:rsidRPr="00CC7620">
              <w:rPr>
                <w:rFonts w:ascii="Arial" w:hAnsi="Arial" w:cs="Arial"/>
                <w:sz w:val="20"/>
                <w:szCs w:val="20"/>
                <w:lang w:val="pl-PL"/>
              </w:rPr>
              <w:t>SnG</w:t>
            </w:r>
            <w:proofErr w:type="spellEnd"/>
          </w:p>
        </w:tc>
        <w:tc>
          <w:tcPr>
            <w:tcW w:w="1985" w:type="dxa"/>
          </w:tcPr>
          <w:p w14:paraId="676F1F9C" w14:textId="77777777" w:rsidR="00CC7620" w:rsidRPr="00CC7620" w:rsidRDefault="00CC7620" w:rsidP="007D09C6">
            <w:pPr>
              <w:rPr>
                <w:rFonts w:ascii="Arial" w:hAnsi="Arial" w:cs="Arial"/>
                <w:lang w:val="pl-PL"/>
              </w:rPr>
            </w:pPr>
          </w:p>
        </w:tc>
      </w:tr>
      <w:tr w:rsidR="00CC7620" w:rsidRPr="00CC7620" w14:paraId="7ED2639E" w14:textId="77777777" w:rsidTr="004C189B">
        <w:tc>
          <w:tcPr>
            <w:tcW w:w="650" w:type="dxa"/>
            <w:tcMar>
              <w:top w:w="80" w:type="dxa"/>
              <w:left w:w="120" w:type="dxa"/>
              <w:bottom w:w="80" w:type="dxa"/>
              <w:right w:w="120" w:type="dxa"/>
            </w:tcMar>
            <w:vAlign w:val="center"/>
          </w:tcPr>
          <w:p w14:paraId="252EB871"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5</w:t>
            </w:r>
          </w:p>
        </w:tc>
        <w:tc>
          <w:tcPr>
            <w:tcW w:w="6738" w:type="dxa"/>
            <w:tcMar>
              <w:top w:w="80" w:type="dxa"/>
              <w:left w:w="120" w:type="dxa"/>
              <w:bottom w:w="80" w:type="dxa"/>
              <w:right w:w="120" w:type="dxa"/>
            </w:tcMar>
            <w:vAlign w:val="center"/>
          </w:tcPr>
          <w:p w14:paraId="0C669A3A"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Głowica GU5 cm2</w:t>
            </w:r>
          </w:p>
        </w:tc>
        <w:tc>
          <w:tcPr>
            <w:tcW w:w="1985" w:type="dxa"/>
          </w:tcPr>
          <w:p w14:paraId="393B99EF" w14:textId="77777777" w:rsidR="00CC7620" w:rsidRPr="00CC7620" w:rsidRDefault="00CC7620" w:rsidP="007D09C6">
            <w:pPr>
              <w:rPr>
                <w:rFonts w:ascii="Arial" w:hAnsi="Arial" w:cs="Arial"/>
                <w:lang w:val="pl-PL"/>
              </w:rPr>
            </w:pPr>
          </w:p>
        </w:tc>
      </w:tr>
      <w:tr w:rsidR="00CC7620" w:rsidRPr="00CC7620" w14:paraId="2F159AA8" w14:textId="77777777" w:rsidTr="004C189B">
        <w:tc>
          <w:tcPr>
            <w:tcW w:w="650" w:type="dxa"/>
            <w:tcMar>
              <w:top w:w="80" w:type="dxa"/>
              <w:left w:w="120" w:type="dxa"/>
              <w:bottom w:w="80" w:type="dxa"/>
              <w:right w:w="120" w:type="dxa"/>
            </w:tcMar>
            <w:vAlign w:val="center"/>
          </w:tcPr>
          <w:p w14:paraId="68449E01"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6</w:t>
            </w:r>
          </w:p>
        </w:tc>
        <w:tc>
          <w:tcPr>
            <w:tcW w:w="6738" w:type="dxa"/>
            <w:tcMar>
              <w:top w:w="80" w:type="dxa"/>
              <w:left w:w="120" w:type="dxa"/>
              <w:bottom w:w="80" w:type="dxa"/>
              <w:right w:w="120" w:type="dxa"/>
            </w:tcMar>
            <w:vAlign w:val="center"/>
          </w:tcPr>
          <w:p w14:paraId="2B6E8513"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Głowica SNG</w:t>
            </w:r>
          </w:p>
        </w:tc>
        <w:tc>
          <w:tcPr>
            <w:tcW w:w="1985" w:type="dxa"/>
          </w:tcPr>
          <w:p w14:paraId="4C20AACF" w14:textId="77777777" w:rsidR="00CC7620" w:rsidRPr="00CC7620" w:rsidRDefault="00CC7620" w:rsidP="007D09C6">
            <w:pPr>
              <w:rPr>
                <w:rFonts w:ascii="Arial" w:hAnsi="Arial" w:cs="Arial"/>
                <w:lang w:val="pl-PL"/>
              </w:rPr>
            </w:pPr>
          </w:p>
        </w:tc>
      </w:tr>
      <w:tr w:rsidR="00CC7620" w:rsidRPr="00CC7620" w14:paraId="3B1162E8" w14:textId="77777777" w:rsidTr="004C189B">
        <w:tc>
          <w:tcPr>
            <w:tcW w:w="650" w:type="dxa"/>
            <w:tcMar>
              <w:top w:w="80" w:type="dxa"/>
              <w:left w:w="120" w:type="dxa"/>
              <w:bottom w:w="80" w:type="dxa"/>
              <w:right w:w="120" w:type="dxa"/>
            </w:tcMar>
            <w:vAlign w:val="center"/>
          </w:tcPr>
          <w:p w14:paraId="6ADAEE27"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7</w:t>
            </w:r>
          </w:p>
        </w:tc>
        <w:tc>
          <w:tcPr>
            <w:tcW w:w="6738" w:type="dxa"/>
            <w:tcMar>
              <w:top w:w="80" w:type="dxa"/>
              <w:left w:w="120" w:type="dxa"/>
              <w:bottom w:w="80" w:type="dxa"/>
              <w:right w:w="120" w:type="dxa"/>
            </w:tcMar>
            <w:vAlign w:val="center"/>
          </w:tcPr>
          <w:p w14:paraId="6BEF472D"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tryb manualny</w:t>
            </w:r>
          </w:p>
        </w:tc>
        <w:tc>
          <w:tcPr>
            <w:tcW w:w="1985" w:type="dxa"/>
          </w:tcPr>
          <w:p w14:paraId="36230F99" w14:textId="77777777" w:rsidR="00CC7620" w:rsidRPr="00CC7620" w:rsidRDefault="00CC7620" w:rsidP="007D09C6">
            <w:pPr>
              <w:rPr>
                <w:rFonts w:ascii="Arial" w:hAnsi="Arial" w:cs="Arial"/>
                <w:lang w:val="pl-PL"/>
              </w:rPr>
            </w:pPr>
          </w:p>
        </w:tc>
      </w:tr>
      <w:tr w:rsidR="00CC7620" w:rsidRPr="00CC7620" w14:paraId="3878EAF9" w14:textId="77777777" w:rsidTr="004C189B">
        <w:tc>
          <w:tcPr>
            <w:tcW w:w="650" w:type="dxa"/>
            <w:tcMar>
              <w:top w:w="80" w:type="dxa"/>
              <w:left w:w="120" w:type="dxa"/>
              <w:bottom w:w="80" w:type="dxa"/>
              <w:right w:w="120" w:type="dxa"/>
            </w:tcMar>
            <w:vAlign w:val="center"/>
          </w:tcPr>
          <w:p w14:paraId="250C31C1"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8</w:t>
            </w:r>
          </w:p>
        </w:tc>
        <w:tc>
          <w:tcPr>
            <w:tcW w:w="6738" w:type="dxa"/>
            <w:tcMar>
              <w:top w:w="80" w:type="dxa"/>
              <w:left w:w="120" w:type="dxa"/>
              <w:bottom w:w="80" w:type="dxa"/>
              <w:right w:w="120" w:type="dxa"/>
            </w:tcMar>
            <w:vAlign w:val="center"/>
          </w:tcPr>
          <w:p w14:paraId="5FDD79ED"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jednostki chorobowe wybierane po nazwie lub dziedzinie</w:t>
            </w:r>
          </w:p>
        </w:tc>
        <w:tc>
          <w:tcPr>
            <w:tcW w:w="1985" w:type="dxa"/>
          </w:tcPr>
          <w:p w14:paraId="5B9C0EC4" w14:textId="77777777" w:rsidR="00CC7620" w:rsidRPr="00CC7620" w:rsidRDefault="00CC7620" w:rsidP="007D09C6">
            <w:pPr>
              <w:rPr>
                <w:rFonts w:ascii="Arial" w:hAnsi="Arial" w:cs="Arial"/>
                <w:lang w:val="pl-PL"/>
              </w:rPr>
            </w:pPr>
          </w:p>
        </w:tc>
      </w:tr>
      <w:tr w:rsidR="00CC7620" w:rsidRPr="00CC7620" w14:paraId="438DEE7C" w14:textId="77777777" w:rsidTr="004C189B">
        <w:tc>
          <w:tcPr>
            <w:tcW w:w="650" w:type="dxa"/>
            <w:tcMar>
              <w:top w:w="80" w:type="dxa"/>
              <w:left w:w="120" w:type="dxa"/>
              <w:bottom w:w="80" w:type="dxa"/>
              <w:right w:w="120" w:type="dxa"/>
            </w:tcMar>
            <w:vAlign w:val="center"/>
          </w:tcPr>
          <w:p w14:paraId="11DB16A5"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9</w:t>
            </w:r>
          </w:p>
        </w:tc>
        <w:tc>
          <w:tcPr>
            <w:tcW w:w="6738" w:type="dxa"/>
            <w:tcMar>
              <w:top w:w="80" w:type="dxa"/>
              <w:left w:w="120" w:type="dxa"/>
              <w:bottom w:w="80" w:type="dxa"/>
              <w:right w:w="120" w:type="dxa"/>
            </w:tcMar>
            <w:vAlign w:val="center"/>
          </w:tcPr>
          <w:p w14:paraId="1D0076A9"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304 wbudowanych procedur terapeutycznych</w:t>
            </w:r>
          </w:p>
        </w:tc>
        <w:tc>
          <w:tcPr>
            <w:tcW w:w="1985" w:type="dxa"/>
          </w:tcPr>
          <w:p w14:paraId="56E885F0" w14:textId="77777777" w:rsidR="00CC7620" w:rsidRPr="00CC7620" w:rsidRDefault="00CC7620" w:rsidP="007D09C6">
            <w:pPr>
              <w:rPr>
                <w:rFonts w:ascii="Arial" w:hAnsi="Arial" w:cs="Arial"/>
                <w:lang w:val="pl-PL"/>
              </w:rPr>
            </w:pPr>
          </w:p>
        </w:tc>
      </w:tr>
      <w:tr w:rsidR="00CC7620" w:rsidRPr="00CC7620" w14:paraId="08E40CDE" w14:textId="77777777" w:rsidTr="004C189B">
        <w:tc>
          <w:tcPr>
            <w:tcW w:w="650" w:type="dxa"/>
            <w:tcMar>
              <w:top w:w="80" w:type="dxa"/>
              <w:left w:w="120" w:type="dxa"/>
              <w:bottom w:w="80" w:type="dxa"/>
              <w:right w:w="120" w:type="dxa"/>
            </w:tcMar>
            <w:vAlign w:val="center"/>
          </w:tcPr>
          <w:p w14:paraId="3702EB1B"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10</w:t>
            </w:r>
          </w:p>
        </w:tc>
        <w:tc>
          <w:tcPr>
            <w:tcW w:w="6738" w:type="dxa"/>
            <w:tcMar>
              <w:top w:w="80" w:type="dxa"/>
              <w:left w:w="120" w:type="dxa"/>
              <w:bottom w:w="80" w:type="dxa"/>
              <w:right w:w="120" w:type="dxa"/>
            </w:tcMar>
            <w:vAlign w:val="center"/>
          </w:tcPr>
          <w:p w14:paraId="06023F68"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250 programów użytkownika</w:t>
            </w:r>
          </w:p>
        </w:tc>
        <w:tc>
          <w:tcPr>
            <w:tcW w:w="1985" w:type="dxa"/>
          </w:tcPr>
          <w:p w14:paraId="5F545866" w14:textId="77777777" w:rsidR="00CC7620" w:rsidRPr="00CC7620" w:rsidRDefault="00CC7620" w:rsidP="007D09C6">
            <w:pPr>
              <w:rPr>
                <w:rFonts w:ascii="Arial" w:hAnsi="Arial" w:cs="Arial"/>
                <w:lang w:val="pl-PL"/>
              </w:rPr>
            </w:pPr>
          </w:p>
        </w:tc>
      </w:tr>
      <w:tr w:rsidR="00CC7620" w:rsidRPr="00CC7620" w14:paraId="646411A5" w14:textId="77777777" w:rsidTr="004C189B">
        <w:tc>
          <w:tcPr>
            <w:tcW w:w="650" w:type="dxa"/>
            <w:tcMar>
              <w:top w:w="80" w:type="dxa"/>
              <w:left w:w="120" w:type="dxa"/>
              <w:bottom w:w="80" w:type="dxa"/>
              <w:right w:w="120" w:type="dxa"/>
            </w:tcMar>
            <w:vAlign w:val="center"/>
          </w:tcPr>
          <w:p w14:paraId="2FCE54A6"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11</w:t>
            </w:r>
          </w:p>
        </w:tc>
        <w:tc>
          <w:tcPr>
            <w:tcW w:w="6738" w:type="dxa"/>
            <w:tcMar>
              <w:top w:w="80" w:type="dxa"/>
              <w:left w:w="120" w:type="dxa"/>
              <w:bottom w:w="80" w:type="dxa"/>
              <w:right w:w="120" w:type="dxa"/>
            </w:tcMar>
            <w:vAlign w:val="center"/>
          </w:tcPr>
          <w:p w14:paraId="19924065"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programy ulubione</w:t>
            </w:r>
          </w:p>
        </w:tc>
        <w:tc>
          <w:tcPr>
            <w:tcW w:w="1985" w:type="dxa"/>
          </w:tcPr>
          <w:p w14:paraId="6AE06F9D" w14:textId="77777777" w:rsidR="00CC7620" w:rsidRPr="00CC7620" w:rsidRDefault="00CC7620" w:rsidP="007D09C6">
            <w:pPr>
              <w:rPr>
                <w:rFonts w:ascii="Arial" w:hAnsi="Arial" w:cs="Arial"/>
                <w:lang w:val="pl-PL"/>
              </w:rPr>
            </w:pPr>
          </w:p>
        </w:tc>
      </w:tr>
      <w:tr w:rsidR="00CC7620" w:rsidRPr="00CC7620" w14:paraId="2F438E71" w14:textId="77777777" w:rsidTr="004C189B">
        <w:tc>
          <w:tcPr>
            <w:tcW w:w="650" w:type="dxa"/>
            <w:tcMar>
              <w:top w:w="80" w:type="dxa"/>
              <w:left w:w="120" w:type="dxa"/>
              <w:bottom w:w="80" w:type="dxa"/>
              <w:right w:w="120" w:type="dxa"/>
            </w:tcMar>
            <w:vAlign w:val="center"/>
          </w:tcPr>
          <w:p w14:paraId="6E05C067"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12</w:t>
            </w:r>
          </w:p>
        </w:tc>
        <w:tc>
          <w:tcPr>
            <w:tcW w:w="6738" w:type="dxa"/>
            <w:tcMar>
              <w:top w:w="80" w:type="dxa"/>
              <w:left w:w="120" w:type="dxa"/>
              <w:bottom w:w="80" w:type="dxa"/>
              <w:right w:w="120" w:type="dxa"/>
            </w:tcMar>
            <w:vAlign w:val="center"/>
          </w:tcPr>
          <w:p w14:paraId="6DB32AF9"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4 programy dla terapii LIPUS</w:t>
            </w:r>
          </w:p>
        </w:tc>
        <w:tc>
          <w:tcPr>
            <w:tcW w:w="1985" w:type="dxa"/>
          </w:tcPr>
          <w:p w14:paraId="50D9E48B" w14:textId="77777777" w:rsidR="00CC7620" w:rsidRPr="00CC7620" w:rsidRDefault="00CC7620" w:rsidP="007D09C6">
            <w:pPr>
              <w:rPr>
                <w:rFonts w:ascii="Arial" w:hAnsi="Arial" w:cs="Arial"/>
                <w:lang w:val="pl-PL"/>
              </w:rPr>
            </w:pPr>
          </w:p>
        </w:tc>
      </w:tr>
      <w:tr w:rsidR="00CC7620" w:rsidRPr="00CC7620" w14:paraId="6A9F6F78" w14:textId="77777777" w:rsidTr="004C189B">
        <w:tc>
          <w:tcPr>
            <w:tcW w:w="650" w:type="dxa"/>
            <w:tcMar>
              <w:top w:w="80" w:type="dxa"/>
              <w:left w:w="120" w:type="dxa"/>
              <w:bottom w:w="80" w:type="dxa"/>
              <w:right w:w="120" w:type="dxa"/>
            </w:tcMar>
            <w:vAlign w:val="center"/>
          </w:tcPr>
          <w:p w14:paraId="4DBC3EE5"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13</w:t>
            </w:r>
          </w:p>
        </w:tc>
        <w:tc>
          <w:tcPr>
            <w:tcW w:w="6738" w:type="dxa"/>
            <w:tcMar>
              <w:top w:w="80" w:type="dxa"/>
              <w:left w:w="120" w:type="dxa"/>
              <w:bottom w:w="80" w:type="dxa"/>
              <w:right w:w="120" w:type="dxa"/>
            </w:tcMar>
            <w:vAlign w:val="center"/>
          </w:tcPr>
          <w:p w14:paraId="49C5B9B9"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10 własnych sekwencji dla elektroterapii</w:t>
            </w:r>
          </w:p>
        </w:tc>
        <w:tc>
          <w:tcPr>
            <w:tcW w:w="1985" w:type="dxa"/>
          </w:tcPr>
          <w:p w14:paraId="6CBCB5F4" w14:textId="77777777" w:rsidR="00CC7620" w:rsidRPr="00CC7620" w:rsidRDefault="00CC7620" w:rsidP="007D09C6">
            <w:pPr>
              <w:rPr>
                <w:rFonts w:ascii="Arial" w:hAnsi="Arial" w:cs="Arial"/>
                <w:lang w:val="pl-PL"/>
              </w:rPr>
            </w:pPr>
          </w:p>
        </w:tc>
      </w:tr>
      <w:tr w:rsidR="00CC7620" w:rsidRPr="00CC7620" w14:paraId="1E86EF69" w14:textId="77777777" w:rsidTr="004C189B">
        <w:tc>
          <w:tcPr>
            <w:tcW w:w="650" w:type="dxa"/>
            <w:tcMar>
              <w:top w:w="80" w:type="dxa"/>
              <w:left w:w="120" w:type="dxa"/>
              <w:bottom w:w="80" w:type="dxa"/>
              <w:right w:w="120" w:type="dxa"/>
            </w:tcMar>
            <w:vAlign w:val="center"/>
          </w:tcPr>
          <w:p w14:paraId="01844848"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14</w:t>
            </w:r>
          </w:p>
        </w:tc>
        <w:tc>
          <w:tcPr>
            <w:tcW w:w="6738" w:type="dxa"/>
            <w:tcMar>
              <w:top w:w="80" w:type="dxa"/>
              <w:left w:w="120" w:type="dxa"/>
              <w:bottom w:w="80" w:type="dxa"/>
              <w:right w:w="120" w:type="dxa"/>
            </w:tcMar>
            <w:vAlign w:val="center"/>
          </w:tcPr>
          <w:p w14:paraId="4AD5A508"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encyklopedia z opisem metodyki zabiegu</w:t>
            </w:r>
          </w:p>
        </w:tc>
        <w:tc>
          <w:tcPr>
            <w:tcW w:w="1985" w:type="dxa"/>
          </w:tcPr>
          <w:p w14:paraId="10126E91" w14:textId="77777777" w:rsidR="00CC7620" w:rsidRPr="00CC7620" w:rsidRDefault="00CC7620" w:rsidP="007D09C6">
            <w:pPr>
              <w:rPr>
                <w:rFonts w:ascii="Arial" w:hAnsi="Arial" w:cs="Arial"/>
                <w:lang w:val="pl-PL"/>
              </w:rPr>
            </w:pPr>
          </w:p>
        </w:tc>
      </w:tr>
      <w:tr w:rsidR="00CC7620" w:rsidRPr="00CC7620" w14:paraId="731F9991" w14:textId="77777777" w:rsidTr="004C189B">
        <w:tc>
          <w:tcPr>
            <w:tcW w:w="650" w:type="dxa"/>
            <w:tcMar>
              <w:top w:w="80" w:type="dxa"/>
              <w:left w:w="120" w:type="dxa"/>
              <w:bottom w:w="80" w:type="dxa"/>
              <w:right w:w="120" w:type="dxa"/>
            </w:tcMar>
            <w:vAlign w:val="center"/>
          </w:tcPr>
          <w:p w14:paraId="399B525B"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15</w:t>
            </w:r>
          </w:p>
        </w:tc>
        <w:tc>
          <w:tcPr>
            <w:tcW w:w="6738" w:type="dxa"/>
            <w:tcMar>
              <w:top w:w="80" w:type="dxa"/>
              <w:left w:w="120" w:type="dxa"/>
              <w:bottom w:w="80" w:type="dxa"/>
              <w:right w:w="120" w:type="dxa"/>
            </w:tcMar>
            <w:vAlign w:val="center"/>
          </w:tcPr>
          <w:p w14:paraId="16B34FC8"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możliwość wykonywania terapii LIPUS</w:t>
            </w:r>
          </w:p>
        </w:tc>
        <w:tc>
          <w:tcPr>
            <w:tcW w:w="1985" w:type="dxa"/>
          </w:tcPr>
          <w:p w14:paraId="60320B58" w14:textId="77777777" w:rsidR="00CC7620" w:rsidRPr="00CC7620" w:rsidRDefault="00CC7620" w:rsidP="007D09C6">
            <w:pPr>
              <w:rPr>
                <w:rFonts w:ascii="Arial" w:hAnsi="Arial" w:cs="Arial"/>
                <w:lang w:val="pl-PL"/>
              </w:rPr>
            </w:pPr>
          </w:p>
        </w:tc>
      </w:tr>
      <w:tr w:rsidR="00CC7620" w:rsidRPr="00CC7620" w14:paraId="70E85FA6" w14:textId="77777777" w:rsidTr="004C189B">
        <w:tc>
          <w:tcPr>
            <w:tcW w:w="650" w:type="dxa"/>
            <w:tcMar>
              <w:top w:w="80" w:type="dxa"/>
              <w:left w:w="120" w:type="dxa"/>
              <w:bottom w:w="80" w:type="dxa"/>
              <w:right w:w="120" w:type="dxa"/>
            </w:tcMar>
            <w:vAlign w:val="center"/>
          </w:tcPr>
          <w:p w14:paraId="1E533941"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16</w:t>
            </w:r>
          </w:p>
        </w:tc>
        <w:tc>
          <w:tcPr>
            <w:tcW w:w="6738" w:type="dxa"/>
            <w:tcMar>
              <w:top w:w="80" w:type="dxa"/>
              <w:left w:w="120" w:type="dxa"/>
              <w:bottom w:w="80" w:type="dxa"/>
              <w:right w:w="120" w:type="dxa"/>
            </w:tcMar>
            <w:vAlign w:val="center"/>
          </w:tcPr>
          <w:p w14:paraId="79C8238A"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statystyki przeprowadzanych zabiegów</w:t>
            </w:r>
          </w:p>
        </w:tc>
        <w:tc>
          <w:tcPr>
            <w:tcW w:w="1985" w:type="dxa"/>
          </w:tcPr>
          <w:p w14:paraId="02FB755D" w14:textId="77777777" w:rsidR="00CC7620" w:rsidRPr="00CC7620" w:rsidRDefault="00CC7620" w:rsidP="007D09C6">
            <w:pPr>
              <w:rPr>
                <w:rFonts w:ascii="Arial" w:hAnsi="Arial" w:cs="Arial"/>
                <w:lang w:val="pl-PL"/>
              </w:rPr>
            </w:pPr>
          </w:p>
        </w:tc>
      </w:tr>
      <w:tr w:rsidR="00CC7620" w:rsidRPr="00CC7620" w14:paraId="510FBF05" w14:textId="77777777" w:rsidTr="004C189B">
        <w:tc>
          <w:tcPr>
            <w:tcW w:w="650" w:type="dxa"/>
            <w:tcMar>
              <w:top w:w="80" w:type="dxa"/>
              <w:left w:w="120" w:type="dxa"/>
              <w:bottom w:w="80" w:type="dxa"/>
              <w:right w:w="120" w:type="dxa"/>
            </w:tcMar>
            <w:vAlign w:val="center"/>
          </w:tcPr>
          <w:p w14:paraId="1DAA4B28"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17</w:t>
            </w:r>
          </w:p>
        </w:tc>
        <w:tc>
          <w:tcPr>
            <w:tcW w:w="6738" w:type="dxa"/>
            <w:tcMar>
              <w:top w:w="80" w:type="dxa"/>
              <w:left w:w="120" w:type="dxa"/>
              <w:bottom w:w="80" w:type="dxa"/>
              <w:right w:w="120" w:type="dxa"/>
            </w:tcMar>
            <w:vAlign w:val="center"/>
          </w:tcPr>
          <w:p w14:paraId="29120E15"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emisja ciągła/ impulsowa</w:t>
            </w:r>
          </w:p>
        </w:tc>
        <w:tc>
          <w:tcPr>
            <w:tcW w:w="1985" w:type="dxa"/>
          </w:tcPr>
          <w:p w14:paraId="2CF1909B" w14:textId="77777777" w:rsidR="00CC7620" w:rsidRPr="00CC7620" w:rsidRDefault="00CC7620" w:rsidP="007D09C6">
            <w:pPr>
              <w:rPr>
                <w:rFonts w:ascii="Arial" w:hAnsi="Arial" w:cs="Arial"/>
                <w:lang w:val="pl-PL"/>
              </w:rPr>
            </w:pPr>
          </w:p>
        </w:tc>
      </w:tr>
      <w:tr w:rsidR="00CC7620" w:rsidRPr="00CC7620" w14:paraId="1BE26D5F" w14:textId="77777777" w:rsidTr="004C189B">
        <w:tc>
          <w:tcPr>
            <w:tcW w:w="650" w:type="dxa"/>
            <w:tcMar>
              <w:top w:w="80" w:type="dxa"/>
              <w:left w:w="120" w:type="dxa"/>
              <w:bottom w:w="80" w:type="dxa"/>
              <w:right w:w="120" w:type="dxa"/>
            </w:tcMar>
            <w:vAlign w:val="center"/>
          </w:tcPr>
          <w:p w14:paraId="64200F50"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18</w:t>
            </w:r>
          </w:p>
        </w:tc>
        <w:tc>
          <w:tcPr>
            <w:tcW w:w="6738" w:type="dxa"/>
            <w:tcMar>
              <w:top w:w="80" w:type="dxa"/>
              <w:left w:w="120" w:type="dxa"/>
              <w:bottom w:w="80" w:type="dxa"/>
              <w:right w:w="120" w:type="dxa"/>
            </w:tcMar>
            <w:vAlign w:val="center"/>
          </w:tcPr>
          <w:p w14:paraId="3CF84A80"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kontrola przylegania czoła głowicy (mierzony efektywny czas zabiegu)</w:t>
            </w:r>
          </w:p>
        </w:tc>
        <w:tc>
          <w:tcPr>
            <w:tcW w:w="1985" w:type="dxa"/>
          </w:tcPr>
          <w:p w14:paraId="61287222" w14:textId="77777777" w:rsidR="00CC7620" w:rsidRPr="00CC7620" w:rsidRDefault="00CC7620" w:rsidP="007D09C6">
            <w:pPr>
              <w:rPr>
                <w:rFonts w:ascii="Arial" w:hAnsi="Arial" w:cs="Arial"/>
                <w:lang w:val="pl-PL"/>
              </w:rPr>
            </w:pPr>
          </w:p>
        </w:tc>
      </w:tr>
      <w:tr w:rsidR="00CC7620" w:rsidRPr="00CC7620" w14:paraId="2DC6F10B" w14:textId="77777777" w:rsidTr="004C189B">
        <w:tc>
          <w:tcPr>
            <w:tcW w:w="650" w:type="dxa"/>
            <w:tcMar>
              <w:top w:w="80" w:type="dxa"/>
              <w:left w:w="120" w:type="dxa"/>
              <w:bottom w:w="80" w:type="dxa"/>
              <w:right w:w="120" w:type="dxa"/>
            </w:tcMar>
            <w:vAlign w:val="center"/>
          </w:tcPr>
          <w:p w14:paraId="588AA6BC"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19</w:t>
            </w:r>
          </w:p>
        </w:tc>
        <w:tc>
          <w:tcPr>
            <w:tcW w:w="6738" w:type="dxa"/>
            <w:tcMar>
              <w:top w:w="80" w:type="dxa"/>
              <w:left w:w="120" w:type="dxa"/>
              <w:bottom w:w="80" w:type="dxa"/>
              <w:right w:w="120" w:type="dxa"/>
            </w:tcMar>
            <w:vAlign w:val="center"/>
          </w:tcPr>
          <w:p w14:paraId="5A2B503D"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 xml:space="preserve">Możliwość podłączenia </w:t>
            </w:r>
            <w:proofErr w:type="gramStart"/>
            <w:r w:rsidRPr="00CC7620">
              <w:rPr>
                <w:rFonts w:ascii="Arial" w:hAnsi="Arial" w:cs="Arial"/>
                <w:sz w:val="20"/>
                <w:szCs w:val="20"/>
                <w:lang w:val="pl-PL"/>
              </w:rPr>
              <w:t>głowic :</w:t>
            </w:r>
            <w:proofErr w:type="gramEnd"/>
            <w:r w:rsidRPr="00CC7620">
              <w:rPr>
                <w:rFonts w:ascii="Arial" w:hAnsi="Arial" w:cs="Arial"/>
                <w:sz w:val="20"/>
                <w:szCs w:val="20"/>
                <w:lang w:val="pl-PL"/>
              </w:rPr>
              <w:t xml:space="preserve"> typ GU-1 - 1 cm2; 1/ 3 </w:t>
            </w:r>
            <w:proofErr w:type="gramStart"/>
            <w:r w:rsidRPr="00CC7620">
              <w:rPr>
                <w:rFonts w:ascii="Arial" w:hAnsi="Arial" w:cs="Arial"/>
                <w:sz w:val="20"/>
                <w:szCs w:val="20"/>
                <w:lang w:val="pl-PL"/>
              </w:rPr>
              <w:t>MHz ;</w:t>
            </w:r>
            <w:proofErr w:type="gramEnd"/>
            <w:r w:rsidRPr="00CC7620">
              <w:rPr>
                <w:rFonts w:ascii="Arial" w:hAnsi="Arial" w:cs="Arial"/>
                <w:sz w:val="20"/>
                <w:szCs w:val="20"/>
                <w:lang w:val="pl-PL"/>
              </w:rPr>
              <w:t xml:space="preserve"> typ GU-5 - 5 cm2; 1/ 3 MHz; typ </w:t>
            </w:r>
            <w:proofErr w:type="spellStart"/>
            <w:r w:rsidRPr="00CC7620">
              <w:rPr>
                <w:rFonts w:ascii="Arial" w:hAnsi="Arial" w:cs="Arial"/>
                <w:sz w:val="20"/>
                <w:szCs w:val="20"/>
                <w:lang w:val="pl-PL"/>
              </w:rPr>
              <w:t>SnG</w:t>
            </w:r>
            <w:proofErr w:type="spellEnd"/>
            <w:r w:rsidRPr="00CC7620">
              <w:rPr>
                <w:rFonts w:ascii="Arial" w:hAnsi="Arial" w:cs="Arial"/>
                <w:sz w:val="20"/>
                <w:szCs w:val="20"/>
                <w:lang w:val="pl-PL"/>
              </w:rPr>
              <w:t xml:space="preserve"> - 17,3 cm2; 1/ 3 MHz</w:t>
            </w:r>
          </w:p>
        </w:tc>
        <w:tc>
          <w:tcPr>
            <w:tcW w:w="1985" w:type="dxa"/>
          </w:tcPr>
          <w:p w14:paraId="4F4AE022" w14:textId="77777777" w:rsidR="00CC7620" w:rsidRPr="00CC7620" w:rsidRDefault="00CC7620" w:rsidP="007D09C6">
            <w:pPr>
              <w:rPr>
                <w:rFonts w:ascii="Arial" w:hAnsi="Arial" w:cs="Arial"/>
                <w:lang w:val="pl-PL"/>
              </w:rPr>
            </w:pPr>
          </w:p>
        </w:tc>
      </w:tr>
      <w:tr w:rsidR="00CC7620" w:rsidRPr="00CC7620" w14:paraId="4862A7A2" w14:textId="77777777" w:rsidTr="004C189B">
        <w:tc>
          <w:tcPr>
            <w:tcW w:w="650" w:type="dxa"/>
            <w:tcMar>
              <w:top w:w="80" w:type="dxa"/>
              <w:left w:w="120" w:type="dxa"/>
              <w:bottom w:w="80" w:type="dxa"/>
              <w:right w:w="120" w:type="dxa"/>
            </w:tcMar>
            <w:vAlign w:val="center"/>
          </w:tcPr>
          <w:p w14:paraId="4419EDBD"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20</w:t>
            </w:r>
          </w:p>
        </w:tc>
        <w:tc>
          <w:tcPr>
            <w:tcW w:w="6738" w:type="dxa"/>
            <w:tcMar>
              <w:top w:w="80" w:type="dxa"/>
              <w:left w:w="120" w:type="dxa"/>
              <w:bottom w:w="80" w:type="dxa"/>
              <w:right w:w="120" w:type="dxa"/>
            </w:tcMar>
            <w:vAlign w:val="center"/>
          </w:tcPr>
          <w:p w14:paraId="31C25516"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maksymalne natężenie fali ultradźwiękowej 2/3 W/cm2</w:t>
            </w:r>
          </w:p>
        </w:tc>
        <w:tc>
          <w:tcPr>
            <w:tcW w:w="1985" w:type="dxa"/>
          </w:tcPr>
          <w:p w14:paraId="45330203" w14:textId="77777777" w:rsidR="00CC7620" w:rsidRPr="00CC7620" w:rsidRDefault="00CC7620" w:rsidP="007D09C6">
            <w:pPr>
              <w:rPr>
                <w:rFonts w:ascii="Arial" w:hAnsi="Arial" w:cs="Arial"/>
                <w:lang w:val="pl-PL"/>
              </w:rPr>
            </w:pPr>
          </w:p>
        </w:tc>
      </w:tr>
      <w:tr w:rsidR="00CC7620" w:rsidRPr="00CC7620" w14:paraId="7C9FF1DF" w14:textId="77777777" w:rsidTr="004C189B">
        <w:tc>
          <w:tcPr>
            <w:tcW w:w="650" w:type="dxa"/>
            <w:tcMar>
              <w:top w:w="80" w:type="dxa"/>
              <w:left w:w="120" w:type="dxa"/>
              <w:bottom w:w="80" w:type="dxa"/>
              <w:right w:w="120" w:type="dxa"/>
            </w:tcMar>
            <w:vAlign w:val="center"/>
          </w:tcPr>
          <w:p w14:paraId="0BC5C147"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21</w:t>
            </w:r>
          </w:p>
        </w:tc>
        <w:tc>
          <w:tcPr>
            <w:tcW w:w="6738" w:type="dxa"/>
            <w:tcMar>
              <w:top w:w="80" w:type="dxa"/>
              <w:left w:w="120" w:type="dxa"/>
              <w:bottom w:w="80" w:type="dxa"/>
              <w:right w:w="120" w:type="dxa"/>
            </w:tcMar>
            <w:vAlign w:val="center"/>
          </w:tcPr>
          <w:p w14:paraId="3C9488F3"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Możliwość pracy manualnej głowicą SNG</w:t>
            </w:r>
          </w:p>
        </w:tc>
        <w:tc>
          <w:tcPr>
            <w:tcW w:w="1985" w:type="dxa"/>
          </w:tcPr>
          <w:p w14:paraId="669F69EE" w14:textId="77777777" w:rsidR="00CC7620" w:rsidRPr="00CC7620" w:rsidRDefault="00CC7620" w:rsidP="007D09C6">
            <w:pPr>
              <w:rPr>
                <w:rFonts w:ascii="Arial" w:hAnsi="Arial" w:cs="Arial"/>
                <w:lang w:val="pl-PL"/>
              </w:rPr>
            </w:pPr>
          </w:p>
        </w:tc>
      </w:tr>
      <w:tr w:rsidR="00CC7620" w:rsidRPr="00CC7620" w14:paraId="4B029D9D" w14:textId="77777777" w:rsidTr="004C189B">
        <w:tc>
          <w:tcPr>
            <w:tcW w:w="650" w:type="dxa"/>
            <w:tcMar>
              <w:top w:w="80" w:type="dxa"/>
              <w:left w:w="120" w:type="dxa"/>
              <w:bottom w:w="80" w:type="dxa"/>
              <w:right w:w="120" w:type="dxa"/>
            </w:tcMar>
            <w:vAlign w:val="center"/>
          </w:tcPr>
          <w:p w14:paraId="1F0EE0EA"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22</w:t>
            </w:r>
          </w:p>
        </w:tc>
        <w:tc>
          <w:tcPr>
            <w:tcW w:w="6738" w:type="dxa"/>
            <w:tcMar>
              <w:top w:w="80" w:type="dxa"/>
              <w:left w:w="120" w:type="dxa"/>
              <w:bottom w:w="80" w:type="dxa"/>
              <w:right w:w="120" w:type="dxa"/>
            </w:tcMar>
            <w:vAlign w:val="center"/>
          </w:tcPr>
          <w:p w14:paraId="18D72FE0"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 xml:space="preserve">Głowica typ </w:t>
            </w:r>
            <w:proofErr w:type="spellStart"/>
            <w:r w:rsidRPr="00CC7620">
              <w:rPr>
                <w:rFonts w:ascii="Arial" w:hAnsi="Arial" w:cs="Arial"/>
                <w:sz w:val="20"/>
                <w:szCs w:val="20"/>
                <w:lang w:val="pl-PL"/>
              </w:rPr>
              <w:t>SnG</w:t>
            </w:r>
            <w:proofErr w:type="spellEnd"/>
            <w:r w:rsidRPr="00CC7620">
              <w:rPr>
                <w:rFonts w:ascii="Arial" w:hAnsi="Arial" w:cs="Arial"/>
                <w:sz w:val="20"/>
                <w:szCs w:val="20"/>
                <w:lang w:val="pl-PL"/>
              </w:rPr>
              <w:t>; 1/ 3 MHz; 17,3 cm2 z uchwytem x 2</w:t>
            </w:r>
          </w:p>
        </w:tc>
        <w:tc>
          <w:tcPr>
            <w:tcW w:w="1985" w:type="dxa"/>
          </w:tcPr>
          <w:p w14:paraId="4B6050BD" w14:textId="77777777" w:rsidR="00CC7620" w:rsidRPr="00CC7620" w:rsidRDefault="00CC7620" w:rsidP="007D09C6">
            <w:pPr>
              <w:rPr>
                <w:rFonts w:ascii="Arial" w:hAnsi="Arial" w:cs="Arial"/>
                <w:lang w:val="pl-PL"/>
              </w:rPr>
            </w:pPr>
          </w:p>
        </w:tc>
      </w:tr>
      <w:tr w:rsidR="00CC7620" w:rsidRPr="00CC7620" w14:paraId="3F386FD5" w14:textId="77777777" w:rsidTr="004C189B">
        <w:tc>
          <w:tcPr>
            <w:tcW w:w="650" w:type="dxa"/>
            <w:tcMar>
              <w:top w:w="80" w:type="dxa"/>
              <w:left w:w="120" w:type="dxa"/>
              <w:bottom w:w="80" w:type="dxa"/>
              <w:right w:w="120" w:type="dxa"/>
            </w:tcMar>
            <w:vAlign w:val="center"/>
          </w:tcPr>
          <w:p w14:paraId="3E6570D8"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23</w:t>
            </w:r>
          </w:p>
        </w:tc>
        <w:tc>
          <w:tcPr>
            <w:tcW w:w="6738" w:type="dxa"/>
            <w:tcMar>
              <w:top w:w="80" w:type="dxa"/>
              <w:left w:w="120" w:type="dxa"/>
              <w:bottom w:w="80" w:type="dxa"/>
              <w:right w:w="120" w:type="dxa"/>
            </w:tcMar>
            <w:vAlign w:val="center"/>
          </w:tcPr>
          <w:p w14:paraId="54A6DC05"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 xml:space="preserve">częstotliwość w trybie impulsowym 10 – 150 </w:t>
            </w:r>
            <w:proofErr w:type="spellStart"/>
            <w:r w:rsidRPr="00CC7620">
              <w:rPr>
                <w:rFonts w:ascii="Arial" w:hAnsi="Arial" w:cs="Arial"/>
                <w:sz w:val="20"/>
                <w:szCs w:val="20"/>
                <w:lang w:val="pl-PL"/>
              </w:rPr>
              <w:t>Hz</w:t>
            </w:r>
            <w:proofErr w:type="spellEnd"/>
            <w:r w:rsidRPr="00CC7620">
              <w:rPr>
                <w:rFonts w:ascii="Arial" w:hAnsi="Arial" w:cs="Arial"/>
                <w:sz w:val="20"/>
                <w:szCs w:val="20"/>
                <w:lang w:val="pl-PL"/>
              </w:rPr>
              <w:t xml:space="preserve"> z krokiem zmiennym dla GU-1, GU-5, </w:t>
            </w:r>
            <w:proofErr w:type="spellStart"/>
            <w:r w:rsidRPr="00CC7620">
              <w:rPr>
                <w:rFonts w:ascii="Arial" w:hAnsi="Arial" w:cs="Arial"/>
                <w:sz w:val="20"/>
                <w:szCs w:val="20"/>
                <w:lang w:val="pl-PL"/>
              </w:rPr>
              <w:t>SnG</w:t>
            </w:r>
            <w:proofErr w:type="spellEnd"/>
            <w:r w:rsidRPr="00CC7620">
              <w:rPr>
                <w:rFonts w:ascii="Arial" w:hAnsi="Arial" w:cs="Arial"/>
                <w:sz w:val="20"/>
                <w:szCs w:val="20"/>
                <w:lang w:val="pl-PL"/>
              </w:rPr>
              <w:t>; 1 kHz LIPUS</w:t>
            </w:r>
          </w:p>
        </w:tc>
        <w:tc>
          <w:tcPr>
            <w:tcW w:w="1985" w:type="dxa"/>
          </w:tcPr>
          <w:p w14:paraId="0E013B0C" w14:textId="77777777" w:rsidR="00CC7620" w:rsidRPr="00CC7620" w:rsidRDefault="00CC7620" w:rsidP="007D09C6">
            <w:pPr>
              <w:rPr>
                <w:rFonts w:ascii="Arial" w:hAnsi="Arial" w:cs="Arial"/>
                <w:lang w:val="pl-PL"/>
              </w:rPr>
            </w:pPr>
          </w:p>
        </w:tc>
      </w:tr>
      <w:tr w:rsidR="00CC7620" w:rsidRPr="00CC7620" w14:paraId="58A2AE80" w14:textId="77777777" w:rsidTr="004C189B">
        <w:tc>
          <w:tcPr>
            <w:tcW w:w="650" w:type="dxa"/>
            <w:tcMar>
              <w:top w:w="80" w:type="dxa"/>
              <w:left w:w="120" w:type="dxa"/>
              <w:bottom w:w="80" w:type="dxa"/>
              <w:right w:w="120" w:type="dxa"/>
            </w:tcMar>
            <w:vAlign w:val="center"/>
          </w:tcPr>
          <w:p w14:paraId="73271BE3"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24</w:t>
            </w:r>
          </w:p>
        </w:tc>
        <w:tc>
          <w:tcPr>
            <w:tcW w:w="6738" w:type="dxa"/>
            <w:tcMar>
              <w:top w:w="80" w:type="dxa"/>
              <w:left w:w="120" w:type="dxa"/>
              <w:bottom w:w="80" w:type="dxa"/>
              <w:right w:w="120" w:type="dxa"/>
            </w:tcMar>
            <w:vAlign w:val="center"/>
          </w:tcPr>
          <w:p w14:paraId="3E65C7AE"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regulowane wypełnienie w trybie impulsowym</w:t>
            </w:r>
          </w:p>
        </w:tc>
        <w:tc>
          <w:tcPr>
            <w:tcW w:w="1985" w:type="dxa"/>
          </w:tcPr>
          <w:p w14:paraId="04C862C9" w14:textId="77777777" w:rsidR="00CC7620" w:rsidRPr="00CC7620" w:rsidRDefault="00CC7620" w:rsidP="007D09C6">
            <w:pPr>
              <w:rPr>
                <w:rFonts w:ascii="Arial" w:hAnsi="Arial" w:cs="Arial"/>
                <w:lang w:val="pl-PL"/>
              </w:rPr>
            </w:pPr>
          </w:p>
        </w:tc>
      </w:tr>
      <w:tr w:rsidR="00CC7620" w:rsidRPr="00CC7620" w14:paraId="1704CE24" w14:textId="77777777" w:rsidTr="004C189B">
        <w:tc>
          <w:tcPr>
            <w:tcW w:w="650" w:type="dxa"/>
            <w:tcMar>
              <w:top w:w="80" w:type="dxa"/>
              <w:left w:w="120" w:type="dxa"/>
              <w:bottom w:w="80" w:type="dxa"/>
              <w:right w:w="120" w:type="dxa"/>
            </w:tcMar>
            <w:vAlign w:val="center"/>
          </w:tcPr>
          <w:p w14:paraId="740D3F63"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25</w:t>
            </w:r>
          </w:p>
        </w:tc>
        <w:tc>
          <w:tcPr>
            <w:tcW w:w="6738" w:type="dxa"/>
            <w:tcMar>
              <w:top w:w="80" w:type="dxa"/>
              <w:left w:w="120" w:type="dxa"/>
              <w:bottom w:w="80" w:type="dxa"/>
              <w:right w:w="120" w:type="dxa"/>
            </w:tcMar>
            <w:vAlign w:val="center"/>
          </w:tcPr>
          <w:p w14:paraId="3B459F78"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 xml:space="preserve">Generowane prądy: interferencyjne </w:t>
            </w:r>
            <w:proofErr w:type="spellStart"/>
            <w:r w:rsidRPr="00CC7620">
              <w:rPr>
                <w:rFonts w:ascii="Arial" w:hAnsi="Arial" w:cs="Arial"/>
                <w:sz w:val="20"/>
                <w:szCs w:val="20"/>
                <w:lang w:val="pl-PL"/>
              </w:rPr>
              <w:t>izoplanarne</w:t>
            </w:r>
            <w:proofErr w:type="spellEnd"/>
            <w:r w:rsidRPr="00CC7620">
              <w:rPr>
                <w:rFonts w:ascii="Arial" w:hAnsi="Arial" w:cs="Arial"/>
                <w:sz w:val="20"/>
                <w:szCs w:val="20"/>
                <w:lang w:val="pl-PL"/>
              </w:rPr>
              <w:t xml:space="preserve">; – interferencyjne dynamiczne; – interferencyjne jednokanałowe AMF; – TENS symetryczny; – TENS asymetryczny; – TENS naprzemienny; – TENS </w:t>
            </w:r>
            <w:proofErr w:type="spellStart"/>
            <w:r w:rsidRPr="00CC7620">
              <w:rPr>
                <w:rFonts w:ascii="Arial" w:hAnsi="Arial" w:cs="Arial"/>
                <w:sz w:val="20"/>
                <w:szCs w:val="20"/>
                <w:lang w:val="pl-PL"/>
              </w:rPr>
              <w:t>burst</w:t>
            </w:r>
            <w:proofErr w:type="spellEnd"/>
            <w:r w:rsidRPr="00CC7620">
              <w:rPr>
                <w:rFonts w:ascii="Arial" w:hAnsi="Arial" w:cs="Arial"/>
                <w:sz w:val="20"/>
                <w:szCs w:val="20"/>
                <w:lang w:val="pl-PL"/>
              </w:rPr>
              <w:t xml:space="preserve">; – TENS do terapii porażeń spastycznych; – </w:t>
            </w:r>
            <w:proofErr w:type="spellStart"/>
            <w:r w:rsidRPr="00CC7620">
              <w:rPr>
                <w:rFonts w:ascii="Arial" w:hAnsi="Arial" w:cs="Arial"/>
                <w:sz w:val="20"/>
                <w:szCs w:val="20"/>
                <w:lang w:val="pl-PL"/>
              </w:rPr>
              <w:t>Kotz’a</w:t>
            </w:r>
            <w:proofErr w:type="spellEnd"/>
            <w:r w:rsidRPr="00CC7620">
              <w:rPr>
                <w:rFonts w:ascii="Arial" w:hAnsi="Arial" w:cs="Arial"/>
                <w:sz w:val="20"/>
                <w:szCs w:val="20"/>
                <w:lang w:val="pl-PL"/>
              </w:rPr>
              <w:t xml:space="preserve"> (rosyjska stymulacja </w:t>
            </w:r>
            <w:proofErr w:type="spellStart"/>
            <w:r w:rsidRPr="00CC7620">
              <w:rPr>
                <w:rFonts w:ascii="Arial" w:hAnsi="Arial" w:cs="Arial"/>
                <w:sz w:val="20"/>
                <w:szCs w:val="20"/>
                <w:lang w:val="pl-PL"/>
              </w:rPr>
              <w:t>tonoliza</w:t>
            </w:r>
            <w:proofErr w:type="spellEnd"/>
            <w:r w:rsidRPr="00CC7620">
              <w:rPr>
                <w:rFonts w:ascii="Arial" w:hAnsi="Arial" w:cs="Arial"/>
                <w:sz w:val="20"/>
                <w:szCs w:val="20"/>
                <w:lang w:val="pl-PL"/>
              </w:rPr>
              <w:t xml:space="preserve">; – stymulacja </w:t>
            </w:r>
            <w:proofErr w:type="spellStart"/>
            <w:r w:rsidRPr="00CC7620">
              <w:rPr>
                <w:rFonts w:ascii="Arial" w:hAnsi="Arial" w:cs="Arial"/>
                <w:sz w:val="20"/>
                <w:szCs w:val="20"/>
                <w:lang w:val="pl-PL"/>
              </w:rPr>
              <w:t>Hufschmidta</w:t>
            </w:r>
            <w:proofErr w:type="spellEnd"/>
            <w:r w:rsidRPr="00CC7620">
              <w:rPr>
                <w:rFonts w:ascii="Arial" w:hAnsi="Arial" w:cs="Arial"/>
                <w:sz w:val="20"/>
                <w:szCs w:val="20"/>
                <w:lang w:val="pl-PL"/>
              </w:rPr>
              <w:t xml:space="preserve">; – diadynamiczne (MF, DF, CP, CP-ISO, LP, RS, MM); – impulsowe prostokątne; – impulsowe </w:t>
            </w:r>
            <w:r w:rsidRPr="00CC7620">
              <w:rPr>
                <w:rFonts w:ascii="Arial" w:hAnsi="Arial" w:cs="Arial"/>
                <w:sz w:val="20"/>
                <w:szCs w:val="20"/>
                <w:lang w:val="pl-PL"/>
              </w:rPr>
              <w:lastRenderedPageBreak/>
              <w:t xml:space="preserve">trójkątne; – impulsowe UR wg </w:t>
            </w:r>
            <w:proofErr w:type="spellStart"/>
            <w:r w:rsidRPr="00CC7620">
              <w:rPr>
                <w:rFonts w:ascii="Arial" w:hAnsi="Arial" w:cs="Arial"/>
                <w:sz w:val="20"/>
                <w:szCs w:val="20"/>
                <w:lang w:val="pl-PL"/>
              </w:rPr>
              <w:t>Traberta</w:t>
            </w:r>
            <w:proofErr w:type="spellEnd"/>
            <w:r w:rsidRPr="00CC7620">
              <w:rPr>
                <w:rFonts w:ascii="Arial" w:hAnsi="Arial" w:cs="Arial"/>
                <w:sz w:val="20"/>
                <w:szCs w:val="20"/>
                <w:lang w:val="pl-PL"/>
              </w:rPr>
              <w:t xml:space="preserve"> (2 - 5); – impulsowe </w:t>
            </w:r>
            <w:proofErr w:type="spellStart"/>
            <w:r w:rsidRPr="00CC7620">
              <w:rPr>
                <w:rFonts w:ascii="Arial" w:hAnsi="Arial" w:cs="Arial"/>
                <w:sz w:val="20"/>
                <w:szCs w:val="20"/>
                <w:lang w:val="pl-PL"/>
              </w:rPr>
              <w:t>Leduca</w:t>
            </w:r>
            <w:proofErr w:type="spellEnd"/>
            <w:r w:rsidRPr="00CC7620">
              <w:rPr>
                <w:rFonts w:ascii="Arial" w:hAnsi="Arial" w:cs="Arial"/>
                <w:sz w:val="20"/>
                <w:szCs w:val="20"/>
                <w:lang w:val="pl-PL"/>
              </w:rPr>
              <w:t xml:space="preserve"> (1 - 9); – impulsowe </w:t>
            </w:r>
            <w:proofErr w:type="spellStart"/>
            <w:r w:rsidRPr="00CC7620">
              <w:rPr>
                <w:rFonts w:ascii="Arial" w:hAnsi="Arial" w:cs="Arial"/>
                <w:sz w:val="20"/>
                <w:szCs w:val="20"/>
                <w:lang w:val="pl-PL"/>
              </w:rPr>
              <w:t>neofaradyczne</w:t>
            </w:r>
            <w:proofErr w:type="spellEnd"/>
            <w:r w:rsidRPr="00CC7620">
              <w:rPr>
                <w:rFonts w:ascii="Arial" w:hAnsi="Arial" w:cs="Arial"/>
                <w:sz w:val="20"/>
                <w:szCs w:val="20"/>
                <w:lang w:val="pl-PL"/>
              </w:rPr>
              <w:t xml:space="preserve"> (1 - 19); – unipolarne falujące; – bipolarne falujące; – galwaniczne; – mikroprądy; – prądy średniej częstotliwości MF; – impulsy IG; – prądy EMS; – fale H; – impulsy </w:t>
            </w:r>
            <w:proofErr w:type="spellStart"/>
            <w:r w:rsidRPr="00CC7620">
              <w:rPr>
                <w:rFonts w:ascii="Arial" w:hAnsi="Arial" w:cs="Arial"/>
                <w:sz w:val="20"/>
                <w:szCs w:val="20"/>
                <w:lang w:val="pl-PL"/>
              </w:rPr>
              <w:t>eksponencjalne</w:t>
            </w:r>
            <w:proofErr w:type="spellEnd"/>
          </w:p>
        </w:tc>
        <w:tc>
          <w:tcPr>
            <w:tcW w:w="1985" w:type="dxa"/>
          </w:tcPr>
          <w:p w14:paraId="259FE944" w14:textId="77777777" w:rsidR="00CC7620" w:rsidRPr="00CC7620" w:rsidRDefault="00CC7620" w:rsidP="007D09C6">
            <w:pPr>
              <w:rPr>
                <w:rFonts w:ascii="Arial" w:hAnsi="Arial" w:cs="Arial"/>
                <w:lang w:val="pl-PL"/>
              </w:rPr>
            </w:pPr>
          </w:p>
        </w:tc>
      </w:tr>
      <w:tr w:rsidR="00CC7620" w:rsidRPr="00CC7620" w14:paraId="313738F3" w14:textId="77777777" w:rsidTr="004C189B">
        <w:tc>
          <w:tcPr>
            <w:tcW w:w="650" w:type="dxa"/>
            <w:tcMar>
              <w:top w:w="80" w:type="dxa"/>
              <w:left w:w="120" w:type="dxa"/>
              <w:bottom w:w="80" w:type="dxa"/>
              <w:right w:w="120" w:type="dxa"/>
            </w:tcMar>
            <w:vAlign w:val="center"/>
          </w:tcPr>
          <w:p w14:paraId="2E64FC0B"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26</w:t>
            </w:r>
          </w:p>
        </w:tc>
        <w:tc>
          <w:tcPr>
            <w:tcW w:w="6738" w:type="dxa"/>
            <w:tcMar>
              <w:top w:w="80" w:type="dxa"/>
              <w:left w:w="120" w:type="dxa"/>
              <w:bottom w:w="80" w:type="dxa"/>
              <w:right w:w="120" w:type="dxa"/>
            </w:tcMar>
            <w:vAlign w:val="center"/>
          </w:tcPr>
          <w:p w14:paraId="7325F7FA"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maks. natężenie prądu w obwodzie pacjenta (tryb CC</w:t>
            </w:r>
            <w:proofErr w:type="gramStart"/>
            <w:r w:rsidRPr="00CC7620">
              <w:rPr>
                <w:rFonts w:ascii="Arial" w:hAnsi="Arial" w:cs="Arial"/>
                <w:sz w:val="20"/>
                <w:szCs w:val="20"/>
                <w:lang w:val="pl-PL"/>
              </w:rPr>
              <w:t>) ;</w:t>
            </w:r>
            <w:proofErr w:type="gramEnd"/>
            <w:r w:rsidRPr="00CC7620">
              <w:rPr>
                <w:rFonts w:ascii="Arial" w:hAnsi="Arial" w:cs="Arial"/>
                <w:sz w:val="20"/>
                <w:szCs w:val="20"/>
                <w:lang w:val="pl-PL"/>
              </w:rPr>
              <w:t xml:space="preserve"> – unipolarny falujący 30 </w:t>
            </w:r>
            <w:proofErr w:type="spellStart"/>
            <w:r w:rsidRPr="00CC7620">
              <w:rPr>
                <w:rFonts w:ascii="Arial" w:hAnsi="Arial" w:cs="Arial"/>
                <w:sz w:val="20"/>
                <w:szCs w:val="20"/>
                <w:lang w:val="pl-PL"/>
              </w:rPr>
              <w:t>mA</w:t>
            </w:r>
            <w:proofErr w:type="spellEnd"/>
            <w:r w:rsidRPr="00CC7620">
              <w:rPr>
                <w:rFonts w:ascii="Arial" w:hAnsi="Arial" w:cs="Arial"/>
                <w:sz w:val="20"/>
                <w:szCs w:val="20"/>
                <w:lang w:val="pl-PL"/>
              </w:rPr>
              <w:t xml:space="preserve">; – galwaniczny, IG 80 </w:t>
            </w:r>
            <w:proofErr w:type="spellStart"/>
            <w:proofErr w:type="gramStart"/>
            <w:r w:rsidRPr="00CC7620">
              <w:rPr>
                <w:rFonts w:ascii="Arial" w:hAnsi="Arial" w:cs="Arial"/>
                <w:sz w:val="20"/>
                <w:szCs w:val="20"/>
                <w:lang w:val="pl-PL"/>
              </w:rPr>
              <w:t>mA</w:t>
            </w:r>
            <w:proofErr w:type="spellEnd"/>
            <w:r w:rsidRPr="00CC7620">
              <w:rPr>
                <w:rFonts w:ascii="Arial" w:hAnsi="Arial" w:cs="Arial"/>
                <w:sz w:val="20"/>
                <w:szCs w:val="20"/>
                <w:lang w:val="pl-PL"/>
              </w:rPr>
              <w:t xml:space="preserve"> ;</w:t>
            </w:r>
            <w:proofErr w:type="gramEnd"/>
            <w:r w:rsidRPr="00CC7620">
              <w:rPr>
                <w:rFonts w:ascii="Arial" w:hAnsi="Arial" w:cs="Arial"/>
                <w:sz w:val="20"/>
                <w:szCs w:val="20"/>
                <w:lang w:val="pl-PL"/>
              </w:rPr>
              <w:t xml:space="preserve"> – diadynamiczny 70 </w:t>
            </w:r>
            <w:proofErr w:type="spellStart"/>
            <w:proofErr w:type="gramStart"/>
            <w:r w:rsidRPr="00CC7620">
              <w:rPr>
                <w:rFonts w:ascii="Arial" w:hAnsi="Arial" w:cs="Arial"/>
                <w:sz w:val="20"/>
                <w:szCs w:val="20"/>
                <w:lang w:val="pl-PL"/>
              </w:rPr>
              <w:t>mA</w:t>
            </w:r>
            <w:proofErr w:type="spellEnd"/>
            <w:r w:rsidRPr="00CC7620">
              <w:rPr>
                <w:rFonts w:ascii="Arial" w:hAnsi="Arial" w:cs="Arial"/>
                <w:sz w:val="20"/>
                <w:szCs w:val="20"/>
                <w:lang w:val="pl-PL"/>
              </w:rPr>
              <w:t xml:space="preserve"> ;</w:t>
            </w:r>
            <w:proofErr w:type="gramEnd"/>
            <w:r w:rsidRPr="00CC7620">
              <w:rPr>
                <w:rFonts w:ascii="Arial" w:hAnsi="Arial" w:cs="Arial"/>
                <w:sz w:val="20"/>
                <w:szCs w:val="20"/>
                <w:lang w:val="pl-PL"/>
              </w:rPr>
              <w:t xml:space="preserve"> – bipolarny falujący, </w:t>
            </w:r>
            <w:proofErr w:type="spellStart"/>
            <w:r w:rsidRPr="00CC7620">
              <w:rPr>
                <w:rFonts w:ascii="Arial" w:hAnsi="Arial" w:cs="Arial"/>
                <w:sz w:val="20"/>
                <w:szCs w:val="20"/>
                <w:lang w:val="pl-PL"/>
              </w:rPr>
              <w:t>Hufschmidta</w:t>
            </w:r>
            <w:proofErr w:type="spellEnd"/>
            <w:r w:rsidRPr="00CC7620">
              <w:rPr>
                <w:rFonts w:ascii="Arial" w:hAnsi="Arial" w:cs="Arial"/>
                <w:sz w:val="20"/>
                <w:szCs w:val="20"/>
                <w:lang w:val="pl-PL"/>
              </w:rPr>
              <w:t xml:space="preserve"> 100 </w:t>
            </w:r>
            <w:proofErr w:type="spellStart"/>
            <w:proofErr w:type="gramStart"/>
            <w:r w:rsidRPr="00CC7620">
              <w:rPr>
                <w:rFonts w:ascii="Arial" w:hAnsi="Arial" w:cs="Arial"/>
                <w:sz w:val="20"/>
                <w:szCs w:val="20"/>
                <w:lang w:val="pl-PL"/>
              </w:rPr>
              <w:t>mA</w:t>
            </w:r>
            <w:proofErr w:type="spellEnd"/>
            <w:r w:rsidRPr="00CC7620">
              <w:rPr>
                <w:rFonts w:ascii="Arial" w:hAnsi="Arial" w:cs="Arial"/>
                <w:sz w:val="20"/>
                <w:szCs w:val="20"/>
                <w:lang w:val="pl-PL"/>
              </w:rPr>
              <w:t xml:space="preserve"> ;</w:t>
            </w:r>
            <w:proofErr w:type="gramEnd"/>
            <w:r w:rsidRPr="00CC7620">
              <w:rPr>
                <w:rFonts w:ascii="Arial" w:hAnsi="Arial" w:cs="Arial"/>
                <w:sz w:val="20"/>
                <w:szCs w:val="20"/>
                <w:lang w:val="pl-PL"/>
              </w:rPr>
              <w:t xml:space="preserve"> – interferencyjne, TENS, </w:t>
            </w:r>
            <w:proofErr w:type="spellStart"/>
            <w:r w:rsidRPr="00CC7620">
              <w:rPr>
                <w:rFonts w:ascii="Arial" w:hAnsi="Arial" w:cs="Arial"/>
                <w:sz w:val="20"/>
                <w:szCs w:val="20"/>
                <w:lang w:val="pl-PL"/>
              </w:rPr>
              <w:t>Kotz</w:t>
            </w:r>
            <w:proofErr w:type="spellEnd"/>
            <w:r w:rsidRPr="00CC7620">
              <w:rPr>
                <w:rFonts w:ascii="Arial" w:hAnsi="Arial" w:cs="Arial"/>
                <w:sz w:val="20"/>
                <w:szCs w:val="20"/>
                <w:lang w:val="pl-PL"/>
              </w:rPr>
              <w:t xml:space="preserve">, impulsowe, MF, </w:t>
            </w:r>
            <w:proofErr w:type="spellStart"/>
            <w:r w:rsidRPr="00CC7620">
              <w:rPr>
                <w:rFonts w:ascii="Arial" w:hAnsi="Arial" w:cs="Arial"/>
                <w:sz w:val="20"/>
                <w:szCs w:val="20"/>
                <w:lang w:val="pl-PL"/>
              </w:rPr>
              <w:t>tonoliza</w:t>
            </w:r>
            <w:proofErr w:type="spellEnd"/>
            <w:r w:rsidRPr="00CC7620">
              <w:rPr>
                <w:rFonts w:ascii="Arial" w:hAnsi="Arial" w:cs="Arial"/>
                <w:sz w:val="20"/>
                <w:szCs w:val="20"/>
                <w:lang w:val="pl-PL"/>
              </w:rPr>
              <w:t>, EMS</w:t>
            </w:r>
            <w:proofErr w:type="gramStart"/>
            <w:r w:rsidRPr="00CC7620">
              <w:rPr>
                <w:rFonts w:ascii="Arial" w:hAnsi="Arial" w:cs="Arial"/>
                <w:sz w:val="20"/>
                <w:szCs w:val="20"/>
                <w:lang w:val="pl-PL"/>
              </w:rPr>
              <w:t>, ;</w:t>
            </w:r>
            <w:proofErr w:type="gramEnd"/>
            <w:r w:rsidRPr="00CC7620">
              <w:rPr>
                <w:rFonts w:ascii="Arial" w:hAnsi="Arial" w:cs="Arial"/>
                <w:sz w:val="20"/>
                <w:szCs w:val="20"/>
                <w:lang w:val="pl-PL"/>
              </w:rPr>
              <w:t xml:space="preserve"> fale H, impulsy </w:t>
            </w:r>
            <w:proofErr w:type="spellStart"/>
            <w:r w:rsidRPr="00CC7620">
              <w:rPr>
                <w:rFonts w:ascii="Arial" w:hAnsi="Arial" w:cs="Arial"/>
                <w:sz w:val="20"/>
                <w:szCs w:val="20"/>
                <w:lang w:val="pl-PL"/>
              </w:rPr>
              <w:t>eksponencjalne</w:t>
            </w:r>
            <w:proofErr w:type="spellEnd"/>
            <w:r w:rsidRPr="00CC7620">
              <w:rPr>
                <w:rFonts w:ascii="Arial" w:hAnsi="Arial" w:cs="Arial"/>
                <w:sz w:val="20"/>
                <w:szCs w:val="20"/>
                <w:lang w:val="pl-PL"/>
              </w:rPr>
              <w:t xml:space="preserve"> 140 </w:t>
            </w:r>
            <w:proofErr w:type="spellStart"/>
            <w:r w:rsidRPr="00CC7620">
              <w:rPr>
                <w:rFonts w:ascii="Arial" w:hAnsi="Arial" w:cs="Arial"/>
                <w:sz w:val="20"/>
                <w:szCs w:val="20"/>
                <w:lang w:val="pl-PL"/>
              </w:rPr>
              <w:t>mA</w:t>
            </w:r>
            <w:proofErr w:type="spellEnd"/>
            <w:r w:rsidRPr="00CC7620">
              <w:rPr>
                <w:rFonts w:ascii="Arial" w:hAnsi="Arial" w:cs="Arial"/>
                <w:sz w:val="20"/>
                <w:szCs w:val="20"/>
                <w:lang w:val="pl-PL"/>
              </w:rPr>
              <w:t>; – mikroprądy 1000 µA</w:t>
            </w:r>
          </w:p>
        </w:tc>
        <w:tc>
          <w:tcPr>
            <w:tcW w:w="1985" w:type="dxa"/>
          </w:tcPr>
          <w:p w14:paraId="4C13F5C0" w14:textId="77777777" w:rsidR="00CC7620" w:rsidRPr="00CC7620" w:rsidRDefault="00CC7620" w:rsidP="007D09C6">
            <w:pPr>
              <w:rPr>
                <w:rFonts w:ascii="Arial" w:hAnsi="Arial" w:cs="Arial"/>
                <w:lang w:val="pl-PL"/>
              </w:rPr>
            </w:pPr>
          </w:p>
        </w:tc>
      </w:tr>
      <w:tr w:rsidR="00CC7620" w:rsidRPr="00CC7620" w14:paraId="207BFEBC" w14:textId="77777777" w:rsidTr="004C189B">
        <w:tc>
          <w:tcPr>
            <w:tcW w:w="650" w:type="dxa"/>
            <w:tcMar>
              <w:top w:w="80" w:type="dxa"/>
              <w:left w:w="120" w:type="dxa"/>
              <w:bottom w:w="80" w:type="dxa"/>
              <w:right w:w="120" w:type="dxa"/>
            </w:tcMar>
            <w:vAlign w:val="center"/>
          </w:tcPr>
          <w:p w14:paraId="2E9080EB"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27</w:t>
            </w:r>
          </w:p>
        </w:tc>
        <w:tc>
          <w:tcPr>
            <w:tcW w:w="6738" w:type="dxa"/>
            <w:tcMar>
              <w:top w:w="80" w:type="dxa"/>
              <w:left w:w="120" w:type="dxa"/>
              <w:bottom w:w="80" w:type="dxa"/>
              <w:right w:w="120" w:type="dxa"/>
            </w:tcMar>
            <w:vAlign w:val="center"/>
          </w:tcPr>
          <w:p w14:paraId="78AE8B83"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wymiary aparatu 25,0 x 27,0 x 16,5 cm (+/- 5mm)</w:t>
            </w:r>
          </w:p>
        </w:tc>
        <w:tc>
          <w:tcPr>
            <w:tcW w:w="1985" w:type="dxa"/>
          </w:tcPr>
          <w:p w14:paraId="67D91B81" w14:textId="77777777" w:rsidR="00CC7620" w:rsidRPr="00CC7620" w:rsidRDefault="00CC7620" w:rsidP="007D09C6">
            <w:pPr>
              <w:rPr>
                <w:rFonts w:ascii="Arial" w:hAnsi="Arial" w:cs="Arial"/>
                <w:lang w:val="pl-PL"/>
              </w:rPr>
            </w:pPr>
          </w:p>
        </w:tc>
      </w:tr>
      <w:tr w:rsidR="00CC7620" w:rsidRPr="00CC7620" w14:paraId="4701B985" w14:textId="77777777" w:rsidTr="004C189B">
        <w:tc>
          <w:tcPr>
            <w:tcW w:w="650" w:type="dxa"/>
            <w:tcMar>
              <w:top w:w="80" w:type="dxa"/>
              <w:left w:w="120" w:type="dxa"/>
              <w:bottom w:w="80" w:type="dxa"/>
              <w:right w:w="120" w:type="dxa"/>
            </w:tcMar>
            <w:vAlign w:val="center"/>
          </w:tcPr>
          <w:p w14:paraId="4FE831FC"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28</w:t>
            </w:r>
          </w:p>
        </w:tc>
        <w:tc>
          <w:tcPr>
            <w:tcW w:w="6738" w:type="dxa"/>
            <w:tcMar>
              <w:top w:w="80" w:type="dxa"/>
              <w:left w:w="120" w:type="dxa"/>
              <w:bottom w:w="80" w:type="dxa"/>
              <w:right w:w="120" w:type="dxa"/>
            </w:tcMar>
            <w:vAlign w:val="center"/>
          </w:tcPr>
          <w:p w14:paraId="19D27986"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Praca w trybach CC (stabilizacja prądu) lub CV (stabilizacja napięcia)</w:t>
            </w:r>
          </w:p>
        </w:tc>
        <w:tc>
          <w:tcPr>
            <w:tcW w:w="1985" w:type="dxa"/>
          </w:tcPr>
          <w:p w14:paraId="37FFC6CD" w14:textId="77777777" w:rsidR="00CC7620" w:rsidRPr="00CC7620" w:rsidRDefault="00CC7620" w:rsidP="007D09C6">
            <w:pPr>
              <w:rPr>
                <w:rFonts w:ascii="Arial" w:hAnsi="Arial" w:cs="Arial"/>
                <w:lang w:val="pl-PL"/>
              </w:rPr>
            </w:pPr>
          </w:p>
        </w:tc>
      </w:tr>
      <w:tr w:rsidR="00CC7620" w:rsidRPr="00CC7620" w14:paraId="6F9E7B1C" w14:textId="77777777" w:rsidTr="004C189B">
        <w:tc>
          <w:tcPr>
            <w:tcW w:w="650" w:type="dxa"/>
            <w:tcMar>
              <w:top w:w="80" w:type="dxa"/>
              <w:left w:w="120" w:type="dxa"/>
              <w:bottom w:w="80" w:type="dxa"/>
              <w:right w:w="120" w:type="dxa"/>
            </w:tcMar>
            <w:vAlign w:val="center"/>
          </w:tcPr>
          <w:p w14:paraId="2836F07F"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29</w:t>
            </w:r>
          </w:p>
        </w:tc>
        <w:tc>
          <w:tcPr>
            <w:tcW w:w="6738" w:type="dxa"/>
            <w:tcMar>
              <w:top w:w="80" w:type="dxa"/>
              <w:left w:w="120" w:type="dxa"/>
              <w:bottom w:w="80" w:type="dxa"/>
              <w:right w:w="120" w:type="dxa"/>
            </w:tcMar>
            <w:vAlign w:val="center"/>
          </w:tcPr>
          <w:p w14:paraId="5EB4EF0F"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Pełna izolacja galwaniczna między kanałami w każdym trybie</w:t>
            </w:r>
          </w:p>
        </w:tc>
        <w:tc>
          <w:tcPr>
            <w:tcW w:w="1985" w:type="dxa"/>
          </w:tcPr>
          <w:p w14:paraId="75187715" w14:textId="77777777" w:rsidR="00CC7620" w:rsidRPr="00CC7620" w:rsidRDefault="00CC7620" w:rsidP="007D09C6">
            <w:pPr>
              <w:rPr>
                <w:rFonts w:ascii="Arial" w:hAnsi="Arial" w:cs="Arial"/>
                <w:lang w:val="pl-PL"/>
              </w:rPr>
            </w:pPr>
          </w:p>
        </w:tc>
      </w:tr>
      <w:tr w:rsidR="00CC7620" w:rsidRPr="00CC7620" w14:paraId="69C5F576" w14:textId="77777777" w:rsidTr="004C189B">
        <w:tc>
          <w:tcPr>
            <w:tcW w:w="650" w:type="dxa"/>
            <w:tcMar>
              <w:top w:w="80" w:type="dxa"/>
              <w:left w:w="120" w:type="dxa"/>
              <w:bottom w:w="80" w:type="dxa"/>
              <w:right w:w="120" w:type="dxa"/>
            </w:tcMar>
            <w:vAlign w:val="center"/>
          </w:tcPr>
          <w:p w14:paraId="2DE5E6FF"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30</w:t>
            </w:r>
          </w:p>
        </w:tc>
        <w:tc>
          <w:tcPr>
            <w:tcW w:w="6738" w:type="dxa"/>
            <w:tcMar>
              <w:top w:w="80" w:type="dxa"/>
              <w:left w:w="120" w:type="dxa"/>
              <w:bottom w:w="80" w:type="dxa"/>
              <w:right w:w="120" w:type="dxa"/>
            </w:tcMar>
            <w:vAlign w:val="center"/>
          </w:tcPr>
          <w:p w14:paraId="67DB87FF"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typ akumulatora (opcja) Li-</w:t>
            </w:r>
            <w:proofErr w:type="spellStart"/>
            <w:r w:rsidRPr="00CC7620">
              <w:rPr>
                <w:rFonts w:ascii="Arial" w:hAnsi="Arial" w:cs="Arial"/>
                <w:sz w:val="20"/>
                <w:szCs w:val="20"/>
                <w:lang w:val="pl-PL"/>
              </w:rPr>
              <w:t>Ion</w:t>
            </w:r>
            <w:proofErr w:type="spellEnd"/>
          </w:p>
        </w:tc>
        <w:tc>
          <w:tcPr>
            <w:tcW w:w="1985" w:type="dxa"/>
          </w:tcPr>
          <w:p w14:paraId="1BBE7DFA" w14:textId="77777777" w:rsidR="00CC7620" w:rsidRPr="00CC7620" w:rsidRDefault="00CC7620" w:rsidP="007D09C6">
            <w:pPr>
              <w:rPr>
                <w:rFonts w:ascii="Arial" w:hAnsi="Arial" w:cs="Arial"/>
                <w:lang w:val="pl-PL"/>
              </w:rPr>
            </w:pPr>
          </w:p>
        </w:tc>
      </w:tr>
      <w:tr w:rsidR="00CC7620" w:rsidRPr="00CC7620" w14:paraId="1565C41A" w14:textId="77777777" w:rsidTr="004C189B">
        <w:tc>
          <w:tcPr>
            <w:tcW w:w="650" w:type="dxa"/>
            <w:tcMar>
              <w:top w:w="80" w:type="dxa"/>
              <w:left w:w="120" w:type="dxa"/>
              <w:bottom w:w="80" w:type="dxa"/>
              <w:right w:w="120" w:type="dxa"/>
            </w:tcMar>
            <w:vAlign w:val="center"/>
          </w:tcPr>
          <w:p w14:paraId="6A66A73A"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31</w:t>
            </w:r>
          </w:p>
        </w:tc>
        <w:tc>
          <w:tcPr>
            <w:tcW w:w="6738" w:type="dxa"/>
            <w:tcMar>
              <w:top w:w="80" w:type="dxa"/>
              <w:left w:w="120" w:type="dxa"/>
              <w:bottom w:w="80" w:type="dxa"/>
              <w:right w:w="120" w:type="dxa"/>
            </w:tcMar>
            <w:vAlign w:val="center"/>
          </w:tcPr>
          <w:p w14:paraId="7F2A4378"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 xml:space="preserve">pojemność akumulatora (opcja) 2100 </w:t>
            </w:r>
            <w:proofErr w:type="spellStart"/>
            <w:r w:rsidRPr="00CC7620">
              <w:rPr>
                <w:rFonts w:ascii="Arial" w:hAnsi="Arial" w:cs="Arial"/>
                <w:sz w:val="20"/>
                <w:szCs w:val="20"/>
                <w:lang w:val="pl-PL"/>
              </w:rPr>
              <w:t>mAh</w:t>
            </w:r>
            <w:proofErr w:type="spellEnd"/>
          </w:p>
        </w:tc>
        <w:tc>
          <w:tcPr>
            <w:tcW w:w="1985" w:type="dxa"/>
          </w:tcPr>
          <w:p w14:paraId="1F045E27" w14:textId="77777777" w:rsidR="00CC7620" w:rsidRPr="00CC7620" w:rsidRDefault="00CC7620" w:rsidP="007D09C6">
            <w:pPr>
              <w:rPr>
                <w:rFonts w:ascii="Arial" w:hAnsi="Arial" w:cs="Arial"/>
                <w:lang w:val="pl-PL"/>
              </w:rPr>
            </w:pPr>
          </w:p>
        </w:tc>
      </w:tr>
      <w:tr w:rsidR="00CC7620" w:rsidRPr="00CC7620" w14:paraId="1D1C2F33" w14:textId="77777777" w:rsidTr="004C189B">
        <w:tc>
          <w:tcPr>
            <w:tcW w:w="650" w:type="dxa"/>
            <w:tcMar>
              <w:top w:w="80" w:type="dxa"/>
              <w:left w:w="120" w:type="dxa"/>
              <w:bottom w:w="80" w:type="dxa"/>
              <w:right w:w="120" w:type="dxa"/>
            </w:tcMar>
            <w:vAlign w:val="center"/>
          </w:tcPr>
          <w:p w14:paraId="7C20E5B8"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32</w:t>
            </w:r>
          </w:p>
        </w:tc>
        <w:tc>
          <w:tcPr>
            <w:tcW w:w="6738" w:type="dxa"/>
            <w:tcMar>
              <w:top w:w="80" w:type="dxa"/>
              <w:left w:w="120" w:type="dxa"/>
              <w:bottom w:w="80" w:type="dxa"/>
              <w:right w:w="120" w:type="dxa"/>
            </w:tcMar>
            <w:vAlign w:val="center"/>
          </w:tcPr>
          <w:p w14:paraId="1519C09A"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 xml:space="preserve">zasilanie, pobór mocy 100 – 240 VAC, 50/60 </w:t>
            </w:r>
            <w:proofErr w:type="spellStart"/>
            <w:proofErr w:type="gramStart"/>
            <w:r w:rsidRPr="00CC7620">
              <w:rPr>
                <w:rFonts w:ascii="Arial" w:hAnsi="Arial" w:cs="Arial"/>
                <w:sz w:val="20"/>
                <w:szCs w:val="20"/>
                <w:lang w:val="pl-PL"/>
              </w:rPr>
              <w:t>Hz</w:t>
            </w:r>
            <w:proofErr w:type="spellEnd"/>
            <w:r w:rsidRPr="00CC7620">
              <w:rPr>
                <w:rFonts w:ascii="Arial" w:hAnsi="Arial" w:cs="Arial"/>
                <w:sz w:val="20"/>
                <w:szCs w:val="20"/>
                <w:lang w:val="pl-PL"/>
              </w:rPr>
              <w:t>,;</w:t>
            </w:r>
            <w:proofErr w:type="gramEnd"/>
            <w:r w:rsidRPr="00CC7620">
              <w:rPr>
                <w:rFonts w:ascii="Arial" w:hAnsi="Arial" w:cs="Arial"/>
                <w:sz w:val="20"/>
                <w:szCs w:val="20"/>
                <w:lang w:val="pl-PL"/>
              </w:rPr>
              <w:t xml:space="preserve"> 24 VDC, 2,5 A</w:t>
            </w:r>
          </w:p>
        </w:tc>
        <w:tc>
          <w:tcPr>
            <w:tcW w:w="1985" w:type="dxa"/>
          </w:tcPr>
          <w:p w14:paraId="671E5B33" w14:textId="77777777" w:rsidR="00CC7620" w:rsidRPr="00CC7620" w:rsidRDefault="00CC7620" w:rsidP="007D09C6">
            <w:pPr>
              <w:rPr>
                <w:rFonts w:ascii="Arial" w:hAnsi="Arial" w:cs="Arial"/>
                <w:lang w:val="pl-PL"/>
              </w:rPr>
            </w:pPr>
          </w:p>
        </w:tc>
      </w:tr>
    </w:tbl>
    <w:p w14:paraId="67C9F69D" w14:textId="19451D48" w:rsidR="00CC7620" w:rsidRDefault="00CC7620" w:rsidP="00CA2E3F">
      <w:pPr>
        <w:rPr>
          <w:rFonts w:ascii="Arial" w:hAnsi="Arial" w:cs="Arial"/>
          <w:lang w:val="pl-PL"/>
        </w:rPr>
      </w:pPr>
    </w:p>
    <w:p w14:paraId="752F71DA" w14:textId="77777777" w:rsidR="006A31B6" w:rsidRDefault="006A31B6" w:rsidP="00CA2E3F">
      <w:pPr>
        <w:rPr>
          <w:rFonts w:ascii="Arial" w:hAnsi="Arial" w:cs="Arial"/>
          <w:lang w:val="pl-PL"/>
        </w:rPr>
      </w:pPr>
    </w:p>
    <w:p w14:paraId="78D0A414" w14:textId="1C940CA1" w:rsidR="00CA2E3F" w:rsidRPr="00CC7620" w:rsidRDefault="00CC7620" w:rsidP="00CA2E3F">
      <w:pPr>
        <w:rPr>
          <w:rFonts w:ascii="Arial" w:hAnsi="Arial" w:cs="Arial"/>
          <w:b/>
          <w:bCs/>
          <w:sz w:val="24"/>
          <w:szCs w:val="24"/>
          <w:lang w:val="pl-PL"/>
        </w:rPr>
      </w:pPr>
      <w:r w:rsidRPr="00CC7620">
        <w:rPr>
          <w:rFonts w:ascii="Arial" w:hAnsi="Arial" w:cs="Arial"/>
          <w:b/>
          <w:bCs/>
          <w:sz w:val="24"/>
          <w:szCs w:val="24"/>
          <w:lang w:val="pl-PL"/>
        </w:rPr>
        <w:t>2. Aparat do laseroterapii wysokoenergetycznej</w:t>
      </w:r>
    </w:p>
    <w:p w14:paraId="107C569E" w14:textId="77777777" w:rsidR="00CA2E3F" w:rsidRPr="00CC7620" w:rsidRDefault="00CA2E3F" w:rsidP="00CA2E3F">
      <w:pPr>
        <w:rPr>
          <w:rFonts w:ascii="Arial" w:hAnsi="Arial" w:cs="Arial"/>
          <w:lang w:val="pl-PL"/>
        </w:rPr>
      </w:pPr>
      <w:r w:rsidRPr="00CC7620">
        <w:rPr>
          <w:rFonts w:ascii="Arial" w:hAnsi="Arial" w:cs="Arial"/>
          <w:b/>
          <w:lang w:val="pl-PL"/>
        </w:rPr>
        <w:t>Ilość:</w:t>
      </w:r>
      <w:r w:rsidRPr="00CC7620">
        <w:rPr>
          <w:rFonts w:ascii="Arial" w:hAnsi="Arial" w:cs="Arial"/>
          <w:lang w:val="pl-PL"/>
        </w:rPr>
        <w:t xml:space="preserve"> 1 szt.</w:t>
      </w:r>
    </w:p>
    <w:p w14:paraId="0D13A5C5" w14:textId="77777777" w:rsidR="00CA2E3F" w:rsidRPr="00CC7620" w:rsidRDefault="00CA2E3F" w:rsidP="00CA2E3F">
      <w:pPr>
        <w:rPr>
          <w:rFonts w:ascii="Arial" w:hAnsi="Arial" w:cs="Arial"/>
          <w:lang w:val="pl-PL"/>
        </w:rPr>
      </w:pPr>
      <w:r w:rsidRPr="00CC7620">
        <w:rPr>
          <w:rFonts w:ascii="Arial" w:hAnsi="Arial" w:cs="Arial"/>
          <w:lang w:val="pl-PL"/>
        </w:rPr>
        <w:t>Urządzenie do laseroterapii wysokoenergetycznej i biostymulacyjnej, z wyposażeniem ochronnym i funkcjami bezpieczeństwa.</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088"/>
        <w:gridCol w:w="1830"/>
        <w:gridCol w:w="13"/>
      </w:tblGrid>
      <w:tr w:rsidR="00CC7620" w:rsidRPr="00CC7620" w14:paraId="72CB07AD" w14:textId="77777777" w:rsidTr="004C189B">
        <w:tc>
          <w:tcPr>
            <w:tcW w:w="709" w:type="dxa"/>
            <w:tcMar>
              <w:top w:w="80" w:type="dxa"/>
              <w:left w:w="120" w:type="dxa"/>
              <w:bottom w:w="80" w:type="dxa"/>
              <w:right w:w="120" w:type="dxa"/>
            </w:tcMar>
            <w:vAlign w:val="center"/>
          </w:tcPr>
          <w:p w14:paraId="73441AFF" w14:textId="77777777" w:rsidR="00CC7620" w:rsidRPr="00CC7620" w:rsidRDefault="00CC7620" w:rsidP="007D09C6">
            <w:pPr>
              <w:jc w:val="center"/>
              <w:rPr>
                <w:rFonts w:ascii="Arial" w:hAnsi="Arial" w:cs="Arial"/>
                <w:b/>
                <w:bCs/>
                <w:sz w:val="22"/>
                <w:lang w:val="pl-PL"/>
              </w:rPr>
            </w:pPr>
            <w:r w:rsidRPr="00CC7620">
              <w:rPr>
                <w:rFonts w:ascii="Arial" w:hAnsi="Arial" w:cs="Arial"/>
                <w:b/>
                <w:bCs/>
                <w:sz w:val="22"/>
                <w:lang w:val="pl-PL"/>
              </w:rPr>
              <w:t>Lp.</w:t>
            </w:r>
          </w:p>
        </w:tc>
        <w:tc>
          <w:tcPr>
            <w:tcW w:w="7088" w:type="dxa"/>
            <w:tcMar>
              <w:top w:w="80" w:type="dxa"/>
              <w:left w:w="120" w:type="dxa"/>
              <w:bottom w:w="80" w:type="dxa"/>
              <w:right w:w="120" w:type="dxa"/>
            </w:tcMar>
            <w:vAlign w:val="center"/>
          </w:tcPr>
          <w:p w14:paraId="16CCA971" w14:textId="71F26B4F" w:rsidR="00CC7620" w:rsidRPr="00CC7620" w:rsidRDefault="00CC7620" w:rsidP="007D09C6">
            <w:pPr>
              <w:jc w:val="center"/>
              <w:rPr>
                <w:rFonts w:ascii="Arial" w:hAnsi="Arial" w:cs="Arial"/>
                <w:b/>
                <w:bCs/>
                <w:sz w:val="22"/>
                <w:lang w:val="pl-PL"/>
              </w:rPr>
            </w:pPr>
            <w:r w:rsidRPr="00CC7620">
              <w:rPr>
                <w:rFonts w:ascii="Arial" w:hAnsi="Arial" w:cs="Arial"/>
                <w:b/>
                <w:bCs/>
                <w:sz w:val="22"/>
                <w:lang w:val="pl-PL"/>
              </w:rPr>
              <w:t>Parametr</w:t>
            </w:r>
            <w:r>
              <w:rPr>
                <w:rFonts w:ascii="Arial" w:hAnsi="Arial" w:cs="Arial"/>
                <w:b/>
                <w:bCs/>
                <w:sz w:val="22"/>
                <w:lang w:val="pl-PL"/>
              </w:rPr>
              <w:t xml:space="preserve"> wymagany</w:t>
            </w:r>
          </w:p>
        </w:tc>
        <w:tc>
          <w:tcPr>
            <w:tcW w:w="1843" w:type="dxa"/>
            <w:gridSpan w:val="2"/>
          </w:tcPr>
          <w:p w14:paraId="448D10D1" w14:textId="7F4741EF" w:rsidR="00CC7620" w:rsidRPr="00CC7620" w:rsidRDefault="004C189B" w:rsidP="007D09C6">
            <w:pPr>
              <w:jc w:val="center"/>
              <w:rPr>
                <w:rFonts w:ascii="Arial" w:hAnsi="Arial" w:cs="Arial"/>
                <w:b/>
                <w:bCs/>
                <w:sz w:val="22"/>
                <w:lang w:val="pl-PL"/>
              </w:rPr>
            </w:pPr>
            <w:r w:rsidRPr="004C189B">
              <w:rPr>
                <w:rFonts w:ascii="Arial" w:hAnsi="Arial" w:cs="Arial"/>
                <w:b/>
                <w:bCs/>
                <w:sz w:val="22"/>
                <w:lang w:val="pl-PL"/>
              </w:rPr>
              <w:t>Parametr oferowany / potwierdzenie</w:t>
            </w:r>
          </w:p>
        </w:tc>
      </w:tr>
      <w:tr w:rsidR="00CA2E3F" w:rsidRPr="00CC7620" w14:paraId="52B144B3" w14:textId="77777777" w:rsidTr="004C189B">
        <w:trPr>
          <w:gridAfter w:val="1"/>
          <w:wAfter w:w="13" w:type="dxa"/>
        </w:trPr>
        <w:tc>
          <w:tcPr>
            <w:tcW w:w="709" w:type="dxa"/>
            <w:tcMar>
              <w:top w:w="80" w:type="dxa"/>
              <w:left w:w="120" w:type="dxa"/>
              <w:bottom w:w="80" w:type="dxa"/>
              <w:right w:w="120" w:type="dxa"/>
            </w:tcMar>
            <w:vAlign w:val="center"/>
          </w:tcPr>
          <w:p w14:paraId="423295C6" w14:textId="77777777" w:rsidR="00CA2E3F" w:rsidRPr="00CC7620" w:rsidRDefault="00CA2E3F" w:rsidP="007D09C6">
            <w:pPr>
              <w:jc w:val="center"/>
              <w:rPr>
                <w:rFonts w:ascii="Arial" w:hAnsi="Arial" w:cs="Arial"/>
                <w:lang w:val="pl-PL"/>
              </w:rPr>
            </w:pPr>
            <w:r w:rsidRPr="00CC7620">
              <w:rPr>
                <w:rFonts w:ascii="Arial" w:hAnsi="Arial" w:cs="Arial"/>
                <w:sz w:val="16"/>
                <w:lang w:val="pl-PL"/>
              </w:rPr>
              <w:t>1</w:t>
            </w:r>
          </w:p>
        </w:tc>
        <w:tc>
          <w:tcPr>
            <w:tcW w:w="7088" w:type="dxa"/>
            <w:tcMar>
              <w:top w:w="80" w:type="dxa"/>
              <w:left w:w="120" w:type="dxa"/>
              <w:bottom w:w="80" w:type="dxa"/>
              <w:right w:w="120" w:type="dxa"/>
            </w:tcMar>
            <w:vAlign w:val="center"/>
          </w:tcPr>
          <w:p w14:paraId="29A89A55"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Sterownik do laseroterapii wysokoenergetycznej i biostymulacyjnej z aplikatorem skanującym, tryb manualny i programowy, stabilizacja i regulacja mocy aplikatorów, licznik czasu aplikatorów laserowych, statystyki przeprowadzonych zabiegów, duży 7" kolorowy wyświetlacz dotykowy, przycisk bezpieczeństwa przerywający emisję laserową.</w:t>
            </w:r>
          </w:p>
        </w:tc>
        <w:tc>
          <w:tcPr>
            <w:tcW w:w="1830" w:type="dxa"/>
            <w:tcMar>
              <w:top w:w="80" w:type="dxa"/>
              <w:left w:w="120" w:type="dxa"/>
              <w:bottom w:w="80" w:type="dxa"/>
              <w:right w:w="120" w:type="dxa"/>
            </w:tcMar>
            <w:vAlign w:val="center"/>
          </w:tcPr>
          <w:p w14:paraId="44357AB5" w14:textId="77777777" w:rsidR="00CA2E3F" w:rsidRPr="00CC7620" w:rsidRDefault="00CA2E3F" w:rsidP="007D09C6">
            <w:pPr>
              <w:rPr>
                <w:rFonts w:ascii="Arial" w:hAnsi="Arial" w:cs="Arial"/>
                <w:lang w:val="pl-PL"/>
              </w:rPr>
            </w:pPr>
          </w:p>
        </w:tc>
      </w:tr>
      <w:tr w:rsidR="00CA2E3F" w:rsidRPr="00CC7620" w14:paraId="15B2A7B8" w14:textId="77777777" w:rsidTr="004C189B">
        <w:trPr>
          <w:gridAfter w:val="1"/>
          <w:wAfter w:w="13" w:type="dxa"/>
        </w:trPr>
        <w:tc>
          <w:tcPr>
            <w:tcW w:w="709" w:type="dxa"/>
            <w:tcMar>
              <w:top w:w="80" w:type="dxa"/>
              <w:left w:w="120" w:type="dxa"/>
              <w:bottom w:w="80" w:type="dxa"/>
              <w:right w:w="120" w:type="dxa"/>
            </w:tcMar>
            <w:vAlign w:val="center"/>
          </w:tcPr>
          <w:p w14:paraId="75A563C9" w14:textId="77777777" w:rsidR="00CA2E3F" w:rsidRPr="00CC7620" w:rsidRDefault="00CA2E3F" w:rsidP="007D09C6">
            <w:pPr>
              <w:jc w:val="center"/>
              <w:rPr>
                <w:rFonts w:ascii="Arial" w:hAnsi="Arial" w:cs="Arial"/>
                <w:lang w:val="pl-PL"/>
              </w:rPr>
            </w:pPr>
            <w:r w:rsidRPr="00CC7620">
              <w:rPr>
                <w:rFonts w:ascii="Arial" w:hAnsi="Arial" w:cs="Arial"/>
                <w:sz w:val="16"/>
                <w:lang w:val="pl-PL"/>
              </w:rPr>
              <w:t>2</w:t>
            </w:r>
          </w:p>
        </w:tc>
        <w:tc>
          <w:tcPr>
            <w:tcW w:w="7088" w:type="dxa"/>
            <w:tcMar>
              <w:top w:w="80" w:type="dxa"/>
              <w:left w:w="120" w:type="dxa"/>
              <w:bottom w:w="80" w:type="dxa"/>
              <w:right w:w="120" w:type="dxa"/>
            </w:tcMar>
            <w:vAlign w:val="center"/>
          </w:tcPr>
          <w:p w14:paraId="64F21146"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Możliwość podłączenia sond laserowych:</w:t>
            </w:r>
          </w:p>
        </w:tc>
        <w:tc>
          <w:tcPr>
            <w:tcW w:w="1830" w:type="dxa"/>
            <w:tcMar>
              <w:top w:w="80" w:type="dxa"/>
              <w:left w:w="120" w:type="dxa"/>
              <w:bottom w:w="80" w:type="dxa"/>
              <w:right w:w="120" w:type="dxa"/>
            </w:tcMar>
            <w:vAlign w:val="center"/>
          </w:tcPr>
          <w:p w14:paraId="358DA2FE" w14:textId="77777777" w:rsidR="00CA2E3F" w:rsidRPr="00CC7620" w:rsidRDefault="00CA2E3F" w:rsidP="007D09C6">
            <w:pPr>
              <w:rPr>
                <w:rFonts w:ascii="Arial" w:hAnsi="Arial" w:cs="Arial"/>
                <w:lang w:val="pl-PL"/>
              </w:rPr>
            </w:pPr>
          </w:p>
        </w:tc>
      </w:tr>
      <w:tr w:rsidR="00CA2E3F" w:rsidRPr="00CC7620" w14:paraId="3E2F5387" w14:textId="77777777" w:rsidTr="004C189B">
        <w:trPr>
          <w:gridAfter w:val="1"/>
          <w:wAfter w:w="13" w:type="dxa"/>
        </w:trPr>
        <w:tc>
          <w:tcPr>
            <w:tcW w:w="709" w:type="dxa"/>
            <w:tcMar>
              <w:top w:w="80" w:type="dxa"/>
              <w:left w:w="120" w:type="dxa"/>
              <w:bottom w:w="80" w:type="dxa"/>
              <w:right w:w="120" w:type="dxa"/>
            </w:tcMar>
            <w:vAlign w:val="center"/>
          </w:tcPr>
          <w:p w14:paraId="01D8EF3A" w14:textId="77777777" w:rsidR="00CA2E3F" w:rsidRPr="00CC7620" w:rsidRDefault="00CA2E3F" w:rsidP="007D09C6">
            <w:pPr>
              <w:jc w:val="center"/>
              <w:rPr>
                <w:rFonts w:ascii="Arial" w:hAnsi="Arial" w:cs="Arial"/>
                <w:lang w:val="pl-PL"/>
              </w:rPr>
            </w:pPr>
            <w:r w:rsidRPr="00CC7620">
              <w:rPr>
                <w:rFonts w:ascii="Arial" w:hAnsi="Arial" w:cs="Arial"/>
                <w:sz w:val="16"/>
                <w:lang w:val="pl-PL"/>
              </w:rPr>
              <w:t>3</w:t>
            </w:r>
          </w:p>
        </w:tc>
        <w:tc>
          <w:tcPr>
            <w:tcW w:w="7088" w:type="dxa"/>
            <w:tcMar>
              <w:top w:w="80" w:type="dxa"/>
              <w:left w:w="120" w:type="dxa"/>
              <w:bottom w:w="80" w:type="dxa"/>
              <w:right w:w="120" w:type="dxa"/>
            </w:tcMar>
            <w:vAlign w:val="center"/>
          </w:tcPr>
          <w:p w14:paraId="7A5E2C14"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 xml:space="preserve">1. o mocy 400 </w:t>
            </w:r>
            <w:proofErr w:type="spellStart"/>
            <w:r w:rsidRPr="004C189B">
              <w:rPr>
                <w:rFonts w:ascii="Arial" w:hAnsi="Arial" w:cs="Arial"/>
                <w:sz w:val="20"/>
                <w:szCs w:val="20"/>
                <w:lang w:val="pl-PL"/>
              </w:rPr>
              <w:t>mW</w:t>
            </w:r>
            <w:proofErr w:type="spellEnd"/>
            <w:r w:rsidRPr="004C189B">
              <w:rPr>
                <w:rFonts w:ascii="Arial" w:hAnsi="Arial" w:cs="Arial"/>
                <w:sz w:val="20"/>
                <w:szCs w:val="20"/>
                <w:lang w:val="pl-PL"/>
              </w:rPr>
              <w:t xml:space="preserve"> i długości fali 808nm</w:t>
            </w:r>
          </w:p>
        </w:tc>
        <w:tc>
          <w:tcPr>
            <w:tcW w:w="1830" w:type="dxa"/>
            <w:tcMar>
              <w:top w:w="80" w:type="dxa"/>
              <w:left w:w="120" w:type="dxa"/>
              <w:bottom w:w="80" w:type="dxa"/>
              <w:right w:w="120" w:type="dxa"/>
            </w:tcMar>
            <w:vAlign w:val="center"/>
          </w:tcPr>
          <w:p w14:paraId="09CDFB53" w14:textId="77777777" w:rsidR="00CA2E3F" w:rsidRPr="00CC7620" w:rsidRDefault="00CA2E3F" w:rsidP="007D09C6">
            <w:pPr>
              <w:rPr>
                <w:rFonts w:ascii="Arial" w:hAnsi="Arial" w:cs="Arial"/>
                <w:lang w:val="pl-PL"/>
              </w:rPr>
            </w:pPr>
          </w:p>
        </w:tc>
      </w:tr>
      <w:tr w:rsidR="00CA2E3F" w:rsidRPr="00CC7620" w14:paraId="7B5FA390" w14:textId="77777777" w:rsidTr="004C189B">
        <w:trPr>
          <w:gridAfter w:val="1"/>
          <w:wAfter w:w="13" w:type="dxa"/>
        </w:trPr>
        <w:tc>
          <w:tcPr>
            <w:tcW w:w="709" w:type="dxa"/>
            <w:tcMar>
              <w:top w:w="80" w:type="dxa"/>
              <w:left w:w="120" w:type="dxa"/>
              <w:bottom w:w="80" w:type="dxa"/>
              <w:right w:w="120" w:type="dxa"/>
            </w:tcMar>
            <w:vAlign w:val="center"/>
          </w:tcPr>
          <w:p w14:paraId="38A43A9C" w14:textId="77777777" w:rsidR="00CA2E3F" w:rsidRPr="00CC7620" w:rsidRDefault="00CA2E3F" w:rsidP="007D09C6">
            <w:pPr>
              <w:jc w:val="center"/>
              <w:rPr>
                <w:rFonts w:ascii="Arial" w:hAnsi="Arial" w:cs="Arial"/>
                <w:lang w:val="pl-PL"/>
              </w:rPr>
            </w:pPr>
            <w:r w:rsidRPr="00CC7620">
              <w:rPr>
                <w:rFonts w:ascii="Arial" w:hAnsi="Arial" w:cs="Arial"/>
                <w:sz w:val="16"/>
                <w:lang w:val="pl-PL"/>
              </w:rPr>
              <w:t>4</w:t>
            </w:r>
          </w:p>
        </w:tc>
        <w:tc>
          <w:tcPr>
            <w:tcW w:w="7088" w:type="dxa"/>
            <w:tcMar>
              <w:top w:w="80" w:type="dxa"/>
              <w:left w:w="120" w:type="dxa"/>
              <w:bottom w:w="80" w:type="dxa"/>
              <w:right w:w="120" w:type="dxa"/>
            </w:tcMar>
            <w:vAlign w:val="center"/>
          </w:tcPr>
          <w:p w14:paraId="0F6940FA"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2. o mocy 80mW i długości fali 660nm</w:t>
            </w:r>
          </w:p>
        </w:tc>
        <w:tc>
          <w:tcPr>
            <w:tcW w:w="1830" w:type="dxa"/>
            <w:tcMar>
              <w:top w:w="80" w:type="dxa"/>
              <w:left w:w="120" w:type="dxa"/>
              <w:bottom w:w="80" w:type="dxa"/>
              <w:right w:w="120" w:type="dxa"/>
            </w:tcMar>
            <w:vAlign w:val="center"/>
          </w:tcPr>
          <w:p w14:paraId="53EE632D" w14:textId="77777777" w:rsidR="00CA2E3F" w:rsidRPr="00CC7620" w:rsidRDefault="00CA2E3F" w:rsidP="007D09C6">
            <w:pPr>
              <w:rPr>
                <w:rFonts w:ascii="Arial" w:hAnsi="Arial" w:cs="Arial"/>
                <w:lang w:val="pl-PL"/>
              </w:rPr>
            </w:pPr>
          </w:p>
        </w:tc>
      </w:tr>
      <w:tr w:rsidR="00CA2E3F" w:rsidRPr="00CC7620" w14:paraId="31662D09" w14:textId="77777777" w:rsidTr="004C189B">
        <w:trPr>
          <w:gridAfter w:val="1"/>
          <w:wAfter w:w="13" w:type="dxa"/>
        </w:trPr>
        <w:tc>
          <w:tcPr>
            <w:tcW w:w="709" w:type="dxa"/>
            <w:tcMar>
              <w:top w:w="80" w:type="dxa"/>
              <w:left w:w="120" w:type="dxa"/>
              <w:bottom w:w="80" w:type="dxa"/>
              <w:right w:w="120" w:type="dxa"/>
            </w:tcMar>
            <w:vAlign w:val="center"/>
          </w:tcPr>
          <w:p w14:paraId="1F12D2EF" w14:textId="77777777" w:rsidR="00CA2E3F" w:rsidRPr="00CC7620" w:rsidRDefault="00CA2E3F" w:rsidP="007D09C6">
            <w:pPr>
              <w:jc w:val="center"/>
              <w:rPr>
                <w:rFonts w:ascii="Arial" w:hAnsi="Arial" w:cs="Arial"/>
                <w:lang w:val="pl-PL"/>
              </w:rPr>
            </w:pPr>
            <w:r w:rsidRPr="00CC7620">
              <w:rPr>
                <w:rFonts w:ascii="Arial" w:hAnsi="Arial" w:cs="Arial"/>
                <w:sz w:val="16"/>
                <w:lang w:val="pl-PL"/>
              </w:rPr>
              <w:t>5</w:t>
            </w:r>
          </w:p>
        </w:tc>
        <w:tc>
          <w:tcPr>
            <w:tcW w:w="7088" w:type="dxa"/>
            <w:tcMar>
              <w:top w:w="80" w:type="dxa"/>
              <w:left w:w="120" w:type="dxa"/>
              <w:bottom w:w="80" w:type="dxa"/>
              <w:right w:w="120" w:type="dxa"/>
            </w:tcMar>
            <w:vAlign w:val="center"/>
          </w:tcPr>
          <w:p w14:paraId="3032EBF9"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 regulacja mocy sond i aplikatorów</w:t>
            </w:r>
          </w:p>
        </w:tc>
        <w:tc>
          <w:tcPr>
            <w:tcW w:w="1830" w:type="dxa"/>
            <w:tcMar>
              <w:top w:w="80" w:type="dxa"/>
              <w:left w:w="120" w:type="dxa"/>
              <w:bottom w:w="80" w:type="dxa"/>
              <w:right w:w="120" w:type="dxa"/>
            </w:tcMar>
            <w:vAlign w:val="center"/>
          </w:tcPr>
          <w:p w14:paraId="2C937E6F" w14:textId="77777777" w:rsidR="00CA2E3F" w:rsidRPr="00CC7620" w:rsidRDefault="00CA2E3F" w:rsidP="007D09C6">
            <w:pPr>
              <w:rPr>
                <w:rFonts w:ascii="Arial" w:hAnsi="Arial" w:cs="Arial"/>
                <w:lang w:val="pl-PL"/>
              </w:rPr>
            </w:pPr>
          </w:p>
        </w:tc>
      </w:tr>
      <w:tr w:rsidR="00CA2E3F" w:rsidRPr="00CC7620" w14:paraId="1681FAEF" w14:textId="77777777" w:rsidTr="004C189B">
        <w:trPr>
          <w:gridAfter w:val="1"/>
          <w:wAfter w:w="13" w:type="dxa"/>
        </w:trPr>
        <w:tc>
          <w:tcPr>
            <w:tcW w:w="709" w:type="dxa"/>
            <w:tcMar>
              <w:top w:w="80" w:type="dxa"/>
              <w:left w:w="120" w:type="dxa"/>
              <w:bottom w:w="80" w:type="dxa"/>
              <w:right w:w="120" w:type="dxa"/>
            </w:tcMar>
            <w:vAlign w:val="center"/>
          </w:tcPr>
          <w:p w14:paraId="37DA7B66" w14:textId="77777777" w:rsidR="00CA2E3F" w:rsidRPr="00CC7620" w:rsidRDefault="00CA2E3F" w:rsidP="007D09C6">
            <w:pPr>
              <w:jc w:val="center"/>
              <w:rPr>
                <w:rFonts w:ascii="Arial" w:hAnsi="Arial" w:cs="Arial"/>
                <w:lang w:val="pl-PL"/>
              </w:rPr>
            </w:pPr>
            <w:r w:rsidRPr="00CC7620">
              <w:rPr>
                <w:rFonts w:ascii="Arial" w:hAnsi="Arial" w:cs="Arial"/>
                <w:sz w:val="16"/>
                <w:lang w:val="pl-PL"/>
              </w:rPr>
              <w:t>6</w:t>
            </w:r>
          </w:p>
        </w:tc>
        <w:tc>
          <w:tcPr>
            <w:tcW w:w="7088" w:type="dxa"/>
            <w:tcMar>
              <w:top w:w="80" w:type="dxa"/>
              <w:left w:w="120" w:type="dxa"/>
              <w:bottom w:w="80" w:type="dxa"/>
              <w:right w:w="120" w:type="dxa"/>
            </w:tcMar>
            <w:vAlign w:val="center"/>
          </w:tcPr>
          <w:p w14:paraId="53BCDCAF"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 tryb emisji: ciągły i impulsowy</w:t>
            </w:r>
          </w:p>
        </w:tc>
        <w:tc>
          <w:tcPr>
            <w:tcW w:w="1830" w:type="dxa"/>
            <w:tcMar>
              <w:top w:w="80" w:type="dxa"/>
              <w:left w:w="120" w:type="dxa"/>
              <w:bottom w:w="80" w:type="dxa"/>
              <w:right w:w="120" w:type="dxa"/>
            </w:tcMar>
            <w:vAlign w:val="center"/>
          </w:tcPr>
          <w:p w14:paraId="0F6AFD3E" w14:textId="77777777" w:rsidR="00CA2E3F" w:rsidRPr="00CC7620" w:rsidRDefault="00CA2E3F" w:rsidP="007D09C6">
            <w:pPr>
              <w:rPr>
                <w:rFonts w:ascii="Arial" w:hAnsi="Arial" w:cs="Arial"/>
                <w:lang w:val="pl-PL"/>
              </w:rPr>
            </w:pPr>
          </w:p>
        </w:tc>
      </w:tr>
      <w:tr w:rsidR="00CA2E3F" w:rsidRPr="00CC7620" w14:paraId="0772ADDB" w14:textId="77777777" w:rsidTr="004C189B">
        <w:trPr>
          <w:gridAfter w:val="1"/>
          <w:wAfter w:w="13" w:type="dxa"/>
        </w:trPr>
        <w:tc>
          <w:tcPr>
            <w:tcW w:w="709" w:type="dxa"/>
            <w:tcMar>
              <w:top w:w="80" w:type="dxa"/>
              <w:left w:w="120" w:type="dxa"/>
              <w:bottom w:w="80" w:type="dxa"/>
              <w:right w:w="120" w:type="dxa"/>
            </w:tcMar>
            <w:vAlign w:val="center"/>
          </w:tcPr>
          <w:p w14:paraId="13845A46" w14:textId="77777777" w:rsidR="00CA2E3F" w:rsidRPr="00CC7620" w:rsidRDefault="00CA2E3F" w:rsidP="007D09C6">
            <w:pPr>
              <w:jc w:val="center"/>
              <w:rPr>
                <w:rFonts w:ascii="Arial" w:hAnsi="Arial" w:cs="Arial"/>
                <w:lang w:val="pl-PL"/>
              </w:rPr>
            </w:pPr>
            <w:r w:rsidRPr="00CC7620">
              <w:rPr>
                <w:rFonts w:ascii="Arial" w:hAnsi="Arial" w:cs="Arial"/>
                <w:sz w:val="16"/>
                <w:lang w:val="pl-PL"/>
              </w:rPr>
              <w:lastRenderedPageBreak/>
              <w:t>7</w:t>
            </w:r>
          </w:p>
        </w:tc>
        <w:tc>
          <w:tcPr>
            <w:tcW w:w="7088" w:type="dxa"/>
            <w:tcMar>
              <w:top w:w="80" w:type="dxa"/>
              <w:left w:w="120" w:type="dxa"/>
              <w:bottom w:w="80" w:type="dxa"/>
              <w:right w:w="120" w:type="dxa"/>
            </w:tcMar>
            <w:vAlign w:val="center"/>
          </w:tcPr>
          <w:p w14:paraId="5787F2CA"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Możliwość podłączenia aplikatora skanującego 100/450mW</w:t>
            </w:r>
          </w:p>
        </w:tc>
        <w:tc>
          <w:tcPr>
            <w:tcW w:w="1830" w:type="dxa"/>
            <w:tcMar>
              <w:top w:w="80" w:type="dxa"/>
              <w:left w:w="120" w:type="dxa"/>
              <w:bottom w:w="80" w:type="dxa"/>
              <w:right w:w="120" w:type="dxa"/>
            </w:tcMar>
            <w:vAlign w:val="center"/>
          </w:tcPr>
          <w:p w14:paraId="157A148A" w14:textId="77777777" w:rsidR="00CA2E3F" w:rsidRPr="00CC7620" w:rsidRDefault="00CA2E3F" w:rsidP="007D09C6">
            <w:pPr>
              <w:rPr>
                <w:rFonts w:ascii="Arial" w:hAnsi="Arial" w:cs="Arial"/>
                <w:lang w:val="pl-PL"/>
              </w:rPr>
            </w:pPr>
          </w:p>
        </w:tc>
      </w:tr>
      <w:tr w:rsidR="00CA2E3F" w:rsidRPr="00CC7620" w14:paraId="502BD1A5" w14:textId="77777777" w:rsidTr="004C189B">
        <w:trPr>
          <w:gridAfter w:val="1"/>
          <w:wAfter w:w="13" w:type="dxa"/>
        </w:trPr>
        <w:tc>
          <w:tcPr>
            <w:tcW w:w="709" w:type="dxa"/>
            <w:tcMar>
              <w:top w:w="80" w:type="dxa"/>
              <w:left w:w="120" w:type="dxa"/>
              <w:bottom w:w="80" w:type="dxa"/>
              <w:right w:w="120" w:type="dxa"/>
            </w:tcMar>
            <w:vAlign w:val="center"/>
          </w:tcPr>
          <w:p w14:paraId="5584551E" w14:textId="77777777" w:rsidR="00CA2E3F" w:rsidRPr="00CC7620" w:rsidRDefault="00CA2E3F" w:rsidP="007D09C6">
            <w:pPr>
              <w:jc w:val="center"/>
              <w:rPr>
                <w:rFonts w:ascii="Arial" w:hAnsi="Arial" w:cs="Arial"/>
                <w:lang w:val="pl-PL"/>
              </w:rPr>
            </w:pPr>
            <w:r w:rsidRPr="00CC7620">
              <w:rPr>
                <w:rFonts w:ascii="Arial" w:hAnsi="Arial" w:cs="Arial"/>
                <w:sz w:val="16"/>
                <w:lang w:val="pl-PL"/>
              </w:rPr>
              <w:t>8</w:t>
            </w:r>
          </w:p>
        </w:tc>
        <w:tc>
          <w:tcPr>
            <w:tcW w:w="7088" w:type="dxa"/>
            <w:tcMar>
              <w:top w:w="80" w:type="dxa"/>
              <w:left w:w="120" w:type="dxa"/>
              <w:bottom w:w="80" w:type="dxa"/>
              <w:right w:w="120" w:type="dxa"/>
            </w:tcMar>
            <w:vAlign w:val="center"/>
          </w:tcPr>
          <w:p w14:paraId="50C24055"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Możliwość podłączenia aplikatora prysznicowego</w:t>
            </w:r>
          </w:p>
        </w:tc>
        <w:tc>
          <w:tcPr>
            <w:tcW w:w="1830" w:type="dxa"/>
            <w:tcMar>
              <w:top w:w="80" w:type="dxa"/>
              <w:left w:w="120" w:type="dxa"/>
              <w:bottom w:w="80" w:type="dxa"/>
              <w:right w:w="120" w:type="dxa"/>
            </w:tcMar>
            <w:vAlign w:val="center"/>
          </w:tcPr>
          <w:p w14:paraId="472ACDF4" w14:textId="77777777" w:rsidR="00CA2E3F" w:rsidRPr="00CC7620" w:rsidRDefault="00CA2E3F" w:rsidP="007D09C6">
            <w:pPr>
              <w:rPr>
                <w:rFonts w:ascii="Arial" w:hAnsi="Arial" w:cs="Arial"/>
                <w:lang w:val="pl-PL"/>
              </w:rPr>
            </w:pPr>
          </w:p>
        </w:tc>
      </w:tr>
      <w:tr w:rsidR="00CA2E3F" w:rsidRPr="00CC7620" w14:paraId="4807494B" w14:textId="77777777" w:rsidTr="004C189B">
        <w:trPr>
          <w:gridAfter w:val="1"/>
          <w:wAfter w:w="13" w:type="dxa"/>
        </w:trPr>
        <w:tc>
          <w:tcPr>
            <w:tcW w:w="709" w:type="dxa"/>
            <w:tcMar>
              <w:top w:w="80" w:type="dxa"/>
              <w:left w:w="120" w:type="dxa"/>
              <w:bottom w:w="80" w:type="dxa"/>
              <w:right w:w="120" w:type="dxa"/>
            </w:tcMar>
            <w:vAlign w:val="center"/>
          </w:tcPr>
          <w:p w14:paraId="3C169623" w14:textId="77777777" w:rsidR="00CA2E3F" w:rsidRPr="00CC7620" w:rsidRDefault="00CA2E3F" w:rsidP="007D09C6">
            <w:pPr>
              <w:jc w:val="center"/>
              <w:rPr>
                <w:rFonts w:ascii="Arial" w:hAnsi="Arial" w:cs="Arial"/>
                <w:lang w:val="pl-PL"/>
              </w:rPr>
            </w:pPr>
            <w:r w:rsidRPr="00CC7620">
              <w:rPr>
                <w:rFonts w:ascii="Arial" w:hAnsi="Arial" w:cs="Arial"/>
                <w:sz w:val="16"/>
                <w:lang w:val="pl-PL"/>
              </w:rPr>
              <w:t>9</w:t>
            </w:r>
          </w:p>
        </w:tc>
        <w:tc>
          <w:tcPr>
            <w:tcW w:w="7088" w:type="dxa"/>
            <w:tcMar>
              <w:top w:w="80" w:type="dxa"/>
              <w:left w:w="120" w:type="dxa"/>
              <w:bottom w:w="80" w:type="dxa"/>
              <w:right w:w="120" w:type="dxa"/>
            </w:tcMar>
            <w:vAlign w:val="center"/>
          </w:tcPr>
          <w:p w14:paraId="498A8578"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Wbudowane modułu wysokoenergetyczne 808nm/8W i 980nm/10W</w:t>
            </w:r>
          </w:p>
        </w:tc>
        <w:tc>
          <w:tcPr>
            <w:tcW w:w="1830" w:type="dxa"/>
            <w:tcMar>
              <w:top w:w="80" w:type="dxa"/>
              <w:left w:w="120" w:type="dxa"/>
              <w:bottom w:w="80" w:type="dxa"/>
              <w:right w:w="120" w:type="dxa"/>
            </w:tcMar>
            <w:vAlign w:val="center"/>
          </w:tcPr>
          <w:p w14:paraId="622F34BE" w14:textId="77777777" w:rsidR="00CA2E3F" w:rsidRPr="00CC7620" w:rsidRDefault="00CA2E3F" w:rsidP="007D09C6">
            <w:pPr>
              <w:rPr>
                <w:rFonts w:ascii="Arial" w:hAnsi="Arial" w:cs="Arial"/>
                <w:lang w:val="pl-PL"/>
              </w:rPr>
            </w:pPr>
          </w:p>
        </w:tc>
      </w:tr>
      <w:tr w:rsidR="00CA2E3F" w:rsidRPr="00CC7620" w14:paraId="35F9F90C" w14:textId="77777777" w:rsidTr="004C189B">
        <w:trPr>
          <w:gridAfter w:val="1"/>
          <w:wAfter w:w="13" w:type="dxa"/>
        </w:trPr>
        <w:tc>
          <w:tcPr>
            <w:tcW w:w="709" w:type="dxa"/>
            <w:tcMar>
              <w:top w:w="80" w:type="dxa"/>
              <w:left w:w="120" w:type="dxa"/>
              <w:bottom w:w="80" w:type="dxa"/>
              <w:right w:w="120" w:type="dxa"/>
            </w:tcMar>
            <w:vAlign w:val="center"/>
          </w:tcPr>
          <w:p w14:paraId="5A93AE24" w14:textId="77777777" w:rsidR="00CA2E3F" w:rsidRPr="00CC7620" w:rsidRDefault="00CA2E3F" w:rsidP="007D09C6">
            <w:pPr>
              <w:jc w:val="center"/>
              <w:rPr>
                <w:rFonts w:ascii="Arial" w:hAnsi="Arial" w:cs="Arial"/>
                <w:lang w:val="pl-PL"/>
              </w:rPr>
            </w:pPr>
            <w:r w:rsidRPr="00CC7620">
              <w:rPr>
                <w:rFonts w:ascii="Arial" w:hAnsi="Arial" w:cs="Arial"/>
                <w:sz w:val="16"/>
                <w:lang w:val="pl-PL"/>
              </w:rPr>
              <w:t>10</w:t>
            </w:r>
          </w:p>
        </w:tc>
        <w:tc>
          <w:tcPr>
            <w:tcW w:w="7088" w:type="dxa"/>
            <w:tcMar>
              <w:top w:w="80" w:type="dxa"/>
              <w:left w:w="120" w:type="dxa"/>
              <w:bottom w:w="80" w:type="dxa"/>
              <w:right w:w="120" w:type="dxa"/>
            </w:tcMar>
            <w:vAlign w:val="center"/>
          </w:tcPr>
          <w:p w14:paraId="6E8C8A7E"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2 nasadki aplikacyjne: 1cm2 i 5cm2</w:t>
            </w:r>
          </w:p>
        </w:tc>
        <w:tc>
          <w:tcPr>
            <w:tcW w:w="1830" w:type="dxa"/>
            <w:tcMar>
              <w:top w:w="80" w:type="dxa"/>
              <w:left w:w="120" w:type="dxa"/>
              <w:bottom w:w="80" w:type="dxa"/>
              <w:right w:w="120" w:type="dxa"/>
            </w:tcMar>
            <w:vAlign w:val="center"/>
          </w:tcPr>
          <w:p w14:paraId="20AA07CD" w14:textId="77777777" w:rsidR="00CA2E3F" w:rsidRPr="00CC7620" w:rsidRDefault="00CA2E3F" w:rsidP="007D09C6">
            <w:pPr>
              <w:rPr>
                <w:rFonts w:ascii="Arial" w:hAnsi="Arial" w:cs="Arial"/>
                <w:lang w:val="pl-PL"/>
              </w:rPr>
            </w:pPr>
          </w:p>
        </w:tc>
      </w:tr>
      <w:tr w:rsidR="00CA2E3F" w:rsidRPr="00CC7620" w14:paraId="1D3A3E6B" w14:textId="77777777" w:rsidTr="004C189B">
        <w:trPr>
          <w:gridAfter w:val="1"/>
          <w:wAfter w:w="13" w:type="dxa"/>
        </w:trPr>
        <w:tc>
          <w:tcPr>
            <w:tcW w:w="709" w:type="dxa"/>
            <w:tcMar>
              <w:top w:w="80" w:type="dxa"/>
              <w:left w:w="120" w:type="dxa"/>
              <w:bottom w:w="80" w:type="dxa"/>
              <w:right w:w="120" w:type="dxa"/>
            </w:tcMar>
            <w:vAlign w:val="center"/>
          </w:tcPr>
          <w:p w14:paraId="51D41654" w14:textId="77777777" w:rsidR="00CA2E3F" w:rsidRPr="00CC7620" w:rsidRDefault="00CA2E3F" w:rsidP="007D09C6">
            <w:pPr>
              <w:jc w:val="center"/>
              <w:rPr>
                <w:rFonts w:ascii="Arial" w:hAnsi="Arial" w:cs="Arial"/>
                <w:lang w:val="pl-PL"/>
              </w:rPr>
            </w:pPr>
            <w:r w:rsidRPr="00CC7620">
              <w:rPr>
                <w:rFonts w:ascii="Arial" w:hAnsi="Arial" w:cs="Arial"/>
                <w:sz w:val="16"/>
                <w:lang w:val="pl-PL"/>
              </w:rPr>
              <w:t>11</w:t>
            </w:r>
          </w:p>
        </w:tc>
        <w:tc>
          <w:tcPr>
            <w:tcW w:w="7088" w:type="dxa"/>
            <w:tcMar>
              <w:top w:w="80" w:type="dxa"/>
              <w:left w:w="120" w:type="dxa"/>
              <w:bottom w:w="80" w:type="dxa"/>
              <w:right w:w="120" w:type="dxa"/>
            </w:tcMar>
            <w:vAlign w:val="center"/>
          </w:tcPr>
          <w:p w14:paraId="50696D9B"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Dedykowane tryby do współpracy z aplikatorami światłowodowymi</w:t>
            </w:r>
          </w:p>
        </w:tc>
        <w:tc>
          <w:tcPr>
            <w:tcW w:w="1830" w:type="dxa"/>
            <w:tcMar>
              <w:top w:w="80" w:type="dxa"/>
              <w:left w:w="120" w:type="dxa"/>
              <w:bottom w:w="80" w:type="dxa"/>
              <w:right w:w="120" w:type="dxa"/>
            </w:tcMar>
            <w:vAlign w:val="center"/>
          </w:tcPr>
          <w:p w14:paraId="779EAC05" w14:textId="77777777" w:rsidR="00CA2E3F" w:rsidRPr="00CC7620" w:rsidRDefault="00CA2E3F" w:rsidP="007D09C6">
            <w:pPr>
              <w:rPr>
                <w:rFonts w:ascii="Arial" w:hAnsi="Arial" w:cs="Arial"/>
                <w:lang w:val="pl-PL"/>
              </w:rPr>
            </w:pPr>
          </w:p>
        </w:tc>
      </w:tr>
      <w:tr w:rsidR="00CA2E3F" w:rsidRPr="00CC7620" w14:paraId="3D8C8DDE" w14:textId="77777777" w:rsidTr="004C189B">
        <w:trPr>
          <w:gridAfter w:val="1"/>
          <w:wAfter w:w="13" w:type="dxa"/>
        </w:trPr>
        <w:tc>
          <w:tcPr>
            <w:tcW w:w="709" w:type="dxa"/>
            <w:tcMar>
              <w:top w:w="80" w:type="dxa"/>
              <w:left w:w="120" w:type="dxa"/>
              <w:bottom w:w="80" w:type="dxa"/>
              <w:right w:w="120" w:type="dxa"/>
            </w:tcMar>
            <w:vAlign w:val="center"/>
          </w:tcPr>
          <w:p w14:paraId="5E79596C" w14:textId="77777777" w:rsidR="00CA2E3F" w:rsidRPr="00CC7620" w:rsidRDefault="00CA2E3F" w:rsidP="007D09C6">
            <w:pPr>
              <w:jc w:val="center"/>
              <w:rPr>
                <w:rFonts w:ascii="Arial" w:hAnsi="Arial" w:cs="Arial"/>
                <w:lang w:val="pl-PL"/>
              </w:rPr>
            </w:pPr>
            <w:r w:rsidRPr="00CC7620">
              <w:rPr>
                <w:rFonts w:ascii="Arial" w:hAnsi="Arial" w:cs="Arial"/>
                <w:sz w:val="16"/>
                <w:lang w:val="pl-PL"/>
              </w:rPr>
              <w:t>12</w:t>
            </w:r>
          </w:p>
        </w:tc>
        <w:tc>
          <w:tcPr>
            <w:tcW w:w="7088" w:type="dxa"/>
            <w:tcMar>
              <w:top w:w="80" w:type="dxa"/>
              <w:left w:w="120" w:type="dxa"/>
              <w:bottom w:w="80" w:type="dxa"/>
              <w:right w:w="120" w:type="dxa"/>
            </w:tcMar>
            <w:vAlign w:val="center"/>
          </w:tcPr>
          <w:p w14:paraId="70687A2B"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Szczytowa moc wyjściowa 18W</w:t>
            </w:r>
          </w:p>
        </w:tc>
        <w:tc>
          <w:tcPr>
            <w:tcW w:w="1830" w:type="dxa"/>
            <w:tcMar>
              <w:top w:w="80" w:type="dxa"/>
              <w:left w:w="120" w:type="dxa"/>
              <w:bottom w:w="80" w:type="dxa"/>
              <w:right w:w="120" w:type="dxa"/>
            </w:tcMar>
            <w:vAlign w:val="center"/>
          </w:tcPr>
          <w:p w14:paraId="7323C013" w14:textId="77777777" w:rsidR="00CA2E3F" w:rsidRPr="00CC7620" w:rsidRDefault="00CA2E3F" w:rsidP="007D09C6">
            <w:pPr>
              <w:rPr>
                <w:rFonts w:ascii="Arial" w:hAnsi="Arial" w:cs="Arial"/>
                <w:lang w:val="pl-PL"/>
              </w:rPr>
            </w:pPr>
          </w:p>
        </w:tc>
      </w:tr>
      <w:tr w:rsidR="00CA2E3F" w:rsidRPr="00CC7620" w14:paraId="4BA54998" w14:textId="77777777" w:rsidTr="004C189B">
        <w:trPr>
          <w:gridAfter w:val="1"/>
          <w:wAfter w:w="13" w:type="dxa"/>
        </w:trPr>
        <w:tc>
          <w:tcPr>
            <w:tcW w:w="709" w:type="dxa"/>
            <w:tcMar>
              <w:top w:w="80" w:type="dxa"/>
              <w:left w:w="120" w:type="dxa"/>
              <w:bottom w:w="80" w:type="dxa"/>
              <w:right w:w="120" w:type="dxa"/>
            </w:tcMar>
            <w:vAlign w:val="center"/>
          </w:tcPr>
          <w:p w14:paraId="542B45F4" w14:textId="77777777" w:rsidR="00CA2E3F" w:rsidRPr="00CC7620" w:rsidRDefault="00CA2E3F" w:rsidP="007D09C6">
            <w:pPr>
              <w:jc w:val="center"/>
              <w:rPr>
                <w:rFonts w:ascii="Arial" w:hAnsi="Arial" w:cs="Arial"/>
                <w:lang w:val="pl-PL"/>
              </w:rPr>
            </w:pPr>
            <w:r w:rsidRPr="00CC7620">
              <w:rPr>
                <w:rFonts w:ascii="Arial" w:hAnsi="Arial" w:cs="Arial"/>
                <w:sz w:val="16"/>
                <w:lang w:val="pl-PL"/>
              </w:rPr>
              <w:t>13</w:t>
            </w:r>
          </w:p>
        </w:tc>
        <w:tc>
          <w:tcPr>
            <w:tcW w:w="7088" w:type="dxa"/>
            <w:tcMar>
              <w:top w:w="80" w:type="dxa"/>
              <w:left w:w="120" w:type="dxa"/>
              <w:bottom w:w="80" w:type="dxa"/>
              <w:right w:w="120" w:type="dxa"/>
            </w:tcMar>
            <w:vAlign w:val="center"/>
          </w:tcPr>
          <w:p w14:paraId="1B278659"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Tryby pracy źródeł promieniowania: ciągły i impulsowy</w:t>
            </w:r>
          </w:p>
        </w:tc>
        <w:tc>
          <w:tcPr>
            <w:tcW w:w="1830" w:type="dxa"/>
            <w:tcMar>
              <w:top w:w="80" w:type="dxa"/>
              <w:left w:w="120" w:type="dxa"/>
              <w:bottom w:w="80" w:type="dxa"/>
              <w:right w:w="120" w:type="dxa"/>
            </w:tcMar>
            <w:vAlign w:val="center"/>
          </w:tcPr>
          <w:p w14:paraId="5659BC9A" w14:textId="77777777" w:rsidR="00CA2E3F" w:rsidRPr="00CC7620" w:rsidRDefault="00CA2E3F" w:rsidP="007D09C6">
            <w:pPr>
              <w:rPr>
                <w:rFonts w:ascii="Arial" w:hAnsi="Arial" w:cs="Arial"/>
                <w:lang w:val="pl-PL"/>
              </w:rPr>
            </w:pPr>
          </w:p>
        </w:tc>
      </w:tr>
      <w:tr w:rsidR="00CA2E3F" w:rsidRPr="00CC7620" w14:paraId="48A9DDA7" w14:textId="77777777" w:rsidTr="004C189B">
        <w:trPr>
          <w:gridAfter w:val="1"/>
          <w:wAfter w:w="13" w:type="dxa"/>
        </w:trPr>
        <w:tc>
          <w:tcPr>
            <w:tcW w:w="709" w:type="dxa"/>
            <w:tcMar>
              <w:top w:w="80" w:type="dxa"/>
              <w:left w:w="120" w:type="dxa"/>
              <w:bottom w:w="80" w:type="dxa"/>
              <w:right w:w="120" w:type="dxa"/>
            </w:tcMar>
            <w:vAlign w:val="center"/>
          </w:tcPr>
          <w:p w14:paraId="1F052A68" w14:textId="77777777" w:rsidR="00CA2E3F" w:rsidRPr="00CC7620" w:rsidRDefault="00CA2E3F" w:rsidP="007D09C6">
            <w:pPr>
              <w:jc w:val="center"/>
              <w:rPr>
                <w:rFonts w:ascii="Arial" w:hAnsi="Arial" w:cs="Arial"/>
                <w:lang w:val="pl-PL"/>
              </w:rPr>
            </w:pPr>
            <w:r w:rsidRPr="00CC7620">
              <w:rPr>
                <w:rFonts w:ascii="Arial" w:hAnsi="Arial" w:cs="Arial"/>
                <w:sz w:val="16"/>
                <w:lang w:val="pl-PL"/>
              </w:rPr>
              <w:t>14</w:t>
            </w:r>
          </w:p>
        </w:tc>
        <w:tc>
          <w:tcPr>
            <w:tcW w:w="7088" w:type="dxa"/>
            <w:tcMar>
              <w:top w:w="80" w:type="dxa"/>
              <w:left w:w="120" w:type="dxa"/>
              <w:bottom w:w="80" w:type="dxa"/>
              <w:right w:w="120" w:type="dxa"/>
            </w:tcMar>
            <w:vAlign w:val="center"/>
          </w:tcPr>
          <w:p w14:paraId="2438979F"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Impulsy trybu impulsowego: prostokątny, trójkątny (</w:t>
            </w:r>
            <w:proofErr w:type="spellStart"/>
            <w:r w:rsidRPr="004C189B">
              <w:rPr>
                <w:rFonts w:ascii="Arial" w:hAnsi="Arial" w:cs="Arial"/>
                <w:sz w:val="20"/>
                <w:szCs w:val="20"/>
                <w:lang w:val="pl-PL"/>
              </w:rPr>
              <w:t>superpuls</w:t>
            </w:r>
            <w:proofErr w:type="spellEnd"/>
            <w:r w:rsidRPr="004C189B">
              <w:rPr>
                <w:rFonts w:ascii="Arial" w:hAnsi="Arial" w:cs="Arial"/>
                <w:sz w:val="20"/>
                <w:szCs w:val="20"/>
                <w:lang w:val="pl-PL"/>
              </w:rPr>
              <w:t>)</w:t>
            </w:r>
          </w:p>
        </w:tc>
        <w:tc>
          <w:tcPr>
            <w:tcW w:w="1830" w:type="dxa"/>
            <w:tcMar>
              <w:top w:w="80" w:type="dxa"/>
              <w:left w:w="120" w:type="dxa"/>
              <w:bottom w:w="80" w:type="dxa"/>
              <w:right w:w="120" w:type="dxa"/>
            </w:tcMar>
            <w:vAlign w:val="center"/>
          </w:tcPr>
          <w:p w14:paraId="2A1D7F50" w14:textId="77777777" w:rsidR="00CA2E3F" w:rsidRPr="00CC7620" w:rsidRDefault="00CA2E3F" w:rsidP="007D09C6">
            <w:pPr>
              <w:rPr>
                <w:rFonts w:ascii="Arial" w:hAnsi="Arial" w:cs="Arial"/>
                <w:lang w:val="pl-PL"/>
              </w:rPr>
            </w:pPr>
          </w:p>
        </w:tc>
      </w:tr>
      <w:tr w:rsidR="00CA2E3F" w:rsidRPr="00CC7620" w14:paraId="6C281B40" w14:textId="77777777" w:rsidTr="004C189B">
        <w:trPr>
          <w:gridAfter w:val="1"/>
          <w:wAfter w:w="13" w:type="dxa"/>
        </w:trPr>
        <w:tc>
          <w:tcPr>
            <w:tcW w:w="709" w:type="dxa"/>
            <w:tcMar>
              <w:top w:w="80" w:type="dxa"/>
              <w:left w:w="120" w:type="dxa"/>
              <w:bottom w:w="80" w:type="dxa"/>
              <w:right w:w="120" w:type="dxa"/>
            </w:tcMar>
            <w:vAlign w:val="center"/>
          </w:tcPr>
          <w:p w14:paraId="37A93559" w14:textId="77777777" w:rsidR="00CA2E3F" w:rsidRPr="00CC7620" w:rsidRDefault="00CA2E3F" w:rsidP="007D09C6">
            <w:pPr>
              <w:jc w:val="center"/>
              <w:rPr>
                <w:rFonts w:ascii="Arial" w:hAnsi="Arial" w:cs="Arial"/>
                <w:lang w:val="pl-PL"/>
              </w:rPr>
            </w:pPr>
            <w:r w:rsidRPr="00CC7620">
              <w:rPr>
                <w:rFonts w:ascii="Arial" w:hAnsi="Arial" w:cs="Arial"/>
                <w:sz w:val="16"/>
                <w:lang w:val="pl-PL"/>
              </w:rPr>
              <w:t>15</w:t>
            </w:r>
          </w:p>
        </w:tc>
        <w:tc>
          <w:tcPr>
            <w:tcW w:w="7088" w:type="dxa"/>
            <w:tcMar>
              <w:top w:w="80" w:type="dxa"/>
              <w:left w:w="120" w:type="dxa"/>
              <w:bottom w:w="80" w:type="dxa"/>
              <w:right w:w="120" w:type="dxa"/>
            </w:tcMar>
            <w:vAlign w:val="center"/>
          </w:tcPr>
          <w:p w14:paraId="71705D76"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Wypełnienie trybu impulsowego: 1-90%, impuls 50us</w:t>
            </w:r>
          </w:p>
        </w:tc>
        <w:tc>
          <w:tcPr>
            <w:tcW w:w="1830" w:type="dxa"/>
            <w:tcMar>
              <w:top w:w="80" w:type="dxa"/>
              <w:left w:w="120" w:type="dxa"/>
              <w:bottom w:w="80" w:type="dxa"/>
              <w:right w:w="120" w:type="dxa"/>
            </w:tcMar>
            <w:vAlign w:val="center"/>
          </w:tcPr>
          <w:p w14:paraId="7EBE78AA" w14:textId="77777777" w:rsidR="00CA2E3F" w:rsidRPr="00CC7620" w:rsidRDefault="00CA2E3F" w:rsidP="007D09C6">
            <w:pPr>
              <w:rPr>
                <w:rFonts w:ascii="Arial" w:hAnsi="Arial" w:cs="Arial"/>
                <w:lang w:val="pl-PL"/>
              </w:rPr>
            </w:pPr>
          </w:p>
        </w:tc>
      </w:tr>
      <w:tr w:rsidR="00CA2E3F" w:rsidRPr="00CC7620" w14:paraId="7D7FFE87" w14:textId="77777777" w:rsidTr="004C189B">
        <w:trPr>
          <w:gridAfter w:val="1"/>
          <w:wAfter w:w="13" w:type="dxa"/>
        </w:trPr>
        <w:tc>
          <w:tcPr>
            <w:tcW w:w="709" w:type="dxa"/>
            <w:tcMar>
              <w:top w:w="80" w:type="dxa"/>
              <w:left w:w="120" w:type="dxa"/>
              <w:bottom w:w="80" w:type="dxa"/>
              <w:right w:w="120" w:type="dxa"/>
            </w:tcMar>
            <w:vAlign w:val="center"/>
          </w:tcPr>
          <w:p w14:paraId="59AA4C14" w14:textId="77777777" w:rsidR="00CA2E3F" w:rsidRPr="00CC7620" w:rsidRDefault="00CA2E3F" w:rsidP="007D09C6">
            <w:pPr>
              <w:jc w:val="center"/>
              <w:rPr>
                <w:rFonts w:ascii="Arial" w:hAnsi="Arial" w:cs="Arial"/>
                <w:lang w:val="pl-PL"/>
              </w:rPr>
            </w:pPr>
            <w:r w:rsidRPr="00CC7620">
              <w:rPr>
                <w:rFonts w:ascii="Arial" w:hAnsi="Arial" w:cs="Arial"/>
                <w:sz w:val="16"/>
                <w:lang w:val="pl-PL"/>
              </w:rPr>
              <w:t>16</w:t>
            </w:r>
          </w:p>
        </w:tc>
        <w:tc>
          <w:tcPr>
            <w:tcW w:w="7088" w:type="dxa"/>
            <w:tcMar>
              <w:top w:w="80" w:type="dxa"/>
              <w:left w:w="120" w:type="dxa"/>
              <w:bottom w:w="80" w:type="dxa"/>
              <w:right w:w="120" w:type="dxa"/>
            </w:tcMar>
            <w:vAlign w:val="center"/>
          </w:tcPr>
          <w:p w14:paraId="75356F68"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 xml:space="preserve">Częstotliwość trybu impulsowego 1-10000 </w:t>
            </w:r>
            <w:proofErr w:type="spellStart"/>
            <w:r w:rsidRPr="004C189B">
              <w:rPr>
                <w:rFonts w:ascii="Arial" w:hAnsi="Arial" w:cs="Arial"/>
                <w:sz w:val="20"/>
                <w:szCs w:val="20"/>
                <w:lang w:val="pl-PL"/>
              </w:rPr>
              <w:t>Hz</w:t>
            </w:r>
            <w:proofErr w:type="spellEnd"/>
          </w:p>
        </w:tc>
        <w:tc>
          <w:tcPr>
            <w:tcW w:w="1830" w:type="dxa"/>
            <w:tcMar>
              <w:top w:w="80" w:type="dxa"/>
              <w:left w:w="120" w:type="dxa"/>
              <w:bottom w:w="80" w:type="dxa"/>
              <w:right w:w="120" w:type="dxa"/>
            </w:tcMar>
            <w:vAlign w:val="center"/>
          </w:tcPr>
          <w:p w14:paraId="1DFFE850" w14:textId="77777777" w:rsidR="00CA2E3F" w:rsidRPr="00CC7620" w:rsidRDefault="00CA2E3F" w:rsidP="007D09C6">
            <w:pPr>
              <w:rPr>
                <w:rFonts w:ascii="Arial" w:hAnsi="Arial" w:cs="Arial"/>
                <w:lang w:val="pl-PL"/>
              </w:rPr>
            </w:pPr>
          </w:p>
        </w:tc>
      </w:tr>
      <w:tr w:rsidR="00CA2E3F" w:rsidRPr="00CC7620" w14:paraId="47DDDED0" w14:textId="77777777" w:rsidTr="004C189B">
        <w:trPr>
          <w:gridAfter w:val="1"/>
          <w:wAfter w:w="13" w:type="dxa"/>
        </w:trPr>
        <w:tc>
          <w:tcPr>
            <w:tcW w:w="709" w:type="dxa"/>
            <w:tcMar>
              <w:top w:w="80" w:type="dxa"/>
              <w:left w:w="120" w:type="dxa"/>
              <w:bottom w:w="80" w:type="dxa"/>
              <w:right w:w="120" w:type="dxa"/>
            </w:tcMar>
            <w:vAlign w:val="center"/>
          </w:tcPr>
          <w:p w14:paraId="32548D76" w14:textId="77777777" w:rsidR="00CA2E3F" w:rsidRPr="00CC7620" w:rsidRDefault="00CA2E3F" w:rsidP="007D09C6">
            <w:pPr>
              <w:jc w:val="center"/>
              <w:rPr>
                <w:rFonts w:ascii="Arial" w:hAnsi="Arial" w:cs="Arial"/>
                <w:lang w:val="pl-PL"/>
              </w:rPr>
            </w:pPr>
            <w:r w:rsidRPr="00CC7620">
              <w:rPr>
                <w:rFonts w:ascii="Arial" w:hAnsi="Arial" w:cs="Arial"/>
                <w:sz w:val="16"/>
                <w:lang w:val="pl-PL"/>
              </w:rPr>
              <w:t>17</w:t>
            </w:r>
          </w:p>
        </w:tc>
        <w:tc>
          <w:tcPr>
            <w:tcW w:w="7088" w:type="dxa"/>
            <w:tcMar>
              <w:top w:w="80" w:type="dxa"/>
              <w:left w:w="120" w:type="dxa"/>
              <w:bottom w:w="80" w:type="dxa"/>
              <w:right w:w="120" w:type="dxa"/>
            </w:tcMar>
            <w:vAlign w:val="center"/>
          </w:tcPr>
          <w:p w14:paraId="70C3AAA0"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Ilustrowana encyklopedia procedur terapeutycznych</w:t>
            </w:r>
          </w:p>
        </w:tc>
        <w:tc>
          <w:tcPr>
            <w:tcW w:w="1830" w:type="dxa"/>
            <w:tcMar>
              <w:top w:w="80" w:type="dxa"/>
              <w:left w:w="120" w:type="dxa"/>
              <w:bottom w:w="80" w:type="dxa"/>
              <w:right w:w="120" w:type="dxa"/>
            </w:tcMar>
            <w:vAlign w:val="center"/>
          </w:tcPr>
          <w:p w14:paraId="1D75B643" w14:textId="77777777" w:rsidR="00CA2E3F" w:rsidRPr="00CC7620" w:rsidRDefault="00CA2E3F" w:rsidP="007D09C6">
            <w:pPr>
              <w:rPr>
                <w:rFonts w:ascii="Arial" w:hAnsi="Arial" w:cs="Arial"/>
                <w:lang w:val="pl-PL"/>
              </w:rPr>
            </w:pPr>
          </w:p>
        </w:tc>
      </w:tr>
      <w:tr w:rsidR="00CA2E3F" w:rsidRPr="00CC7620" w14:paraId="13A78217" w14:textId="77777777" w:rsidTr="004C189B">
        <w:trPr>
          <w:gridAfter w:val="1"/>
          <w:wAfter w:w="13" w:type="dxa"/>
        </w:trPr>
        <w:tc>
          <w:tcPr>
            <w:tcW w:w="709" w:type="dxa"/>
            <w:tcMar>
              <w:top w:w="80" w:type="dxa"/>
              <w:left w:w="120" w:type="dxa"/>
              <w:bottom w:w="80" w:type="dxa"/>
              <w:right w:w="120" w:type="dxa"/>
            </w:tcMar>
            <w:vAlign w:val="center"/>
          </w:tcPr>
          <w:p w14:paraId="25B9AD6D" w14:textId="77777777" w:rsidR="00CA2E3F" w:rsidRPr="00CC7620" w:rsidRDefault="00CA2E3F" w:rsidP="007D09C6">
            <w:pPr>
              <w:jc w:val="center"/>
              <w:rPr>
                <w:rFonts w:ascii="Arial" w:hAnsi="Arial" w:cs="Arial"/>
                <w:lang w:val="pl-PL"/>
              </w:rPr>
            </w:pPr>
            <w:r w:rsidRPr="00CC7620">
              <w:rPr>
                <w:rFonts w:ascii="Arial" w:hAnsi="Arial" w:cs="Arial"/>
                <w:sz w:val="16"/>
                <w:lang w:val="pl-PL"/>
              </w:rPr>
              <w:t>18</w:t>
            </w:r>
          </w:p>
        </w:tc>
        <w:tc>
          <w:tcPr>
            <w:tcW w:w="7088" w:type="dxa"/>
            <w:tcMar>
              <w:top w:w="80" w:type="dxa"/>
              <w:left w:w="120" w:type="dxa"/>
              <w:bottom w:w="80" w:type="dxa"/>
              <w:right w:w="120" w:type="dxa"/>
            </w:tcMar>
            <w:vAlign w:val="center"/>
          </w:tcPr>
          <w:p w14:paraId="5F3EFC99"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Ilość gniazd do podłączenia aplikatorów - 3</w:t>
            </w:r>
          </w:p>
        </w:tc>
        <w:tc>
          <w:tcPr>
            <w:tcW w:w="1830" w:type="dxa"/>
            <w:tcMar>
              <w:top w:w="80" w:type="dxa"/>
              <w:left w:w="120" w:type="dxa"/>
              <w:bottom w:w="80" w:type="dxa"/>
              <w:right w:w="120" w:type="dxa"/>
            </w:tcMar>
            <w:vAlign w:val="center"/>
          </w:tcPr>
          <w:p w14:paraId="0E6D56CC" w14:textId="77777777" w:rsidR="00CA2E3F" w:rsidRPr="00CC7620" w:rsidRDefault="00CA2E3F" w:rsidP="007D09C6">
            <w:pPr>
              <w:rPr>
                <w:rFonts w:ascii="Arial" w:hAnsi="Arial" w:cs="Arial"/>
                <w:lang w:val="pl-PL"/>
              </w:rPr>
            </w:pPr>
          </w:p>
        </w:tc>
      </w:tr>
      <w:tr w:rsidR="00CA2E3F" w:rsidRPr="00CC7620" w14:paraId="5B3742C7" w14:textId="77777777" w:rsidTr="004C189B">
        <w:trPr>
          <w:gridAfter w:val="1"/>
          <w:wAfter w:w="13" w:type="dxa"/>
        </w:trPr>
        <w:tc>
          <w:tcPr>
            <w:tcW w:w="709" w:type="dxa"/>
            <w:tcMar>
              <w:top w:w="80" w:type="dxa"/>
              <w:left w:w="120" w:type="dxa"/>
              <w:bottom w:w="80" w:type="dxa"/>
              <w:right w:w="120" w:type="dxa"/>
            </w:tcMar>
            <w:vAlign w:val="center"/>
          </w:tcPr>
          <w:p w14:paraId="1C3665C1" w14:textId="77777777" w:rsidR="00CA2E3F" w:rsidRPr="00CC7620" w:rsidRDefault="00CA2E3F" w:rsidP="007D09C6">
            <w:pPr>
              <w:jc w:val="center"/>
              <w:rPr>
                <w:rFonts w:ascii="Arial" w:hAnsi="Arial" w:cs="Arial"/>
                <w:lang w:val="pl-PL"/>
              </w:rPr>
            </w:pPr>
            <w:r w:rsidRPr="00CC7620">
              <w:rPr>
                <w:rFonts w:ascii="Arial" w:hAnsi="Arial" w:cs="Arial"/>
                <w:sz w:val="16"/>
                <w:lang w:val="pl-PL"/>
              </w:rPr>
              <w:t>19</w:t>
            </w:r>
          </w:p>
        </w:tc>
        <w:tc>
          <w:tcPr>
            <w:tcW w:w="7088" w:type="dxa"/>
            <w:tcMar>
              <w:top w:w="80" w:type="dxa"/>
              <w:left w:w="120" w:type="dxa"/>
              <w:bottom w:w="80" w:type="dxa"/>
              <w:right w:w="120" w:type="dxa"/>
            </w:tcMar>
            <w:vAlign w:val="center"/>
          </w:tcPr>
          <w:p w14:paraId="6DEA55D5"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Tryb manualny i programowy</w:t>
            </w:r>
          </w:p>
        </w:tc>
        <w:tc>
          <w:tcPr>
            <w:tcW w:w="1830" w:type="dxa"/>
            <w:tcMar>
              <w:top w:w="80" w:type="dxa"/>
              <w:left w:w="120" w:type="dxa"/>
              <w:bottom w:w="80" w:type="dxa"/>
              <w:right w:w="120" w:type="dxa"/>
            </w:tcMar>
            <w:vAlign w:val="center"/>
          </w:tcPr>
          <w:p w14:paraId="51EBB979" w14:textId="77777777" w:rsidR="00CA2E3F" w:rsidRPr="00CC7620" w:rsidRDefault="00CA2E3F" w:rsidP="007D09C6">
            <w:pPr>
              <w:rPr>
                <w:rFonts w:ascii="Arial" w:hAnsi="Arial" w:cs="Arial"/>
                <w:lang w:val="pl-PL"/>
              </w:rPr>
            </w:pPr>
          </w:p>
        </w:tc>
      </w:tr>
      <w:tr w:rsidR="00CA2E3F" w:rsidRPr="00CC7620" w14:paraId="235201C0" w14:textId="77777777" w:rsidTr="004C189B">
        <w:trPr>
          <w:gridAfter w:val="1"/>
          <w:wAfter w:w="13" w:type="dxa"/>
        </w:trPr>
        <w:tc>
          <w:tcPr>
            <w:tcW w:w="709" w:type="dxa"/>
            <w:tcMar>
              <w:top w:w="80" w:type="dxa"/>
              <w:left w:w="120" w:type="dxa"/>
              <w:bottom w:w="80" w:type="dxa"/>
              <w:right w:w="120" w:type="dxa"/>
            </w:tcMar>
            <w:vAlign w:val="center"/>
          </w:tcPr>
          <w:p w14:paraId="7209B4BE" w14:textId="77777777" w:rsidR="00CA2E3F" w:rsidRPr="00CC7620" w:rsidRDefault="00CA2E3F" w:rsidP="007D09C6">
            <w:pPr>
              <w:jc w:val="center"/>
              <w:rPr>
                <w:rFonts w:ascii="Arial" w:hAnsi="Arial" w:cs="Arial"/>
                <w:lang w:val="pl-PL"/>
              </w:rPr>
            </w:pPr>
            <w:r w:rsidRPr="00CC7620">
              <w:rPr>
                <w:rFonts w:ascii="Arial" w:hAnsi="Arial" w:cs="Arial"/>
                <w:sz w:val="16"/>
                <w:lang w:val="pl-PL"/>
              </w:rPr>
              <w:t>20</w:t>
            </w:r>
          </w:p>
        </w:tc>
        <w:tc>
          <w:tcPr>
            <w:tcW w:w="7088" w:type="dxa"/>
            <w:tcMar>
              <w:top w:w="80" w:type="dxa"/>
              <w:left w:w="120" w:type="dxa"/>
              <w:bottom w:w="80" w:type="dxa"/>
              <w:right w:w="120" w:type="dxa"/>
            </w:tcMar>
            <w:vAlign w:val="center"/>
          </w:tcPr>
          <w:p w14:paraId="7967BECD"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Kontrola nad parametrami zabiegowymi</w:t>
            </w:r>
          </w:p>
        </w:tc>
        <w:tc>
          <w:tcPr>
            <w:tcW w:w="1830" w:type="dxa"/>
            <w:tcMar>
              <w:top w:w="80" w:type="dxa"/>
              <w:left w:w="120" w:type="dxa"/>
              <w:bottom w:w="80" w:type="dxa"/>
              <w:right w:w="120" w:type="dxa"/>
            </w:tcMar>
            <w:vAlign w:val="center"/>
          </w:tcPr>
          <w:p w14:paraId="1C0FC053" w14:textId="77777777" w:rsidR="00CA2E3F" w:rsidRPr="00CC7620" w:rsidRDefault="00CA2E3F" w:rsidP="007D09C6">
            <w:pPr>
              <w:rPr>
                <w:rFonts w:ascii="Arial" w:hAnsi="Arial" w:cs="Arial"/>
                <w:lang w:val="pl-PL"/>
              </w:rPr>
            </w:pPr>
          </w:p>
        </w:tc>
      </w:tr>
      <w:tr w:rsidR="00CA2E3F" w:rsidRPr="00CC7620" w14:paraId="2DF71E7A" w14:textId="77777777" w:rsidTr="004C189B">
        <w:trPr>
          <w:gridAfter w:val="1"/>
          <w:wAfter w:w="13" w:type="dxa"/>
        </w:trPr>
        <w:tc>
          <w:tcPr>
            <w:tcW w:w="709" w:type="dxa"/>
            <w:tcMar>
              <w:top w:w="80" w:type="dxa"/>
              <w:left w:w="120" w:type="dxa"/>
              <w:bottom w:w="80" w:type="dxa"/>
              <w:right w:w="120" w:type="dxa"/>
            </w:tcMar>
            <w:vAlign w:val="center"/>
          </w:tcPr>
          <w:p w14:paraId="1C19F52C" w14:textId="77777777" w:rsidR="00CA2E3F" w:rsidRPr="00CC7620" w:rsidRDefault="00CA2E3F" w:rsidP="007D09C6">
            <w:pPr>
              <w:jc w:val="center"/>
              <w:rPr>
                <w:rFonts w:ascii="Arial" w:hAnsi="Arial" w:cs="Arial"/>
                <w:lang w:val="pl-PL"/>
              </w:rPr>
            </w:pPr>
            <w:r w:rsidRPr="00CC7620">
              <w:rPr>
                <w:rFonts w:ascii="Arial" w:hAnsi="Arial" w:cs="Arial"/>
                <w:sz w:val="16"/>
                <w:lang w:val="pl-PL"/>
              </w:rPr>
              <w:t>21</w:t>
            </w:r>
          </w:p>
        </w:tc>
        <w:tc>
          <w:tcPr>
            <w:tcW w:w="7088" w:type="dxa"/>
            <w:tcMar>
              <w:top w:w="80" w:type="dxa"/>
              <w:left w:w="120" w:type="dxa"/>
              <w:bottom w:w="80" w:type="dxa"/>
              <w:right w:w="120" w:type="dxa"/>
            </w:tcMar>
            <w:vAlign w:val="center"/>
          </w:tcPr>
          <w:p w14:paraId="2ADF6B55"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Jednostki chorobowe w trybie programowym wybierane po nazwie</w:t>
            </w:r>
          </w:p>
        </w:tc>
        <w:tc>
          <w:tcPr>
            <w:tcW w:w="1830" w:type="dxa"/>
            <w:tcMar>
              <w:top w:w="80" w:type="dxa"/>
              <w:left w:w="120" w:type="dxa"/>
              <w:bottom w:w="80" w:type="dxa"/>
              <w:right w:w="120" w:type="dxa"/>
            </w:tcMar>
            <w:vAlign w:val="center"/>
          </w:tcPr>
          <w:p w14:paraId="58256741" w14:textId="77777777" w:rsidR="00CA2E3F" w:rsidRPr="00CC7620" w:rsidRDefault="00CA2E3F" w:rsidP="007D09C6">
            <w:pPr>
              <w:rPr>
                <w:rFonts w:ascii="Arial" w:hAnsi="Arial" w:cs="Arial"/>
                <w:lang w:val="pl-PL"/>
              </w:rPr>
            </w:pPr>
          </w:p>
        </w:tc>
      </w:tr>
      <w:tr w:rsidR="00CA2E3F" w:rsidRPr="00CC7620" w14:paraId="20777F5A" w14:textId="77777777" w:rsidTr="004C189B">
        <w:trPr>
          <w:gridAfter w:val="1"/>
          <w:wAfter w:w="13" w:type="dxa"/>
        </w:trPr>
        <w:tc>
          <w:tcPr>
            <w:tcW w:w="709" w:type="dxa"/>
            <w:tcMar>
              <w:top w:w="80" w:type="dxa"/>
              <w:left w:w="120" w:type="dxa"/>
              <w:bottom w:w="80" w:type="dxa"/>
              <w:right w:w="120" w:type="dxa"/>
            </w:tcMar>
            <w:vAlign w:val="center"/>
          </w:tcPr>
          <w:p w14:paraId="7C58FD71" w14:textId="77777777" w:rsidR="00CA2E3F" w:rsidRPr="00CC7620" w:rsidRDefault="00CA2E3F" w:rsidP="007D09C6">
            <w:pPr>
              <w:jc w:val="center"/>
              <w:rPr>
                <w:rFonts w:ascii="Arial" w:hAnsi="Arial" w:cs="Arial"/>
                <w:lang w:val="pl-PL"/>
              </w:rPr>
            </w:pPr>
            <w:r w:rsidRPr="00CC7620">
              <w:rPr>
                <w:rFonts w:ascii="Arial" w:hAnsi="Arial" w:cs="Arial"/>
                <w:sz w:val="16"/>
                <w:lang w:val="pl-PL"/>
              </w:rPr>
              <w:t>22</w:t>
            </w:r>
          </w:p>
        </w:tc>
        <w:tc>
          <w:tcPr>
            <w:tcW w:w="7088" w:type="dxa"/>
            <w:tcMar>
              <w:top w:w="80" w:type="dxa"/>
              <w:left w:w="120" w:type="dxa"/>
              <w:bottom w:w="80" w:type="dxa"/>
              <w:right w:w="120" w:type="dxa"/>
            </w:tcMar>
            <w:vAlign w:val="center"/>
          </w:tcPr>
          <w:p w14:paraId="7CFFD10E"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Ilość programów zabiegowych dla sond punktowych 58</w:t>
            </w:r>
          </w:p>
        </w:tc>
        <w:tc>
          <w:tcPr>
            <w:tcW w:w="1830" w:type="dxa"/>
            <w:tcMar>
              <w:top w:w="80" w:type="dxa"/>
              <w:left w:w="120" w:type="dxa"/>
              <w:bottom w:w="80" w:type="dxa"/>
              <w:right w:w="120" w:type="dxa"/>
            </w:tcMar>
            <w:vAlign w:val="center"/>
          </w:tcPr>
          <w:p w14:paraId="7D0413C6" w14:textId="77777777" w:rsidR="00CA2E3F" w:rsidRPr="00CC7620" w:rsidRDefault="00CA2E3F" w:rsidP="007D09C6">
            <w:pPr>
              <w:rPr>
                <w:rFonts w:ascii="Arial" w:hAnsi="Arial" w:cs="Arial"/>
                <w:lang w:val="pl-PL"/>
              </w:rPr>
            </w:pPr>
          </w:p>
        </w:tc>
      </w:tr>
      <w:tr w:rsidR="00CA2E3F" w:rsidRPr="00CC7620" w14:paraId="10D4523F" w14:textId="77777777" w:rsidTr="004C189B">
        <w:trPr>
          <w:gridAfter w:val="1"/>
          <w:wAfter w:w="13" w:type="dxa"/>
        </w:trPr>
        <w:tc>
          <w:tcPr>
            <w:tcW w:w="709" w:type="dxa"/>
            <w:tcMar>
              <w:top w:w="80" w:type="dxa"/>
              <w:left w:w="120" w:type="dxa"/>
              <w:bottom w:w="80" w:type="dxa"/>
              <w:right w:w="120" w:type="dxa"/>
            </w:tcMar>
            <w:vAlign w:val="center"/>
          </w:tcPr>
          <w:p w14:paraId="235D733E" w14:textId="77777777" w:rsidR="00CA2E3F" w:rsidRPr="00CC7620" w:rsidRDefault="00CA2E3F" w:rsidP="007D09C6">
            <w:pPr>
              <w:jc w:val="center"/>
              <w:rPr>
                <w:rFonts w:ascii="Arial" w:hAnsi="Arial" w:cs="Arial"/>
                <w:lang w:val="pl-PL"/>
              </w:rPr>
            </w:pPr>
            <w:r w:rsidRPr="00CC7620">
              <w:rPr>
                <w:rFonts w:ascii="Arial" w:hAnsi="Arial" w:cs="Arial"/>
                <w:sz w:val="16"/>
                <w:lang w:val="pl-PL"/>
              </w:rPr>
              <w:t>23</w:t>
            </w:r>
          </w:p>
        </w:tc>
        <w:tc>
          <w:tcPr>
            <w:tcW w:w="7088" w:type="dxa"/>
            <w:tcMar>
              <w:top w:w="80" w:type="dxa"/>
              <w:left w:w="120" w:type="dxa"/>
              <w:bottom w:w="80" w:type="dxa"/>
              <w:right w:w="120" w:type="dxa"/>
            </w:tcMar>
            <w:vAlign w:val="center"/>
          </w:tcPr>
          <w:p w14:paraId="531AD94E"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Ilość sekwencji zabiegowych dla skanera 26</w:t>
            </w:r>
          </w:p>
        </w:tc>
        <w:tc>
          <w:tcPr>
            <w:tcW w:w="1830" w:type="dxa"/>
            <w:tcMar>
              <w:top w:w="80" w:type="dxa"/>
              <w:left w:w="120" w:type="dxa"/>
              <w:bottom w:w="80" w:type="dxa"/>
              <w:right w:w="120" w:type="dxa"/>
            </w:tcMar>
            <w:vAlign w:val="center"/>
          </w:tcPr>
          <w:p w14:paraId="480F5FA0" w14:textId="77777777" w:rsidR="00CA2E3F" w:rsidRPr="00CC7620" w:rsidRDefault="00CA2E3F" w:rsidP="007D09C6">
            <w:pPr>
              <w:rPr>
                <w:rFonts w:ascii="Arial" w:hAnsi="Arial" w:cs="Arial"/>
                <w:lang w:val="pl-PL"/>
              </w:rPr>
            </w:pPr>
          </w:p>
        </w:tc>
      </w:tr>
      <w:tr w:rsidR="00CA2E3F" w:rsidRPr="00CC7620" w14:paraId="2D77AF1B" w14:textId="77777777" w:rsidTr="004C189B">
        <w:trPr>
          <w:gridAfter w:val="1"/>
          <w:wAfter w:w="13" w:type="dxa"/>
        </w:trPr>
        <w:tc>
          <w:tcPr>
            <w:tcW w:w="709" w:type="dxa"/>
            <w:tcMar>
              <w:top w:w="80" w:type="dxa"/>
              <w:left w:w="120" w:type="dxa"/>
              <w:bottom w:w="80" w:type="dxa"/>
              <w:right w:w="120" w:type="dxa"/>
            </w:tcMar>
            <w:vAlign w:val="center"/>
          </w:tcPr>
          <w:p w14:paraId="3C63FB8D" w14:textId="77777777" w:rsidR="00CA2E3F" w:rsidRPr="00CC7620" w:rsidRDefault="00CA2E3F" w:rsidP="007D09C6">
            <w:pPr>
              <w:jc w:val="center"/>
              <w:rPr>
                <w:rFonts w:ascii="Arial" w:hAnsi="Arial" w:cs="Arial"/>
                <w:lang w:val="pl-PL"/>
              </w:rPr>
            </w:pPr>
            <w:r w:rsidRPr="00CC7620">
              <w:rPr>
                <w:rFonts w:ascii="Arial" w:hAnsi="Arial" w:cs="Arial"/>
                <w:sz w:val="16"/>
                <w:lang w:val="pl-PL"/>
              </w:rPr>
              <w:t>24</w:t>
            </w:r>
          </w:p>
        </w:tc>
        <w:tc>
          <w:tcPr>
            <w:tcW w:w="7088" w:type="dxa"/>
            <w:tcMar>
              <w:top w:w="80" w:type="dxa"/>
              <w:left w:w="120" w:type="dxa"/>
              <w:bottom w:w="80" w:type="dxa"/>
              <w:right w:w="120" w:type="dxa"/>
            </w:tcMar>
            <w:vAlign w:val="center"/>
          </w:tcPr>
          <w:p w14:paraId="62B620B2"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Ilość programów użytkownika 250</w:t>
            </w:r>
          </w:p>
        </w:tc>
        <w:tc>
          <w:tcPr>
            <w:tcW w:w="1830" w:type="dxa"/>
            <w:tcMar>
              <w:top w:w="80" w:type="dxa"/>
              <w:left w:w="120" w:type="dxa"/>
              <w:bottom w:w="80" w:type="dxa"/>
              <w:right w:w="120" w:type="dxa"/>
            </w:tcMar>
            <w:vAlign w:val="center"/>
          </w:tcPr>
          <w:p w14:paraId="001129A8" w14:textId="77777777" w:rsidR="00CA2E3F" w:rsidRPr="00CC7620" w:rsidRDefault="00CA2E3F" w:rsidP="007D09C6">
            <w:pPr>
              <w:rPr>
                <w:rFonts w:ascii="Arial" w:hAnsi="Arial" w:cs="Arial"/>
                <w:lang w:val="pl-PL"/>
              </w:rPr>
            </w:pPr>
          </w:p>
        </w:tc>
      </w:tr>
      <w:tr w:rsidR="00CA2E3F" w:rsidRPr="00CC7620" w14:paraId="3907989A" w14:textId="77777777" w:rsidTr="004C189B">
        <w:trPr>
          <w:gridAfter w:val="1"/>
          <w:wAfter w:w="13" w:type="dxa"/>
        </w:trPr>
        <w:tc>
          <w:tcPr>
            <w:tcW w:w="709" w:type="dxa"/>
            <w:tcMar>
              <w:top w:w="80" w:type="dxa"/>
              <w:left w:w="120" w:type="dxa"/>
              <w:bottom w:w="80" w:type="dxa"/>
              <w:right w:w="120" w:type="dxa"/>
            </w:tcMar>
            <w:vAlign w:val="center"/>
          </w:tcPr>
          <w:p w14:paraId="63856491" w14:textId="77777777" w:rsidR="00CA2E3F" w:rsidRPr="00CC7620" w:rsidRDefault="00CA2E3F" w:rsidP="007D09C6">
            <w:pPr>
              <w:jc w:val="center"/>
              <w:rPr>
                <w:rFonts w:ascii="Arial" w:hAnsi="Arial" w:cs="Arial"/>
                <w:lang w:val="pl-PL"/>
              </w:rPr>
            </w:pPr>
            <w:r w:rsidRPr="00CC7620">
              <w:rPr>
                <w:rFonts w:ascii="Arial" w:hAnsi="Arial" w:cs="Arial"/>
                <w:sz w:val="16"/>
                <w:lang w:val="pl-PL"/>
              </w:rPr>
              <w:t>25</w:t>
            </w:r>
          </w:p>
        </w:tc>
        <w:tc>
          <w:tcPr>
            <w:tcW w:w="7088" w:type="dxa"/>
            <w:tcMar>
              <w:top w:w="80" w:type="dxa"/>
              <w:left w:w="120" w:type="dxa"/>
              <w:bottom w:w="80" w:type="dxa"/>
              <w:right w:w="120" w:type="dxa"/>
            </w:tcMar>
            <w:vAlign w:val="center"/>
          </w:tcPr>
          <w:p w14:paraId="0F6FFA47"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 xml:space="preserve">Gotowe programy z częstotliwościami </w:t>
            </w:r>
            <w:proofErr w:type="spellStart"/>
            <w:r w:rsidRPr="004C189B">
              <w:rPr>
                <w:rFonts w:ascii="Arial" w:hAnsi="Arial" w:cs="Arial"/>
                <w:sz w:val="20"/>
                <w:szCs w:val="20"/>
                <w:lang w:val="pl-PL"/>
              </w:rPr>
              <w:t>Nogiera</w:t>
            </w:r>
            <w:proofErr w:type="spellEnd"/>
            <w:r w:rsidRPr="004C189B">
              <w:rPr>
                <w:rFonts w:ascii="Arial" w:hAnsi="Arial" w:cs="Arial"/>
                <w:sz w:val="20"/>
                <w:szCs w:val="20"/>
                <w:lang w:val="pl-PL"/>
              </w:rPr>
              <w:t xml:space="preserve"> min8</w:t>
            </w:r>
          </w:p>
        </w:tc>
        <w:tc>
          <w:tcPr>
            <w:tcW w:w="1830" w:type="dxa"/>
            <w:tcMar>
              <w:top w:w="80" w:type="dxa"/>
              <w:left w:w="120" w:type="dxa"/>
              <w:bottom w:w="80" w:type="dxa"/>
              <w:right w:w="120" w:type="dxa"/>
            </w:tcMar>
            <w:vAlign w:val="center"/>
          </w:tcPr>
          <w:p w14:paraId="55E122F9" w14:textId="77777777" w:rsidR="00CA2E3F" w:rsidRPr="00CC7620" w:rsidRDefault="00CA2E3F" w:rsidP="007D09C6">
            <w:pPr>
              <w:rPr>
                <w:rFonts w:ascii="Arial" w:hAnsi="Arial" w:cs="Arial"/>
                <w:lang w:val="pl-PL"/>
              </w:rPr>
            </w:pPr>
          </w:p>
        </w:tc>
      </w:tr>
      <w:tr w:rsidR="00CA2E3F" w:rsidRPr="00CC7620" w14:paraId="0975E1BF" w14:textId="77777777" w:rsidTr="004C189B">
        <w:trPr>
          <w:gridAfter w:val="1"/>
          <w:wAfter w:w="13" w:type="dxa"/>
        </w:trPr>
        <w:tc>
          <w:tcPr>
            <w:tcW w:w="709" w:type="dxa"/>
            <w:tcMar>
              <w:top w:w="80" w:type="dxa"/>
              <w:left w:w="120" w:type="dxa"/>
              <w:bottom w:w="80" w:type="dxa"/>
              <w:right w:w="120" w:type="dxa"/>
            </w:tcMar>
            <w:vAlign w:val="center"/>
          </w:tcPr>
          <w:p w14:paraId="7376263B" w14:textId="77777777" w:rsidR="00CA2E3F" w:rsidRPr="00CC7620" w:rsidRDefault="00CA2E3F" w:rsidP="007D09C6">
            <w:pPr>
              <w:jc w:val="center"/>
              <w:rPr>
                <w:rFonts w:ascii="Arial" w:hAnsi="Arial" w:cs="Arial"/>
                <w:lang w:val="pl-PL"/>
              </w:rPr>
            </w:pPr>
            <w:r w:rsidRPr="00CC7620">
              <w:rPr>
                <w:rFonts w:ascii="Arial" w:hAnsi="Arial" w:cs="Arial"/>
                <w:sz w:val="16"/>
                <w:lang w:val="pl-PL"/>
              </w:rPr>
              <w:t>26</w:t>
            </w:r>
          </w:p>
        </w:tc>
        <w:tc>
          <w:tcPr>
            <w:tcW w:w="7088" w:type="dxa"/>
            <w:tcMar>
              <w:top w:w="80" w:type="dxa"/>
              <w:left w:w="120" w:type="dxa"/>
              <w:bottom w:w="80" w:type="dxa"/>
              <w:right w:w="120" w:type="dxa"/>
            </w:tcMar>
            <w:vAlign w:val="center"/>
          </w:tcPr>
          <w:p w14:paraId="16A5A0EB"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 xml:space="preserve">Gotowe programy z częstotliwościami </w:t>
            </w:r>
            <w:proofErr w:type="spellStart"/>
            <w:r w:rsidRPr="004C189B">
              <w:rPr>
                <w:rFonts w:ascii="Arial" w:hAnsi="Arial" w:cs="Arial"/>
                <w:sz w:val="20"/>
                <w:szCs w:val="20"/>
                <w:lang w:val="pl-PL"/>
              </w:rPr>
              <w:t>Volla</w:t>
            </w:r>
            <w:proofErr w:type="spellEnd"/>
            <w:r w:rsidRPr="004C189B">
              <w:rPr>
                <w:rFonts w:ascii="Arial" w:hAnsi="Arial" w:cs="Arial"/>
                <w:sz w:val="20"/>
                <w:szCs w:val="20"/>
                <w:lang w:val="pl-PL"/>
              </w:rPr>
              <w:t xml:space="preserve"> min30</w:t>
            </w:r>
          </w:p>
        </w:tc>
        <w:tc>
          <w:tcPr>
            <w:tcW w:w="1830" w:type="dxa"/>
            <w:tcMar>
              <w:top w:w="80" w:type="dxa"/>
              <w:left w:w="120" w:type="dxa"/>
              <w:bottom w:w="80" w:type="dxa"/>
              <w:right w:w="120" w:type="dxa"/>
            </w:tcMar>
            <w:vAlign w:val="center"/>
          </w:tcPr>
          <w:p w14:paraId="6B1B1808" w14:textId="77777777" w:rsidR="00CA2E3F" w:rsidRPr="00CC7620" w:rsidRDefault="00CA2E3F" w:rsidP="007D09C6">
            <w:pPr>
              <w:rPr>
                <w:rFonts w:ascii="Arial" w:hAnsi="Arial" w:cs="Arial"/>
                <w:lang w:val="pl-PL"/>
              </w:rPr>
            </w:pPr>
          </w:p>
        </w:tc>
      </w:tr>
      <w:tr w:rsidR="00CA2E3F" w:rsidRPr="00CC7620" w14:paraId="26C0FBEA" w14:textId="77777777" w:rsidTr="004C189B">
        <w:trPr>
          <w:gridAfter w:val="1"/>
          <w:wAfter w:w="13" w:type="dxa"/>
        </w:trPr>
        <w:tc>
          <w:tcPr>
            <w:tcW w:w="709" w:type="dxa"/>
            <w:tcMar>
              <w:top w:w="80" w:type="dxa"/>
              <w:left w:w="120" w:type="dxa"/>
              <w:bottom w:w="80" w:type="dxa"/>
              <w:right w:w="120" w:type="dxa"/>
            </w:tcMar>
            <w:vAlign w:val="center"/>
          </w:tcPr>
          <w:p w14:paraId="0A62132A" w14:textId="77777777" w:rsidR="00CA2E3F" w:rsidRPr="00CC7620" w:rsidRDefault="00CA2E3F" w:rsidP="007D09C6">
            <w:pPr>
              <w:jc w:val="center"/>
              <w:rPr>
                <w:rFonts w:ascii="Arial" w:hAnsi="Arial" w:cs="Arial"/>
                <w:lang w:val="pl-PL"/>
              </w:rPr>
            </w:pPr>
            <w:r w:rsidRPr="00CC7620">
              <w:rPr>
                <w:rFonts w:ascii="Arial" w:hAnsi="Arial" w:cs="Arial"/>
                <w:sz w:val="16"/>
                <w:lang w:val="pl-PL"/>
              </w:rPr>
              <w:t>27</w:t>
            </w:r>
          </w:p>
        </w:tc>
        <w:tc>
          <w:tcPr>
            <w:tcW w:w="7088" w:type="dxa"/>
            <w:tcMar>
              <w:top w:w="80" w:type="dxa"/>
              <w:left w:w="120" w:type="dxa"/>
              <w:bottom w:w="80" w:type="dxa"/>
              <w:right w:w="120" w:type="dxa"/>
            </w:tcMar>
            <w:vAlign w:val="center"/>
          </w:tcPr>
          <w:p w14:paraId="6F85DD44"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Edycja nazw programów użytkownika</w:t>
            </w:r>
          </w:p>
        </w:tc>
        <w:tc>
          <w:tcPr>
            <w:tcW w:w="1830" w:type="dxa"/>
            <w:tcMar>
              <w:top w:w="80" w:type="dxa"/>
              <w:left w:w="120" w:type="dxa"/>
              <w:bottom w:w="80" w:type="dxa"/>
              <w:right w:w="120" w:type="dxa"/>
            </w:tcMar>
            <w:vAlign w:val="center"/>
          </w:tcPr>
          <w:p w14:paraId="7D865D94" w14:textId="77777777" w:rsidR="00CA2E3F" w:rsidRPr="00CC7620" w:rsidRDefault="00CA2E3F" w:rsidP="007D09C6">
            <w:pPr>
              <w:rPr>
                <w:rFonts w:ascii="Arial" w:hAnsi="Arial" w:cs="Arial"/>
                <w:lang w:val="pl-PL"/>
              </w:rPr>
            </w:pPr>
          </w:p>
        </w:tc>
      </w:tr>
      <w:tr w:rsidR="00CA2E3F" w:rsidRPr="00CC7620" w14:paraId="3AFF8DB9" w14:textId="77777777" w:rsidTr="004C189B">
        <w:trPr>
          <w:gridAfter w:val="1"/>
          <w:wAfter w:w="13" w:type="dxa"/>
        </w:trPr>
        <w:tc>
          <w:tcPr>
            <w:tcW w:w="709" w:type="dxa"/>
            <w:tcMar>
              <w:top w:w="80" w:type="dxa"/>
              <w:left w:w="120" w:type="dxa"/>
              <w:bottom w:w="80" w:type="dxa"/>
              <w:right w:w="120" w:type="dxa"/>
            </w:tcMar>
            <w:vAlign w:val="center"/>
          </w:tcPr>
          <w:p w14:paraId="548D114E" w14:textId="77777777" w:rsidR="00CA2E3F" w:rsidRPr="00CC7620" w:rsidRDefault="00CA2E3F" w:rsidP="007D09C6">
            <w:pPr>
              <w:jc w:val="center"/>
              <w:rPr>
                <w:rFonts w:ascii="Arial" w:hAnsi="Arial" w:cs="Arial"/>
                <w:lang w:val="pl-PL"/>
              </w:rPr>
            </w:pPr>
            <w:r w:rsidRPr="00CC7620">
              <w:rPr>
                <w:rFonts w:ascii="Arial" w:hAnsi="Arial" w:cs="Arial"/>
                <w:sz w:val="16"/>
                <w:lang w:val="pl-PL"/>
              </w:rPr>
              <w:t>28</w:t>
            </w:r>
          </w:p>
        </w:tc>
        <w:tc>
          <w:tcPr>
            <w:tcW w:w="7088" w:type="dxa"/>
            <w:tcMar>
              <w:top w:w="80" w:type="dxa"/>
              <w:left w:w="120" w:type="dxa"/>
              <w:bottom w:w="80" w:type="dxa"/>
              <w:right w:w="120" w:type="dxa"/>
            </w:tcMar>
            <w:vAlign w:val="center"/>
          </w:tcPr>
          <w:p w14:paraId="42DDBA3F"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Możliwość automatycznego powtórzenia zabiegu</w:t>
            </w:r>
          </w:p>
        </w:tc>
        <w:tc>
          <w:tcPr>
            <w:tcW w:w="1830" w:type="dxa"/>
            <w:tcMar>
              <w:top w:w="80" w:type="dxa"/>
              <w:left w:w="120" w:type="dxa"/>
              <w:bottom w:w="80" w:type="dxa"/>
              <w:right w:w="120" w:type="dxa"/>
            </w:tcMar>
            <w:vAlign w:val="center"/>
          </w:tcPr>
          <w:p w14:paraId="4F3EE5B7" w14:textId="77777777" w:rsidR="00CA2E3F" w:rsidRPr="00CC7620" w:rsidRDefault="00CA2E3F" w:rsidP="007D09C6">
            <w:pPr>
              <w:rPr>
                <w:rFonts w:ascii="Arial" w:hAnsi="Arial" w:cs="Arial"/>
                <w:lang w:val="pl-PL"/>
              </w:rPr>
            </w:pPr>
          </w:p>
        </w:tc>
      </w:tr>
      <w:tr w:rsidR="00CA2E3F" w:rsidRPr="00CC7620" w14:paraId="150241FA" w14:textId="77777777" w:rsidTr="004C189B">
        <w:trPr>
          <w:gridAfter w:val="1"/>
          <w:wAfter w:w="13" w:type="dxa"/>
        </w:trPr>
        <w:tc>
          <w:tcPr>
            <w:tcW w:w="709" w:type="dxa"/>
            <w:tcMar>
              <w:top w:w="80" w:type="dxa"/>
              <w:left w:w="120" w:type="dxa"/>
              <w:bottom w:w="80" w:type="dxa"/>
              <w:right w:w="120" w:type="dxa"/>
            </w:tcMar>
            <w:vAlign w:val="center"/>
          </w:tcPr>
          <w:p w14:paraId="78ECCFCA" w14:textId="77777777" w:rsidR="00CA2E3F" w:rsidRPr="00CC7620" w:rsidRDefault="00CA2E3F" w:rsidP="007D09C6">
            <w:pPr>
              <w:jc w:val="center"/>
              <w:rPr>
                <w:rFonts w:ascii="Arial" w:hAnsi="Arial" w:cs="Arial"/>
                <w:lang w:val="pl-PL"/>
              </w:rPr>
            </w:pPr>
            <w:r w:rsidRPr="00CC7620">
              <w:rPr>
                <w:rFonts w:ascii="Arial" w:hAnsi="Arial" w:cs="Arial"/>
                <w:sz w:val="16"/>
                <w:lang w:val="pl-PL"/>
              </w:rPr>
              <w:t>29</w:t>
            </w:r>
          </w:p>
        </w:tc>
        <w:tc>
          <w:tcPr>
            <w:tcW w:w="7088" w:type="dxa"/>
            <w:tcMar>
              <w:top w:w="80" w:type="dxa"/>
              <w:left w:w="120" w:type="dxa"/>
              <w:bottom w:w="80" w:type="dxa"/>
              <w:right w:w="120" w:type="dxa"/>
            </w:tcMar>
            <w:vAlign w:val="center"/>
          </w:tcPr>
          <w:p w14:paraId="2FEC7391"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Zegar zabiegowy</w:t>
            </w:r>
          </w:p>
        </w:tc>
        <w:tc>
          <w:tcPr>
            <w:tcW w:w="1830" w:type="dxa"/>
            <w:tcMar>
              <w:top w:w="80" w:type="dxa"/>
              <w:left w:w="120" w:type="dxa"/>
              <w:bottom w:w="80" w:type="dxa"/>
              <w:right w:w="120" w:type="dxa"/>
            </w:tcMar>
            <w:vAlign w:val="center"/>
          </w:tcPr>
          <w:p w14:paraId="1D1A4CD5" w14:textId="77777777" w:rsidR="00CA2E3F" w:rsidRPr="00CC7620" w:rsidRDefault="00CA2E3F" w:rsidP="007D09C6">
            <w:pPr>
              <w:rPr>
                <w:rFonts w:ascii="Arial" w:hAnsi="Arial" w:cs="Arial"/>
                <w:lang w:val="pl-PL"/>
              </w:rPr>
            </w:pPr>
          </w:p>
        </w:tc>
      </w:tr>
      <w:tr w:rsidR="00CA2E3F" w:rsidRPr="00CC7620" w14:paraId="7364648B" w14:textId="77777777" w:rsidTr="004C189B">
        <w:trPr>
          <w:gridAfter w:val="1"/>
          <w:wAfter w:w="13" w:type="dxa"/>
        </w:trPr>
        <w:tc>
          <w:tcPr>
            <w:tcW w:w="709" w:type="dxa"/>
            <w:tcMar>
              <w:top w:w="80" w:type="dxa"/>
              <w:left w:w="120" w:type="dxa"/>
              <w:bottom w:w="80" w:type="dxa"/>
              <w:right w:w="120" w:type="dxa"/>
            </w:tcMar>
            <w:vAlign w:val="center"/>
          </w:tcPr>
          <w:p w14:paraId="12A9C8F3" w14:textId="77777777" w:rsidR="00CA2E3F" w:rsidRPr="00CC7620" w:rsidRDefault="00CA2E3F" w:rsidP="007D09C6">
            <w:pPr>
              <w:jc w:val="center"/>
              <w:rPr>
                <w:rFonts w:ascii="Arial" w:hAnsi="Arial" w:cs="Arial"/>
                <w:lang w:val="pl-PL"/>
              </w:rPr>
            </w:pPr>
            <w:r w:rsidRPr="00CC7620">
              <w:rPr>
                <w:rFonts w:ascii="Arial" w:hAnsi="Arial" w:cs="Arial"/>
                <w:sz w:val="16"/>
                <w:lang w:val="pl-PL"/>
              </w:rPr>
              <w:t>30</w:t>
            </w:r>
          </w:p>
        </w:tc>
        <w:tc>
          <w:tcPr>
            <w:tcW w:w="7088" w:type="dxa"/>
            <w:tcMar>
              <w:top w:w="80" w:type="dxa"/>
              <w:left w:w="120" w:type="dxa"/>
              <w:bottom w:w="80" w:type="dxa"/>
              <w:right w:w="120" w:type="dxa"/>
            </w:tcMar>
            <w:vAlign w:val="center"/>
          </w:tcPr>
          <w:p w14:paraId="168EBD70"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Złącze blokady drzwi (</w:t>
            </w:r>
            <w:proofErr w:type="spellStart"/>
            <w:r w:rsidRPr="004C189B">
              <w:rPr>
                <w:rFonts w:ascii="Arial" w:hAnsi="Arial" w:cs="Arial"/>
                <w:sz w:val="20"/>
                <w:szCs w:val="20"/>
                <w:lang w:val="pl-PL"/>
              </w:rPr>
              <w:t>interlock</w:t>
            </w:r>
            <w:proofErr w:type="spellEnd"/>
            <w:r w:rsidRPr="004C189B">
              <w:rPr>
                <w:rFonts w:ascii="Arial" w:hAnsi="Arial" w:cs="Arial"/>
                <w:sz w:val="20"/>
                <w:szCs w:val="20"/>
                <w:lang w:val="pl-PL"/>
              </w:rPr>
              <w:t>/DOOR)</w:t>
            </w:r>
          </w:p>
        </w:tc>
        <w:tc>
          <w:tcPr>
            <w:tcW w:w="1830" w:type="dxa"/>
            <w:tcMar>
              <w:top w:w="80" w:type="dxa"/>
              <w:left w:w="120" w:type="dxa"/>
              <w:bottom w:w="80" w:type="dxa"/>
              <w:right w:w="120" w:type="dxa"/>
            </w:tcMar>
            <w:vAlign w:val="center"/>
          </w:tcPr>
          <w:p w14:paraId="7D063D23" w14:textId="77777777" w:rsidR="00CA2E3F" w:rsidRPr="00CC7620" w:rsidRDefault="00CA2E3F" w:rsidP="007D09C6">
            <w:pPr>
              <w:rPr>
                <w:rFonts w:ascii="Arial" w:hAnsi="Arial" w:cs="Arial"/>
                <w:lang w:val="pl-PL"/>
              </w:rPr>
            </w:pPr>
          </w:p>
        </w:tc>
      </w:tr>
      <w:tr w:rsidR="00CA2E3F" w:rsidRPr="00CC7620" w14:paraId="0098C11F" w14:textId="77777777" w:rsidTr="004C189B">
        <w:trPr>
          <w:gridAfter w:val="1"/>
          <w:wAfter w:w="13" w:type="dxa"/>
        </w:trPr>
        <w:tc>
          <w:tcPr>
            <w:tcW w:w="709" w:type="dxa"/>
            <w:tcMar>
              <w:top w:w="80" w:type="dxa"/>
              <w:left w:w="120" w:type="dxa"/>
              <w:bottom w:w="80" w:type="dxa"/>
              <w:right w:w="120" w:type="dxa"/>
            </w:tcMar>
            <w:vAlign w:val="center"/>
          </w:tcPr>
          <w:p w14:paraId="6D721A03" w14:textId="77777777" w:rsidR="00CA2E3F" w:rsidRPr="00CC7620" w:rsidRDefault="00CA2E3F" w:rsidP="007D09C6">
            <w:pPr>
              <w:jc w:val="center"/>
              <w:rPr>
                <w:rFonts w:ascii="Arial" w:hAnsi="Arial" w:cs="Arial"/>
                <w:lang w:val="pl-PL"/>
              </w:rPr>
            </w:pPr>
            <w:r w:rsidRPr="00CC7620">
              <w:rPr>
                <w:rFonts w:ascii="Arial" w:hAnsi="Arial" w:cs="Arial"/>
                <w:sz w:val="16"/>
                <w:lang w:val="pl-PL"/>
              </w:rPr>
              <w:t>31</w:t>
            </w:r>
          </w:p>
        </w:tc>
        <w:tc>
          <w:tcPr>
            <w:tcW w:w="7088" w:type="dxa"/>
            <w:tcMar>
              <w:top w:w="80" w:type="dxa"/>
              <w:left w:w="120" w:type="dxa"/>
              <w:bottom w:w="80" w:type="dxa"/>
              <w:right w:w="120" w:type="dxa"/>
            </w:tcMar>
            <w:vAlign w:val="center"/>
          </w:tcPr>
          <w:p w14:paraId="4D5CC61F"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Zasilanie 230V, 50Hz, 40W</w:t>
            </w:r>
          </w:p>
        </w:tc>
        <w:tc>
          <w:tcPr>
            <w:tcW w:w="1830" w:type="dxa"/>
            <w:tcMar>
              <w:top w:w="80" w:type="dxa"/>
              <w:left w:w="120" w:type="dxa"/>
              <w:bottom w:w="80" w:type="dxa"/>
              <w:right w:w="120" w:type="dxa"/>
            </w:tcMar>
            <w:vAlign w:val="center"/>
          </w:tcPr>
          <w:p w14:paraId="7B2975CA" w14:textId="77777777" w:rsidR="00CA2E3F" w:rsidRPr="00CC7620" w:rsidRDefault="00CA2E3F" w:rsidP="007D09C6">
            <w:pPr>
              <w:rPr>
                <w:rFonts w:ascii="Arial" w:hAnsi="Arial" w:cs="Arial"/>
                <w:lang w:val="pl-PL"/>
              </w:rPr>
            </w:pPr>
          </w:p>
        </w:tc>
      </w:tr>
      <w:tr w:rsidR="00CA2E3F" w:rsidRPr="00CC7620" w14:paraId="672AABB6" w14:textId="77777777" w:rsidTr="004C189B">
        <w:trPr>
          <w:gridAfter w:val="1"/>
          <w:wAfter w:w="13" w:type="dxa"/>
        </w:trPr>
        <w:tc>
          <w:tcPr>
            <w:tcW w:w="709" w:type="dxa"/>
            <w:tcMar>
              <w:top w:w="80" w:type="dxa"/>
              <w:left w:w="120" w:type="dxa"/>
              <w:bottom w:w="80" w:type="dxa"/>
              <w:right w:w="120" w:type="dxa"/>
            </w:tcMar>
            <w:vAlign w:val="center"/>
          </w:tcPr>
          <w:p w14:paraId="7F3563C0" w14:textId="77777777" w:rsidR="00CA2E3F" w:rsidRPr="00CC7620" w:rsidRDefault="00CA2E3F" w:rsidP="007D09C6">
            <w:pPr>
              <w:jc w:val="center"/>
              <w:rPr>
                <w:rFonts w:ascii="Arial" w:hAnsi="Arial" w:cs="Arial"/>
                <w:lang w:val="pl-PL"/>
              </w:rPr>
            </w:pPr>
            <w:r w:rsidRPr="00CC7620">
              <w:rPr>
                <w:rFonts w:ascii="Arial" w:hAnsi="Arial" w:cs="Arial"/>
                <w:sz w:val="16"/>
                <w:lang w:val="pl-PL"/>
              </w:rPr>
              <w:t>32</w:t>
            </w:r>
          </w:p>
        </w:tc>
        <w:tc>
          <w:tcPr>
            <w:tcW w:w="7088" w:type="dxa"/>
            <w:tcMar>
              <w:top w:w="80" w:type="dxa"/>
              <w:left w:w="120" w:type="dxa"/>
              <w:bottom w:w="80" w:type="dxa"/>
              <w:right w:w="120" w:type="dxa"/>
            </w:tcMar>
            <w:vAlign w:val="center"/>
          </w:tcPr>
          <w:p w14:paraId="3E40C45F"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Okulary ochronne do laseroterapii 2szt. Dla pacjenta i terapeuty</w:t>
            </w:r>
          </w:p>
        </w:tc>
        <w:tc>
          <w:tcPr>
            <w:tcW w:w="1830" w:type="dxa"/>
            <w:tcMar>
              <w:top w:w="80" w:type="dxa"/>
              <w:left w:w="120" w:type="dxa"/>
              <w:bottom w:w="80" w:type="dxa"/>
              <w:right w:w="120" w:type="dxa"/>
            </w:tcMar>
            <w:vAlign w:val="center"/>
          </w:tcPr>
          <w:p w14:paraId="55BA4D0C" w14:textId="77777777" w:rsidR="00CA2E3F" w:rsidRPr="00CC7620" w:rsidRDefault="00CA2E3F" w:rsidP="007D09C6">
            <w:pPr>
              <w:rPr>
                <w:rFonts w:ascii="Arial" w:hAnsi="Arial" w:cs="Arial"/>
                <w:lang w:val="pl-PL"/>
              </w:rPr>
            </w:pPr>
          </w:p>
        </w:tc>
      </w:tr>
      <w:tr w:rsidR="00CA2E3F" w:rsidRPr="00CC7620" w14:paraId="1AFA4AF6" w14:textId="77777777" w:rsidTr="004C189B">
        <w:trPr>
          <w:gridAfter w:val="1"/>
          <w:wAfter w:w="13" w:type="dxa"/>
        </w:trPr>
        <w:tc>
          <w:tcPr>
            <w:tcW w:w="709" w:type="dxa"/>
            <w:tcMar>
              <w:top w:w="80" w:type="dxa"/>
              <w:left w:w="120" w:type="dxa"/>
              <w:bottom w:w="80" w:type="dxa"/>
              <w:right w:w="120" w:type="dxa"/>
            </w:tcMar>
            <w:vAlign w:val="center"/>
          </w:tcPr>
          <w:p w14:paraId="6B0A4399" w14:textId="77777777" w:rsidR="00CA2E3F" w:rsidRPr="00CC7620" w:rsidRDefault="00CA2E3F" w:rsidP="007D09C6">
            <w:pPr>
              <w:jc w:val="center"/>
              <w:rPr>
                <w:rFonts w:ascii="Arial" w:hAnsi="Arial" w:cs="Arial"/>
                <w:lang w:val="pl-PL"/>
              </w:rPr>
            </w:pPr>
            <w:r w:rsidRPr="00CC7620">
              <w:rPr>
                <w:rFonts w:ascii="Arial" w:hAnsi="Arial" w:cs="Arial"/>
                <w:sz w:val="16"/>
                <w:lang w:val="pl-PL"/>
              </w:rPr>
              <w:lastRenderedPageBreak/>
              <w:t>33</w:t>
            </w:r>
          </w:p>
        </w:tc>
        <w:tc>
          <w:tcPr>
            <w:tcW w:w="7088" w:type="dxa"/>
            <w:tcMar>
              <w:top w:w="80" w:type="dxa"/>
              <w:left w:w="120" w:type="dxa"/>
              <w:bottom w:w="80" w:type="dxa"/>
              <w:right w:w="120" w:type="dxa"/>
            </w:tcMar>
            <w:vAlign w:val="center"/>
          </w:tcPr>
          <w:p w14:paraId="03D046A9"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Klasa bezpieczeństwa wymagana prawem</w:t>
            </w:r>
          </w:p>
        </w:tc>
        <w:tc>
          <w:tcPr>
            <w:tcW w:w="1830" w:type="dxa"/>
            <w:tcMar>
              <w:top w:w="80" w:type="dxa"/>
              <w:left w:w="120" w:type="dxa"/>
              <w:bottom w:w="80" w:type="dxa"/>
              <w:right w:w="120" w:type="dxa"/>
            </w:tcMar>
            <w:vAlign w:val="center"/>
          </w:tcPr>
          <w:p w14:paraId="68338175" w14:textId="77777777" w:rsidR="00CA2E3F" w:rsidRPr="00CC7620" w:rsidRDefault="00CA2E3F" w:rsidP="007D09C6">
            <w:pPr>
              <w:rPr>
                <w:rFonts w:ascii="Arial" w:hAnsi="Arial" w:cs="Arial"/>
                <w:lang w:val="pl-PL"/>
              </w:rPr>
            </w:pPr>
          </w:p>
        </w:tc>
      </w:tr>
      <w:tr w:rsidR="00CA2E3F" w:rsidRPr="00CC7620" w14:paraId="3080D3BD" w14:textId="77777777" w:rsidTr="004C189B">
        <w:trPr>
          <w:gridAfter w:val="1"/>
          <w:wAfter w:w="13" w:type="dxa"/>
        </w:trPr>
        <w:tc>
          <w:tcPr>
            <w:tcW w:w="709" w:type="dxa"/>
            <w:tcMar>
              <w:top w:w="80" w:type="dxa"/>
              <w:left w:w="120" w:type="dxa"/>
              <w:bottom w:w="80" w:type="dxa"/>
              <w:right w:w="120" w:type="dxa"/>
            </w:tcMar>
            <w:vAlign w:val="center"/>
          </w:tcPr>
          <w:p w14:paraId="0F1A7099" w14:textId="77777777" w:rsidR="00CA2E3F" w:rsidRPr="00CC7620" w:rsidRDefault="00CA2E3F" w:rsidP="007D09C6">
            <w:pPr>
              <w:jc w:val="center"/>
              <w:rPr>
                <w:rFonts w:ascii="Arial" w:hAnsi="Arial" w:cs="Arial"/>
                <w:lang w:val="pl-PL"/>
              </w:rPr>
            </w:pPr>
            <w:r w:rsidRPr="00CC7620">
              <w:rPr>
                <w:rFonts w:ascii="Arial" w:hAnsi="Arial" w:cs="Arial"/>
                <w:sz w:val="16"/>
                <w:lang w:val="pl-PL"/>
              </w:rPr>
              <w:t>34</w:t>
            </w:r>
          </w:p>
        </w:tc>
        <w:tc>
          <w:tcPr>
            <w:tcW w:w="7088" w:type="dxa"/>
            <w:tcMar>
              <w:top w:w="80" w:type="dxa"/>
              <w:left w:w="120" w:type="dxa"/>
              <w:bottom w:w="80" w:type="dxa"/>
              <w:right w:w="120" w:type="dxa"/>
            </w:tcMar>
            <w:vAlign w:val="center"/>
          </w:tcPr>
          <w:p w14:paraId="045E5E06"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Wymagane prawem RP certyfikaty/dopuszczenia</w:t>
            </w:r>
          </w:p>
        </w:tc>
        <w:tc>
          <w:tcPr>
            <w:tcW w:w="1830" w:type="dxa"/>
            <w:tcMar>
              <w:top w:w="80" w:type="dxa"/>
              <w:left w:w="120" w:type="dxa"/>
              <w:bottom w:w="80" w:type="dxa"/>
              <w:right w:w="120" w:type="dxa"/>
            </w:tcMar>
            <w:vAlign w:val="center"/>
          </w:tcPr>
          <w:p w14:paraId="3349C7C0" w14:textId="77777777" w:rsidR="00CA2E3F" w:rsidRPr="00CC7620" w:rsidRDefault="00CA2E3F" w:rsidP="007D09C6">
            <w:pPr>
              <w:rPr>
                <w:rFonts w:ascii="Arial" w:hAnsi="Arial" w:cs="Arial"/>
                <w:lang w:val="pl-PL"/>
              </w:rPr>
            </w:pPr>
          </w:p>
        </w:tc>
      </w:tr>
    </w:tbl>
    <w:p w14:paraId="46CD171D" w14:textId="77777777" w:rsidR="004C189B" w:rsidRDefault="004C189B" w:rsidP="00CA2E3F">
      <w:pPr>
        <w:rPr>
          <w:rFonts w:ascii="Arial" w:hAnsi="Arial" w:cs="Arial"/>
          <w:lang w:val="pl-PL"/>
        </w:rPr>
      </w:pPr>
    </w:p>
    <w:p w14:paraId="03E95629" w14:textId="77777777" w:rsidR="00143F4D" w:rsidRDefault="00143F4D" w:rsidP="00CA2E3F">
      <w:pPr>
        <w:rPr>
          <w:rFonts w:ascii="Arial" w:hAnsi="Arial" w:cs="Arial"/>
          <w:b/>
          <w:bCs/>
          <w:sz w:val="24"/>
          <w:szCs w:val="24"/>
          <w:lang w:val="pl-PL"/>
        </w:rPr>
      </w:pPr>
    </w:p>
    <w:p w14:paraId="515C4F73" w14:textId="1AC7F406" w:rsidR="004C189B" w:rsidRDefault="004C189B" w:rsidP="00CA2E3F">
      <w:pPr>
        <w:rPr>
          <w:rFonts w:ascii="Arial" w:hAnsi="Arial" w:cs="Arial"/>
          <w:b/>
          <w:bCs/>
          <w:sz w:val="24"/>
          <w:szCs w:val="24"/>
          <w:lang w:val="pl-PL"/>
        </w:rPr>
      </w:pPr>
      <w:r w:rsidRPr="004C189B">
        <w:rPr>
          <w:rFonts w:ascii="Arial" w:hAnsi="Arial" w:cs="Arial"/>
          <w:b/>
          <w:bCs/>
          <w:sz w:val="24"/>
          <w:szCs w:val="24"/>
          <w:lang w:val="pl-PL"/>
        </w:rPr>
        <w:t xml:space="preserve">3. Aparat do terapii ultradźwiękowej </w:t>
      </w:r>
    </w:p>
    <w:p w14:paraId="046BB848" w14:textId="033CDFA4" w:rsidR="00CA2E3F" w:rsidRPr="004C189B" w:rsidRDefault="00CA2E3F" w:rsidP="00CA2E3F">
      <w:pPr>
        <w:rPr>
          <w:rFonts w:ascii="Arial" w:hAnsi="Arial" w:cs="Arial"/>
          <w:b/>
          <w:bCs/>
          <w:sz w:val="24"/>
          <w:szCs w:val="24"/>
          <w:lang w:val="pl-PL"/>
        </w:rPr>
      </w:pPr>
      <w:r w:rsidRPr="00CC7620">
        <w:rPr>
          <w:rFonts w:ascii="Arial" w:hAnsi="Arial" w:cs="Arial"/>
          <w:b/>
          <w:lang w:val="pl-PL"/>
        </w:rPr>
        <w:t>Ilość:</w:t>
      </w:r>
      <w:r w:rsidRPr="00CC7620">
        <w:rPr>
          <w:rFonts w:ascii="Arial" w:hAnsi="Arial" w:cs="Arial"/>
          <w:lang w:val="pl-PL"/>
        </w:rPr>
        <w:t xml:space="preserve"> 1 szt.</w:t>
      </w:r>
    </w:p>
    <w:p w14:paraId="33894214" w14:textId="77777777" w:rsidR="00CA2E3F" w:rsidRPr="00CC7620" w:rsidRDefault="00CA2E3F" w:rsidP="00CA2E3F">
      <w:pPr>
        <w:rPr>
          <w:rFonts w:ascii="Arial" w:hAnsi="Arial" w:cs="Arial"/>
          <w:lang w:val="pl-PL"/>
        </w:rPr>
      </w:pPr>
      <w:r w:rsidRPr="00CC7620">
        <w:rPr>
          <w:rFonts w:ascii="Arial" w:hAnsi="Arial" w:cs="Arial"/>
          <w:lang w:val="pl-PL"/>
        </w:rPr>
        <w:t>Urządzenie do terapii ultradźwiękowej powierzchownej i głębokiej, w tym terapii LIPUS, z wymaganymi głowicami.</w:t>
      </w:r>
    </w:p>
    <w:tbl>
      <w:tblPr>
        <w:tblW w:w="936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
        <w:gridCol w:w="6738"/>
        <w:gridCol w:w="1972"/>
      </w:tblGrid>
      <w:tr w:rsidR="004C189B" w:rsidRPr="004C189B" w14:paraId="70649C3E" w14:textId="77777777" w:rsidTr="004C189B">
        <w:tc>
          <w:tcPr>
            <w:tcW w:w="650" w:type="dxa"/>
            <w:tcMar>
              <w:top w:w="80" w:type="dxa"/>
              <w:left w:w="120" w:type="dxa"/>
              <w:bottom w:w="80" w:type="dxa"/>
              <w:right w:w="120" w:type="dxa"/>
            </w:tcMar>
          </w:tcPr>
          <w:p w14:paraId="0EC46AB4" w14:textId="28A18851" w:rsidR="004C189B" w:rsidRPr="004C189B" w:rsidRDefault="004C189B" w:rsidP="004C189B">
            <w:pPr>
              <w:jc w:val="center"/>
              <w:rPr>
                <w:rFonts w:ascii="Arial" w:hAnsi="Arial" w:cs="Arial"/>
                <w:b/>
                <w:bCs/>
                <w:color w:val="auto"/>
                <w:sz w:val="22"/>
                <w:lang w:val="pl-PL"/>
              </w:rPr>
            </w:pPr>
            <w:r w:rsidRPr="004C189B">
              <w:rPr>
                <w:rFonts w:ascii="Arial" w:hAnsi="Arial" w:cs="Arial"/>
                <w:b/>
                <w:bCs/>
                <w:color w:val="auto"/>
                <w:sz w:val="22"/>
              </w:rPr>
              <w:t>Lp.</w:t>
            </w:r>
          </w:p>
        </w:tc>
        <w:tc>
          <w:tcPr>
            <w:tcW w:w="6738" w:type="dxa"/>
            <w:tcMar>
              <w:top w:w="80" w:type="dxa"/>
              <w:left w:w="120" w:type="dxa"/>
              <w:bottom w:w="80" w:type="dxa"/>
              <w:right w:w="120" w:type="dxa"/>
            </w:tcMar>
          </w:tcPr>
          <w:p w14:paraId="203E365D" w14:textId="57F764E4" w:rsidR="004C189B" w:rsidRPr="004C189B" w:rsidRDefault="004C189B" w:rsidP="004C189B">
            <w:pPr>
              <w:jc w:val="center"/>
              <w:rPr>
                <w:rFonts w:ascii="Arial" w:hAnsi="Arial" w:cs="Arial"/>
                <w:b/>
                <w:bCs/>
                <w:color w:val="auto"/>
                <w:sz w:val="22"/>
                <w:lang w:val="pl-PL"/>
              </w:rPr>
            </w:pPr>
            <w:r w:rsidRPr="004C189B">
              <w:rPr>
                <w:rFonts w:ascii="Arial" w:hAnsi="Arial" w:cs="Arial"/>
                <w:b/>
                <w:bCs/>
                <w:color w:val="auto"/>
                <w:sz w:val="22"/>
              </w:rPr>
              <w:t>Parametr wymagany</w:t>
            </w:r>
          </w:p>
        </w:tc>
        <w:tc>
          <w:tcPr>
            <w:tcW w:w="1972" w:type="dxa"/>
            <w:tcMar>
              <w:top w:w="80" w:type="dxa"/>
              <w:left w:w="120" w:type="dxa"/>
              <w:bottom w:w="80" w:type="dxa"/>
              <w:right w:w="120" w:type="dxa"/>
            </w:tcMar>
          </w:tcPr>
          <w:p w14:paraId="0DB83F64" w14:textId="025D1481" w:rsidR="004C189B" w:rsidRPr="004C189B" w:rsidRDefault="004C189B" w:rsidP="004C189B">
            <w:pPr>
              <w:jc w:val="center"/>
              <w:rPr>
                <w:rFonts w:ascii="Arial" w:hAnsi="Arial" w:cs="Arial"/>
                <w:b/>
                <w:bCs/>
                <w:color w:val="auto"/>
                <w:sz w:val="22"/>
                <w:lang w:val="pl-PL"/>
              </w:rPr>
            </w:pPr>
            <w:r w:rsidRPr="004C189B">
              <w:rPr>
                <w:rFonts w:ascii="Arial" w:hAnsi="Arial" w:cs="Arial"/>
                <w:b/>
                <w:bCs/>
                <w:color w:val="auto"/>
                <w:sz w:val="22"/>
                <w:lang w:val="pl-PL"/>
              </w:rPr>
              <w:t>Parametr oferowany / potwierdzenie</w:t>
            </w:r>
          </w:p>
        </w:tc>
      </w:tr>
      <w:tr w:rsidR="00CA2E3F" w:rsidRPr="00CC7620" w14:paraId="4AE46638" w14:textId="77777777" w:rsidTr="004C189B">
        <w:tc>
          <w:tcPr>
            <w:tcW w:w="650" w:type="dxa"/>
            <w:tcMar>
              <w:top w:w="80" w:type="dxa"/>
              <w:left w:w="120" w:type="dxa"/>
              <w:bottom w:w="80" w:type="dxa"/>
              <w:right w:w="120" w:type="dxa"/>
            </w:tcMar>
            <w:vAlign w:val="center"/>
          </w:tcPr>
          <w:p w14:paraId="743CFD8C" w14:textId="77777777" w:rsidR="00CA2E3F" w:rsidRPr="004C189B" w:rsidRDefault="00CA2E3F" w:rsidP="007D09C6">
            <w:pPr>
              <w:jc w:val="center"/>
              <w:rPr>
                <w:rFonts w:ascii="Arial" w:hAnsi="Arial" w:cs="Arial"/>
                <w:sz w:val="20"/>
                <w:szCs w:val="20"/>
                <w:lang w:val="pl-PL"/>
              </w:rPr>
            </w:pPr>
            <w:r w:rsidRPr="004C189B">
              <w:rPr>
                <w:rFonts w:ascii="Arial" w:hAnsi="Arial" w:cs="Arial"/>
                <w:sz w:val="20"/>
                <w:szCs w:val="20"/>
                <w:lang w:val="pl-PL"/>
              </w:rPr>
              <w:t>1</w:t>
            </w:r>
          </w:p>
        </w:tc>
        <w:tc>
          <w:tcPr>
            <w:tcW w:w="6738" w:type="dxa"/>
            <w:tcMar>
              <w:top w:w="80" w:type="dxa"/>
              <w:left w:w="120" w:type="dxa"/>
              <w:bottom w:w="80" w:type="dxa"/>
              <w:right w:w="120" w:type="dxa"/>
            </w:tcMar>
            <w:vAlign w:val="center"/>
          </w:tcPr>
          <w:p w14:paraId="62D7DC7E"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5” kolorowy wyświetlacz z panelem dotykowym</w:t>
            </w:r>
          </w:p>
        </w:tc>
        <w:tc>
          <w:tcPr>
            <w:tcW w:w="1972" w:type="dxa"/>
            <w:tcMar>
              <w:top w:w="80" w:type="dxa"/>
              <w:left w:w="120" w:type="dxa"/>
              <w:bottom w:w="80" w:type="dxa"/>
              <w:right w:w="120" w:type="dxa"/>
            </w:tcMar>
            <w:vAlign w:val="center"/>
          </w:tcPr>
          <w:p w14:paraId="0E32B8B3" w14:textId="77777777" w:rsidR="00CA2E3F" w:rsidRPr="004C189B" w:rsidRDefault="00CA2E3F" w:rsidP="007D09C6">
            <w:pPr>
              <w:rPr>
                <w:rFonts w:ascii="Arial" w:hAnsi="Arial" w:cs="Arial"/>
                <w:sz w:val="20"/>
                <w:szCs w:val="20"/>
                <w:lang w:val="pl-PL"/>
              </w:rPr>
            </w:pPr>
          </w:p>
        </w:tc>
      </w:tr>
      <w:tr w:rsidR="00CA2E3F" w:rsidRPr="00CC7620" w14:paraId="7A220404" w14:textId="77777777" w:rsidTr="004C189B">
        <w:tc>
          <w:tcPr>
            <w:tcW w:w="650" w:type="dxa"/>
            <w:tcMar>
              <w:top w:w="80" w:type="dxa"/>
              <w:left w:w="120" w:type="dxa"/>
              <w:bottom w:w="80" w:type="dxa"/>
              <w:right w:w="120" w:type="dxa"/>
            </w:tcMar>
            <w:vAlign w:val="center"/>
          </w:tcPr>
          <w:p w14:paraId="37325F37" w14:textId="77777777" w:rsidR="00CA2E3F" w:rsidRPr="004C189B" w:rsidRDefault="00CA2E3F" w:rsidP="007D09C6">
            <w:pPr>
              <w:jc w:val="center"/>
              <w:rPr>
                <w:rFonts w:ascii="Arial" w:hAnsi="Arial" w:cs="Arial"/>
                <w:sz w:val="20"/>
                <w:szCs w:val="20"/>
                <w:lang w:val="pl-PL"/>
              </w:rPr>
            </w:pPr>
            <w:r w:rsidRPr="004C189B">
              <w:rPr>
                <w:rFonts w:ascii="Arial" w:hAnsi="Arial" w:cs="Arial"/>
                <w:sz w:val="20"/>
                <w:szCs w:val="20"/>
                <w:lang w:val="pl-PL"/>
              </w:rPr>
              <w:t>2</w:t>
            </w:r>
          </w:p>
        </w:tc>
        <w:tc>
          <w:tcPr>
            <w:tcW w:w="6738" w:type="dxa"/>
            <w:tcMar>
              <w:top w:w="80" w:type="dxa"/>
              <w:left w:w="120" w:type="dxa"/>
              <w:bottom w:w="80" w:type="dxa"/>
              <w:right w:w="120" w:type="dxa"/>
            </w:tcMar>
            <w:vAlign w:val="center"/>
          </w:tcPr>
          <w:p w14:paraId="227B97E6"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 xml:space="preserve">możliwość jednoczesnej pracy dwóch głowic </w:t>
            </w:r>
            <w:proofErr w:type="spellStart"/>
            <w:r w:rsidRPr="004C189B">
              <w:rPr>
                <w:rFonts w:ascii="Arial" w:hAnsi="Arial" w:cs="Arial"/>
                <w:sz w:val="20"/>
                <w:szCs w:val="20"/>
                <w:lang w:val="pl-PL"/>
              </w:rPr>
              <w:t>SnG</w:t>
            </w:r>
            <w:proofErr w:type="spellEnd"/>
          </w:p>
        </w:tc>
        <w:tc>
          <w:tcPr>
            <w:tcW w:w="1972" w:type="dxa"/>
            <w:tcMar>
              <w:top w:w="80" w:type="dxa"/>
              <w:left w:w="120" w:type="dxa"/>
              <w:bottom w:w="80" w:type="dxa"/>
              <w:right w:w="120" w:type="dxa"/>
            </w:tcMar>
            <w:vAlign w:val="center"/>
          </w:tcPr>
          <w:p w14:paraId="7A7F2100" w14:textId="77777777" w:rsidR="00CA2E3F" w:rsidRPr="004C189B" w:rsidRDefault="00CA2E3F" w:rsidP="007D09C6">
            <w:pPr>
              <w:rPr>
                <w:rFonts w:ascii="Arial" w:hAnsi="Arial" w:cs="Arial"/>
                <w:sz w:val="20"/>
                <w:szCs w:val="20"/>
                <w:lang w:val="pl-PL"/>
              </w:rPr>
            </w:pPr>
          </w:p>
        </w:tc>
      </w:tr>
      <w:tr w:rsidR="00CA2E3F" w:rsidRPr="00CC7620" w14:paraId="737F8B2C" w14:textId="77777777" w:rsidTr="004C189B">
        <w:tc>
          <w:tcPr>
            <w:tcW w:w="650" w:type="dxa"/>
            <w:tcMar>
              <w:top w:w="80" w:type="dxa"/>
              <w:left w:w="120" w:type="dxa"/>
              <w:bottom w:w="80" w:type="dxa"/>
              <w:right w:w="120" w:type="dxa"/>
            </w:tcMar>
            <w:vAlign w:val="center"/>
          </w:tcPr>
          <w:p w14:paraId="060119F3" w14:textId="77777777" w:rsidR="00CA2E3F" w:rsidRPr="004C189B" w:rsidRDefault="00CA2E3F" w:rsidP="007D09C6">
            <w:pPr>
              <w:jc w:val="center"/>
              <w:rPr>
                <w:rFonts w:ascii="Arial" w:hAnsi="Arial" w:cs="Arial"/>
                <w:sz w:val="20"/>
                <w:szCs w:val="20"/>
                <w:lang w:val="pl-PL"/>
              </w:rPr>
            </w:pPr>
            <w:r w:rsidRPr="004C189B">
              <w:rPr>
                <w:rFonts w:ascii="Arial" w:hAnsi="Arial" w:cs="Arial"/>
                <w:sz w:val="20"/>
                <w:szCs w:val="20"/>
                <w:lang w:val="pl-PL"/>
              </w:rPr>
              <w:t>3</w:t>
            </w:r>
          </w:p>
        </w:tc>
        <w:tc>
          <w:tcPr>
            <w:tcW w:w="6738" w:type="dxa"/>
            <w:tcMar>
              <w:top w:w="80" w:type="dxa"/>
              <w:left w:w="120" w:type="dxa"/>
              <w:bottom w:w="80" w:type="dxa"/>
              <w:right w:w="120" w:type="dxa"/>
            </w:tcMar>
            <w:vAlign w:val="center"/>
          </w:tcPr>
          <w:p w14:paraId="734D2291"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tryb manualny</w:t>
            </w:r>
          </w:p>
        </w:tc>
        <w:tc>
          <w:tcPr>
            <w:tcW w:w="1972" w:type="dxa"/>
            <w:tcMar>
              <w:top w:w="80" w:type="dxa"/>
              <w:left w:w="120" w:type="dxa"/>
              <w:bottom w:w="80" w:type="dxa"/>
              <w:right w:w="120" w:type="dxa"/>
            </w:tcMar>
            <w:vAlign w:val="center"/>
          </w:tcPr>
          <w:p w14:paraId="713403B8" w14:textId="77777777" w:rsidR="00CA2E3F" w:rsidRPr="004C189B" w:rsidRDefault="00CA2E3F" w:rsidP="007D09C6">
            <w:pPr>
              <w:rPr>
                <w:rFonts w:ascii="Arial" w:hAnsi="Arial" w:cs="Arial"/>
                <w:sz w:val="20"/>
                <w:szCs w:val="20"/>
                <w:lang w:val="pl-PL"/>
              </w:rPr>
            </w:pPr>
          </w:p>
        </w:tc>
      </w:tr>
      <w:tr w:rsidR="00CA2E3F" w:rsidRPr="00CC7620" w14:paraId="7733F46E" w14:textId="77777777" w:rsidTr="004C189B">
        <w:tc>
          <w:tcPr>
            <w:tcW w:w="650" w:type="dxa"/>
            <w:tcMar>
              <w:top w:w="80" w:type="dxa"/>
              <w:left w:w="120" w:type="dxa"/>
              <w:bottom w:w="80" w:type="dxa"/>
              <w:right w:w="120" w:type="dxa"/>
            </w:tcMar>
            <w:vAlign w:val="center"/>
          </w:tcPr>
          <w:p w14:paraId="7F0B1563" w14:textId="77777777" w:rsidR="00CA2E3F" w:rsidRPr="004C189B" w:rsidRDefault="00CA2E3F" w:rsidP="007D09C6">
            <w:pPr>
              <w:jc w:val="center"/>
              <w:rPr>
                <w:rFonts w:ascii="Arial" w:hAnsi="Arial" w:cs="Arial"/>
                <w:sz w:val="20"/>
                <w:szCs w:val="20"/>
                <w:lang w:val="pl-PL"/>
              </w:rPr>
            </w:pPr>
            <w:r w:rsidRPr="004C189B">
              <w:rPr>
                <w:rFonts w:ascii="Arial" w:hAnsi="Arial" w:cs="Arial"/>
                <w:sz w:val="20"/>
                <w:szCs w:val="20"/>
                <w:lang w:val="pl-PL"/>
              </w:rPr>
              <w:t>4</w:t>
            </w:r>
          </w:p>
        </w:tc>
        <w:tc>
          <w:tcPr>
            <w:tcW w:w="6738" w:type="dxa"/>
            <w:tcMar>
              <w:top w:w="80" w:type="dxa"/>
              <w:left w:w="120" w:type="dxa"/>
              <w:bottom w:w="80" w:type="dxa"/>
              <w:right w:w="120" w:type="dxa"/>
            </w:tcMar>
            <w:vAlign w:val="center"/>
          </w:tcPr>
          <w:p w14:paraId="67406149"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jednostki chorobowe wybierane po nazwie lub dziedzinie</w:t>
            </w:r>
          </w:p>
        </w:tc>
        <w:tc>
          <w:tcPr>
            <w:tcW w:w="1972" w:type="dxa"/>
            <w:tcMar>
              <w:top w:w="80" w:type="dxa"/>
              <w:left w:w="120" w:type="dxa"/>
              <w:bottom w:w="80" w:type="dxa"/>
              <w:right w:w="120" w:type="dxa"/>
            </w:tcMar>
            <w:vAlign w:val="center"/>
          </w:tcPr>
          <w:p w14:paraId="2BE12422" w14:textId="77777777" w:rsidR="00CA2E3F" w:rsidRPr="004C189B" w:rsidRDefault="00CA2E3F" w:rsidP="007D09C6">
            <w:pPr>
              <w:rPr>
                <w:rFonts w:ascii="Arial" w:hAnsi="Arial" w:cs="Arial"/>
                <w:sz w:val="20"/>
                <w:szCs w:val="20"/>
                <w:lang w:val="pl-PL"/>
              </w:rPr>
            </w:pPr>
          </w:p>
        </w:tc>
      </w:tr>
      <w:tr w:rsidR="00CA2E3F" w:rsidRPr="00CC7620" w14:paraId="224A1B24" w14:textId="77777777" w:rsidTr="004C189B">
        <w:tc>
          <w:tcPr>
            <w:tcW w:w="650" w:type="dxa"/>
            <w:tcMar>
              <w:top w:w="80" w:type="dxa"/>
              <w:left w:w="120" w:type="dxa"/>
              <w:bottom w:w="80" w:type="dxa"/>
              <w:right w:w="120" w:type="dxa"/>
            </w:tcMar>
            <w:vAlign w:val="center"/>
          </w:tcPr>
          <w:p w14:paraId="1F351620" w14:textId="77777777" w:rsidR="00CA2E3F" w:rsidRPr="004C189B" w:rsidRDefault="00CA2E3F" w:rsidP="007D09C6">
            <w:pPr>
              <w:jc w:val="center"/>
              <w:rPr>
                <w:rFonts w:ascii="Arial" w:hAnsi="Arial" w:cs="Arial"/>
                <w:sz w:val="20"/>
                <w:szCs w:val="20"/>
                <w:lang w:val="pl-PL"/>
              </w:rPr>
            </w:pPr>
            <w:r w:rsidRPr="004C189B">
              <w:rPr>
                <w:rFonts w:ascii="Arial" w:hAnsi="Arial" w:cs="Arial"/>
                <w:sz w:val="20"/>
                <w:szCs w:val="20"/>
                <w:lang w:val="pl-PL"/>
              </w:rPr>
              <w:t>5</w:t>
            </w:r>
          </w:p>
        </w:tc>
        <w:tc>
          <w:tcPr>
            <w:tcW w:w="6738" w:type="dxa"/>
            <w:tcMar>
              <w:top w:w="80" w:type="dxa"/>
              <w:left w:w="120" w:type="dxa"/>
              <w:bottom w:w="80" w:type="dxa"/>
              <w:right w:w="120" w:type="dxa"/>
            </w:tcMar>
            <w:vAlign w:val="center"/>
          </w:tcPr>
          <w:p w14:paraId="529E8E55"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baza wbudowanych programów zabiegowych min 156</w:t>
            </w:r>
          </w:p>
        </w:tc>
        <w:tc>
          <w:tcPr>
            <w:tcW w:w="1972" w:type="dxa"/>
            <w:tcMar>
              <w:top w:w="80" w:type="dxa"/>
              <w:left w:w="120" w:type="dxa"/>
              <w:bottom w:w="80" w:type="dxa"/>
              <w:right w:w="120" w:type="dxa"/>
            </w:tcMar>
            <w:vAlign w:val="center"/>
          </w:tcPr>
          <w:p w14:paraId="27C74260" w14:textId="77777777" w:rsidR="00CA2E3F" w:rsidRPr="004C189B" w:rsidRDefault="00CA2E3F" w:rsidP="007D09C6">
            <w:pPr>
              <w:rPr>
                <w:rFonts w:ascii="Arial" w:hAnsi="Arial" w:cs="Arial"/>
                <w:sz w:val="20"/>
                <w:szCs w:val="20"/>
                <w:lang w:val="pl-PL"/>
              </w:rPr>
            </w:pPr>
          </w:p>
        </w:tc>
      </w:tr>
      <w:tr w:rsidR="00CA2E3F" w:rsidRPr="00CC7620" w14:paraId="4E19034F" w14:textId="77777777" w:rsidTr="004C189B">
        <w:tc>
          <w:tcPr>
            <w:tcW w:w="650" w:type="dxa"/>
            <w:tcMar>
              <w:top w:w="80" w:type="dxa"/>
              <w:left w:w="120" w:type="dxa"/>
              <w:bottom w:w="80" w:type="dxa"/>
              <w:right w:w="120" w:type="dxa"/>
            </w:tcMar>
            <w:vAlign w:val="center"/>
          </w:tcPr>
          <w:p w14:paraId="10000BBF" w14:textId="77777777" w:rsidR="00CA2E3F" w:rsidRPr="004C189B" w:rsidRDefault="00CA2E3F" w:rsidP="007D09C6">
            <w:pPr>
              <w:jc w:val="center"/>
              <w:rPr>
                <w:rFonts w:ascii="Arial" w:hAnsi="Arial" w:cs="Arial"/>
                <w:sz w:val="20"/>
                <w:szCs w:val="20"/>
                <w:lang w:val="pl-PL"/>
              </w:rPr>
            </w:pPr>
            <w:r w:rsidRPr="004C189B">
              <w:rPr>
                <w:rFonts w:ascii="Arial" w:hAnsi="Arial" w:cs="Arial"/>
                <w:sz w:val="20"/>
                <w:szCs w:val="20"/>
                <w:lang w:val="pl-PL"/>
              </w:rPr>
              <w:t>6</w:t>
            </w:r>
          </w:p>
        </w:tc>
        <w:tc>
          <w:tcPr>
            <w:tcW w:w="6738" w:type="dxa"/>
            <w:tcMar>
              <w:top w:w="80" w:type="dxa"/>
              <w:left w:w="120" w:type="dxa"/>
              <w:bottom w:w="80" w:type="dxa"/>
              <w:right w:w="120" w:type="dxa"/>
            </w:tcMar>
            <w:vAlign w:val="center"/>
          </w:tcPr>
          <w:p w14:paraId="6CCF65CA"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baza programów użytkownika min 50 (dla każdego aplikatora)</w:t>
            </w:r>
          </w:p>
        </w:tc>
        <w:tc>
          <w:tcPr>
            <w:tcW w:w="1972" w:type="dxa"/>
            <w:tcMar>
              <w:top w:w="80" w:type="dxa"/>
              <w:left w:w="120" w:type="dxa"/>
              <w:bottom w:w="80" w:type="dxa"/>
              <w:right w:w="120" w:type="dxa"/>
            </w:tcMar>
            <w:vAlign w:val="center"/>
          </w:tcPr>
          <w:p w14:paraId="6B80FA8E" w14:textId="77777777" w:rsidR="00CA2E3F" w:rsidRPr="004C189B" w:rsidRDefault="00CA2E3F" w:rsidP="007D09C6">
            <w:pPr>
              <w:rPr>
                <w:rFonts w:ascii="Arial" w:hAnsi="Arial" w:cs="Arial"/>
                <w:sz w:val="20"/>
                <w:szCs w:val="20"/>
                <w:lang w:val="pl-PL"/>
              </w:rPr>
            </w:pPr>
          </w:p>
        </w:tc>
      </w:tr>
      <w:tr w:rsidR="00CA2E3F" w:rsidRPr="00CC7620" w14:paraId="4942901E" w14:textId="77777777" w:rsidTr="004C189B">
        <w:tc>
          <w:tcPr>
            <w:tcW w:w="650" w:type="dxa"/>
            <w:tcMar>
              <w:top w:w="80" w:type="dxa"/>
              <w:left w:w="120" w:type="dxa"/>
              <w:bottom w:w="80" w:type="dxa"/>
              <w:right w:w="120" w:type="dxa"/>
            </w:tcMar>
            <w:vAlign w:val="center"/>
          </w:tcPr>
          <w:p w14:paraId="30A0D2EE" w14:textId="77777777" w:rsidR="00CA2E3F" w:rsidRPr="004C189B" w:rsidRDefault="00CA2E3F" w:rsidP="007D09C6">
            <w:pPr>
              <w:jc w:val="center"/>
              <w:rPr>
                <w:rFonts w:ascii="Arial" w:hAnsi="Arial" w:cs="Arial"/>
                <w:sz w:val="20"/>
                <w:szCs w:val="20"/>
                <w:lang w:val="pl-PL"/>
              </w:rPr>
            </w:pPr>
            <w:r w:rsidRPr="004C189B">
              <w:rPr>
                <w:rFonts w:ascii="Arial" w:hAnsi="Arial" w:cs="Arial"/>
                <w:sz w:val="20"/>
                <w:szCs w:val="20"/>
                <w:lang w:val="pl-PL"/>
              </w:rPr>
              <w:t>7</w:t>
            </w:r>
          </w:p>
        </w:tc>
        <w:tc>
          <w:tcPr>
            <w:tcW w:w="6738" w:type="dxa"/>
            <w:tcMar>
              <w:top w:w="80" w:type="dxa"/>
              <w:left w:w="120" w:type="dxa"/>
              <w:bottom w:w="80" w:type="dxa"/>
              <w:right w:w="120" w:type="dxa"/>
            </w:tcMar>
            <w:vAlign w:val="center"/>
          </w:tcPr>
          <w:p w14:paraId="24C8B726"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programy ulubione</w:t>
            </w:r>
          </w:p>
        </w:tc>
        <w:tc>
          <w:tcPr>
            <w:tcW w:w="1972" w:type="dxa"/>
            <w:tcMar>
              <w:top w:w="80" w:type="dxa"/>
              <w:left w:w="120" w:type="dxa"/>
              <w:bottom w:w="80" w:type="dxa"/>
              <w:right w:w="120" w:type="dxa"/>
            </w:tcMar>
            <w:vAlign w:val="center"/>
          </w:tcPr>
          <w:p w14:paraId="4326F99B" w14:textId="77777777" w:rsidR="00CA2E3F" w:rsidRPr="004C189B" w:rsidRDefault="00CA2E3F" w:rsidP="007D09C6">
            <w:pPr>
              <w:rPr>
                <w:rFonts w:ascii="Arial" w:hAnsi="Arial" w:cs="Arial"/>
                <w:sz w:val="20"/>
                <w:szCs w:val="20"/>
                <w:lang w:val="pl-PL"/>
              </w:rPr>
            </w:pPr>
          </w:p>
        </w:tc>
      </w:tr>
      <w:tr w:rsidR="00CA2E3F" w:rsidRPr="00CC7620" w14:paraId="6502CE09" w14:textId="77777777" w:rsidTr="004C189B">
        <w:tc>
          <w:tcPr>
            <w:tcW w:w="650" w:type="dxa"/>
            <w:tcMar>
              <w:top w:w="80" w:type="dxa"/>
              <w:left w:w="120" w:type="dxa"/>
              <w:bottom w:w="80" w:type="dxa"/>
              <w:right w:w="120" w:type="dxa"/>
            </w:tcMar>
            <w:vAlign w:val="center"/>
          </w:tcPr>
          <w:p w14:paraId="199F9C74" w14:textId="77777777" w:rsidR="00CA2E3F" w:rsidRPr="004C189B" w:rsidRDefault="00CA2E3F" w:rsidP="007D09C6">
            <w:pPr>
              <w:jc w:val="center"/>
              <w:rPr>
                <w:rFonts w:ascii="Arial" w:hAnsi="Arial" w:cs="Arial"/>
                <w:sz w:val="20"/>
                <w:szCs w:val="20"/>
                <w:lang w:val="pl-PL"/>
              </w:rPr>
            </w:pPr>
            <w:r w:rsidRPr="004C189B">
              <w:rPr>
                <w:rFonts w:ascii="Arial" w:hAnsi="Arial" w:cs="Arial"/>
                <w:sz w:val="20"/>
                <w:szCs w:val="20"/>
                <w:lang w:val="pl-PL"/>
              </w:rPr>
              <w:t>8</w:t>
            </w:r>
          </w:p>
        </w:tc>
        <w:tc>
          <w:tcPr>
            <w:tcW w:w="6738" w:type="dxa"/>
            <w:tcMar>
              <w:top w:w="80" w:type="dxa"/>
              <w:left w:w="120" w:type="dxa"/>
              <w:bottom w:w="80" w:type="dxa"/>
              <w:right w:w="120" w:type="dxa"/>
            </w:tcMar>
            <w:vAlign w:val="center"/>
          </w:tcPr>
          <w:p w14:paraId="1B41C18B"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możliwość edycji nazw programów użytkownika</w:t>
            </w:r>
          </w:p>
        </w:tc>
        <w:tc>
          <w:tcPr>
            <w:tcW w:w="1972" w:type="dxa"/>
            <w:tcMar>
              <w:top w:w="80" w:type="dxa"/>
              <w:left w:w="120" w:type="dxa"/>
              <w:bottom w:w="80" w:type="dxa"/>
              <w:right w:w="120" w:type="dxa"/>
            </w:tcMar>
            <w:vAlign w:val="center"/>
          </w:tcPr>
          <w:p w14:paraId="44AABC33" w14:textId="77777777" w:rsidR="00CA2E3F" w:rsidRPr="004C189B" w:rsidRDefault="00CA2E3F" w:rsidP="007D09C6">
            <w:pPr>
              <w:rPr>
                <w:rFonts w:ascii="Arial" w:hAnsi="Arial" w:cs="Arial"/>
                <w:sz w:val="20"/>
                <w:szCs w:val="20"/>
                <w:lang w:val="pl-PL"/>
              </w:rPr>
            </w:pPr>
          </w:p>
        </w:tc>
      </w:tr>
      <w:tr w:rsidR="00CA2E3F" w:rsidRPr="00CC7620" w14:paraId="46909085" w14:textId="77777777" w:rsidTr="004C189B">
        <w:tc>
          <w:tcPr>
            <w:tcW w:w="650" w:type="dxa"/>
            <w:tcMar>
              <w:top w:w="80" w:type="dxa"/>
              <w:left w:w="120" w:type="dxa"/>
              <w:bottom w:w="80" w:type="dxa"/>
              <w:right w:w="120" w:type="dxa"/>
            </w:tcMar>
            <w:vAlign w:val="center"/>
          </w:tcPr>
          <w:p w14:paraId="37A7237C" w14:textId="77777777" w:rsidR="00CA2E3F" w:rsidRPr="004C189B" w:rsidRDefault="00CA2E3F" w:rsidP="007D09C6">
            <w:pPr>
              <w:jc w:val="center"/>
              <w:rPr>
                <w:rFonts w:ascii="Arial" w:hAnsi="Arial" w:cs="Arial"/>
                <w:sz w:val="20"/>
                <w:szCs w:val="20"/>
                <w:lang w:val="pl-PL"/>
              </w:rPr>
            </w:pPr>
            <w:r w:rsidRPr="004C189B">
              <w:rPr>
                <w:rFonts w:ascii="Arial" w:hAnsi="Arial" w:cs="Arial"/>
                <w:sz w:val="20"/>
                <w:szCs w:val="20"/>
                <w:lang w:val="pl-PL"/>
              </w:rPr>
              <w:t>9</w:t>
            </w:r>
          </w:p>
        </w:tc>
        <w:tc>
          <w:tcPr>
            <w:tcW w:w="6738" w:type="dxa"/>
            <w:tcMar>
              <w:top w:w="80" w:type="dxa"/>
              <w:left w:w="120" w:type="dxa"/>
              <w:bottom w:w="80" w:type="dxa"/>
              <w:right w:w="120" w:type="dxa"/>
            </w:tcMar>
            <w:vAlign w:val="center"/>
          </w:tcPr>
          <w:p w14:paraId="22091B53"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encyklopedia z opisem metodyki zabiegu</w:t>
            </w:r>
          </w:p>
        </w:tc>
        <w:tc>
          <w:tcPr>
            <w:tcW w:w="1972" w:type="dxa"/>
            <w:tcMar>
              <w:top w:w="80" w:type="dxa"/>
              <w:left w:w="120" w:type="dxa"/>
              <w:bottom w:w="80" w:type="dxa"/>
              <w:right w:w="120" w:type="dxa"/>
            </w:tcMar>
            <w:vAlign w:val="center"/>
          </w:tcPr>
          <w:p w14:paraId="5269F95F" w14:textId="77777777" w:rsidR="00CA2E3F" w:rsidRPr="004C189B" w:rsidRDefault="00CA2E3F" w:rsidP="007D09C6">
            <w:pPr>
              <w:rPr>
                <w:rFonts w:ascii="Arial" w:hAnsi="Arial" w:cs="Arial"/>
                <w:sz w:val="20"/>
                <w:szCs w:val="20"/>
                <w:lang w:val="pl-PL"/>
              </w:rPr>
            </w:pPr>
          </w:p>
        </w:tc>
      </w:tr>
      <w:tr w:rsidR="00CA2E3F" w:rsidRPr="00CC7620" w14:paraId="360155A3" w14:textId="77777777" w:rsidTr="004C189B">
        <w:tc>
          <w:tcPr>
            <w:tcW w:w="650" w:type="dxa"/>
            <w:tcMar>
              <w:top w:w="80" w:type="dxa"/>
              <w:left w:w="120" w:type="dxa"/>
              <w:bottom w:w="80" w:type="dxa"/>
              <w:right w:w="120" w:type="dxa"/>
            </w:tcMar>
            <w:vAlign w:val="center"/>
          </w:tcPr>
          <w:p w14:paraId="33052472" w14:textId="77777777" w:rsidR="00CA2E3F" w:rsidRPr="004C189B" w:rsidRDefault="00CA2E3F" w:rsidP="007D09C6">
            <w:pPr>
              <w:jc w:val="center"/>
              <w:rPr>
                <w:rFonts w:ascii="Arial" w:hAnsi="Arial" w:cs="Arial"/>
                <w:sz w:val="20"/>
                <w:szCs w:val="20"/>
                <w:lang w:val="pl-PL"/>
              </w:rPr>
            </w:pPr>
            <w:r w:rsidRPr="004C189B">
              <w:rPr>
                <w:rFonts w:ascii="Arial" w:hAnsi="Arial" w:cs="Arial"/>
                <w:sz w:val="20"/>
                <w:szCs w:val="20"/>
                <w:lang w:val="pl-PL"/>
              </w:rPr>
              <w:t>10</w:t>
            </w:r>
          </w:p>
        </w:tc>
        <w:tc>
          <w:tcPr>
            <w:tcW w:w="6738" w:type="dxa"/>
            <w:tcMar>
              <w:top w:w="80" w:type="dxa"/>
              <w:left w:w="120" w:type="dxa"/>
              <w:bottom w:w="80" w:type="dxa"/>
              <w:right w:w="120" w:type="dxa"/>
            </w:tcMar>
            <w:vAlign w:val="center"/>
          </w:tcPr>
          <w:p w14:paraId="6753F2FE"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możliwość wykonywania terapii LIPUS</w:t>
            </w:r>
          </w:p>
        </w:tc>
        <w:tc>
          <w:tcPr>
            <w:tcW w:w="1972" w:type="dxa"/>
            <w:tcMar>
              <w:top w:w="80" w:type="dxa"/>
              <w:left w:w="120" w:type="dxa"/>
              <w:bottom w:w="80" w:type="dxa"/>
              <w:right w:w="120" w:type="dxa"/>
            </w:tcMar>
            <w:vAlign w:val="center"/>
          </w:tcPr>
          <w:p w14:paraId="1A9DE25A" w14:textId="77777777" w:rsidR="00CA2E3F" w:rsidRPr="004C189B" w:rsidRDefault="00CA2E3F" w:rsidP="007D09C6">
            <w:pPr>
              <w:rPr>
                <w:rFonts w:ascii="Arial" w:hAnsi="Arial" w:cs="Arial"/>
                <w:sz w:val="20"/>
                <w:szCs w:val="20"/>
                <w:lang w:val="pl-PL"/>
              </w:rPr>
            </w:pPr>
          </w:p>
        </w:tc>
      </w:tr>
      <w:tr w:rsidR="00CA2E3F" w:rsidRPr="00CC7620" w14:paraId="2DE007D2" w14:textId="77777777" w:rsidTr="004C189B">
        <w:tc>
          <w:tcPr>
            <w:tcW w:w="650" w:type="dxa"/>
            <w:tcMar>
              <w:top w:w="80" w:type="dxa"/>
              <w:left w:w="120" w:type="dxa"/>
              <w:bottom w:w="80" w:type="dxa"/>
              <w:right w:w="120" w:type="dxa"/>
            </w:tcMar>
            <w:vAlign w:val="center"/>
          </w:tcPr>
          <w:p w14:paraId="6C3F17DE" w14:textId="77777777" w:rsidR="00CA2E3F" w:rsidRPr="004C189B" w:rsidRDefault="00CA2E3F" w:rsidP="007D09C6">
            <w:pPr>
              <w:jc w:val="center"/>
              <w:rPr>
                <w:rFonts w:ascii="Arial" w:hAnsi="Arial" w:cs="Arial"/>
                <w:sz w:val="20"/>
                <w:szCs w:val="20"/>
                <w:lang w:val="pl-PL"/>
              </w:rPr>
            </w:pPr>
            <w:r w:rsidRPr="004C189B">
              <w:rPr>
                <w:rFonts w:ascii="Arial" w:hAnsi="Arial" w:cs="Arial"/>
                <w:sz w:val="20"/>
                <w:szCs w:val="20"/>
                <w:lang w:val="pl-PL"/>
              </w:rPr>
              <w:t>11</w:t>
            </w:r>
          </w:p>
        </w:tc>
        <w:tc>
          <w:tcPr>
            <w:tcW w:w="6738" w:type="dxa"/>
            <w:tcMar>
              <w:top w:w="80" w:type="dxa"/>
              <w:left w:w="120" w:type="dxa"/>
              <w:bottom w:w="80" w:type="dxa"/>
              <w:right w:w="120" w:type="dxa"/>
            </w:tcMar>
            <w:vAlign w:val="center"/>
          </w:tcPr>
          <w:p w14:paraId="4B838EB1"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statystyki przeprowadzanych zabiegów</w:t>
            </w:r>
          </w:p>
        </w:tc>
        <w:tc>
          <w:tcPr>
            <w:tcW w:w="1972" w:type="dxa"/>
            <w:tcMar>
              <w:top w:w="80" w:type="dxa"/>
              <w:left w:w="120" w:type="dxa"/>
              <w:bottom w:w="80" w:type="dxa"/>
              <w:right w:w="120" w:type="dxa"/>
            </w:tcMar>
            <w:vAlign w:val="center"/>
          </w:tcPr>
          <w:p w14:paraId="1105FDA3" w14:textId="77777777" w:rsidR="00CA2E3F" w:rsidRPr="004C189B" w:rsidRDefault="00CA2E3F" w:rsidP="007D09C6">
            <w:pPr>
              <w:rPr>
                <w:rFonts w:ascii="Arial" w:hAnsi="Arial" w:cs="Arial"/>
                <w:sz w:val="20"/>
                <w:szCs w:val="20"/>
                <w:lang w:val="pl-PL"/>
              </w:rPr>
            </w:pPr>
          </w:p>
        </w:tc>
      </w:tr>
      <w:tr w:rsidR="00CA2E3F" w:rsidRPr="00CC7620" w14:paraId="390D66FA" w14:textId="77777777" w:rsidTr="004C189B">
        <w:tc>
          <w:tcPr>
            <w:tcW w:w="650" w:type="dxa"/>
            <w:tcMar>
              <w:top w:w="80" w:type="dxa"/>
              <w:left w:w="120" w:type="dxa"/>
              <w:bottom w:w="80" w:type="dxa"/>
              <w:right w:w="120" w:type="dxa"/>
            </w:tcMar>
            <w:vAlign w:val="center"/>
          </w:tcPr>
          <w:p w14:paraId="0698C036" w14:textId="77777777" w:rsidR="00CA2E3F" w:rsidRPr="004C189B" w:rsidRDefault="00CA2E3F" w:rsidP="007D09C6">
            <w:pPr>
              <w:jc w:val="center"/>
              <w:rPr>
                <w:rFonts w:ascii="Arial" w:hAnsi="Arial" w:cs="Arial"/>
                <w:sz w:val="20"/>
                <w:szCs w:val="20"/>
                <w:lang w:val="pl-PL"/>
              </w:rPr>
            </w:pPr>
            <w:r w:rsidRPr="004C189B">
              <w:rPr>
                <w:rFonts w:ascii="Arial" w:hAnsi="Arial" w:cs="Arial"/>
                <w:sz w:val="20"/>
                <w:szCs w:val="20"/>
                <w:lang w:val="pl-PL"/>
              </w:rPr>
              <w:t>12</w:t>
            </w:r>
          </w:p>
        </w:tc>
        <w:tc>
          <w:tcPr>
            <w:tcW w:w="6738" w:type="dxa"/>
            <w:tcMar>
              <w:top w:w="80" w:type="dxa"/>
              <w:left w:w="120" w:type="dxa"/>
              <w:bottom w:w="80" w:type="dxa"/>
              <w:right w:w="120" w:type="dxa"/>
            </w:tcMar>
            <w:vAlign w:val="center"/>
          </w:tcPr>
          <w:p w14:paraId="2D127E95"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emisja ciągła/ impulsowa</w:t>
            </w:r>
          </w:p>
        </w:tc>
        <w:tc>
          <w:tcPr>
            <w:tcW w:w="1972" w:type="dxa"/>
            <w:tcMar>
              <w:top w:w="80" w:type="dxa"/>
              <w:left w:w="120" w:type="dxa"/>
              <w:bottom w:w="80" w:type="dxa"/>
              <w:right w:w="120" w:type="dxa"/>
            </w:tcMar>
            <w:vAlign w:val="center"/>
          </w:tcPr>
          <w:p w14:paraId="398EDEFD" w14:textId="77777777" w:rsidR="00CA2E3F" w:rsidRPr="004C189B" w:rsidRDefault="00CA2E3F" w:rsidP="007D09C6">
            <w:pPr>
              <w:rPr>
                <w:rFonts w:ascii="Arial" w:hAnsi="Arial" w:cs="Arial"/>
                <w:sz w:val="20"/>
                <w:szCs w:val="20"/>
                <w:lang w:val="pl-PL"/>
              </w:rPr>
            </w:pPr>
          </w:p>
        </w:tc>
      </w:tr>
      <w:tr w:rsidR="00CA2E3F" w:rsidRPr="00CC7620" w14:paraId="3C94C3CC" w14:textId="77777777" w:rsidTr="004C189B">
        <w:tc>
          <w:tcPr>
            <w:tcW w:w="650" w:type="dxa"/>
            <w:tcMar>
              <w:top w:w="80" w:type="dxa"/>
              <w:left w:w="120" w:type="dxa"/>
              <w:bottom w:w="80" w:type="dxa"/>
              <w:right w:w="120" w:type="dxa"/>
            </w:tcMar>
            <w:vAlign w:val="center"/>
          </w:tcPr>
          <w:p w14:paraId="52346135" w14:textId="77777777" w:rsidR="00CA2E3F" w:rsidRPr="004C189B" w:rsidRDefault="00CA2E3F" w:rsidP="007D09C6">
            <w:pPr>
              <w:jc w:val="center"/>
              <w:rPr>
                <w:rFonts w:ascii="Arial" w:hAnsi="Arial" w:cs="Arial"/>
                <w:sz w:val="20"/>
                <w:szCs w:val="20"/>
                <w:lang w:val="pl-PL"/>
              </w:rPr>
            </w:pPr>
            <w:r w:rsidRPr="004C189B">
              <w:rPr>
                <w:rFonts w:ascii="Arial" w:hAnsi="Arial" w:cs="Arial"/>
                <w:sz w:val="20"/>
                <w:szCs w:val="20"/>
                <w:lang w:val="pl-PL"/>
              </w:rPr>
              <w:t>13</w:t>
            </w:r>
          </w:p>
        </w:tc>
        <w:tc>
          <w:tcPr>
            <w:tcW w:w="6738" w:type="dxa"/>
            <w:tcMar>
              <w:top w:w="80" w:type="dxa"/>
              <w:left w:w="120" w:type="dxa"/>
              <w:bottom w:w="80" w:type="dxa"/>
              <w:right w:w="120" w:type="dxa"/>
            </w:tcMar>
            <w:vAlign w:val="center"/>
          </w:tcPr>
          <w:p w14:paraId="3E8206AB"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kontrola przylegania czoła głowicy (mierzony efektywny czas zabiegu)</w:t>
            </w:r>
          </w:p>
        </w:tc>
        <w:tc>
          <w:tcPr>
            <w:tcW w:w="1972" w:type="dxa"/>
            <w:tcMar>
              <w:top w:w="80" w:type="dxa"/>
              <w:left w:w="120" w:type="dxa"/>
              <w:bottom w:w="80" w:type="dxa"/>
              <w:right w:w="120" w:type="dxa"/>
            </w:tcMar>
            <w:vAlign w:val="center"/>
          </w:tcPr>
          <w:p w14:paraId="1D46B4DA" w14:textId="77777777" w:rsidR="00CA2E3F" w:rsidRPr="004C189B" w:rsidRDefault="00CA2E3F" w:rsidP="007D09C6">
            <w:pPr>
              <w:rPr>
                <w:rFonts w:ascii="Arial" w:hAnsi="Arial" w:cs="Arial"/>
                <w:sz w:val="20"/>
                <w:szCs w:val="20"/>
                <w:lang w:val="pl-PL"/>
              </w:rPr>
            </w:pPr>
          </w:p>
        </w:tc>
      </w:tr>
      <w:tr w:rsidR="00CA2E3F" w:rsidRPr="00CC7620" w14:paraId="1F070FA8" w14:textId="77777777" w:rsidTr="004C189B">
        <w:tc>
          <w:tcPr>
            <w:tcW w:w="650" w:type="dxa"/>
            <w:tcMar>
              <w:top w:w="80" w:type="dxa"/>
              <w:left w:w="120" w:type="dxa"/>
              <w:bottom w:w="80" w:type="dxa"/>
              <w:right w:w="120" w:type="dxa"/>
            </w:tcMar>
            <w:vAlign w:val="center"/>
          </w:tcPr>
          <w:p w14:paraId="32283038" w14:textId="77777777" w:rsidR="00CA2E3F" w:rsidRPr="004C189B" w:rsidRDefault="00CA2E3F" w:rsidP="007D09C6">
            <w:pPr>
              <w:jc w:val="center"/>
              <w:rPr>
                <w:rFonts w:ascii="Arial" w:hAnsi="Arial" w:cs="Arial"/>
                <w:sz w:val="20"/>
                <w:szCs w:val="20"/>
                <w:lang w:val="pl-PL"/>
              </w:rPr>
            </w:pPr>
            <w:r w:rsidRPr="004C189B">
              <w:rPr>
                <w:rFonts w:ascii="Arial" w:hAnsi="Arial" w:cs="Arial"/>
                <w:sz w:val="20"/>
                <w:szCs w:val="20"/>
                <w:lang w:val="pl-PL"/>
              </w:rPr>
              <w:t>14</w:t>
            </w:r>
          </w:p>
        </w:tc>
        <w:tc>
          <w:tcPr>
            <w:tcW w:w="6738" w:type="dxa"/>
            <w:tcMar>
              <w:top w:w="80" w:type="dxa"/>
              <w:left w:w="120" w:type="dxa"/>
              <w:bottom w:w="80" w:type="dxa"/>
              <w:right w:w="120" w:type="dxa"/>
            </w:tcMar>
            <w:vAlign w:val="center"/>
          </w:tcPr>
          <w:p w14:paraId="4ACE9648"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 xml:space="preserve">Możliwość podłączenia </w:t>
            </w:r>
            <w:proofErr w:type="gramStart"/>
            <w:r w:rsidRPr="004C189B">
              <w:rPr>
                <w:rFonts w:ascii="Arial" w:hAnsi="Arial" w:cs="Arial"/>
                <w:sz w:val="20"/>
                <w:szCs w:val="20"/>
                <w:lang w:val="pl-PL"/>
              </w:rPr>
              <w:t>głowic :</w:t>
            </w:r>
            <w:proofErr w:type="gramEnd"/>
            <w:r w:rsidRPr="004C189B">
              <w:rPr>
                <w:rFonts w:ascii="Arial" w:hAnsi="Arial" w:cs="Arial"/>
                <w:sz w:val="20"/>
                <w:szCs w:val="20"/>
                <w:lang w:val="pl-PL"/>
              </w:rPr>
              <w:t xml:space="preserve"> typ GU-1 - 1 cm2; 1/ 3 </w:t>
            </w:r>
            <w:proofErr w:type="gramStart"/>
            <w:r w:rsidRPr="004C189B">
              <w:rPr>
                <w:rFonts w:ascii="Arial" w:hAnsi="Arial" w:cs="Arial"/>
                <w:sz w:val="20"/>
                <w:szCs w:val="20"/>
                <w:lang w:val="pl-PL"/>
              </w:rPr>
              <w:t>MHz ;</w:t>
            </w:r>
            <w:proofErr w:type="gramEnd"/>
            <w:r w:rsidRPr="004C189B">
              <w:rPr>
                <w:rFonts w:ascii="Arial" w:hAnsi="Arial" w:cs="Arial"/>
                <w:sz w:val="20"/>
                <w:szCs w:val="20"/>
                <w:lang w:val="pl-PL"/>
              </w:rPr>
              <w:t xml:space="preserve"> typ GU-5 - 5 cm2; 1/ 3 MHz; typ </w:t>
            </w:r>
            <w:proofErr w:type="spellStart"/>
            <w:r w:rsidRPr="004C189B">
              <w:rPr>
                <w:rFonts w:ascii="Arial" w:hAnsi="Arial" w:cs="Arial"/>
                <w:sz w:val="20"/>
                <w:szCs w:val="20"/>
                <w:lang w:val="pl-PL"/>
              </w:rPr>
              <w:t>SnG</w:t>
            </w:r>
            <w:proofErr w:type="spellEnd"/>
            <w:r w:rsidRPr="004C189B">
              <w:rPr>
                <w:rFonts w:ascii="Arial" w:hAnsi="Arial" w:cs="Arial"/>
                <w:sz w:val="20"/>
                <w:szCs w:val="20"/>
                <w:lang w:val="pl-PL"/>
              </w:rPr>
              <w:t xml:space="preserve"> - 17,3 cm2; 1/ 3 MHz</w:t>
            </w:r>
          </w:p>
        </w:tc>
        <w:tc>
          <w:tcPr>
            <w:tcW w:w="1972" w:type="dxa"/>
            <w:tcMar>
              <w:top w:w="80" w:type="dxa"/>
              <w:left w:w="120" w:type="dxa"/>
              <w:bottom w:w="80" w:type="dxa"/>
              <w:right w:w="120" w:type="dxa"/>
            </w:tcMar>
            <w:vAlign w:val="center"/>
          </w:tcPr>
          <w:p w14:paraId="72681C00" w14:textId="77777777" w:rsidR="00CA2E3F" w:rsidRPr="004C189B" w:rsidRDefault="00CA2E3F" w:rsidP="007D09C6">
            <w:pPr>
              <w:rPr>
                <w:rFonts w:ascii="Arial" w:hAnsi="Arial" w:cs="Arial"/>
                <w:sz w:val="20"/>
                <w:szCs w:val="20"/>
                <w:lang w:val="pl-PL"/>
              </w:rPr>
            </w:pPr>
          </w:p>
        </w:tc>
      </w:tr>
      <w:tr w:rsidR="00CA2E3F" w:rsidRPr="00CC7620" w14:paraId="01B629B7" w14:textId="77777777" w:rsidTr="004C189B">
        <w:tc>
          <w:tcPr>
            <w:tcW w:w="650" w:type="dxa"/>
            <w:tcMar>
              <w:top w:w="80" w:type="dxa"/>
              <w:left w:w="120" w:type="dxa"/>
              <w:bottom w:w="80" w:type="dxa"/>
              <w:right w:w="120" w:type="dxa"/>
            </w:tcMar>
            <w:vAlign w:val="center"/>
          </w:tcPr>
          <w:p w14:paraId="6CF069FC" w14:textId="77777777" w:rsidR="00CA2E3F" w:rsidRPr="004C189B" w:rsidRDefault="00CA2E3F" w:rsidP="007D09C6">
            <w:pPr>
              <w:jc w:val="center"/>
              <w:rPr>
                <w:rFonts w:ascii="Arial" w:hAnsi="Arial" w:cs="Arial"/>
                <w:sz w:val="20"/>
                <w:szCs w:val="20"/>
                <w:lang w:val="pl-PL"/>
              </w:rPr>
            </w:pPr>
            <w:r w:rsidRPr="004C189B">
              <w:rPr>
                <w:rFonts w:ascii="Arial" w:hAnsi="Arial" w:cs="Arial"/>
                <w:sz w:val="20"/>
                <w:szCs w:val="20"/>
                <w:lang w:val="pl-PL"/>
              </w:rPr>
              <w:t>15</w:t>
            </w:r>
          </w:p>
        </w:tc>
        <w:tc>
          <w:tcPr>
            <w:tcW w:w="6738" w:type="dxa"/>
            <w:tcMar>
              <w:top w:w="80" w:type="dxa"/>
              <w:left w:w="120" w:type="dxa"/>
              <w:bottom w:w="80" w:type="dxa"/>
              <w:right w:w="120" w:type="dxa"/>
            </w:tcMar>
            <w:vAlign w:val="center"/>
          </w:tcPr>
          <w:p w14:paraId="5E1ECD19"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maksymalne natężenie fali ultradźwiękowej 2/3 W/cm2</w:t>
            </w:r>
          </w:p>
        </w:tc>
        <w:tc>
          <w:tcPr>
            <w:tcW w:w="1972" w:type="dxa"/>
            <w:tcMar>
              <w:top w:w="80" w:type="dxa"/>
              <w:left w:w="120" w:type="dxa"/>
              <w:bottom w:w="80" w:type="dxa"/>
              <w:right w:w="120" w:type="dxa"/>
            </w:tcMar>
            <w:vAlign w:val="center"/>
          </w:tcPr>
          <w:p w14:paraId="5EAF2F4B" w14:textId="77777777" w:rsidR="00CA2E3F" w:rsidRPr="004C189B" w:rsidRDefault="00CA2E3F" w:rsidP="007D09C6">
            <w:pPr>
              <w:rPr>
                <w:rFonts w:ascii="Arial" w:hAnsi="Arial" w:cs="Arial"/>
                <w:sz w:val="20"/>
                <w:szCs w:val="20"/>
                <w:lang w:val="pl-PL"/>
              </w:rPr>
            </w:pPr>
          </w:p>
        </w:tc>
      </w:tr>
      <w:tr w:rsidR="00CA2E3F" w:rsidRPr="00CC7620" w14:paraId="1109C81D" w14:textId="77777777" w:rsidTr="004C189B">
        <w:tc>
          <w:tcPr>
            <w:tcW w:w="650" w:type="dxa"/>
            <w:tcMar>
              <w:top w:w="80" w:type="dxa"/>
              <w:left w:w="120" w:type="dxa"/>
              <w:bottom w:w="80" w:type="dxa"/>
              <w:right w:w="120" w:type="dxa"/>
            </w:tcMar>
            <w:vAlign w:val="center"/>
          </w:tcPr>
          <w:p w14:paraId="446B0050" w14:textId="77777777" w:rsidR="00CA2E3F" w:rsidRPr="004C189B" w:rsidRDefault="00CA2E3F" w:rsidP="007D09C6">
            <w:pPr>
              <w:jc w:val="center"/>
              <w:rPr>
                <w:rFonts w:ascii="Arial" w:hAnsi="Arial" w:cs="Arial"/>
                <w:sz w:val="20"/>
                <w:szCs w:val="20"/>
                <w:lang w:val="pl-PL"/>
              </w:rPr>
            </w:pPr>
            <w:r w:rsidRPr="004C189B">
              <w:rPr>
                <w:rFonts w:ascii="Arial" w:hAnsi="Arial" w:cs="Arial"/>
                <w:sz w:val="20"/>
                <w:szCs w:val="20"/>
                <w:lang w:val="pl-PL"/>
              </w:rPr>
              <w:t>16</w:t>
            </w:r>
          </w:p>
        </w:tc>
        <w:tc>
          <w:tcPr>
            <w:tcW w:w="6738" w:type="dxa"/>
            <w:tcMar>
              <w:top w:w="80" w:type="dxa"/>
              <w:left w:w="120" w:type="dxa"/>
              <w:bottom w:w="80" w:type="dxa"/>
              <w:right w:w="120" w:type="dxa"/>
            </w:tcMar>
            <w:vAlign w:val="center"/>
          </w:tcPr>
          <w:p w14:paraId="57F7C4B2"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 xml:space="preserve">częstotliwość w trybie impulsowym 10 – 150 </w:t>
            </w:r>
            <w:proofErr w:type="spellStart"/>
            <w:r w:rsidRPr="004C189B">
              <w:rPr>
                <w:rFonts w:ascii="Arial" w:hAnsi="Arial" w:cs="Arial"/>
                <w:sz w:val="20"/>
                <w:szCs w:val="20"/>
                <w:lang w:val="pl-PL"/>
              </w:rPr>
              <w:t>Hz</w:t>
            </w:r>
            <w:proofErr w:type="spellEnd"/>
            <w:r w:rsidRPr="004C189B">
              <w:rPr>
                <w:rFonts w:ascii="Arial" w:hAnsi="Arial" w:cs="Arial"/>
                <w:sz w:val="20"/>
                <w:szCs w:val="20"/>
                <w:lang w:val="pl-PL"/>
              </w:rPr>
              <w:t xml:space="preserve"> z krokiem zmiennym dla GU-1, GU-5, </w:t>
            </w:r>
            <w:proofErr w:type="spellStart"/>
            <w:r w:rsidRPr="004C189B">
              <w:rPr>
                <w:rFonts w:ascii="Arial" w:hAnsi="Arial" w:cs="Arial"/>
                <w:sz w:val="20"/>
                <w:szCs w:val="20"/>
                <w:lang w:val="pl-PL"/>
              </w:rPr>
              <w:t>SnG</w:t>
            </w:r>
            <w:proofErr w:type="spellEnd"/>
            <w:r w:rsidRPr="004C189B">
              <w:rPr>
                <w:rFonts w:ascii="Arial" w:hAnsi="Arial" w:cs="Arial"/>
                <w:sz w:val="20"/>
                <w:szCs w:val="20"/>
                <w:lang w:val="pl-PL"/>
              </w:rPr>
              <w:t>; 1 kHz LIPUS</w:t>
            </w:r>
          </w:p>
        </w:tc>
        <w:tc>
          <w:tcPr>
            <w:tcW w:w="1972" w:type="dxa"/>
            <w:tcMar>
              <w:top w:w="80" w:type="dxa"/>
              <w:left w:w="120" w:type="dxa"/>
              <w:bottom w:w="80" w:type="dxa"/>
              <w:right w:w="120" w:type="dxa"/>
            </w:tcMar>
            <w:vAlign w:val="center"/>
          </w:tcPr>
          <w:p w14:paraId="5741C405" w14:textId="77777777" w:rsidR="00CA2E3F" w:rsidRPr="004C189B" w:rsidRDefault="00CA2E3F" w:rsidP="007D09C6">
            <w:pPr>
              <w:rPr>
                <w:rFonts w:ascii="Arial" w:hAnsi="Arial" w:cs="Arial"/>
                <w:sz w:val="20"/>
                <w:szCs w:val="20"/>
                <w:lang w:val="pl-PL"/>
              </w:rPr>
            </w:pPr>
          </w:p>
        </w:tc>
      </w:tr>
      <w:tr w:rsidR="00CA2E3F" w:rsidRPr="00CC7620" w14:paraId="59958B8C" w14:textId="77777777" w:rsidTr="004C189B">
        <w:tc>
          <w:tcPr>
            <w:tcW w:w="650" w:type="dxa"/>
            <w:tcMar>
              <w:top w:w="80" w:type="dxa"/>
              <w:left w:w="120" w:type="dxa"/>
              <w:bottom w:w="80" w:type="dxa"/>
              <w:right w:w="120" w:type="dxa"/>
            </w:tcMar>
            <w:vAlign w:val="center"/>
          </w:tcPr>
          <w:p w14:paraId="3F4EC146" w14:textId="77777777" w:rsidR="00CA2E3F" w:rsidRPr="004C189B" w:rsidRDefault="00CA2E3F" w:rsidP="007D09C6">
            <w:pPr>
              <w:jc w:val="center"/>
              <w:rPr>
                <w:rFonts w:ascii="Arial" w:hAnsi="Arial" w:cs="Arial"/>
                <w:sz w:val="20"/>
                <w:szCs w:val="20"/>
                <w:lang w:val="pl-PL"/>
              </w:rPr>
            </w:pPr>
            <w:r w:rsidRPr="004C189B">
              <w:rPr>
                <w:rFonts w:ascii="Arial" w:hAnsi="Arial" w:cs="Arial"/>
                <w:sz w:val="20"/>
                <w:szCs w:val="20"/>
                <w:lang w:val="pl-PL"/>
              </w:rPr>
              <w:t>17</w:t>
            </w:r>
          </w:p>
        </w:tc>
        <w:tc>
          <w:tcPr>
            <w:tcW w:w="6738" w:type="dxa"/>
            <w:tcMar>
              <w:top w:w="80" w:type="dxa"/>
              <w:left w:w="120" w:type="dxa"/>
              <w:bottom w:w="80" w:type="dxa"/>
              <w:right w:w="120" w:type="dxa"/>
            </w:tcMar>
            <w:vAlign w:val="center"/>
          </w:tcPr>
          <w:p w14:paraId="4B5971DF"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regulowane wypełnienie w trybie impulsowym</w:t>
            </w:r>
          </w:p>
        </w:tc>
        <w:tc>
          <w:tcPr>
            <w:tcW w:w="1972" w:type="dxa"/>
            <w:tcMar>
              <w:top w:w="80" w:type="dxa"/>
              <w:left w:w="120" w:type="dxa"/>
              <w:bottom w:w="80" w:type="dxa"/>
              <w:right w:w="120" w:type="dxa"/>
            </w:tcMar>
            <w:vAlign w:val="center"/>
          </w:tcPr>
          <w:p w14:paraId="417250E0" w14:textId="77777777" w:rsidR="00CA2E3F" w:rsidRPr="004C189B" w:rsidRDefault="00CA2E3F" w:rsidP="007D09C6">
            <w:pPr>
              <w:rPr>
                <w:rFonts w:ascii="Arial" w:hAnsi="Arial" w:cs="Arial"/>
                <w:sz w:val="20"/>
                <w:szCs w:val="20"/>
                <w:lang w:val="pl-PL"/>
              </w:rPr>
            </w:pPr>
          </w:p>
        </w:tc>
      </w:tr>
      <w:tr w:rsidR="00CA2E3F" w:rsidRPr="00CC7620" w14:paraId="37486E31" w14:textId="77777777" w:rsidTr="004C189B">
        <w:tc>
          <w:tcPr>
            <w:tcW w:w="650" w:type="dxa"/>
            <w:tcMar>
              <w:top w:w="80" w:type="dxa"/>
              <w:left w:w="120" w:type="dxa"/>
              <w:bottom w:w="80" w:type="dxa"/>
              <w:right w:w="120" w:type="dxa"/>
            </w:tcMar>
            <w:vAlign w:val="center"/>
          </w:tcPr>
          <w:p w14:paraId="59176275" w14:textId="77777777" w:rsidR="00CA2E3F" w:rsidRPr="004C189B" w:rsidRDefault="00CA2E3F" w:rsidP="007D09C6">
            <w:pPr>
              <w:jc w:val="center"/>
              <w:rPr>
                <w:rFonts w:ascii="Arial" w:hAnsi="Arial" w:cs="Arial"/>
                <w:sz w:val="20"/>
                <w:szCs w:val="20"/>
                <w:lang w:val="pl-PL"/>
              </w:rPr>
            </w:pPr>
            <w:r w:rsidRPr="004C189B">
              <w:rPr>
                <w:rFonts w:ascii="Arial" w:hAnsi="Arial" w:cs="Arial"/>
                <w:sz w:val="20"/>
                <w:szCs w:val="20"/>
                <w:lang w:val="pl-PL"/>
              </w:rPr>
              <w:lastRenderedPageBreak/>
              <w:t>18</w:t>
            </w:r>
          </w:p>
        </w:tc>
        <w:tc>
          <w:tcPr>
            <w:tcW w:w="6738" w:type="dxa"/>
            <w:tcMar>
              <w:top w:w="80" w:type="dxa"/>
              <w:left w:w="120" w:type="dxa"/>
              <w:bottom w:w="80" w:type="dxa"/>
              <w:right w:w="120" w:type="dxa"/>
            </w:tcMar>
            <w:vAlign w:val="center"/>
          </w:tcPr>
          <w:p w14:paraId="71291238"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wymiary aparatu 25,0 x 27,0 x 16,5 cm</w:t>
            </w:r>
          </w:p>
        </w:tc>
        <w:tc>
          <w:tcPr>
            <w:tcW w:w="1972" w:type="dxa"/>
            <w:tcMar>
              <w:top w:w="80" w:type="dxa"/>
              <w:left w:w="120" w:type="dxa"/>
              <w:bottom w:w="80" w:type="dxa"/>
              <w:right w:w="120" w:type="dxa"/>
            </w:tcMar>
            <w:vAlign w:val="center"/>
          </w:tcPr>
          <w:p w14:paraId="4FACE7E0" w14:textId="77777777" w:rsidR="00CA2E3F" w:rsidRPr="004C189B" w:rsidRDefault="00CA2E3F" w:rsidP="007D09C6">
            <w:pPr>
              <w:rPr>
                <w:rFonts w:ascii="Arial" w:hAnsi="Arial" w:cs="Arial"/>
                <w:sz w:val="20"/>
                <w:szCs w:val="20"/>
                <w:lang w:val="pl-PL"/>
              </w:rPr>
            </w:pPr>
          </w:p>
        </w:tc>
      </w:tr>
      <w:tr w:rsidR="00CA2E3F" w:rsidRPr="00CC7620" w14:paraId="3082E88D" w14:textId="77777777" w:rsidTr="004C189B">
        <w:tc>
          <w:tcPr>
            <w:tcW w:w="650" w:type="dxa"/>
            <w:tcMar>
              <w:top w:w="80" w:type="dxa"/>
              <w:left w:w="120" w:type="dxa"/>
              <w:bottom w:w="80" w:type="dxa"/>
              <w:right w:w="120" w:type="dxa"/>
            </w:tcMar>
            <w:vAlign w:val="center"/>
          </w:tcPr>
          <w:p w14:paraId="70B82444" w14:textId="77777777" w:rsidR="00CA2E3F" w:rsidRPr="004C189B" w:rsidRDefault="00CA2E3F" w:rsidP="007D09C6">
            <w:pPr>
              <w:jc w:val="center"/>
              <w:rPr>
                <w:rFonts w:ascii="Arial" w:hAnsi="Arial" w:cs="Arial"/>
                <w:sz w:val="20"/>
                <w:szCs w:val="20"/>
                <w:lang w:val="pl-PL"/>
              </w:rPr>
            </w:pPr>
            <w:r w:rsidRPr="004C189B">
              <w:rPr>
                <w:rFonts w:ascii="Arial" w:hAnsi="Arial" w:cs="Arial"/>
                <w:sz w:val="20"/>
                <w:szCs w:val="20"/>
                <w:lang w:val="pl-PL"/>
              </w:rPr>
              <w:t>19</w:t>
            </w:r>
          </w:p>
        </w:tc>
        <w:tc>
          <w:tcPr>
            <w:tcW w:w="6738" w:type="dxa"/>
            <w:tcMar>
              <w:top w:w="80" w:type="dxa"/>
              <w:left w:w="120" w:type="dxa"/>
              <w:bottom w:w="80" w:type="dxa"/>
              <w:right w:w="120" w:type="dxa"/>
            </w:tcMar>
            <w:vAlign w:val="center"/>
          </w:tcPr>
          <w:p w14:paraId="63543611"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masa aparatu max. 3 kg</w:t>
            </w:r>
          </w:p>
        </w:tc>
        <w:tc>
          <w:tcPr>
            <w:tcW w:w="1972" w:type="dxa"/>
            <w:tcMar>
              <w:top w:w="80" w:type="dxa"/>
              <w:left w:w="120" w:type="dxa"/>
              <w:bottom w:w="80" w:type="dxa"/>
              <w:right w:w="120" w:type="dxa"/>
            </w:tcMar>
            <w:vAlign w:val="center"/>
          </w:tcPr>
          <w:p w14:paraId="30AB23A3" w14:textId="77777777" w:rsidR="00CA2E3F" w:rsidRPr="004C189B" w:rsidRDefault="00CA2E3F" w:rsidP="007D09C6">
            <w:pPr>
              <w:rPr>
                <w:rFonts w:ascii="Arial" w:hAnsi="Arial" w:cs="Arial"/>
                <w:sz w:val="20"/>
                <w:szCs w:val="20"/>
                <w:lang w:val="pl-PL"/>
              </w:rPr>
            </w:pPr>
          </w:p>
        </w:tc>
      </w:tr>
      <w:tr w:rsidR="00CA2E3F" w:rsidRPr="00CC7620" w14:paraId="19EBE73A" w14:textId="77777777" w:rsidTr="004C189B">
        <w:tc>
          <w:tcPr>
            <w:tcW w:w="650" w:type="dxa"/>
            <w:tcMar>
              <w:top w:w="80" w:type="dxa"/>
              <w:left w:w="120" w:type="dxa"/>
              <w:bottom w:w="80" w:type="dxa"/>
              <w:right w:w="120" w:type="dxa"/>
            </w:tcMar>
            <w:vAlign w:val="center"/>
          </w:tcPr>
          <w:p w14:paraId="292035E0" w14:textId="77777777" w:rsidR="00CA2E3F" w:rsidRPr="004C189B" w:rsidRDefault="00CA2E3F" w:rsidP="007D09C6">
            <w:pPr>
              <w:jc w:val="center"/>
              <w:rPr>
                <w:rFonts w:ascii="Arial" w:hAnsi="Arial" w:cs="Arial"/>
                <w:sz w:val="20"/>
                <w:szCs w:val="20"/>
                <w:lang w:val="pl-PL"/>
              </w:rPr>
            </w:pPr>
            <w:r w:rsidRPr="004C189B">
              <w:rPr>
                <w:rFonts w:ascii="Arial" w:hAnsi="Arial" w:cs="Arial"/>
                <w:sz w:val="20"/>
                <w:szCs w:val="20"/>
                <w:lang w:val="pl-PL"/>
              </w:rPr>
              <w:t>20</w:t>
            </w:r>
          </w:p>
        </w:tc>
        <w:tc>
          <w:tcPr>
            <w:tcW w:w="6738" w:type="dxa"/>
            <w:tcMar>
              <w:top w:w="80" w:type="dxa"/>
              <w:left w:w="120" w:type="dxa"/>
              <w:bottom w:w="80" w:type="dxa"/>
              <w:right w:w="120" w:type="dxa"/>
            </w:tcMar>
            <w:vAlign w:val="center"/>
          </w:tcPr>
          <w:p w14:paraId="53BFA53F"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typ akumulatora (opcja) Li-</w:t>
            </w:r>
            <w:proofErr w:type="spellStart"/>
            <w:r w:rsidRPr="004C189B">
              <w:rPr>
                <w:rFonts w:ascii="Arial" w:hAnsi="Arial" w:cs="Arial"/>
                <w:sz w:val="20"/>
                <w:szCs w:val="20"/>
                <w:lang w:val="pl-PL"/>
              </w:rPr>
              <w:t>Ion</w:t>
            </w:r>
            <w:proofErr w:type="spellEnd"/>
          </w:p>
        </w:tc>
        <w:tc>
          <w:tcPr>
            <w:tcW w:w="1972" w:type="dxa"/>
            <w:tcMar>
              <w:top w:w="80" w:type="dxa"/>
              <w:left w:w="120" w:type="dxa"/>
              <w:bottom w:w="80" w:type="dxa"/>
              <w:right w:w="120" w:type="dxa"/>
            </w:tcMar>
            <w:vAlign w:val="center"/>
          </w:tcPr>
          <w:p w14:paraId="7A3337AD" w14:textId="77777777" w:rsidR="00CA2E3F" w:rsidRPr="004C189B" w:rsidRDefault="00CA2E3F" w:rsidP="007D09C6">
            <w:pPr>
              <w:rPr>
                <w:rFonts w:ascii="Arial" w:hAnsi="Arial" w:cs="Arial"/>
                <w:sz w:val="20"/>
                <w:szCs w:val="20"/>
                <w:lang w:val="pl-PL"/>
              </w:rPr>
            </w:pPr>
          </w:p>
        </w:tc>
      </w:tr>
      <w:tr w:rsidR="00CA2E3F" w:rsidRPr="00CC7620" w14:paraId="2B80BB41" w14:textId="77777777" w:rsidTr="004C189B">
        <w:tc>
          <w:tcPr>
            <w:tcW w:w="650" w:type="dxa"/>
            <w:tcMar>
              <w:top w:w="80" w:type="dxa"/>
              <w:left w:w="120" w:type="dxa"/>
              <w:bottom w:w="80" w:type="dxa"/>
              <w:right w:w="120" w:type="dxa"/>
            </w:tcMar>
            <w:vAlign w:val="center"/>
          </w:tcPr>
          <w:p w14:paraId="0A126DD2" w14:textId="77777777" w:rsidR="00CA2E3F" w:rsidRPr="004C189B" w:rsidRDefault="00CA2E3F" w:rsidP="007D09C6">
            <w:pPr>
              <w:jc w:val="center"/>
              <w:rPr>
                <w:rFonts w:ascii="Arial" w:hAnsi="Arial" w:cs="Arial"/>
                <w:sz w:val="20"/>
                <w:szCs w:val="20"/>
                <w:lang w:val="pl-PL"/>
              </w:rPr>
            </w:pPr>
            <w:r w:rsidRPr="004C189B">
              <w:rPr>
                <w:rFonts w:ascii="Arial" w:hAnsi="Arial" w:cs="Arial"/>
                <w:sz w:val="20"/>
                <w:szCs w:val="20"/>
                <w:lang w:val="pl-PL"/>
              </w:rPr>
              <w:t>21</w:t>
            </w:r>
          </w:p>
        </w:tc>
        <w:tc>
          <w:tcPr>
            <w:tcW w:w="6738" w:type="dxa"/>
            <w:tcMar>
              <w:top w:w="80" w:type="dxa"/>
              <w:left w:w="120" w:type="dxa"/>
              <w:bottom w:w="80" w:type="dxa"/>
              <w:right w:w="120" w:type="dxa"/>
            </w:tcMar>
            <w:vAlign w:val="center"/>
          </w:tcPr>
          <w:p w14:paraId="000BCB4A"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 xml:space="preserve">pojemność akumulatora (opcja) 2100 </w:t>
            </w:r>
            <w:proofErr w:type="spellStart"/>
            <w:r w:rsidRPr="004C189B">
              <w:rPr>
                <w:rFonts w:ascii="Arial" w:hAnsi="Arial" w:cs="Arial"/>
                <w:sz w:val="20"/>
                <w:szCs w:val="20"/>
                <w:lang w:val="pl-PL"/>
              </w:rPr>
              <w:t>mAh</w:t>
            </w:r>
            <w:proofErr w:type="spellEnd"/>
          </w:p>
        </w:tc>
        <w:tc>
          <w:tcPr>
            <w:tcW w:w="1972" w:type="dxa"/>
            <w:tcMar>
              <w:top w:w="80" w:type="dxa"/>
              <w:left w:w="120" w:type="dxa"/>
              <w:bottom w:w="80" w:type="dxa"/>
              <w:right w:w="120" w:type="dxa"/>
            </w:tcMar>
            <w:vAlign w:val="center"/>
          </w:tcPr>
          <w:p w14:paraId="5F82799F" w14:textId="77777777" w:rsidR="00CA2E3F" w:rsidRPr="004C189B" w:rsidRDefault="00CA2E3F" w:rsidP="007D09C6">
            <w:pPr>
              <w:rPr>
                <w:rFonts w:ascii="Arial" w:hAnsi="Arial" w:cs="Arial"/>
                <w:sz w:val="20"/>
                <w:szCs w:val="20"/>
                <w:lang w:val="pl-PL"/>
              </w:rPr>
            </w:pPr>
          </w:p>
        </w:tc>
      </w:tr>
      <w:tr w:rsidR="00CA2E3F" w:rsidRPr="00CC7620" w14:paraId="52FAD1BB" w14:textId="77777777" w:rsidTr="004C189B">
        <w:tc>
          <w:tcPr>
            <w:tcW w:w="650" w:type="dxa"/>
            <w:tcMar>
              <w:top w:w="80" w:type="dxa"/>
              <w:left w:w="120" w:type="dxa"/>
              <w:bottom w:w="80" w:type="dxa"/>
              <w:right w:w="120" w:type="dxa"/>
            </w:tcMar>
            <w:vAlign w:val="center"/>
          </w:tcPr>
          <w:p w14:paraId="049C82B6" w14:textId="77777777" w:rsidR="00CA2E3F" w:rsidRPr="004C189B" w:rsidRDefault="00CA2E3F" w:rsidP="007D09C6">
            <w:pPr>
              <w:jc w:val="center"/>
              <w:rPr>
                <w:rFonts w:ascii="Arial" w:hAnsi="Arial" w:cs="Arial"/>
                <w:sz w:val="20"/>
                <w:szCs w:val="20"/>
                <w:lang w:val="pl-PL"/>
              </w:rPr>
            </w:pPr>
            <w:r w:rsidRPr="004C189B">
              <w:rPr>
                <w:rFonts w:ascii="Arial" w:hAnsi="Arial" w:cs="Arial"/>
                <w:sz w:val="20"/>
                <w:szCs w:val="20"/>
                <w:lang w:val="pl-PL"/>
              </w:rPr>
              <w:t>22</w:t>
            </w:r>
          </w:p>
        </w:tc>
        <w:tc>
          <w:tcPr>
            <w:tcW w:w="6738" w:type="dxa"/>
            <w:tcMar>
              <w:top w:w="80" w:type="dxa"/>
              <w:left w:w="120" w:type="dxa"/>
              <w:bottom w:w="80" w:type="dxa"/>
              <w:right w:w="120" w:type="dxa"/>
            </w:tcMar>
            <w:vAlign w:val="center"/>
          </w:tcPr>
          <w:p w14:paraId="034F2848"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 xml:space="preserve">zasilanie, pobór mocy 100 – 240 VAC, 50/60 </w:t>
            </w:r>
            <w:proofErr w:type="spellStart"/>
            <w:proofErr w:type="gramStart"/>
            <w:r w:rsidRPr="004C189B">
              <w:rPr>
                <w:rFonts w:ascii="Arial" w:hAnsi="Arial" w:cs="Arial"/>
                <w:sz w:val="20"/>
                <w:szCs w:val="20"/>
                <w:lang w:val="pl-PL"/>
              </w:rPr>
              <w:t>Hz</w:t>
            </w:r>
            <w:proofErr w:type="spellEnd"/>
            <w:r w:rsidRPr="004C189B">
              <w:rPr>
                <w:rFonts w:ascii="Arial" w:hAnsi="Arial" w:cs="Arial"/>
                <w:sz w:val="20"/>
                <w:szCs w:val="20"/>
                <w:lang w:val="pl-PL"/>
              </w:rPr>
              <w:t>,;</w:t>
            </w:r>
            <w:proofErr w:type="gramEnd"/>
            <w:r w:rsidRPr="004C189B">
              <w:rPr>
                <w:rFonts w:ascii="Arial" w:hAnsi="Arial" w:cs="Arial"/>
                <w:sz w:val="20"/>
                <w:szCs w:val="20"/>
                <w:lang w:val="pl-PL"/>
              </w:rPr>
              <w:t xml:space="preserve"> 24 VDC, 2,5 A</w:t>
            </w:r>
          </w:p>
        </w:tc>
        <w:tc>
          <w:tcPr>
            <w:tcW w:w="1972" w:type="dxa"/>
            <w:tcMar>
              <w:top w:w="80" w:type="dxa"/>
              <w:left w:w="120" w:type="dxa"/>
              <w:bottom w:w="80" w:type="dxa"/>
              <w:right w:w="120" w:type="dxa"/>
            </w:tcMar>
            <w:vAlign w:val="center"/>
          </w:tcPr>
          <w:p w14:paraId="0EC9136C" w14:textId="77777777" w:rsidR="00CA2E3F" w:rsidRPr="004C189B" w:rsidRDefault="00CA2E3F" w:rsidP="007D09C6">
            <w:pPr>
              <w:rPr>
                <w:rFonts w:ascii="Arial" w:hAnsi="Arial" w:cs="Arial"/>
                <w:sz w:val="20"/>
                <w:szCs w:val="20"/>
                <w:lang w:val="pl-PL"/>
              </w:rPr>
            </w:pPr>
          </w:p>
        </w:tc>
      </w:tr>
      <w:tr w:rsidR="00CA2E3F" w:rsidRPr="00CC7620" w14:paraId="21BC48E3" w14:textId="77777777" w:rsidTr="004C189B">
        <w:tc>
          <w:tcPr>
            <w:tcW w:w="650" w:type="dxa"/>
            <w:tcMar>
              <w:top w:w="80" w:type="dxa"/>
              <w:left w:w="120" w:type="dxa"/>
              <w:bottom w:w="80" w:type="dxa"/>
              <w:right w:w="120" w:type="dxa"/>
            </w:tcMar>
            <w:vAlign w:val="center"/>
          </w:tcPr>
          <w:p w14:paraId="7B4CC5F3" w14:textId="77777777" w:rsidR="00CA2E3F" w:rsidRPr="004C189B" w:rsidRDefault="00CA2E3F" w:rsidP="007D09C6">
            <w:pPr>
              <w:jc w:val="center"/>
              <w:rPr>
                <w:rFonts w:ascii="Arial" w:hAnsi="Arial" w:cs="Arial"/>
                <w:sz w:val="20"/>
                <w:szCs w:val="20"/>
                <w:lang w:val="pl-PL"/>
              </w:rPr>
            </w:pPr>
            <w:r w:rsidRPr="004C189B">
              <w:rPr>
                <w:rFonts w:ascii="Arial" w:hAnsi="Arial" w:cs="Arial"/>
                <w:sz w:val="20"/>
                <w:szCs w:val="20"/>
                <w:lang w:val="pl-PL"/>
              </w:rPr>
              <w:t>23</w:t>
            </w:r>
          </w:p>
        </w:tc>
        <w:tc>
          <w:tcPr>
            <w:tcW w:w="6738" w:type="dxa"/>
            <w:tcMar>
              <w:top w:w="80" w:type="dxa"/>
              <w:left w:w="120" w:type="dxa"/>
              <w:bottom w:w="80" w:type="dxa"/>
              <w:right w:w="120" w:type="dxa"/>
            </w:tcMar>
            <w:vAlign w:val="center"/>
          </w:tcPr>
          <w:p w14:paraId="4B53055F"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Głowica ultradźwiękowa o powierzchni 5 cm2 1/3 MHz</w:t>
            </w:r>
          </w:p>
        </w:tc>
        <w:tc>
          <w:tcPr>
            <w:tcW w:w="1972" w:type="dxa"/>
            <w:tcMar>
              <w:top w:w="80" w:type="dxa"/>
              <w:left w:w="120" w:type="dxa"/>
              <w:bottom w:w="80" w:type="dxa"/>
              <w:right w:w="120" w:type="dxa"/>
            </w:tcMar>
            <w:vAlign w:val="center"/>
          </w:tcPr>
          <w:p w14:paraId="4B01DE5C" w14:textId="77777777" w:rsidR="00CA2E3F" w:rsidRPr="004C189B" w:rsidRDefault="00CA2E3F" w:rsidP="007D09C6">
            <w:pPr>
              <w:rPr>
                <w:rFonts w:ascii="Arial" w:hAnsi="Arial" w:cs="Arial"/>
                <w:sz w:val="20"/>
                <w:szCs w:val="20"/>
                <w:lang w:val="pl-PL"/>
              </w:rPr>
            </w:pPr>
          </w:p>
        </w:tc>
      </w:tr>
      <w:tr w:rsidR="00CA2E3F" w:rsidRPr="00CC7620" w14:paraId="5D41DE8D" w14:textId="77777777" w:rsidTr="004C189B">
        <w:tc>
          <w:tcPr>
            <w:tcW w:w="650" w:type="dxa"/>
            <w:tcMar>
              <w:top w:w="80" w:type="dxa"/>
              <w:left w:w="120" w:type="dxa"/>
              <w:bottom w:w="80" w:type="dxa"/>
              <w:right w:w="120" w:type="dxa"/>
            </w:tcMar>
            <w:vAlign w:val="center"/>
          </w:tcPr>
          <w:p w14:paraId="4F4501A8" w14:textId="77777777" w:rsidR="00CA2E3F" w:rsidRPr="004C189B" w:rsidRDefault="00CA2E3F" w:rsidP="007D09C6">
            <w:pPr>
              <w:jc w:val="center"/>
              <w:rPr>
                <w:rFonts w:ascii="Arial" w:hAnsi="Arial" w:cs="Arial"/>
                <w:sz w:val="20"/>
                <w:szCs w:val="20"/>
                <w:lang w:val="pl-PL"/>
              </w:rPr>
            </w:pPr>
            <w:r w:rsidRPr="004C189B">
              <w:rPr>
                <w:rFonts w:ascii="Arial" w:hAnsi="Arial" w:cs="Arial"/>
                <w:sz w:val="20"/>
                <w:szCs w:val="20"/>
                <w:lang w:val="pl-PL"/>
              </w:rPr>
              <w:t>24</w:t>
            </w:r>
          </w:p>
        </w:tc>
        <w:tc>
          <w:tcPr>
            <w:tcW w:w="6738" w:type="dxa"/>
            <w:tcMar>
              <w:top w:w="80" w:type="dxa"/>
              <w:left w:w="120" w:type="dxa"/>
              <w:bottom w:w="80" w:type="dxa"/>
              <w:right w:w="120" w:type="dxa"/>
            </w:tcMar>
            <w:vAlign w:val="center"/>
          </w:tcPr>
          <w:p w14:paraId="255D7807"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 xml:space="preserve">Głowica typ </w:t>
            </w:r>
            <w:proofErr w:type="spellStart"/>
            <w:r w:rsidRPr="004C189B">
              <w:rPr>
                <w:rFonts w:ascii="Arial" w:hAnsi="Arial" w:cs="Arial"/>
                <w:sz w:val="20"/>
                <w:szCs w:val="20"/>
                <w:lang w:val="pl-PL"/>
              </w:rPr>
              <w:t>SnG</w:t>
            </w:r>
            <w:proofErr w:type="spellEnd"/>
            <w:r w:rsidRPr="004C189B">
              <w:rPr>
                <w:rFonts w:ascii="Arial" w:hAnsi="Arial" w:cs="Arial"/>
                <w:sz w:val="20"/>
                <w:szCs w:val="20"/>
                <w:lang w:val="pl-PL"/>
              </w:rPr>
              <w:t>; 1/ 3 MHz; 17,3 cm2 z uchwytem</w:t>
            </w:r>
          </w:p>
        </w:tc>
        <w:tc>
          <w:tcPr>
            <w:tcW w:w="1972" w:type="dxa"/>
            <w:tcMar>
              <w:top w:w="80" w:type="dxa"/>
              <w:left w:w="120" w:type="dxa"/>
              <w:bottom w:w="80" w:type="dxa"/>
              <w:right w:w="120" w:type="dxa"/>
            </w:tcMar>
            <w:vAlign w:val="center"/>
          </w:tcPr>
          <w:p w14:paraId="0DD270E6" w14:textId="77777777" w:rsidR="00CA2E3F" w:rsidRPr="004C189B" w:rsidRDefault="00CA2E3F" w:rsidP="007D09C6">
            <w:pPr>
              <w:rPr>
                <w:rFonts w:ascii="Arial" w:hAnsi="Arial" w:cs="Arial"/>
                <w:sz w:val="20"/>
                <w:szCs w:val="20"/>
                <w:lang w:val="pl-PL"/>
              </w:rPr>
            </w:pPr>
          </w:p>
        </w:tc>
      </w:tr>
    </w:tbl>
    <w:p w14:paraId="15393BF3" w14:textId="77777777" w:rsidR="004C189B" w:rsidRDefault="004C189B" w:rsidP="00CA2E3F">
      <w:pPr>
        <w:rPr>
          <w:rFonts w:ascii="Arial" w:hAnsi="Arial" w:cs="Arial"/>
          <w:lang w:val="pl-PL"/>
        </w:rPr>
      </w:pPr>
    </w:p>
    <w:p w14:paraId="3EC44007" w14:textId="77777777" w:rsidR="00143F4D" w:rsidRDefault="00143F4D" w:rsidP="00CA2E3F">
      <w:pPr>
        <w:rPr>
          <w:rFonts w:ascii="Arial" w:hAnsi="Arial" w:cs="Arial"/>
          <w:b/>
          <w:bCs/>
          <w:sz w:val="24"/>
          <w:szCs w:val="24"/>
          <w:lang w:val="pl-PL"/>
        </w:rPr>
      </w:pPr>
    </w:p>
    <w:p w14:paraId="0A1F3AB5" w14:textId="299B1D6A" w:rsidR="004C189B" w:rsidRDefault="004C189B" w:rsidP="00CA2E3F">
      <w:pPr>
        <w:rPr>
          <w:rFonts w:ascii="Arial" w:hAnsi="Arial" w:cs="Arial"/>
          <w:b/>
          <w:bCs/>
          <w:sz w:val="24"/>
          <w:szCs w:val="24"/>
          <w:lang w:val="pl-PL"/>
        </w:rPr>
      </w:pPr>
      <w:r w:rsidRPr="004C189B">
        <w:rPr>
          <w:rFonts w:ascii="Arial" w:hAnsi="Arial" w:cs="Arial"/>
          <w:b/>
          <w:bCs/>
          <w:sz w:val="24"/>
          <w:szCs w:val="24"/>
          <w:lang w:val="pl-PL"/>
        </w:rPr>
        <w:t>4. Aparat ultrasonograficzny (USG)</w:t>
      </w:r>
    </w:p>
    <w:p w14:paraId="6A1BACA6" w14:textId="122E0269" w:rsidR="00CA2E3F" w:rsidRPr="004C189B" w:rsidRDefault="00CA2E3F" w:rsidP="00CA2E3F">
      <w:pPr>
        <w:rPr>
          <w:rFonts w:ascii="Arial" w:hAnsi="Arial" w:cs="Arial"/>
          <w:b/>
          <w:bCs/>
          <w:sz w:val="24"/>
          <w:szCs w:val="24"/>
          <w:lang w:val="pl-PL"/>
        </w:rPr>
      </w:pPr>
      <w:r w:rsidRPr="00CC7620">
        <w:rPr>
          <w:rFonts w:ascii="Arial" w:hAnsi="Arial" w:cs="Arial"/>
          <w:b/>
          <w:lang w:val="pl-PL"/>
        </w:rPr>
        <w:t>Ilość:</w:t>
      </w:r>
      <w:r w:rsidRPr="00CC7620">
        <w:rPr>
          <w:rFonts w:ascii="Arial" w:hAnsi="Arial" w:cs="Arial"/>
          <w:lang w:val="pl-PL"/>
        </w:rPr>
        <w:t xml:space="preserve"> 1 komplet</w:t>
      </w:r>
    </w:p>
    <w:p w14:paraId="42BB4C53" w14:textId="77777777" w:rsidR="00CA2E3F" w:rsidRDefault="00CA2E3F" w:rsidP="00CA2E3F">
      <w:pPr>
        <w:rPr>
          <w:rFonts w:ascii="Arial" w:hAnsi="Arial" w:cs="Arial"/>
          <w:lang w:val="pl-PL"/>
        </w:rPr>
      </w:pPr>
      <w:r w:rsidRPr="00CC7620">
        <w:rPr>
          <w:rFonts w:ascii="Arial" w:hAnsi="Arial" w:cs="Arial"/>
          <w:lang w:val="pl-PL"/>
        </w:rPr>
        <w:t xml:space="preserve">Cyfrowy system diagnostyczny USG z wózkiem, oprogramowaniem, licencjami i zestawem czterech głowic: liniowej, </w:t>
      </w:r>
      <w:proofErr w:type="spellStart"/>
      <w:r w:rsidRPr="00CC7620">
        <w:rPr>
          <w:rFonts w:ascii="Arial" w:hAnsi="Arial" w:cs="Arial"/>
          <w:lang w:val="pl-PL"/>
        </w:rPr>
        <w:t>convex</w:t>
      </w:r>
      <w:proofErr w:type="spellEnd"/>
      <w:r w:rsidRPr="00CC7620">
        <w:rPr>
          <w:rFonts w:ascii="Arial" w:hAnsi="Arial" w:cs="Arial"/>
          <w:lang w:val="pl-PL"/>
        </w:rPr>
        <w:t xml:space="preserve">, sektorowej i </w:t>
      </w:r>
      <w:proofErr w:type="spellStart"/>
      <w:r w:rsidRPr="00CC7620">
        <w:rPr>
          <w:rFonts w:ascii="Arial" w:hAnsi="Arial" w:cs="Arial"/>
          <w:lang w:val="pl-PL"/>
        </w:rPr>
        <w:t>endowaginalnej</w:t>
      </w:r>
      <w:proofErr w:type="spellEnd"/>
      <w:r w:rsidRPr="00CC7620">
        <w:rPr>
          <w:rFonts w:ascii="Arial" w:hAnsi="Arial" w:cs="Arial"/>
          <w:lang w:val="pl-PL"/>
        </w:rPr>
        <w:t>.</w:t>
      </w:r>
    </w:p>
    <w:p w14:paraId="68103C95" w14:textId="77777777" w:rsidR="00B0622D" w:rsidRDefault="00B0622D" w:rsidP="00CA2E3F">
      <w:pPr>
        <w:rPr>
          <w:rFonts w:ascii="Arial" w:hAnsi="Arial" w:cs="Arial"/>
          <w:lang w:val="pl-PL"/>
        </w:rPr>
      </w:pPr>
    </w:p>
    <w:tbl>
      <w:tblPr>
        <w:tblW w:w="971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70"/>
        <w:gridCol w:w="4131"/>
        <w:gridCol w:w="2239"/>
        <w:gridCol w:w="2674"/>
      </w:tblGrid>
      <w:tr w:rsidR="002A47C5" w:rsidRPr="00B2699E" w14:paraId="2EF77BB9" w14:textId="77777777" w:rsidTr="009E24BD">
        <w:trPr>
          <w:cantSplit/>
        </w:trPr>
        <w:tc>
          <w:tcPr>
            <w:tcW w:w="670" w:type="dxa"/>
          </w:tcPr>
          <w:p w14:paraId="3E987AAD" w14:textId="0F5D13F9" w:rsidR="002A47C5" w:rsidRPr="00B2699E" w:rsidRDefault="002A47C5" w:rsidP="002A47C5">
            <w:pPr>
              <w:tabs>
                <w:tab w:val="left" w:pos="1160"/>
              </w:tabs>
              <w:suppressAutoHyphens/>
              <w:snapToGrid w:val="0"/>
              <w:spacing w:after="0" w:line="240" w:lineRule="auto"/>
              <w:jc w:val="center"/>
              <w:rPr>
                <w:rFonts w:ascii="Cambria" w:eastAsia="MS Mincho" w:hAnsi="Cambria" w:cs="Arial"/>
                <w:b/>
                <w:sz w:val="16"/>
                <w:szCs w:val="16"/>
                <w:lang w:val="pl-PL"/>
              </w:rPr>
            </w:pPr>
            <w:r w:rsidRPr="00B2699E">
              <w:rPr>
                <w:rFonts w:ascii="Arial" w:hAnsi="Arial" w:cs="Arial"/>
                <w:b/>
                <w:bCs/>
                <w:color w:val="auto"/>
                <w:sz w:val="22"/>
                <w:lang w:val="pl-PL"/>
              </w:rPr>
              <w:t>Lp.</w:t>
            </w:r>
          </w:p>
        </w:tc>
        <w:tc>
          <w:tcPr>
            <w:tcW w:w="4131" w:type="dxa"/>
          </w:tcPr>
          <w:p w14:paraId="7AA71A7B" w14:textId="00D3DFEC" w:rsidR="002A47C5" w:rsidRPr="00B2699E" w:rsidRDefault="002A47C5" w:rsidP="002A47C5">
            <w:pPr>
              <w:tabs>
                <w:tab w:val="left" w:pos="1160"/>
              </w:tabs>
              <w:snapToGrid w:val="0"/>
              <w:jc w:val="center"/>
              <w:rPr>
                <w:rFonts w:ascii="Cambria" w:eastAsia="MS Mincho" w:hAnsi="Cambria" w:cs="Arial"/>
                <w:sz w:val="16"/>
                <w:szCs w:val="16"/>
                <w:lang w:val="pl-PL"/>
              </w:rPr>
            </w:pPr>
            <w:r w:rsidRPr="00B2699E">
              <w:rPr>
                <w:rFonts w:ascii="Arial" w:hAnsi="Arial" w:cs="Arial"/>
                <w:b/>
                <w:bCs/>
                <w:color w:val="auto"/>
                <w:sz w:val="22"/>
                <w:lang w:val="pl-PL"/>
              </w:rPr>
              <w:t>Parametry, właściwości, funkcje i inne</w:t>
            </w:r>
          </w:p>
        </w:tc>
        <w:tc>
          <w:tcPr>
            <w:tcW w:w="2239" w:type="dxa"/>
          </w:tcPr>
          <w:p w14:paraId="77AFE681" w14:textId="5B421781" w:rsidR="002A47C5" w:rsidRPr="00B2699E" w:rsidRDefault="002A47C5" w:rsidP="002A47C5">
            <w:pPr>
              <w:tabs>
                <w:tab w:val="left" w:pos="1160"/>
              </w:tabs>
              <w:snapToGrid w:val="0"/>
              <w:jc w:val="center"/>
              <w:rPr>
                <w:rFonts w:ascii="Cambria" w:eastAsia="MS Mincho" w:hAnsi="Cambria" w:cs="Arial"/>
                <w:sz w:val="16"/>
                <w:szCs w:val="16"/>
                <w:lang w:val="pl-PL"/>
              </w:rPr>
            </w:pPr>
            <w:r w:rsidRPr="00B2699E">
              <w:rPr>
                <w:rFonts w:ascii="Arial" w:hAnsi="Arial" w:cs="Arial"/>
                <w:b/>
                <w:bCs/>
                <w:color w:val="auto"/>
                <w:sz w:val="22"/>
                <w:lang w:val="pl-PL"/>
              </w:rPr>
              <w:t>Parametry wymagane</w:t>
            </w:r>
          </w:p>
        </w:tc>
        <w:tc>
          <w:tcPr>
            <w:tcW w:w="2674" w:type="dxa"/>
          </w:tcPr>
          <w:p w14:paraId="322ACC97" w14:textId="118CA79A" w:rsidR="002A47C5" w:rsidRPr="00B2699E" w:rsidRDefault="002A47C5" w:rsidP="002A47C5">
            <w:pPr>
              <w:tabs>
                <w:tab w:val="left" w:pos="1160"/>
              </w:tabs>
              <w:snapToGrid w:val="0"/>
              <w:jc w:val="center"/>
              <w:rPr>
                <w:rFonts w:ascii="Cambria" w:eastAsia="MS Mincho" w:hAnsi="Cambria" w:cs="Arial"/>
                <w:sz w:val="16"/>
                <w:szCs w:val="16"/>
                <w:lang w:val="pl-PL"/>
              </w:rPr>
            </w:pPr>
            <w:r w:rsidRPr="00B2699E">
              <w:rPr>
                <w:rFonts w:ascii="Arial" w:hAnsi="Arial" w:cs="Arial"/>
                <w:b/>
                <w:bCs/>
                <w:color w:val="auto"/>
                <w:sz w:val="22"/>
                <w:lang w:val="pl-PL"/>
              </w:rPr>
              <w:t>Parametr oferowany</w:t>
            </w:r>
          </w:p>
        </w:tc>
      </w:tr>
      <w:tr w:rsidR="002A47C5" w:rsidRPr="00B2699E" w14:paraId="51A6D06F" w14:textId="77777777" w:rsidTr="002A4B99">
        <w:trPr>
          <w:cantSplit/>
        </w:trPr>
        <w:tc>
          <w:tcPr>
            <w:tcW w:w="670" w:type="dxa"/>
            <w:vAlign w:val="center"/>
          </w:tcPr>
          <w:p w14:paraId="1303061B"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sz w:val="20"/>
                <w:szCs w:val="20"/>
                <w:lang w:val="pl-PL"/>
              </w:rPr>
            </w:pPr>
          </w:p>
        </w:tc>
        <w:tc>
          <w:tcPr>
            <w:tcW w:w="4131" w:type="dxa"/>
            <w:vAlign w:val="center"/>
          </w:tcPr>
          <w:p w14:paraId="760DF200"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MS Mincho" w:hAnsi="Arial" w:cs="Arial"/>
                <w:sz w:val="20"/>
                <w:szCs w:val="20"/>
                <w:lang w:val="pl-PL"/>
              </w:rPr>
              <w:t>Urządzenie fabrycznie nowe, rok produkcji 2025 lub nowsze</w:t>
            </w:r>
          </w:p>
        </w:tc>
        <w:tc>
          <w:tcPr>
            <w:tcW w:w="2239" w:type="dxa"/>
            <w:vAlign w:val="center"/>
          </w:tcPr>
          <w:p w14:paraId="1009F30C" w14:textId="77777777" w:rsidR="002A47C5" w:rsidRPr="00B2699E" w:rsidRDefault="002A47C5" w:rsidP="002A47C5">
            <w:pPr>
              <w:tabs>
                <w:tab w:val="left" w:pos="1160"/>
              </w:tabs>
              <w:snapToGrid w:val="0"/>
              <w:jc w:val="center"/>
              <w:rPr>
                <w:rFonts w:ascii="Arial" w:eastAsia="MS Mincho" w:hAnsi="Arial" w:cs="Arial"/>
                <w:sz w:val="20"/>
                <w:szCs w:val="20"/>
                <w:lang w:val="pl-PL"/>
              </w:rPr>
            </w:pPr>
            <w:r w:rsidRPr="00B2699E">
              <w:rPr>
                <w:rFonts w:ascii="Arial" w:eastAsia="MS Mincho" w:hAnsi="Arial" w:cs="Arial"/>
                <w:sz w:val="20"/>
                <w:szCs w:val="20"/>
                <w:lang w:val="pl-PL"/>
              </w:rPr>
              <w:t>Tak,</w:t>
            </w:r>
          </w:p>
          <w:p w14:paraId="68BDCF60" w14:textId="77777777" w:rsidR="002A47C5" w:rsidRPr="00B2699E" w:rsidRDefault="002A47C5" w:rsidP="002A47C5">
            <w:pPr>
              <w:tabs>
                <w:tab w:val="left" w:pos="1160"/>
              </w:tabs>
              <w:snapToGrid w:val="0"/>
              <w:jc w:val="center"/>
              <w:rPr>
                <w:rFonts w:ascii="Arial" w:eastAsia="MS Mincho" w:hAnsi="Arial" w:cs="Arial"/>
                <w:sz w:val="20"/>
                <w:szCs w:val="20"/>
                <w:lang w:val="pl-PL"/>
              </w:rPr>
            </w:pPr>
            <w:r w:rsidRPr="00B2699E">
              <w:rPr>
                <w:rFonts w:ascii="Arial" w:eastAsia="MS Mincho" w:hAnsi="Arial" w:cs="Arial"/>
                <w:sz w:val="20"/>
                <w:szCs w:val="20"/>
                <w:lang w:val="pl-PL"/>
              </w:rPr>
              <w:t>2025 – 0 pkt</w:t>
            </w:r>
            <w:r w:rsidRPr="00B2699E">
              <w:rPr>
                <w:rFonts w:ascii="Arial" w:eastAsia="MS Mincho" w:hAnsi="Arial" w:cs="Arial"/>
                <w:sz w:val="20"/>
                <w:szCs w:val="20"/>
                <w:lang w:val="pl-PL"/>
              </w:rPr>
              <w:br/>
              <w:t>2026 – 10 pkt</w:t>
            </w:r>
          </w:p>
        </w:tc>
        <w:tc>
          <w:tcPr>
            <w:tcW w:w="2674" w:type="dxa"/>
          </w:tcPr>
          <w:p w14:paraId="54C982AC"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50F095D5" w14:textId="77777777" w:rsidTr="002A4B99">
        <w:trPr>
          <w:cantSplit/>
        </w:trPr>
        <w:tc>
          <w:tcPr>
            <w:tcW w:w="670" w:type="dxa"/>
            <w:vAlign w:val="center"/>
          </w:tcPr>
          <w:p w14:paraId="079704E6"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sz w:val="20"/>
                <w:szCs w:val="20"/>
                <w:lang w:val="pl-PL"/>
              </w:rPr>
            </w:pPr>
          </w:p>
        </w:tc>
        <w:tc>
          <w:tcPr>
            <w:tcW w:w="4131" w:type="dxa"/>
            <w:vAlign w:val="center"/>
          </w:tcPr>
          <w:p w14:paraId="47A3A579" w14:textId="157C7EEA"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Cyfrowy układ formułowania wiązki ultradźwiękowej, min 240 000 kanałów procesowych</w:t>
            </w:r>
          </w:p>
        </w:tc>
        <w:tc>
          <w:tcPr>
            <w:tcW w:w="2239" w:type="dxa"/>
            <w:vAlign w:val="center"/>
          </w:tcPr>
          <w:p w14:paraId="6C0FFC74" w14:textId="77777777" w:rsidR="002A47C5" w:rsidRPr="00B2699E" w:rsidRDefault="002A47C5" w:rsidP="002A47C5">
            <w:pPr>
              <w:tabs>
                <w:tab w:val="left" w:pos="1160"/>
              </w:tabs>
              <w:snapToGrid w:val="0"/>
              <w:jc w:val="center"/>
              <w:rPr>
                <w:rFonts w:ascii="Arial" w:eastAsia="MS Mincho" w:hAnsi="Arial" w:cs="Arial"/>
                <w:sz w:val="20"/>
                <w:szCs w:val="20"/>
                <w:lang w:val="pl-PL"/>
              </w:rPr>
            </w:pPr>
            <w:r w:rsidRPr="00B2699E">
              <w:rPr>
                <w:rFonts w:ascii="Arial" w:eastAsia="MS Mincho" w:hAnsi="Arial" w:cs="Arial"/>
                <w:sz w:val="20"/>
                <w:szCs w:val="20"/>
                <w:lang w:val="pl-PL"/>
              </w:rPr>
              <w:t>Tak,</w:t>
            </w:r>
            <w:r w:rsidRPr="00B2699E">
              <w:rPr>
                <w:rFonts w:ascii="Arial" w:eastAsia="MS Mincho" w:hAnsi="Arial" w:cs="Arial"/>
                <w:sz w:val="20"/>
                <w:szCs w:val="20"/>
                <w:lang w:val="pl-PL"/>
              </w:rPr>
              <w:br/>
              <w:t>240 000 – 0 pkt.</w:t>
            </w:r>
          </w:p>
          <w:p w14:paraId="3C54E4C1" w14:textId="77777777" w:rsidR="002A47C5" w:rsidRPr="00B2699E" w:rsidRDefault="002A47C5" w:rsidP="002A47C5">
            <w:pPr>
              <w:tabs>
                <w:tab w:val="left" w:pos="1160"/>
              </w:tabs>
              <w:snapToGrid w:val="0"/>
              <w:jc w:val="center"/>
              <w:rPr>
                <w:rFonts w:ascii="Arial" w:eastAsia="MS Mincho" w:hAnsi="Arial" w:cs="Arial"/>
                <w:sz w:val="20"/>
                <w:szCs w:val="20"/>
                <w:lang w:val="pl-PL"/>
              </w:rPr>
            </w:pPr>
            <w:r w:rsidRPr="00B2699E">
              <w:rPr>
                <w:rFonts w:ascii="Arial" w:eastAsia="MS Mincho" w:hAnsi="Arial" w:cs="Arial"/>
                <w:sz w:val="20"/>
                <w:szCs w:val="20"/>
                <w:lang w:val="pl-PL"/>
              </w:rPr>
              <w:t>&gt;240 000 – 10 pkt.</w:t>
            </w:r>
          </w:p>
        </w:tc>
        <w:tc>
          <w:tcPr>
            <w:tcW w:w="2674" w:type="dxa"/>
          </w:tcPr>
          <w:p w14:paraId="1FD88846"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39B60C7E" w14:textId="77777777" w:rsidTr="002A4B99">
        <w:trPr>
          <w:cantSplit/>
        </w:trPr>
        <w:tc>
          <w:tcPr>
            <w:tcW w:w="670" w:type="dxa"/>
            <w:vAlign w:val="center"/>
          </w:tcPr>
          <w:p w14:paraId="38B0F342"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sz w:val="20"/>
                <w:szCs w:val="20"/>
                <w:lang w:val="pl-PL"/>
              </w:rPr>
            </w:pPr>
          </w:p>
        </w:tc>
        <w:tc>
          <w:tcPr>
            <w:tcW w:w="4131" w:type="dxa"/>
            <w:vAlign w:val="center"/>
          </w:tcPr>
          <w:p w14:paraId="7770ED83"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Czas uruchomienia aparatu z pełnego wyłączenia: max 60 sekund</w:t>
            </w:r>
          </w:p>
        </w:tc>
        <w:tc>
          <w:tcPr>
            <w:tcW w:w="2239" w:type="dxa"/>
            <w:vAlign w:val="center"/>
          </w:tcPr>
          <w:p w14:paraId="42549FD1" w14:textId="77777777" w:rsidR="002A47C5" w:rsidRPr="00B2699E" w:rsidRDefault="002A47C5" w:rsidP="002A47C5">
            <w:pPr>
              <w:tabs>
                <w:tab w:val="left" w:pos="1160"/>
              </w:tabs>
              <w:snapToGrid w:val="0"/>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4383FE0D"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4611B8E5" w14:textId="77777777" w:rsidTr="002A4B99">
        <w:trPr>
          <w:cantSplit/>
        </w:trPr>
        <w:tc>
          <w:tcPr>
            <w:tcW w:w="670" w:type="dxa"/>
            <w:vAlign w:val="center"/>
          </w:tcPr>
          <w:p w14:paraId="180A1A76"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sz w:val="20"/>
                <w:szCs w:val="20"/>
                <w:lang w:val="pl-PL"/>
              </w:rPr>
            </w:pPr>
          </w:p>
        </w:tc>
        <w:tc>
          <w:tcPr>
            <w:tcW w:w="4131" w:type="dxa"/>
            <w:vAlign w:val="center"/>
          </w:tcPr>
          <w:p w14:paraId="56A5EECB"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 xml:space="preserve">Modułowa konstrukcja umożliwiająca ławą rozbudowę aparatu, </w:t>
            </w:r>
          </w:p>
        </w:tc>
        <w:tc>
          <w:tcPr>
            <w:tcW w:w="2239" w:type="dxa"/>
            <w:vAlign w:val="center"/>
          </w:tcPr>
          <w:p w14:paraId="36C6B7FD" w14:textId="77777777" w:rsidR="002A47C5" w:rsidRPr="00B2699E" w:rsidRDefault="002A47C5" w:rsidP="002A47C5">
            <w:pPr>
              <w:tabs>
                <w:tab w:val="left" w:pos="1160"/>
              </w:tabs>
              <w:snapToGrid w:val="0"/>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008D4160"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62CC5D6C" w14:textId="77777777" w:rsidTr="002A4B99">
        <w:trPr>
          <w:cantSplit/>
        </w:trPr>
        <w:tc>
          <w:tcPr>
            <w:tcW w:w="670" w:type="dxa"/>
            <w:vAlign w:val="center"/>
          </w:tcPr>
          <w:p w14:paraId="30EF0BCD"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sz w:val="20"/>
                <w:szCs w:val="20"/>
                <w:lang w:val="pl-PL"/>
              </w:rPr>
            </w:pPr>
          </w:p>
        </w:tc>
        <w:tc>
          <w:tcPr>
            <w:tcW w:w="4131" w:type="dxa"/>
            <w:vAlign w:val="center"/>
          </w:tcPr>
          <w:p w14:paraId="5DA477E9"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Cztery koła skrętne z możliwością blokowania każdego z osobna.</w:t>
            </w:r>
          </w:p>
        </w:tc>
        <w:tc>
          <w:tcPr>
            <w:tcW w:w="2239" w:type="dxa"/>
            <w:vAlign w:val="center"/>
          </w:tcPr>
          <w:p w14:paraId="09990794" w14:textId="77777777" w:rsidR="002A47C5" w:rsidRPr="00B2699E" w:rsidRDefault="002A47C5" w:rsidP="002A47C5">
            <w:pPr>
              <w:tabs>
                <w:tab w:val="left" w:pos="1160"/>
              </w:tabs>
              <w:snapToGrid w:val="0"/>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4EC47BC0"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1EF15A46" w14:textId="77777777" w:rsidTr="002A4B99">
        <w:trPr>
          <w:cantSplit/>
        </w:trPr>
        <w:tc>
          <w:tcPr>
            <w:tcW w:w="670" w:type="dxa"/>
            <w:vAlign w:val="center"/>
          </w:tcPr>
          <w:p w14:paraId="5528EEEB"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sz w:val="20"/>
                <w:szCs w:val="20"/>
                <w:lang w:val="pl-PL"/>
              </w:rPr>
            </w:pPr>
          </w:p>
        </w:tc>
        <w:tc>
          <w:tcPr>
            <w:tcW w:w="4131" w:type="dxa"/>
            <w:vAlign w:val="center"/>
          </w:tcPr>
          <w:p w14:paraId="1E62A2C9"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Monitor Full HD, kolorowy, o przekątnej ekranu min. 21,5″, kąt patrzenia minimum 175 stopni</w:t>
            </w:r>
          </w:p>
        </w:tc>
        <w:tc>
          <w:tcPr>
            <w:tcW w:w="2239" w:type="dxa"/>
            <w:vAlign w:val="center"/>
          </w:tcPr>
          <w:p w14:paraId="490BC4B2" w14:textId="77777777" w:rsidR="002A47C5" w:rsidRPr="00B2699E" w:rsidRDefault="002A47C5" w:rsidP="002A47C5">
            <w:pPr>
              <w:tabs>
                <w:tab w:val="left" w:pos="1160"/>
              </w:tabs>
              <w:snapToGrid w:val="0"/>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6385CC09"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3D67B2FD" w14:textId="77777777" w:rsidTr="002A4B99">
        <w:trPr>
          <w:cantSplit/>
        </w:trPr>
        <w:tc>
          <w:tcPr>
            <w:tcW w:w="670" w:type="dxa"/>
            <w:vAlign w:val="center"/>
          </w:tcPr>
          <w:p w14:paraId="2C210393"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sz w:val="20"/>
                <w:szCs w:val="20"/>
                <w:lang w:val="pl-PL"/>
              </w:rPr>
            </w:pPr>
          </w:p>
        </w:tc>
        <w:tc>
          <w:tcPr>
            <w:tcW w:w="4131" w:type="dxa"/>
            <w:vAlign w:val="center"/>
          </w:tcPr>
          <w:p w14:paraId="0992F792"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Możliwość zmiany wysokości, obrotu i pochylenia monitora niezależnie od panelu sterowania</w:t>
            </w:r>
          </w:p>
        </w:tc>
        <w:tc>
          <w:tcPr>
            <w:tcW w:w="2239" w:type="dxa"/>
            <w:vAlign w:val="center"/>
          </w:tcPr>
          <w:p w14:paraId="6630555B" w14:textId="77777777" w:rsidR="002A47C5" w:rsidRPr="00B2699E" w:rsidRDefault="002A47C5" w:rsidP="002A47C5">
            <w:pPr>
              <w:tabs>
                <w:tab w:val="left" w:pos="1160"/>
              </w:tabs>
              <w:snapToGrid w:val="0"/>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67478289"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69371F3C" w14:textId="77777777" w:rsidTr="002A4B99">
        <w:trPr>
          <w:cantSplit/>
        </w:trPr>
        <w:tc>
          <w:tcPr>
            <w:tcW w:w="670" w:type="dxa"/>
            <w:vAlign w:val="center"/>
          </w:tcPr>
          <w:p w14:paraId="4E4A58FE"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sz w:val="20"/>
                <w:szCs w:val="20"/>
                <w:lang w:val="pl-PL"/>
              </w:rPr>
            </w:pPr>
          </w:p>
        </w:tc>
        <w:tc>
          <w:tcPr>
            <w:tcW w:w="4131" w:type="dxa"/>
            <w:vAlign w:val="center"/>
          </w:tcPr>
          <w:p w14:paraId="1544F43F" w14:textId="641D8802"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 xml:space="preserve">Panel dotykowy min 13,3”, z możliwością zmiany kąta pochylenia i obsługą </w:t>
            </w:r>
            <w:proofErr w:type="spellStart"/>
            <w:r w:rsidRPr="00B2699E">
              <w:rPr>
                <w:rFonts w:ascii="Arial" w:eastAsia="GulimChe" w:hAnsi="Arial" w:cs="Arial"/>
                <w:sz w:val="20"/>
                <w:szCs w:val="20"/>
                <w:lang w:val="pl-PL"/>
              </w:rPr>
              <w:t>multitouch</w:t>
            </w:r>
            <w:proofErr w:type="spellEnd"/>
            <w:r w:rsidRPr="00B2699E">
              <w:rPr>
                <w:rFonts w:ascii="Arial" w:eastAsia="GulimChe" w:hAnsi="Arial" w:cs="Arial"/>
                <w:sz w:val="20"/>
                <w:szCs w:val="20"/>
                <w:lang w:val="pl-PL"/>
              </w:rPr>
              <w:t xml:space="preserve"> i gestów, min rozdzielczości 1920*1080 </w:t>
            </w:r>
          </w:p>
        </w:tc>
        <w:tc>
          <w:tcPr>
            <w:tcW w:w="2239" w:type="dxa"/>
            <w:vAlign w:val="center"/>
          </w:tcPr>
          <w:p w14:paraId="115AE4EA"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670C982F"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177E2409" w14:textId="77777777" w:rsidTr="002A4B99">
        <w:trPr>
          <w:cantSplit/>
        </w:trPr>
        <w:tc>
          <w:tcPr>
            <w:tcW w:w="670" w:type="dxa"/>
            <w:vAlign w:val="center"/>
          </w:tcPr>
          <w:p w14:paraId="02B62AAD"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sz w:val="20"/>
                <w:szCs w:val="20"/>
                <w:lang w:val="pl-PL"/>
              </w:rPr>
            </w:pPr>
          </w:p>
        </w:tc>
        <w:tc>
          <w:tcPr>
            <w:tcW w:w="4131" w:type="dxa"/>
            <w:vAlign w:val="center"/>
          </w:tcPr>
          <w:p w14:paraId="218FD537"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Panel sterowania z możliwością obrotu i regulacji wysokości, płynnie regulowany.</w:t>
            </w:r>
          </w:p>
        </w:tc>
        <w:tc>
          <w:tcPr>
            <w:tcW w:w="2239" w:type="dxa"/>
            <w:vAlign w:val="center"/>
          </w:tcPr>
          <w:p w14:paraId="25F35276"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02AF3B2F"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28B3E004" w14:textId="77777777" w:rsidTr="002A4B99">
        <w:trPr>
          <w:cantSplit/>
        </w:trPr>
        <w:tc>
          <w:tcPr>
            <w:tcW w:w="670" w:type="dxa"/>
            <w:vAlign w:val="center"/>
          </w:tcPr>
          <w:p w14:paraId="5D393C52"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sz w:val="20"/>
                <w:szCs w:val="20"/>
                <w:lang w:val="pl-PL"/>
              </w:rPr>
            </w:pPr>
          </w:p>
        </w:tc>
        <w:tc>
          <w:tcPr>
            <w:tcW w:w="4131" w:type="dxa"/>
            <w:vAlign w:val="center"/>
          </w:tcPr>
          <w:p w14:paraId="77CBF877"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Panel sterowania z możliwością zmiany wysokości - min 300 mm oraz obrotu Lewo/Prawo min +/- 90 stopni (łącznie 180 stopni)</w:t>
            </w:r>
          </w:p>
        </w:tc>
        <w:tc>
          <w:tcPr>
            <w:tcW w:w="2239" w:type="dxa"/>
            <w:vAlign w:val="center"/>
          </w:tcPr>
          <w:p w14:paraId="6707F5E6"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p w14:paraId="37715E62"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Regulacja wysokości 300 mm – 0 pkt</w:t>
            </w:r>
          </w:p>
          <w:p w14:paraId="133EA9AD"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Regulacja wysokości &lt;300 mm – 10 pkt.</w:t>
            </w:r>
          </w:p>
        </w:tc>
        <w:tc>
          <w:tcPr>
            <w:tcW w:w="2674" w:type="dxa"/>
          </w:tcPr>
          <w:p w14:paraId="65FFFDAE"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04016D9A" w14:textId="77777777" w:rsidTr="002A4B99">
        <w:trPr>
          <w:cantSplit/>
        </w:trPr>
        <w:tc>
          <w:tcPr>
            <w:tcW w:w="670" w:type="dxa"/>
            <w:vAlign w:val="center"/>
          </w:tcPr>
          <w:p w14:paraId="17A5D132"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sz w:val="20"/>
                <w:szCs w:val="20"/>
                <w:lang w:val="pl-PL"/>
              </w:rPr>
            </w:pPr>
          </w:p>
        </w:tc>
        <w:tc>
          <w:tcPr>
            <w:tcW w:w="4131" w:type="dxa"/>
            <w:vAlign w:val="center"/>
          </w:tcPr>
          <w:p w14:paraId="4F57398A"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Fizyczna klawiatura alfanumeryczna wysuwana spod pulpitu.</w:t>
            </w:r>
          </w:p>
        </w:tc>
        <w:tc>
          <w:tcPr>
            <w:tcW w:w="2239" w:type="dxa"/>
            <w:vAlign w:val="center"/>
          </w:tcPr>
          <w:p w14:paraId="60473CD2"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27F52E64"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02F9AAFD" w14:textId="77777777" w:rsidTr="002A4B99">
        <w:trPr>
          <w:cantSplit/>
        </w:trPr>
        <w:tc>
          <w:tcPr>
            <w:tcW w:w="670" w:type="dxa"/>
            <w:vAlign w:val="center"/>
          </w:tcPr>
          <w:p w14:paraId="45D6540F"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sz w:val="20"/>
                <w:szCs w:val="20"/>
                <w:lang w:val="pl-PL"/>
              </w:rPr>
            </w:pPr>
          </w:p>
        </w:tc>
        <w:tc>
          <w:tcPr>
            <w:tcW w:w="4131" w:type="dxa"/>
            <w:vAlign w:val="center"/>
          </w:tcPr>
          <w:p w14:paraId="4A63963F"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Panel sterowania wyposażony w uchwyty na głowice w obrysie panelu min.6</w:t>
            </w:r>
          </w:p>
        </w:tc>
        <w:tc>
          <w:tcPr>
            <w:tcW w:w="2239" w:type="dxa"/>
            <w:vAlign w:val="center"/>
          </w:tcPr>
          <w:p w14:paraId="6987BDB6"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1785CC41"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347B7B25" w14:textId="77777777" w:rsidTr="002A4B99">
        <w:trPr>
          <w:cantSplit/>
        </w:trPr>
        <w:tc>
          <w:tcPr>
            <w:tcW w:w="670" w:type="dxa"/>
            <w:vAlign w:val="center"/>
          </w:tcPr>
          <w:p w14:paraId="3F21696D"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sz w:val="20"/>
                <w:szCs w:val="20"/>
                <w:lang w:val="pl-PL"/>
              </w:rPr>
            </w:pPr>
          </w:p>
        </w:tc>
        <w:tc>
          <w:tcPr>
            <w:tcW w:w="4131" w:type="dxa"/>
            <w:vAlign w:val="center"/>
          </w:tcPr>
          <w:p w14:paraId="7FD6594E" w14:textId="5BF7ACFC"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Aparat wyposażony w min.  4 porty USB dostępne dla użytkownika – w obrębie panelu sterowania, ekranu dotykowego lub okolicy.</w:t>
            </w:r>
          </w:p>
        </w:tc>
        <w:tc>
          <w:tcPr>
            <w:tcW w:w="2239" w:type="dxa"/>
            <w:vAlign w:val="center"/>
          </w:tcPr>
          <w:p w14:paraId="5D2D0CF4"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2456E427"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41B87E98" w14:textId="77777777" w:rsidTr="002A4B99">
        <w:trPr>
          <w:cantSplit/>
        </w:trPr>
        <w:tc>
          <w:tcPr>
            <w:tcW w:w="670" w:type="dxa"/>
            <w:vAlign w:val="center"/>
          </w:tcPr>
          <w:p w14:paraId="002FFF28"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sz w:val="20"/>
                <w:szCs w:val="20"/>
                <w:lang w:val="pl-PL"/>
              </w:rPr>
            </w:pPr>
          </w:p>
        </w:tc>
        <w:tc>
          <w:tcPr>
            <w:tcW w:w="4131" w:type="dxa"/>
            <w:vAlign w:val="center"/>
          </w:tcPr>
          <w:p w14:paraId="4C5C444C"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Wyjście obrazowe HDMI, Porty USB do archiwizacji danych.</w:t>
            </w:r>
          </w:p>
        </w:tc>
        <w:tc>
          <w:tcPr>
            <w:tcW w:w="2239" w:type="dxa"/>
            <w:vAlign w:val="center"/>
          </w:tcPr>
          <w:p w14:paraId="0AB4FC3E"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5C3D9636"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3E2BDB6C" w14:textId="77777777" w:rsidTr="002A4B99">
        <w:trPr>
          <w:cantSplit/>
        </w:trPr>
        <w:tc>
          <w:tcPr>
            <w:tcW w:w="670" w:type="dxa"/>
            <w:vAlign w:val="center"/>
          </w:tcPr>
          <w:p w14:paraId="5DDD530D"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sz w:val="20"/>
                <w:szCs w:val="20"/>
                <w:lang w:val="pl-PL"/>
              </w:rPr>
            </w:pPr>
          </w:p>
        </w:tc>
        <w:tc>
          <w:tcPr>
            <w:tcW w:w="4131" w:type="dxa"/>
            <w:vAlign w:val="center"/>
          </w:tcPr>
          <w:p w14:paraId="0EC7FEA8" w14:textId="47B42DD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Regulacja TGC</w:t>
            </w:r>
          </w:p>
        </w:tc>
        <w:tc>
          <w:tcPr>
            <w:tcW w:w="2239" w:type="dxa"/>
            <w:vAlign w:val="center"/>
          </w:tcPr>
          <w:p w14:paraId="298119D9" w14:textId="77777777" w:rsidR="002A47C5" w:rsidRPr="00B2699E" w:rsidRDefault="002A47C5" w:rsidP="002A47C5">
            <w:pPr>
              <w:tabs>
                <w:tab w:val="left" w:pos="1160"/>
              </w:tabs>
              <w:snapToGrid w:val="0"/>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58C950C1"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22114C11" w14:textId="77777777" w:rsidTr="002A4B99">
        <w:trPr>
          <w:cantSplit/>
        </w:trPr>
        <w:tc>
          <w:tcPr>
            <w:tcW w:w="670" w:type="dxa"/>
            <w:vAlign w:val="center"/>
          </w:tcPr>
          <w:p w14:paraId="338D99DF"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sz w:val="20"/>
                <w:szCs w:val="20"/>
                <w:lang w:val="pl-PL"/>
              </w:rPr>
            </w:pPr>
          </w:p>
        </w:tc>
        <w:tc>
          <w:tcPr>
            <w:tcW w:w="4131" w:type="dxa"/>
            <w:vAlign w:val="center"/>
          </w:tcPr>
          <w:p w14:paraId="5A54DF78"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Regulacja LGC</w:t>
            </w:r>
          </w:p>
        </w:tc>
        <w:tc>
          <w:tcPr>
            <w:tcW w:w="2239" w:type="dxa"/>
            <w:vAlign w:val="center"/>
          </w:tcPr>
          <w:p w14:paraId="050DE82C" w14:textId="77777777" w:rsidR="002A47C5" w:rsidRPr="00B2699E" w:rsidRDefault="002A47C5" w:rsidP="002A47C5">
            <w:pPr>
              <w:tabs>
                <w:tab w:val="left" w:pos="1160"/>
              </w:tabs>
              <w:snapToGrid w:val="0"/>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019090D7"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557C906C" w14:textId="77777777" w:rsidTr="002A4B99">
        <w:trPr>
          <w:cantSplit/>
        </w:trPr>
        <w:tc>
          <w:tcPr>
            <w:tcW w:w="670" w:type="dxa"/>
            <w:vAlign w:val="center"/>
          </w:tcPr>
          <w:p w14:paraId="0C9FF85B"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sz w:val="20"/>
                <w:szCs w:val="20"/>
                <w:lang w:val="pl-PL"/>
              </w:rPr>
            </w:pPr>
          </w:p>
        </w:tc>
        <w:tc>
          <w:tcPr>
            <w:tcW w:w="4131" w:type="dxa"/>
            <w:vAlign w:val="center"/>
          </w:tcPr>
          <w:p w14:paraId="7007614F"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Arial Unicode MS" w:hAnsi="Arial" w:cs="Arial"/>
                <w:sz w:val="20"/>
                <w:szCs w:val="20"/>
                <w:lang w:val="pl-PL"/>
              </w:rPr>
              <w:t>Minimalna częstotliwość pracy dostępnych głowic - max. 1,2 MHz</w:t>
            </w:r>
          </w:p>
        </w:tc>
        <w:tc>
          <w:tcPr>
            <w:tcW w:w="2239" w:type="dxa"/>
            <w:vAlign w:val="center"/>
          </w:tcPr>
          <w:p w14:paraId="662CF644" w14:textId="77777777" w:rsidR="002A47C5" w:rsidRPr="00B2699E" w:rsidRDefault="002A47C5" w:rsidP="002A47C5">
            <w:pPr>
              <w:tabs>
                <w:tab w:val="left" w:pos="1160"/>
              </w:tabs>
              <w:snapToGrid w:val="0"/>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65F079C6"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5F81021F" w14:textId="77777777" w:rsidTr="002A4B99">
        <w:trPr>
          <w:cantSplit/>
        </w:trPr>
        <w:tc>
          <w:tcPr>
            <w:tcW w:w="670" w:type="dxa"/>
            <w:vAlign w:val="center"/>
          </w:tcPr>
          <w:p w14:paraId="26BD63DD"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sz w:val="20"/>
                <w:szCs w:val="20"/>
                <w:lang w:val="pl-PL"/>
              </w:rPr>
            </w:pPr>
          </w:p>
        </w:tc>
        <w:tc>
          <w:tcPr>
            <w:tcW w:w="4131" w:type="dxa"/>
            <w:vAlign w:val="center"/>
          </w:tcPr>
          <w:p w14:paraId="4AACECF3"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Arial Unicode MS" w:hAnsi="Arial" w:cs="Arial"/>
                <w:sz w:val="20"/>
                <w:szCs w:val="20"/>
                <w:lang w:val="pl-PL"/>
              </w:rPr>
              <w:t>Maksymalna częstotliwość pracy dostępnych głowic - min. 20 MHz</w:t>
            </w:r>
          </w:p>
        </w:tc>
        <w:tc>
          <w:tcPr>
            <w:tcW w:w="2239" w:type="dxa"/>
            <w:vAlign w:val="center"/>
          </w:tcPr>
          <w:p w14:paraId="670B140C" w14:textId="77777777" w:rsidR="002A47C5" w:rsidRPr="00B2699E" w:rsidRDefault="002A47C5" w:rsidP="002A47C5">
            <w:pPr>
              <w:tabs>
                <w:tab w:val="left" w:pos="1160"/>
              </w:tabs>
              <w:snapToGrid w:val="0"/>
              <w:jc w:val="center"/>
              <w:rPr>
                <w:rFonts w:ascii="Arial" w:eastAsia="MS Mincho" w:hAnsi="Arial" w:cs="Arial"/>
                <w:sz w:val="20"/>
                <w:szCs w:val="20"/>
                <w:lang w:val="pl-PL"/>
              </w:rPr>
            </w:pPr>
            <w:r w:rsidRPr="00B2699E">
              <w:rPr>
                <w:rFonts w:ascii="Arial" w:eastAsia="MS Mincho" w:hAnsi="Arial" w:cs="Arial"/>
                <w:sz w:val="20"/>
                <w:szCs w:val="20"/>
                <w:lang w:val="pl-PL"/>
              </w:rPr>
              <w:t>Tak,</w:t>
            </w:r>
            <w:r w:rsidRPr="00B2699E">
              <w:rPr>
                <w:rFonts w:ascii="Arial" w:eastAsia="MS Mincho" w:hAnsi="Arial" w:cs="Arial"/>
                <w:sz w:val="20"/>
                <w:szCs w:val="20"/>
                <w:lang w:val="pl-PL"/>
              </w:rPr>
              <w:br/>
              <w:t>20 MHz – 0 pkt</w:t>
            </w:r>
          </w:p>
          <w:p w14:paraId="2F0CEE2C" w14:textId="77777777" w:rsidR="002A47C5" w:rsidRPr="00B2699E" w:rsidRDefault="002A47C5" w:rsidP="002A47C5">
            <w:pPr>
              <w:tabs>
                <w:tab w:val="left" w:pos="1160"/>
              </w:tabs>
              <w:snapToGrid w:val="0"/>
              <w:jc w:val="center"/>
              <w:rPr>
                <w:rFonts w:ascii="Arial" w:eastAsia="MS Mincho" w:hAnsi="Arial" w:cs="Arial"/>
                <w:sz w:val="20"/>
                <w:szCs w:val="20"/>
                <w:lang w:val="pl-PL"/>
              </w:rPr>
            </w:pPr>
            <w:r w:rsidRPr="00B2699E">
              <w:rPr>
                <w:rFonts w:ascii="Arial" w:eastAsia="MS Mincho" w:hAnsi="Arial" w:cs="Arial"/>
                <w:sz w:val="20"/>
                <w:szCs w:val="20"/>
                <w:lang w:val="pl-PL"/>
              </w:rPr>
              <w:t>&gt;20 MHz – 10 pkt.</w:t>
            </w:r>
          </w:p>
        </w:tc>
        <w:tc>
          <w:tcPr>
            <w:tcW w:w="2674" w:type="dxa"/>
          </w:tcPr>
          <w:p w14:paraId="1E19D159"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0103ED85" w14:textId="77777777" w:rsidTr="002A4B99">
        <w:trPr>
          <w:cantSplit/>
        </w:trPr>
        <w:tc>
          <w:tcPr>
            <w:tcW w:w="670" w:type="dxa"/>
            <w:vAlign w:val="center"/>
          </w:tcPr>
          <w:p w14:paraId="733B4157"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43469DE4" w14:textId="29468498"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Ilość aktywnych, równoważnych gniazd (portów) dla głowic obrazowych. - Min. 4 portów aktywnych</w:t>
            </w:r>
          </w:p>
        </w:tc>
        <w:tc>
          <w:tcPr>
            <w:tcW w:w="2239" w:type="dxa"/>
            <w:vAlign w:val="center"/>
          </w:tcPr>
          <w:p w14:paraId="07241444"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0E2A1F6A"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07C8CE0D" w14:textId="77777777" w:rsidTr="002A4B99">
        <w:trPr>
          <w:cantSplit/>
        </w:trPr>
        <w:tc>
          <w:tcPr>
            <w:tcW w:w="670" w:type="dxa"/>
            <w:vAlign w:val="center"/>
          </w:tcPr>
          <w:p w14:paraId="0EBBA9C9"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506D4CC7"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 xml:space="preserve">Maksymalny czas pamięci dynamicznej CINE - min. 32000 </w:t>
            </w:r>
            <w:proofErr w:type="spellStart"/>
            <w:r w:rsidRPr="00B2699E">
              <w:rPr>
                <w:rFonts w:ascii="Arial" w:eastAsia="GulimChe" w:hAnsi="Arial" w:cs="Arial"/>
                <w:sz w:val="20"/>
                <w:szCs w:val="20"/>
                <w:lang w:val="pl-PL"/>
              </w:rPr>
              <w:t>kl</w:t>
            </w:r>
            <w:proofErr w:type="spellEnd"/>
            <w:r w:rsidRPr="00B2699E">
              <w:rPr>
                <w:rFonts w:ascii="Arial" w:eastAsia="GulimChe" w:hAnsi="Arial" w:cs="Arial"/>
                <w:sz w:val="20"/>
                <w:szCs w:val="20"/>
                <w:lang w:val="pl-PL"/>
              </w:rPr>
              <w:t>/s B-</w:t>
            </w:r>
            <w:proofErr w:type="spellStart"/>
            <w:r w:rsidRPr="00B2699E">
              <w:rPr>
                <w:rFonts w:ascii="Arial" w:eastAsia="GulimChe" w:hAnsi="Arial" w:cs="Arial"/>
                <w:sz w:val="20"/>
                <w:szCs w:val="20"/>
                <w:lang w:val="pl-PL"/>
              </w:rPr>
              <w:t>Mode</w:t>
            </w:r>
            <w:proofErr w:type="spellEnd"/>
          </w:p>
        </w:tc>
        <w:tc>
          <w:tcPr>
            <w:tcW w:w="2239" w:type="dxa"/>
            <w:vAlign w:val="center"/>
          </w:tcPr>
          <w:p w14:paraId="0C273B96"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p w14:paraId="582597A6"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 xml:space="preserve">32000 </w:t>
            </w:r>
            <w:proofErr w:type="spellStart"/>
            <w:r w:rsidRPr="00B2699E">
              <w:rPr>
                <w:rFonts w:ascii="Arial" w:eastAsia="MS Mincho" w:hAnsi="Arial" w:cs="Arial"/>
                <w:sz w:val="20"/>
                <w:szCs w:val="20"/>
                <w:lang w:val="pl-PL"/>
              </w:rPr>
              <w:t>kl</w:t>
            </w:r>
            <w:proofErr w:type="spellEnd"/>
            <w:r w:rsidRPr="00B2699E">
              <w:rPr>
                <w:rFonts w:ascii="Arial" w:eastAsia="MS Mincho" w:hAnsi="Arial" w:cs="Arial"/>
                <w:sz w:val="20"/>
                <w:szCs w:val="20"/>
                <w:lang w:val="pl-PL"/>
              </w:rPr>
              <w:t>/s – 0 pkt.</w:t>
            </w:r>
          </w:p>
          <w:p w14:paraId="353790F3"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 xml:space="preserve">&gt;32000 </w:t>
            </w:r>
            <w:proofErr w:type="spellStart"/>
            <w:r w:rsidRPr="00B2699E">
              <w:rPr>
                <w:rFonts w:ascii="Arial" w:eastAsia="MS Mincho" w:hAnsi="Arial" w:cs="Arial"/>
                <w:sz w:val="20"/>
                <w:szCs w:val="20"/>
                <w:lang w:val="pl-PL"/>
              </w:rPr>
              <w:t>kl</w:t>
            </w:r>
            <w:proofErr w:type="spellEnd"/>
            <w:r w:rsidRPr="00B2699E">
              <w:rPr>
                <w:rFonts w:ascii="Arial" w:eastAsia="MS Mincho" w:hAnsi="Arial" w:cs="Arial"/>
                <w:sz w:val="20"/>
                <w:szCs w:val="20"/>
                <w:lang w:val="pl-PL"/>
              </w:rPr>
              <w:t>/s – 10 pkt</w:t>
            </w:r>
          </w:p>
        </w:tc>
        <w:tc>
          <w:tcPr>
            <w:tcW w:w="2674" w:type="dxa"/>
          </w:tcPr>
          <w:p w14:paraId="2FC0855B"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729800BF" w14:textId="77777777" w:rsidTr="002A4B99">
        <w:trPr>
          <w:cantSplit/>
        </w:trPr>
        <w:tc>
          <w:tcPr>
            <w:tcW w:w="670" w:type="dxa"/>
            <w:vAlign w:val="center"/>
          </w:tcPr>
          <w:p w14:paraId="3D9581F8"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2BA7D83E"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Archiwizacja danych pacjentów, raportów, obrazów, pętli obrazowych na lokalnym dysku twardym</w:t>
            </w:r>
          </w:p>
        </w:tc>
        <w:tc>
          <w:tcPr>
            <w:tcW w:w="2239" w:type="dxa"/>
            <w:vAlign w:val="center"/>
          </w:tcPr>
          <w:p w14:paraId="611F917F"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131DA036"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25B41264" w14:textId="77777777" w:rsidTr="002A4B99">
        <w:trPr>
          <w:cantSplit/>
        </w:trPr>
        <w:tc>
          <w:tcPr>
            <w:tcW w:w="670" w:type="dxa"/>
            <w:vAlign w:val="center"/>
          </w:tcPr>
          <w:p w14:paraId="4C618404"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54126531"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Możliwość zapisu obrazów i pętli obrazowych na dyski zewnętrzne, pamięci PEN w formatach JPG (dla obrazów) i AVI (dla pętli obrazowych) poprzez naciśnięcie programowalnego przycisku na konsoli</w:t>
            </w:r>
          </w:p>
        </w:tc>
        <w:tc>
          <w:tcPr>
            <w:tcW w:w="2239" w:type="dxa"/>
            <w:vAlign w:val="center"/>
          </w:tcPr>
          <w:p w14:paraId="60C0FD8A"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66CB70D2"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28AEE041" w14:textId="77777777" w:rsidTr="002A4B99">
        <w:trPr>
          <w:cantSplit/>
        </w:trPr>
        <w:tc>
          <w:tcPr>
            <w:tcW w:w="670" w:type="dxa"/>
            <w:vAlign w:val="center"/>
          </w:tcPr>
          <w:p w14:paraId="0832419A"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0B0B5810"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Wbudowana karta sieciowa Wi-Fi</w:t>
            </w:r>
          </w:p>
        </w:tc>
        <w:tc>
          <w:tcPr>
            <w:tcW w:w="2239" w:type="dxa"/>
            <w:vAlign w:val="center"/>
          </w:tcPr>
          <w:p w14:paraId="4D3E0A3F"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601BE1B6"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469BEFB4" w14:textId="77777777" w:rsidTr="002A4B99">
        <w:trPr>
          <w:cantSplit/>
        </w:trPr>
        <w:tc>
          <w:tcPr>
            <w:tcW w:w="670" w:type="dxa"/>
            <w:vAlign w:val="center"/>
          </w:tcPr>
          <w:p w14:paraId="57DDEEFC"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78261D6C" w14:textId="77777777" w:rsidR="002A47C5" w:rsidRPr="00B2699E" w:rsidRDefault="002A47C5" w:rsidP="002A47C5">
            <w:pPr>
              <w:tabs>
                <w:tab w:val="left" w:pos="1160"/>
              </w:tabs>
              <w:snapToGrid w:val="0"/>
              <w:rPr>
                <w:rFonts w:ascii="Arial" w:eastAsia="GulimChe" w:hAnsi="Arial" w:cs="Arial"/>
                <w:sz w:val="20"/>
                <w:szCs w:val="20"/>
                <w:lang w:val="pl-PL"/>
              </w:rPr>
            </w:pPr>
            <w:r w:rsidRPr="00B2699E">
              <w:rPr>
                <w:rFonts w:ascii="Arial" w:eastAsia="GulimChe" w:hAnsi="Arial" w:cs="Arial"/>
                <w:sz w:val="20"/>
                <w:szCs w:val="20"/>
                <w:lang w:val="pl-PL"/>
              </w:rPr>
              <w:t>Menu Aparatu USG w języku polskim</w:t>
            </w:r>
          </w:p>
        </w:tc>
        <w:tc>
          <w:tcPr>
            <w:tcW w:w="2239" w:type="dxa"/>
            <w:vAlign w:val="center"/>
          </w:tcPr>
          <w:p w14:paraId="6943BD4E"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66C249F3"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1963C699" w14:textId="77777777" w:rsidTr="002A4B99">
        <w:trPr>
          <w:cantSplit/>
        </w:trPr>
        <w:tc>
          <w:tcPr>
            <w:tcW w:w="670" w:type="dxa"/>
            <w:vAlign w:val="center"/>
          </w:tcPr>
          <w:p w14:paraId="6747B2F7"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44A9A11F" w14:textId="77777777" w:rsidR="002A47C5" w:rsidRPr="00B2699E" w:rsidRDefault="002A47C5" w:rsidP="002A47C5">
            <w:pPr>
              <w:tabs>
                <w:tab w:val="left" w:pos="1160"/>
              </w:tabs>
              <w:snapToGrid w:val="0"/>
              <w:rPr>
                <w:rFonts w:ascii="Arial" w:eastAsia="GulimChe" w:hAnsi="Arial" w:cs="Arial"/>
                <w:sz w:val="20"/>
                <w:szCs w:val="20"/>
                <w:lang w:val="pl-PL"/>
              </w:rPr>
            </w:pPr>
            <w:r w:rsidRPr="00B2699E">
              <w:rPr>
                <w:rFonts w:ascii="Arial" w:eastAsia="GulimChe" w:hAnsi="Arial" w:cs="Arial"/>
                <w:sz w:val="20"/>
                <w:szCs w:val="20"/>
                <w:lang w:val="pl-PL"/>
              </w:rPr>
              <w:t>Wbudowany w aparat fabryczny podgrzewacz żelu</w:t>
            </w:r>
          </w:p>
        </w:tc>
        <w:tc>
          <w:tcPr>
            <w:tcW w:w="2239" w:type="dxa"/>
            <w:vAlign w:val="center"/>
          </w:tcPr>
          <w:p w14:paraId="3A96F19D"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4BBFD539"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1550CE45" w14:textId="77777777" w:rsidTr="002A4B99">
        <w:trPr>
          <w:cantSplit/>
        </w:trPr>
        <w:tc>
          <w:tcPr>
            <w:tcW w:w="9714" w:type="dxa"/>
            <w:gridSpan w:val="4"/>
            <w:vAlign w:val="center"/>
          </w:tcPr>
          <w:p w14:paraId="23C69BB9" w14:textId="77777777" w:rsidR="002A47C5" w:rsidRPr="00BF11BD" w:rsidRDefault="002A47C5" w:rsidP="002A47C5">
            <w:pPr>
              <w:tabs>
                <w:tab w:val="left" w:pos="1160"/>
              </w:tabs>
              <w:snapToGrid w:val="0"/>
              <w:jc w:val="center"/>
              <w:rPr>
                <w:rFonts w:ascii="Arial" w:eastAsia="MS Mincho" w:hAnsi="Arial" w:cs="Arial"/>
                <w:b/>
                <w:bCs/>
                <w:sz w:val="20"/>
                <w:szCs w:val="20"/>
                <w:lang w:val="pl-PL"/>
              </w:rPr>
            </w:pPr>
            <w:r w:rsidRPr="00BF11BD">
              <w:rPr>
                <w:rFonts w:ascii="Arial" w:eastAsia="MS Mincho" w:hAnsi="Arial" w:cs="Arial"/>
                <w:b/>
                <w:bCs/>
                <w:sz w:val="20"/>
                <w:szCs w:val="20"/>
                <w:lang w:val="pl-PL"/>
              </w:rPr>
              <w:t>Obrazowanie i prezentacja obrazu</w:t>
            </w:r>
          </w:p>
        </w:tc>
      </w:tr>
      <w:tr w:rsidR="002A47C5" w:rsidRPr="00B2699E" w14:paraId="05F10AD1" w14:textId="77777777" w:rsidTr="002A4B99">
        <w:trPr>
          <w:cantSplit/>
        </w:trPr>
        <w:tc>
          <w:tcPr>
            <w:tcW w:w="670" w:type="dxa"/>
            <w:vAlign w:val="center"/>
          </w:tcPr>
          <w:p w14:paraId="5805DA2C"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738FB128"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Tryb B</w:t>
            </w:r>
          </w:p>
        </w:tc>
        <w:tc>
          <w:tcPr>
            <w:tcW w:w="2239" w:type="dxa"/>
            <w:vAlign w:val="center"/>
          </w:tcPr>
          <w:p w14:paraId="6A8C504D"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23F19515"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3F8D9C4A" w14:textId="77777777" w:rsidTr="002A4B99">
        <w:trPr>
          <w:cantSplit/>
        </w:trPr>
        <w:tc>
          <w:tcPr>
            <w:tcW w:w="670" w:type="dxa"/>
            <w:vAlign w:val="center"/>
          </w:tcPr>
          <w:p w14:paraId="0B38B2A5"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192A18B2"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Głębokość penetracji (obrazowania) min. 40cm.</w:t>
            </w:r>
          </w:p>
        </w:tc>
        <w:tc>
          <w:tcPr>
            <w:tcW w:w="2239" w:type="dxa"/>
            <w:vAlign w:val="center"/>
          </w:tcPr>
          <w:p w14:paraId="7F021357"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0DACF708"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0D708F2C" w14:textId="77777777" w:rsidTr="002A4B99">
        <w:trPr>
          <w:cantSplit/>
        </w:trPr>
        <w:tc>
          <w:tcPr>
            <w:tcW w:w="670" w:type="dxa"/>
            <w:vAlign w:val="center"/>
          </w:tcPr>
          <w:p w14:paraId="36B18712"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53977C41"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Obrazowanie quasi-</w:t>
            </w:r>
            <w:proofErr w:type="spellStart"/>
            <w:r w:rsidRPr="00B2699E">
              <w:rPr>
                <w:rFonts w:ascii="Arial" w:eastAsia="GulimChe" w:hAnsi="Arial" w:cs="Arial"/>
                <w:sz w:val="20"/>
                <w:szCs w:val="20"/>
                <w:lang w:val="pl-PL"/>
              </w:rPr>
              <w:t>convex</w:t>
            </w:r>
            <w:proofErr w:type="spellEnd"/>
            <w:r w:rsidRPr="00B2699E">
              <w:rPr>
                <w:rFonts w:ascii="Arial" w:eastAsia="GulimChe" w:hAnsi="Arial" w:cs="Arial"/>
                <w:sz w:val="20"/>
                <w:szCs w:val="20"/>
                <w:lang w:val="pl-PL"/>
              </w:rPr>
              <w:t xml:space="preserve"> (trapez)</w:t>
            </w:r>
          </w:p>
        </w:tc>
        <w:tc>
          <w:tcPr>
            <w:tcW w:w="2239" w:type="dxa"/>
            <w:vAlign w:val="center"/>
          </w:tcPr>
          <w:p w14:paraId="7586A4B9"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496A489D"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1CDD2086" w14:textId="77777777" w:rsidTr="002A4B99">
        <w:trPr>
          <w:cantSplit/>
        </w:trPr>
        <w:tc>
          <w:tcPr>
            <w:tcW w:w="670" w:type="dxa"/>
            <w:vAlign w:val="center"/>
          </w:tcPr>
          <w:p w14:paraId="3231402F"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26782391"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Możliwość rotowania obrazu co 90⁰</w:t>
            </w:r>
          </w:p>
        </w:tc>
        <w:tc>
          <w:tcPr>
            <w:tcW w:w="2239" w:type="dxa"/>
            <w:vAlign w:val="center"/>
          </w:tcPr>
          <w:p w14:paraId="69F93901"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190CD892"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26CCEA61" w14:textId="77777777" w:rsidTr="002A4B99">
        <w:trPr>
          <w:cantSplit/>
        </w:trPr>
        <w:tc>
          <w:tcPr>
            <w:tcW w:w="670" w:type="dxa"/>
            <w:vAlign w:val="center"/>
          </w:tcPr>
          <w:p w14:paraId="6A357318"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1F8D4553" w14:textId="77777777" w:rsidR="002A47C5" w:rsidRPr="00B2699E" w:rsidRDefault="002A47C5" w:rsidP="002A47C5">
            <w:pPr>
              <w:jc w:val="center"/>
              <w:rPr>
                <w:rFonts w:ascii="Arial" w:eastAsia="Arial Unicode MS" w:hAnsi="Arial" w:cs="Arial"/>
                <w:sz w:val="20"/>
                <w:szCs w:val="20"/>
                <w:lang w:val="pl-PL"/>
              </w:rPr>
            </w:pPr>
            <w:r w:rsidRPr="00B2699E">
              <w:rPr>
                <w:rFonts w:ascii="Arial" w:eastAsia="Arial Unicode MS" w:hAnsi="Arial" w:cs="Arial"/>
                <w:sz w:val="20"/>
                <w:szCs w:val="20"/>
                <w:lang w:val="pl-PL"/>
              </w:rPr>
              <w:t xml:space="preserve">Dynamika w trybie B z wyświetlaniem wartości na obrazie - min. wartość - ≤ 30 </w:t>
            </w:r>
            <w:proofErr w:type="spellStart"/>
            <w:r w:rsidRPr="00B2699E">
              <w:rPr>
                <w:rFonts w:ascii="Arial" w:eastAsia="Arial Unicode MS" w:hAnsi="Arial" w:cs="Arial"/>
                <w:sz w:val="20"/>
                <w:szCs w:val="20"/>
                <w:lang w:val="pl-PL"/>
              </w:rPr>
              <w:t>dB</w:t>
            </w:r>
            <w:proofErr w:type="spellEnd"/>
          </w:p>
          <w:p w14:paraId="09A94052"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Arial Unicode MS" w:hAnsi="Arial" w:cs="Arial"/>
                <w:sz w:val="20"/>
                <w:szCs w:val="20"/>
                <w:lang w:val="pl-PL"/>
              </w:rPr>
              <w:t>max. wartość –≥ 260dB</w:t>
            </w:r>
          </w:p>
        </w:tc>
        <w:tc>
          <w:tcPr>
            <w:tcW w:w="2239" w:type="dxa"/>
            <w:vAlign w:val="center"/>
          </w:tcPr>
          <w:p w14:paraId="3D1541FC"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7391433A"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29E0F0D5" w14:textId="77777777" w:rsidTr="002A4B99">
        <w:trPr>
          <w:cantSplit/>
        </w:trPr>
        <w:tc>
          <w:tcPr>
            <w:tcW w:w="670" w:type="dxa"/>
            <w:vAlign w:val="center"/>
          </w:tcPr>
          <w:p w14:paraId="1E484AB4"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5666AF76" w14:textId="34C3B19B"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Arial Unicode MS" w:hAnsi="Arial" w:cs="Arial"/>
                <w:sz w:val="20"/>
                <w:szCs w:val="20"/>
                <w:lang w:val="pl-PL"/>
              </w:rPr>
              <w:t>Maksymalny frame Rate obrazu B - Min 800 f/s</w:t>
            </w:r>
          </w:p>
        </w:tc>
        <w:tc>
          <w:tcPr>
            <w:tcW w:w="2239" w:type="dxa"/>
            <w:vAlign w:val="center"/>
          </w:tcPr>
          <w:p w14:paraId="3C661410"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p w14:paraId="331C8D9E"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800 f/s – 0 pkt.</w:t>
            </w:r>
          </w:p>
          <w:p w14:paraId="6971BE23"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&gt;800 f/s – 10 pkt</w:t>
            </w:r>
          </w:p>
        </w:tc>
        <w:tc>
          <w:tcPr>
            <w:tcW w:w="2674" w:type="dxa"/>
          </w:tcPr>
          <w:p w14:paraId="4B983974"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4860DB90" w14:textId="77777777" w:rsidTr="002A4B99">
        <w:trPr>
          <w:cantSplit/>
        </w:trPr>
        <w:tc>
          <w:tcPr>
            <w:tcW w:w="670" w:type="dxa"/>
            <w:vAlign w:val="center"/>
          </w:tcPr>
          <w:p w14:paraId="3583DF1D"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1F133D2B" w14:textId="1159955C"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 xml:space="preserve">Technologia </w:t>
            </w:r>
            <w:proofErr w:type="spellStart"/>
            <w:r w:rsidRPr="00B2699E">
              <w:rPr>
                <w:rFonts w:ascii="Arial" w:eastAsia="GulimChe" w:hAnsi="Arial" w:cs="Arial"/>
                <w:sz w:val="20"/>
                <w:szCs w:val="20"/>
                <w:lang w:val="pl-PL"/>
              </w:rPr>
              <w:t>Dynamic</w:t>
            </w:r>
            <w:proofErr w:type="spellEnd"/>
            <w:r w:rsidRPr="00B2699E">
              <w:rPr>
                <w:rFonts w:ascii="Arial" w:eastAsia="GulimChe" w:hAnsi="Arial" w:cs="Arial"/>
                <w:sz w:val="20"/>
                <w:szCs w:val="20"/>
                <w:lang w:val="pl-PL"/>
              </w:rPr>
              <w:t xml:space="preserve"> </w:t>
            </w:r>
            <w:proofErr w:type="spellStart"/>
            <w:r w:rsidRPr="00B2699E">
              <w:rPr>
                <w:rFonts w:ascii="Arial" w:eastAsia="GulimChe" w:hAnsi="Arial" w:cs="Arial"/>
                <w:sz w:val="20"/>
                <w:szCs w:val="20"/>
                <w:lang w:val="pl-PL"/>
              </w:rPr>
              <w:t>Pixel</w:t>
            </w:r>
            <w:proofErr w:type="spellEnd"/>
            <w:r w:rsidRPr="00B2699E">
              <w:rPr>
                <w:rFonts w:ascii="Arial" w:eastAsia="GulimChe" w:hAnsi="Arial" w:cs="Arial"/>
                <w:sz w:val="20"/>
                <w:szCs w:val="20"/>
                <w:lang w:val="pl-PL"/>
              </w:rPr>
              <w:t xml:space="preserve"> </w:t>
            </w:r>
            <w:proofErr w:type="spellStart"/>
            <w:r w:rsidRPr="00B2699E">
              <w:rPr>
                <w:rFonts w:ascii="Arial" w:eastAsia="GulimChe" w:hAnsi="Arial" w:cs="Arial"/>
                <w:sz w:val="20"/>
                <w:szCs w:val="20"/>
                <w:lang w:val="pl-PL"/>
              </w:rPr>
              <w:t>Focusing</w:t>
            </w:r>
            <w:proofErr w:type="spellEnd"/>
            <w:r w:rsidRPr="00B2699E">
              <w:rPr>
                <w:rFonts w:ascii="Arial" w:eastAsia="GulimChe" w:hAnsi="Arial" w:cs="Arial"/>
                <w:sz w:val="20"/>
                <w:szCs w:val="20"/>
                <w:lang w:val="pl-PL"/>
              </w:rPr>
              <w:t xml:space="preserve"> lub równoważna, system pracujący bez konieczności ustawiania pojedynczych punktów ogniskowania przez użytkownika.</w:t>
            </w:r>
          </w:p>
        </w:tc>
        <w:tc>
          <w:tcPr>
            <w:tcW w:w="2239" w:type="dxa"/>
            <w:vAlign w:val="center"/>
          </w:tcPr>
          <w:p w14:paraId="401E6819"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698C59E0"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4245B0C6" w14:textId="77777777" w:rsidTr="002A4B99">
        <w:trPr>
          <w:cantSplit/>
        </w:trPr>
        <w:tc>
          <w:tcPr>
            <w:tcW w:w="670" w:type="dxa"/>
            <w:vAlign w:val="center"/>
          </w:tcPr>
          <w:p w14:paraId="46D40073"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4E220D26"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 xml:space="preserve">Obrazowanie </w:t>
            </w:r>
            <w:proofErr w:type="spellStart"/>
            <w:r w:rsidRPr="00B2699E">
              <w:rPr>
                <w:rFonts w:ascii="Arial" w:eastAsia="GulimChe" w:hAnsi="Arial" w:cs="Arial"/>
                <w:sz w:val="20"/>
                <w:szCs w:val="20"/>
                <w:lang w:val="pl-PL"/>
              </w:rPr>
              <w:t>full-screen</w:t>
            </w:r>
            <w:proofErr w:type="spellEnd"/>
            <w:r w:rsidRPr="00B2699E">
              <w:rPr>
                <w:rFonts w:ascii="Arial" w:eastAsia="GulimChe" w:hAnsi="Arial" w:cs="Arial"/>
                <w:sz w:val="20"/>
                <w:szCs w:val="20"/>
                <w:lang w:val="pl-PL"/>
              </w:rPr>
              <w:t>, min. 3 kroki</w:t>
            </w:r>
          </w:p>
        </w:tc>
        <w:tc>
          <w:tcPr>
            <w:tcW w:w="2239" w:type="dxa"/>
            <w:vAlign w:val="center"/>
          </w:tcPr>
          <w:p w14:paraId="0B5F4EB0"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625A6E48"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38A43DA3" w14:textId="77777777" w:rsidTr="002A4B99">
        <w:trPr>
          <w:cantSplit/>
        </w:trPr>
        <w:tc>
          <w:tcPr>
            <w:tcW w:w="670" w:type="dxa"/>
            <w:vAlign w:val="center"/>
          </w:tcPr>
          <w:p w14:paraId="069B75FF"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150A77DA"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Zoom dla obrazów „na żywo” i zatrzymanych</w:t>
            </w:r>
          </w:p>
        </w:tc>
        <w:tc>
          <w:tcPr>
            <w:tcW w:w="2239" w:type="dxa"/>
            <w:vAlign w:val="center"/>
          </w:tcPr>
          <w:p w14:paraId="4DA4B339"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427C610E"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61BE334B" w14:textId="77777777" w:rsidTr="002A4B99">
        <w:trPr>
          <w:cantSplit/>
        </w:trPr>
        <w:tc>
          <w:tcPr>
            <w:tcW w:w="670" w:type="dxa"/>
            <w:vAlign w:val="center"/>
          </w:tcPr>
          <w:p w14:paraId="0FDD711B"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3D48D8F3"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Zmiana wzmocnienia obrazu zamrożonego i obrazu z pamięci CINE</w:t>
            </w:r>
          </w:p>
        </w:tc>
        <w:tc>
          <w:tcPr>
            <w:tcW w:w="2239" w:type="dxa"/>
            <w:vAlign w:val="center"/>
          </w:tcPr>
          <w:p w14:paraId="2EB7A856"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56C1BEB6"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56E58A2B" w14:textId="77777777" w:rsidTr="002A4B99">
        <w:trPr>
          <w:cantSplit/>
        </w:trPr>
        <w:tc>
          <w:tcPr>
            <w:tcW w:w="670" w:type="dxa"/>
            <w:vAlign w:val="center"/>
          </w:tcPr>
          <w:p w14:paraId="58C2A2A8"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3DE6DBC7"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Obrazowanie harmoniczne</w:t>
            </w:r>
          </w:p>
        </w:tc>
        <w:tc>
          <w:tcPr>
            <w:tcW w:w="2239" w:type="dxa"/>
            <w:vAlign w:val="center"/>
          </w:tcPr>
          <w:p w14:paraId="5C8A257A"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3ACC9E66"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5FD72E49" w14:textId="77777777" w:rsidTr="002A4B99">
        <w:trPr>
          <w:cantSplit/>
        </w:trPr>
        <w:tc>
          <w:tcPr>
            <w:tcW w:w="670" w:type="dxa"/>
            <w:vAlign w:val="center"/>
          </w:tcPr>
          <w:p w14:paraId="3EF268AA"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74A621D0"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Optymalizacja obrazu B i Spektralnego Dopplera za pomocą jednego klawisza.</w:t>
            </w:r>
          </w:p>
        </w:tc>
        <w:tc>
          <w:tcPr>
            <w:tcW w:w="2239" w:type="dxa"/>
            <w:vAlign w:val="center"/>
          </w:tcPr>
          <w:p w14:paraId="246C2386"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639B8200"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723258E4" w14:textId="77777777" w:rsidTr="002A4B99">
        <w:trPr>
          <w:cantSplit/>
        </w:trPr>
        <w:tc>
          <w:tcPr>
            <w:tcW w:w="670" w:type="dxa"/>
            <w:vAlign w:val="center"/>
          </w:tcPr>
          <w:p w14:paraId="5D17A320"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6ED9DF15"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Tryb M</w:t>
            </w:r>
          </w:p>
        </w:tc>
        <w:tc>
          <w:tcPr>
            <w:tcW w:w="2239" w:type="dxa"/>
            <w:vAlign w:val="center"/>
          </w:tcPr>
          <w:p w14:paraId="37502E60"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1A0FFB8F"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588C0E49" w14:textId="77777777" w:rsidTr="002A4B99">
        <w:trPr>
          <w:cantSplit/>
        </w:trPr>
        <w:tc>
          <w:tcPr>
            <w:tcW w:w="670" w:type="dxa"/>
            <w:vAlign w:val="center"/>
          </w:tcPr>
          <w:p w14:paraId="108908A9"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741DE92C"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Doppler kolorowy</w:t>
            </w:r>
          </w:p>
        </w:tc>
        <w:tc>
          <w:tcPr>
            <w:tcW w:w="2239" w:type="dxa"/>
            <w:vAlign w:val="center"/>
          </w:tcPr>
          <w:p w14:paraId="3A873C83"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71294D6C"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0AC81D17" w14:textId="77777777" w:rsidTr="002A4B99">
        <w:trPr>
          <w:cantSplit/>
        </w:trPr>
        <w:tc>
          <w:tcPr>
            <w:tcW w:w="670" w:type="dxa"/>
            <w:vAlign w:val="center"/>
          </w:tcPr>
          <w:p w14:paraId="100CEFA6"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5B5260B6"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Ugięcie wiązki Dopplera - min. +/- 30st.</w:t>
            </w:r>
          </w:p>
        </w:tc>
        <w:tc>
          <w:tcPr>
            <w:tcW w:w="2239" w:type="dxa"/>
            <w:vAlign w:val="center"/>
          </w:tcPr>
          <w:p w14:paraId="025502CF"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125966C4"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149BB8DE" w14:textId="77777777" w:rsidTr="002A4B99">
        <w:trPr>
          <w:cantSplit/>
        </w:trPr>
        <w:tc>
          <w:tcPr>
            <w:tcW w:w="670" w:type="dxa"/>
            <w:vAlign w:val="center"/>
          </w:tcPr>
          <w:p w14:paraId="3A10A218"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2B27490A" w14:textId="5281503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 xml:space="preserve">Maksymalny frame </w:t>
            </w:r>
            <w:proofErr w:type="spellStart"/>
            <w:r w:rsidRPr="00B2699E">
              <w:rPr>
                <w:rFonts w:ascii="Arial" w:eastAsia="GulimChe" w:hAnsi="Arial" w:cs="Arial"/>
                <w:sz w:val="20"/>
                <w:szCs w:val="20"/>
                <w:lang w:val="pl-PL"/>
              </w:rPr>
              <w:t>rate</w:t>
            </w:r>
            <w:proofErr w:type="spellEnd"/>
            <w:r w:rsidRPr="00B2699E">
              <w:rPr>
                <w:rFonts w:ascii="Arial" w:eastAsia="GulimChe" w:hAnsi="Arial" w:cs="Arial"/>
                <w:sz w:val="20"/>
                <w:szCs w:val="20"/>
                <w:lang w:val="pl-PL"/>
              </w:rPr>
              <w:t xml:space="preserve"> Dopplera kolorowego - Min. 300 f/s</w:t>
            </w:r>
          </w:p>
        </w:tc>
        <w:tc>
          <w:tcPr>
            <w:tcW w:w="2239" w:type="dxa"/>
            <w:vAlign w:val="center"/>
          </w:tcPr>
          <w:p w14:paraId="1D29C1B4"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r w:rsidRPr="00B2699E">
              <w:rPr>
                <w:rFonts w:ascii="Arial" w:eastAsia="MS Mincho" w:hAnsi="Arial" w:cs="Arial"/>
                <w:sz w:val="20"/>
                <w:szCs w:val="20"/>
                <w:lang w:val="pl-PL"/>
              </w:rPr>
              <w:br/>
              <w:t>300 f/s – 0 pkt.</w:t>
            </w:r>
            <w:r w:rsidRPr="00B2699E">
              <w:rPr>
                <w:rFonts w:ascii="Arial" w:eastAsia="MS Mincho" w:hAnsi="Arial" w:cs="Arial"/>
                <w:sz w:val="20"/>
                <w:szCs w:val="20"/>
                <w:lang w:val="pl-PL"/>
              </w:rPr>
              <w:br/>
              <w:t>&gt;300 f/s – 10 pkt.</w:t>
            </w:r>
            <w:r w:rsidRPr="00B2699E">
              <w:rPr>
                <w:rFonts w:ascii="Arial" w:eastAsia="MS Mincho" w:hAnsi="Arial" w:cs="Arial"/>
                <w:sz w:val="20"/>
                <w:szCs w:val="20"/>
                <w:lang w:val="pl-PL"/>
              </w:rPr>
              <w:br/>
            </w:r>
          </w:p>
        </w:tc>
        <w:tc>
          <w:tcPr>
            <w:tcW w:w="2674" w:type="dxa"/>
          </w:tcPr>
          <w:p w14:paraId="65F8CB4A"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300361F0" w14:textId="77777777" w:rsidTr="002A4B99">
        <w:trPr>
          <w:cantSplit/>
        </w:trPr>
        <w:tc>
          <w:tcPr>
            <w:tcW w:w="670" w:type="dxa"/>
            <w:vAlign w:val="center"/>
          </w:tcPr>
          <w:p w14:paraId="350FCE1A"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3A6290CA" w14:textId="45EF1DB4"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Maksymalny PRF dla Dopplera kolorowego - Min 12 kHz</w:t>
            </w:r>
          </w:p>
        </w:tc>
        <w:tc>
          <w:tcPr>
            <w:tcW w:w="2239" w:type="dxa"/>
            <w:vAlign w:val="center"/>
          </w:tcPr>
          <w:p w14:paraId="72596AF3"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r w:rsidRPr="00B2699E">
              <w:rPr>
                <w:rFonts w:ascii="Arial" w:eastAsia="MS Mincho" w:hAnsi="Arial" w:cs="Arial"/>
                <w:sz w:val="20"/>
                <w:szCs w:val="20"/>
                <w:lang w:val="pl-PL"/>
              </w:rPr>
              <w:br/>
              <w:t>12 kHz – 0 pkt.</w:t>
            </w:r>
            <w:r w:rsidRPr="00B2699E">
              <w:rPr>
                <w:rFonts w:ascii="Arial" w:eastAsia="MS Mincho" w:hAnsi="Arial" w:cs="Arial"/>
                <w:sz w:val="20"/>
                <w:szCs w:val="20"/>
                <w:lang w:val="pl-PL"/>
              </w:rPr>
              <w:br/>
              <w:t>&gt;12 kHz – 10 pkt</w:t>
            </w:r>
          </w:p>
        </w:tc>
        <w:tc>
          <w:tcPr>
            <w:tcW w:w="2674" w:type="dxa"/>
          </w:tcPr>
          <w:p w14:paraId="6B68D6C0"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2AA27DBE" w14:textId="77777777" w:rsidTr="002A4B99">
        <w:trPr>
          <w:cantSplit/>
        </w:trPr>
        <w:tc>
          <w:tcPr>
            <w:tcW w:w="670" w:type="dxa"/>
            <w:vAlign w:val="center"/>
          </w:tcPr>
          <w:p w14:paraId="0CD0F41B"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473160F6"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Doppler mocy</w:t>
            </w:r>
          </w:p>
        </w:tc>
        <w:tc>
          <w:tcPr>
            <w:tcW w:w="2239" w:type="dxa"/>
            <w:vAlign w:val="center"/>
          </w:tcPr>
          <w:p w14:paraId="4C619D33"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57D89394"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4800F99A" w14:textId="77777777" w:rsidTr="002A4B99">
        <w:trPr>
          <w:cantSplit/>
        </w:trPr>
        <w:tc>
          <w:tcPr>
            <w:tcW w:w="670" w:type="dxa"/>
            <w:vAlign w:val="center"/>
          </w:tcPr>
          <w:p w14:paraId="36BEA7DC"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4B3A617D"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Kierunkowy Doppler mocy</w:t>
            </w:r>
          </w:p>
        </w:tc>
        <w:tc>
          <w:tcPr>
            <w:tcW w:w="2239" w:type="dxa"/>
            <w:vAlign w:val="center"/>
          </w:tcPr>
          <w:p w14:paraId="19BAC597"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2D3AE8C8"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6FCC04A6" w14:textId="77777777" w:rsidTr="002A4B99">
        <w:trPr>
          <w:cantSplit/>
        </w:trPr>
        <w:tc>
          <w:tcPr>
            <w:tcW w:w="670" w:type="dxa"/>
            <w:vAlign w:val="center"/>
          </w:tcPr>
          <w:p w14:paraId="68746495"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54438796"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Doppler Spektralny Fali Pulsacyjnej (Doppler pulsacyjny)</w:t>
            </w:r>
          </w:p>
        </w:tc>
        <w:tc>
          <w:tcPr>
            <w:tcW w:w="2239" w:type="dxa"/>
            <w:vAlign w:val="center"/>
          </w:tcPr>
          <w:p w14:paraId="3DB56F11"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7472B664"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483FE7E3" w14:textId="77777777" w:rsidTr="002A4B99">
        <w:trPr>
          <w:cantSplit/>
        </w:trPr>
        <w:tc>
          <w:tcPr>
            <w:tcW w:w="670" w:type="dxa"/>
            <w:vAlign w:val="center"/>
          </w:tcPr>
          <w:p w14:paraId="00DB4AEC"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77D5E186" w14:textId="0153666D"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Arial Unicode MS" w:hAnsi="Arial" w:cs="Arial"/>
                <w:sz w:val="20"/>
                <w:szCs w:val="20"/>
                <w:lang w:val="pl-PL"/>
              </w:rPr>
              <w:t>Wielkość bramki Dopplera pulsacyjnego regulowana - Min 0,5 mm -30 mm</w:t>
            </w:r>
          </w:p>
        </w:tc>
        <w:tc>
          <w:tcPr>
            <w:tcW w:w="2239" w:type="dxa"/>
            <w:vAlign w:val="center"/>
          </w:tcPr>
          <w:p w14:paraId="6339CECF"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3BBFCD9E"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7D6C08E1" w14:textId="77777777" w:rsidTr="002A4B99">
        <w:trPr>
          <w:cantSplit/>
        </w:trPr>
        <w:tc>
          <w:tcPr>
            <w:tcW w:w="670" w:type="dxa"/>
            <w:vAlign w:val="center"/>
          </w:tcPr>
          <w:p w14:paraId="56AFBFDD"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2F60574E"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Arial Unicode MS" w:hAnsi="Arial" w:cs="Arial"/>
                <w:sz w:val="20"/>
                <w:szCs w:val="20"/>
                <w:lang w:val="pl-PL"/>
              </w:rPr>
              <w:t>Maksymalny PRF dla Dopplera pulsacyjnego - Min. 13,9 kHz</w:t>
            </w:r>
          </w:p>
        </w:tc>
        <w:tc>
          <w:tcPr>
            <w:tcW w:w="2239" w:type="dxa"/>
            <w:vAlign w:val="center"/>
          </w:tcPr>
          <w:p w14:paraId="1E0212E5"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509BA093"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3A254BDC" w14:textId="77777777" w:rsidTr="002A4B99">
        <w:trPr>
          <w:cantSplit/>
        </w:trPr>
        <w:tc>
          <w:tcPr>
            <w:tcW w:w="670" w:type="dxa"/>
            <w:vAlign w:val="center"/>
          </w:tcPr>
          <w:p w14:paraId="349DAC01"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1FDC7D67"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 xml:space="preserve">Tryb </w:t>
            </w:r>
            <w:proofErr w:type="spellStart"/>
            <w:r w:rsidRPr="00B2699E">
              <w:rPr>
                <w:rFonts w:ascii="Arial" w:eastAsia="GulimChe" w:hAnsi="Arial" w:cs="Arial"/>
                <w:sz w:val="20"/>
                <w:szCs w:val="20"/>
                <w:lang w:val="pl-PL"/>
              </w:rPr>
              <w:t>Triplex</w:t>
            </w:r>
            <w:proofErr w:type="spellEnd"/>
            <w:r w:rsidRPr="00B2699E">
              <w:rPr>
                <w:rFonts w:ascii="Arial" w:eastAsia="GulimChe" w:hAnsi="Arial" w:cs="Arial"/>
                <w:sz w:val="20"/>
                <w:szCs w:val="20"/>
                <w:lang w:val="pl-PL"/>
              </w:rPr>
              <w:t xml:space="preserve"> (B+CD/PD+PWD)</w:t>
            </w:r>
          </w:p>
        </w:tc>
        <w:tc>
          <w:tcPr>
            <w:tcW w:w="2239" w:type="dxa"/>
            <w:vAlign w:val="center"/>
          </w:tcPr>
          <w:p w14:paraId="68C3A67E" w14:textId="77777777" w:rsidR="002A47C5" w:rsidRPr="00B2699E" w:rsidRDefault="002A47C5" w:rsidP="002A47C5">
            <w:pPr>
              <w:jc w:val="center"/>
              <w:rPr>
                <w:rFonts w:ascii="Arial" w:eastAsia="MS Mincho" w:hAnsi="Arial" w:cs="Arial"/>
                <w:sz w:val="20"/>
                <w:szCs w:val="20"/>
                <w:lang w:val="pl-PL"/>
              </w:rPr>
            </w:pPr>
            <w:r w:rsidRPr="00B2699E">
              <w:rPr>
                <w:rFonts w:ascii="Arial" w:eastAsia="GulimChe" w:hAnsi="Arial" w:cs="Arial"/>
                <w:sz w:val="20"/>
                <w:szCs w:val="20"/>
                <w:lang w:val="pl-PL"/>
              </w:rPr>
              <w:t>TAK</w:t>
            </w:r>
          </w:p>
        </w:tc>
        <w:tc>
          <w:tcPr>
            <w:tcW w:w="2674" w:type="dxa"/>
          </w:tcPr>
          <w:p w14:paraId="34D713F4"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0065FDC4" w14:textId="77777777" w:rsidTr="002A4B99">
        <w:trPr>
          <w:cantSplit/>
        </w:trPr>
        <w:tc>
          <w:tcPr>
            <w:tcW w:w="670" w:type="dxa"/>
            <w:vAlign w:val="center"/>
          </w:tcPr>
          <w:p w14:paraId="43DC170E"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6D6D4FA5"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Obrazowanie złożeniowe (B+B/CD) w czasie rzeczywistym</w:t>
            </w:r>
          </w:p>
        </w:tc>
        <w:tc>
          <w:tcPr>
            <w:tcW w:w="2239" w:type="dxa"/>
            <w:vAlign w:val="center"/>
          </w:tcPr>
          <w:p w14:paraId="15956BCC" w14:textId="77777777" w:rsidR="002A47C5" w:rsidRPr="00B2699E" w:rsidRDefault="002A47C5" w:rsidP="002A47C5">
            <w:pPr>
              <w:jc w:val="center"/>
              <w:rPr>
                <w:rFonts w:ascii="Arial" w:eastAsia="MS Mincho" w:hAnsi="Arial" w:cs="Arial"/>
                <w:sz w:val="20"/>
                <w:szCs w:val="20"/>
                <w:lang w:val="pl-PL"/>
              </w:rPr>
            </w:pPr>
            <w:r w:rsidRPr="00B2699E">
              <w:rPr>
                <w:rFonts w:ascii="Arial" w:eastAsia="GulimChe" w:hAnsi="Arial" w:cs="Arial"/>
                <w:sz w:val="20"/>
                <w:szCs w:val="20"/>
                <w:lang w:val="pl-PL"/>
              </w:rPr>
              <w:t>TAK</w:t>
            </w:r>
          </w:p>
        </w:tc>
        <w:tc>
          <w:tcPr>
            <w:tcW w:w="2674" w:type="dxa"/>
          </w:tcPr>
          <w:p w14:paraId="20553885"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242A8EFD" w14:textId="77777777" w:rsidTr="002A4B99">
        <w:trPr>
          <w:cantSplit/>
        </w:trPr>
        <w:tc>
          <w:tcPr>
            <w:tcW w:w="670" w:type="dxa"/>
            <w:vAlign w:val="center"/>
          </w:tcPr>
          <w:p w14:paraId="63C50B90"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19597878"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Obrazowanie krzyżowe</w:t>
            </w:r>
          </w:p>
        </w:tc>
        <w:tc>
          <w:tcPr>
            <w:tcW w:w="2239" w:type="dxa"/>
            <w:vAlign w:val="center"/>
          </w:tcPr>
          <w:p w14:paraId="186F5DB3" w14:textId="77777777" w:rsidR="002A47C5" w:rsidRPr="00B2699E" w:rsidRDefault="002A47C5" w:rsidP="002A47C5">
            <w:pPr>
              <w:jc w:val="center"/>
              <w:rPr>
                <w:rFonts w:ascii="Arial" w:eastAsia="MS Mincho" w:hAnsi="Arial" w:cs="Arial"/>
                <w:sz w:val="20"/>
                <w:szCs w:val="20"/>
                <w:lang w:val="pl-PL"/>
              </w:rPr>
            </w:pPr>
            <w:r w:rsidRPr="00B2699E">
              <w:rPr>
                <w:rFonts w:ascii="Arial" w:eastAsia="GulimChe" w:hAnsi="Arial" w:cs="Arial"/>
                <w:sz w:val="20"/>
                <w:szCs w:val="20"/>
                <w:lang w:val="pl-PL"/>
              </w:rPr>
              <w:t>TAK</w:t>
            </w:r>
          </w:p>
        </w:tc>
        <w:tc>
          <w:tcPr>
            <w:tcW w:w="2674" w:type="dxa"/>
          </w:tcPr>
          <w:p w14:paraId="036A6829"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297D8EBC" w14:textId="77777777" w:rsidTr="002A4B99">
        <w:trPr>
          <w:cantSplit/>
        </w:trPr>
        <w:tc>
          <w:tcPr>
            <w:tcW w:w="670" w:type="dxa"/>
            <w:vAlign w:val="center"/>
          </w:tcPr>
          <w:p w14:paraId="0FBC4C31"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45C3A3D4"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Wielostopniowe oprogramowanie redukujące szumy, wygładzające obraz B i wyostrzające kontury - obraz zbliżony do obrazu              z MR (np. SONO MR, Full SRI lub ekwiwalent)</w:t>
            </w:r>
          </w:p>
        </w:tc>
        <w:tc>
          <w:tcPr>
            <w:tcW w:w="2239" w:type="dxa"/>
            <w:vAlign w:val="center"/>
          </w:tcPr>
          <w:p w14:paraId="7D70E669" w14:textId="77777777" w:rsidR="002A47C5" w:rsidRPr="00B2699E" w:rsidRDefault="002A47C5" w:rsidP="002A47C5">
            <w:pPr>
              <w:jc w:val="center"/>
              <w:rPr>
                <w:rFonts w:ascii="Arial" w:eastAsia="MS Mincho" w:hAnsi="Arial" w:cs="Arial"/>
                <w:sz w:val="20"/>
                <w:szCs w:val="20"/>
                <w:lang w:val="pl-PL"/>
              </w:rPr>
            </w:pPr>
            <w:r w:rsidRPr="00B2699E">
              <w:rPr>
                <w:rFonts w:ascii="Arial" w:eastAsia="GulimChe" w:hAnsi="Arial" w:cs="Arial"/>
                <w:sz w:val="20"/>
                <w:szCs w:val="20"/>
                <w:lang w:val="pl-PL"/>
              </w:rPr>
              <w:t>TAK</w:t>
            </w:r>
          </w:p>
        </w:tc>
        <w:tc>
          <w:tcPr>
            <w:tcW w:w="2674" w:type="dxa"/>
          </w:tcPr>
          <w:p w14:paraId="6F4447A6"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123FAFA8" w14:textId="77777777" w:rsidTr="002A4B99">
        <w:trPr>
          <w:cantSplit/>
        </w:trPr>
        <w:tc>
          <w:tcPr>
            <w:tcW w:w="670" w:type="dxa"/>
            <w:vAlign w:val="center"/>
          </w:tcPr>
          <w:p w14:paraId="50D99DA2"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478139CD"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Obrazowanie częstotliwościowe wykorzystujące technologie obrazowania na kilku częstotliwościach jednocześnie.</w:t>
            </w:r>
          </w:p>
        </w:tc>
        <w:tc>
          <w:tcPr>
            <w:tcW w:w="2239" w:type="dxa"/>
            <w:vAlign w:val="center"/>
          </w:tcPr>
          <w:p w14:paraId="4393412B" w14:textId="77777777" w:rsidR="002A47C5" w:rsidRPr="00B2699E" w:rsidRDefault="002A47C5" w:rsidP="002A47C5">
            <w:pPr>
              <w:jc w:val="center"/>
              <w:rPr>
                <w:rFonts w:ascii="Arial" w:eastAsia="MS Mincho" w:hAnsi="Arial" w:cs="Arial"/>
                <w:sz w:val="20"/>
                <w:szCs w:val="20"/>
                <w:lang w:val="pl-PL"/>
              </w:rPr>
            </w:pPr>
            <w:r w:rsidRPr="00B2699E">
              <w:rPr>
                <w:rFonts w:ascii="Arial" w:eastAsia="GulimChe" w:hAnsi="Arial" w:cs="Arial"/>
                <w:sz w:val="20"/>
                <w:szCs w:val="20"/>
                <w:lang w:val="pl-PL"/>
              </w:rPr>
              <w:t>TAK</w:t>
            </w:r>
          </w:p>
        </w:tc>
        <w:tc>
          <w:tcPr>
            <w:tcW w:w="2674" w:type="dxa"/>
          </w:tcPr>
          <w:p w14:paraId="0337E458"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39886165" w14:textId="77777777" w:rsidTr="002A4B99">
        <w:trPr>
          <w:cantSplit/>
        </w:trPr>
        <w:tc>
          <w:tcPr>
            <w:tcW w:w="670" w:type="dxa"/>
            <w:vAlign w:val="center"/>
          </w:tcPr>
          <w:p w14:paraId="30426F8A"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7FBDD1C1"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 xml:space="preserve">Aktywne bezterminowo licencje DICOM 3.0 minimum: Storage, </w:t>
            </w:r>
            <w:proofErr w:type="spellStart"/>
            <w:r w:rsidRPr="00B2699E">
              <w:rPr>
                <w:rFonts w:ascii="Arial" w:eastAsia="GulimChe" w:hAnsi="Arial" w:cs="Arial"/>
                <w:sz w:val="20"/>
                <w:szCs w:val="20"/>
                <w:lang w:val="pl-PL"/>
              </w:rPr>
              <w:t>Worklist</w:t>
            </w:r>
            <w:proofErr w:type="spellEnd"/>
          </w:p>
        </w:tc>
        <w:tc>
          <w:tcPr>
            <w:tcW w:w="2239" w:type="dxa"/>
            <w:vAlign w:val="center"/>
          </w:tcPr>
          <w:p w14:paraId="3024C40A" w14:textId="77777777" w:rsidR="002A47C5" w:rsidRPr="00B2699E" w:rsidRDefault="002A47C5" w:rsidP="002A47C5">
            <w:pPr>
              <w:jc w:val="center"/>
              <w:rPr>
                <w:rFonts w:ascii="Arial" w:eastAsia="MS Mincho" w:hAnsi="Arial" w:cs="Arial"/>
                <w:sz w:val="20"/>
                <w:szCs w:val="20"/>
                <w:lang w:val="pl-PL"/>
              </w:rPr>
            </w:pPr>
            <w:r w:rsidRPr="00B2699E">
              <w:rPr>
                <w:rFonts w:ascii="Arial" w:eastAsia="GulimChe" w:hAnsi="Arial" w:cs="Arial"/>
                <w:sz w:val="20"/>
                <w:szCs w:val="20"/>
                <w:lang w:val="pl-PL"/>
              </w:rPr>
              <w:t>TAK</w:t>
            </w:r>
          </w:p>
        </w:tc>
        <w:tc>
          <w:tcPr>
            <w:tcW w:w="2674" w:type="dxa"/>
          </w:tcPr>
          <w:p w14:paraId="0D816EE8"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0336EA33" w14:textId="77777777" w:rsidTr="002A4B99">
        <w:trPr>
          <w:cantSplit/>
        </w:trPr>
        <w:tc>
          <w:tcPr>
            <w:tcW w:w="670" w:type="dxa"/>
            <w:vAlign w:val="center"/>
          </w:tcPr>
          <w:p w14:paraId="400D327D"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5556B43C"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Innowacyjna wizualizacja 3D przepływu kolorowego Dopplera i Dopplera mocy</w:t>
            </w:r>
          </w:p>
        </w:tc>
        <w:tc>
          <w:tcPr>
            <w:tcW w:w="2239" w:type="dxa"/>
            <w:vAlign w:val="center"/>
          </w:tcPr>
          <w:p w14:paraId="7A4D3EEE" w14:textId="77777777" w:rsidR="002A47C5" w:rsidRPr="00B2699E" w:rsidRDefault="002A47C5" w:rsidP="002A47C5">
            <w:pPr>
              <w:jc w:val="center"/>
              <w:rPr>
                <w:rFonts w:ascii="Arial" w:eastAsia="MS Mincho" w:hAnsi="Arial" w:cs="Arial"/>
                <w:sz w:val="20"/>
                <w:szCs w:val="20"/>
                <w:lang w:val="pl-PL"/>
              </w:rPr>
            </w:pPr>
            <w:r w:rsidRPr="00B2699E">
              <w:rPr>
                <w:rFonts w:ascii="Arial" w:eastAsia="GulimChe" w:hAnsi="Arial" w:cs="Arial"/>
                <w:sz w:val="20"/>
                <w:szCs w:val="20"/>
                <w:lang w:val="pl-PL"/>
              </w:rPr>
              <w:t>TAK</w:t>
            </w:r>
          </w:p>
        </w:tc>
        <w:tc>
          <w:tcPr>
            <w:tcW w:w="2674" w:type="dxa"/>
          </w:tcPr>
          <w:p w14:paraId="00742833"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1A72774A" w14:textId="77777777" w:rsidTr="002A4B99">
        <w:trPr>
          <w:cantSplit/>
        </w:trPr>
        <w:tc>
          <w:tcPr>
            <w:tcW w:w="9714" w:type="dxa"/>
            <w:gridSpan w:val="4"/>
            <w:vAlign w:val="center"/>
          </w:tcPr>
          <w:p w14:paraId="6CC34672" w14:textId="77777777" w:rsidR="002A47C5" w:rsidRPr="00BF11BD" w:rsidRDefault="002A47C5" w:rsidP="002A47C5">
            <w:pPr>
              <w:tabs>
                <w:tab w:val="left" w:pos="1160"/>
              </w:tabs>
              <w:snapToGrid w:val="0"/>
              <w:jc w:val="center"/>
              <w:rPr>
                <w:rFonts w:ascii="Arial" w:eastAsia="MS Mincho" w:hAnsi="Arial" w:cs="Arial"/>
                <w:b/>
                <w:bCs/>
                <w:sz w:val="20"/>
                <w:szCs w:val="20"/>
                <w:lang w:val="pl-PL"/>
              </w:rPr>
            </w:pPr>
            <w:r w:rsidRPr="00BF11BD">
              <w:rPr>
                <w:rFonts w:ascii="Arial" w:eastAsia="MS Mincho" w:hAnsi="Arial" w:cs="Arial"/>
                <w:b/>
                <w:bCs/>
                <w:sz w:val="20"/>
                <w:szCs w:val="20"/>
                <w:lang w:val="pl-PL"/>
              </w:rPr>
              <w:t>Oprogramowanie</w:t>
            </w:r>
          </w:p>
        </w:tc>
      </w:tr>
      <w:tr w:rsidR="002A47C5" w:rsidRPr="00B2699E" w14:paraId="1023FD93" w14:textId="77777777" w:rsidTr="002A4B99">
        <w:trPr>
          <w:cantSplit/>
        </w:trPr>
        <w:tc>
          <w:tcPr>
            <w:tcW w:w="670" w:type="dxa"/>
            <w:vAlign w:val="center"/>
          </w:tcPr>
          <w:p w14:paraId="34572461"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0E1B768E"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Badania radiologiczne</w:t>
            </w:r>
          </w:p>
        </w:tc>
        <w:tc>
          <w:tcPr>
            <w:tcW w:w="2239" w:type="dxa"/>
            <w:vAlign w:val="center"/>
          </w:tcPr>
          <w:p w14:paraId="4E9FECD8" w14:textId="77777777" w:rsidR="002A47C5" w:rsidRPr="00B2699E" w:rsidRDefault="002A47C5" w:rsidP="002A47C5">
            <w:pPr>
              <w:jc w:val="center"/>
              <w:rPr>
                <w:rFonts w:ascii="Arial" w:eastAsia="MS Mincho" w:hAnsi="Arial" w:cs="Arial"/>
                <w:sz w:val="20"/>
                <w:szCs w:val="20"/>
                <w:lang w:val="pl-PL"/>
              </w:rPr>
            </w:pPr>
            <w:r w:rsidRPr="00B2699E">
              <w:rPr>
                <w:rFonts w:ascii="Arial" w:eastAsia="GulimChe" w:hAnsi="Arial" w:cs="Arial"/>
                <w:sz w:val="20"/>
                <w:szCs w:val="20"/>
                <w:lang w:val="pl-PL"/>
              </w:rPr>
              <w:t>TAK</w:t>
            </w:r>
          </w:p>
        </w:tc>
        <w:tc>
          <w:tcPr>
            <w:tcW w:w="2674" w:type="dxa"/>
          </w:tcPr>
          <w:p w14:paraId="684DEA57"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21333F6B" w14:textId="77777777" w:rsidTr="002A4B99">
        <w:trPr>
          <w:cantSplit/>
        </w:trPr>
        <w:tc>
          <w:tcPr>
            <w:tcW w:w="670" w:type="dxa"/>
            <w:vAlign w:val="center"/>
          </w:tcPr>
          <w:p w14:paraId="4FC3AE71"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21080E2D"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Badania małych narządów</w:t>
            </w:r>
          </w:p>
        </w:tc>
        <w:tc>
          <w:tcPr>
            <w:tcW w:w="2239" w:type="dxa"/>
            <w:vAlign w:val="center"/>
          </w:tcPr>
          <w:p w14:paraId="4D14A81E" w14:textId="77777777" w:rsidR="002A47C5" w:rsidRPr="00B2699E" w:rsidRDefault="002A47C5" w:rsidP="002A47C5">
            <w:pPr>
              <w:jc w:val="center"/>
              <w:rPr>
                <w:rFonts w:ascii="Arial" w:eastAsia="MS Mincho" w:hAnsi="Arial" w:cs="Arial"/>
                <w:sz w:val="20"/>
                <w:szCs w:val="20"/>
                <w:lang w:val="pl-PL"/>
              </w:rPr>
            </w:pPr>
            <w:r w:rsidRPr="00B2699E">
              <w:rPr>
                <w:rFonts w:ascii="Arial" w:eastAsia="GulimChe" w:hAnsi="Arial" w:cs="Arial"/>
                <w:sz w:val="20"/>
                <w:szCs w:val="20"/>
                <w:lang w:val="pl-PL"/>
              </w:rPr>
              <w:t>TAK</w:t>
            </w:r>
          </w:p>
        </w:tc>
        <w:tc>
          <w:tcPr>
            <w:tcW w:w="2674" w:type="dxa"/>
          </w:tcPr>
          <w:p w14:paraId="2C826396"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166D9093" w14:textId="77777777" w:rsidTr="002A4B99">
        <w:trPr>
          <w:cantSplit/>
        </w:trPr>
        <w:tc>
          <w:tcPr>
            <w:tcW w:w="670" w:type="dxa"/>
            <w:vAlign w:val="center"/>
          </w:tcPr>
          <w:p w14:paraId="4614C21D"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2567AF00"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Badania naczyniowe</w:t>
            </w:r>
          </w:p>
        </w:tc>
        <w:tc>
          <w:tcPr>
            <w:tcW w:w="2239" w:type="dxa"/>
            <w:vAlign w:val="center"/>
          </w:tcPr>
          <w:p w14:paraId="15B14C06" w14:textId="77777777" w:rsidR="002A47C5" w:rsidRPr="00B2699E" w:rsidRDefault="002A47C5" w:rsidP="002A47C5">
            <w:pPr>
              <w:jc w:val="center"/>
              <w:rPr>
                <w:rFonts w:ascii="Arial" w:eastAsia="MS Mincho" w:hAnsi="Arial" w:cs="Arial"/>
                <w:sz w:val="20"/>
                <w:szCs w:val="20"/>
                <w:lang w:val="pl-PL"/>
              </w:rPr>
            </w:pPr>
            <w:r w:rsidRPr="00B2699E">
              <w:rPr>
                <w:rFonts w:ascii="Arial" w:eastAsia="GulimChe" w:hAnsi="Arial" w:cs="Arial"/>
                <w:sz w:val="20"/>
                <w:szCs w:val="20"/>
                <w:lang w:val="pl-PL"/>
              </w:rPr>
              <w:t>TAK</w:t>
            </w:r>
          </w:p>
        </w:tc>
        <w:tc>
          <w:tcPr>
            <w:tcW w:w="2674" w:type="dxa"/>
          </w:tcPr>
          <w:p w14:paraId="4DBE3E6C"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4FC297CC" w14:textId="77777777" w:rsidTr="002A4B99">
        <w:trPr>
          <w:cantSplit/>
        </w:trPr>
        <w:tc>
          <w:tcPr>
            <w:tcW w:w="670" w:type="dxa"/>
            <w:vAlign w:val="center"/>
          </w:tcPr>
          <w:p w14:paraId="04501AFE"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10282F9C"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Badania położnicze</w:t>
            </w:r>
          </w:p>
        </w:tc>
        <w:tc>
          <w:tcPr>
            <w:tcW w:w="2239" w:type="dxa"/>
            <w:vAlign w:val="center"/>
          </w:tcPr>
          <w:p w14:paraId="70B72306" w14:textId="77777777" w:rsidR="002A47C5" w:rsidRPr="00B2699E" w:rsidRDefault="002A47C5" w:rsidP="002A47C5">
            <w:pPr>
              <w:jc w:val="center"/>
              <w:rPr>
                <w:rFonts w:ascii="Arial" w:eastAsia="MS Mincho" w:hAnsi="Arial" w:cs="Arial"/>
                <w:sz w:val="20"/>
                <w:szCs w:val="20"/>
                <w:lang w:val="pl-PL"/>
              </w:rPr>
            </w:pPr>
            <w:r w:rsidRPr="00B2699E">
              <w:rPr>
                <w:rFonts w:ascii="Arial" w:eastAsia="GulimChe" w:hAnsi="Arial" w:cs="Arial"/>
                <w:sz w:val="20"/>
                <w:szCs w:val="20"/>
                <w:lang w:val="pl-PL"/>
              </w:rPr>
              <w:t>TAK</w:t>
            </w:r>
          </w:p>
        </w:tc>
        <w:tc>
          <w:tcPr>
            <w:tcW w:w="2674" w:type="dxa"/>
          </w:tcPr>
          <w:p w14:paraId="3CC79597"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5D59A38C" w14:textId="77777777" w:rsidTr="002A4B99">
        <w:trPr>
          <w:cantSplit/>
        </w:trPr>
        <w:tc>
          <w:tcPr>
            <w:tcW w:w="670" w:type="dxa"/>
            <w:vAlign w:val="center"/>
          </w:tcPr>
          <w:p w14:paraId="7746540F"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6013B351"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Badania ginekologiczne</w:t>
            </w:r>
          </w:p>
        </w:tc>
        <w:tc>
          <w:tcPr>
            <w:tcW w:w="2239" w:type="dxa"/>
            <w:vAlign w:val="center"/>
          </w:tcPr>
          <w:p w14:paraId="6ED30B9B" w14:textId="77777777" w:rsidR="002A47C5" w:rsidRPr="00B2699E" w:rsidRDefault="002A47C5" w:rsidP="002A47C5">
            <w:pPr>
              <w:jc w:val="center"/>
              <w:rPr>
                <w:rFonts w:ascii="Arial" w:eastAsia="MS Mincho" w:hAnsi="Arial" w:cs="Arial"/>
                <w:sz w:val="20"/>
                <w:szCs w:val="20"/>
                <w:lang w:val="pl-PL"/>
              </w:rPr>
            </w:pPr>
            <w:r w:rsidRPr="00B2699E">
              <w:rPr>
                <w:rFonts w:ascii="Arial" w:eastAsia="GulimChe" w:hAnsi="Arial" w:cs="Arial"/>
                <w:sz w:val="20"/>
                <w:szCs w:val="20"/>
                <w:lang w:val="pl-PL"/>
              </w:rPr>
              <w:t>TAK</w:t>
            </w:r>
          </w:p>
        </w:tc>
        <w:tc>
          <w:tcPr>
            <w:tcW w:w="2674" w:type="dxa"/>
          </w:tcPr>
          <w:p w14:paraId="317129B4"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5190B573" w14:textId="77777777" w:rsidTr="002A4B99">
        <w:trPr>
          <w:cantSplit/>
        </w:trPr>
        <w:tc>
          <w:tcPr>
            <w:tcW w:w="670" w:type="dxa"/>
            <w:vAlign w:val="center"/>
          </w:tcPr>
          <w:p w14:paraId="52E424CC"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15649861"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Badania kardiologiczne</w:t>
            </w:r>
          </w:p>
        </w:tc>
        <w:tc>
          <w:tcPr>
            <w:tcW w:w="2239" w:type="dxa"/>
            <w:vAlign w:val="center"/>
          </w:tcPr>
          <w:p w14:paraId="4F3674CA" w14:textId="77777777" w:rsidR="002A47C5" w:rsidRPr="00B2699E" w:rsidRDefault="002A47C5" w:rsidP="002A47C5">
            <w:pPr>
              <w:jc w:val="center"/>
              <w:rPr>
                <w:rFonts w:ascii="Arial" w:eastAsia="MS Mincho" w:hAnsi="Arial" w:cs="Arial"/>
                <w:sz w:val="20"/>
                <w:szCs w:val="20"/>
                <w:lang w:val="pl-PL"/>
              </w:rPr>
            </w:pPr>
            <w:r w:rsidRPr="00B2699E">
              <w:rPr>
                <w:rFonts w:ascii="Arial" w:eastAsia="GulimChe" w:hAnsi="Arial" w:cs="Arial"/>
                <w:sz w:val="20"/>
                <w:szCs w:val="20"/>
                <w:lang w:val="pl-PL"/>
              </w:rPr>
              <w:t>TAK</w:t>
            </w:r>
          </w:p>
        </w:tc>
        <w:tc>
          <w:tcPr>
            <w:tcW w:w="2674" w:type="dxa"/>
          </w:tcPr>
          <w:p w14:paraId="772B4205"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2A3D9515" w14:textId="77777777" w:rsidTr="002A4B99">
        <w:trPr>
          <w:cantSplit/>
        </w:trPr>
        <w:tc>
          <w:tcPr>
            <w:tcW w:w="670" w:type="dxa"/>
            <w:vAlign w:val="center"/>
          </w:tcPr>
          <w:p w14:paraId="378DCB87"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55C5D036"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Badania pediatryczne</w:t>
            </w:r>
          </w:p>
        </w:tc>
        <w:tc>
          <w:tcPr>
            <w:tcW w:w="2239" w:type="dxa"/>
            <w:vAlign w:val="center"/>
          </w:tcPr>
          <w:p w14:paraId="20D17D1D" w14:textId="77777777" w:rsidR="002A47C5" w:rsidRPr="00B2699E" w:rsidRDefault="002A47C5" w:rsidP="002A47C5">
            <w:pPr>
              <w:jc w:val="center"/>
              <w:rPr>
                <w:rFonts w:ascii="Arial" w:eastAsia="MS Mincho" w:hAnsi="Arial" w:cs="Arial"/>
                <w:sz w:val="20"/>
                <w:szCs w:val="20"/>
                <w:lang w:val="pl-PL"/>
              </w:rPr>
            </w:pPr>
            <w:r w:rsidRPr="00B2699E">
              <w:rPr>
                <w:rFonts w:ascii="Arial" w:eastAsia="GulimChe" w:hAnsi="Arial" w:cs="Arial"/>
                <w:sz w:val="20"/>
                <w:szCs w:val="20"/>
                <w:lang w:val="pl-PL"/>
              </w:rPr>
              <w:t>TAK</w:t>
            </w:r>
          </w:p>
        </w:tc>
        <w:tc>
          <w:tcPr>
            <w:tcW w:w="2674" w:type="dxa"/>
          </w:tcPr>
          <w:p w14:paraId="1FB97EAE"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2805B977" w14:textId="77777777" w:rsidTr="002A4B99">
        <w:trPr>
          <w:cantSplit/>
        </w:trPr>
        <w:tc>
          <w:tcPr>
            <w:tcW w:w="670" w:type="dxa"/>
            <w:vAlign w:val="center"/>
          </w:tcPr>
          <w:p w14:paraId="178CFF21"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172446D2"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Badania urologiczne</w:t>
            </w:r>
          </w:p>
        </w:tc>
        <w:tc>
          <w:tcPr>
            <w:tcW w:w="2239" w:type="dxa"/>
            <w:vAlign w:val="center"/>
          </w:tcPr>
          <w:p w14:paraId="65BD91BF" w14:textId="77777777" w:rsidR="002A47C5" w:rsidRPr="00B2699E" w:rsidRDefault="002A47C5" w:rsidP="002A47C5">
            <w:pPr>
              <w:jc w:val="center"/>
              <w:rPr>
                <w:rFonts w:ascii="Arial" w:eastAsia="MS Mincho" w:hAnsi="Arial" w:cs="Arial"/>
                <w:sz w:val="20"/>
                <w:szCs w:val="20"/>
                <w:lang w:val="pl-PL"/>
              </w:rPr>
            </w:pPr>
            <w:r w:rsidRPr="00B2699E">
              <w:rPr>
                <w:rFonts w:ascii="Arial" w:eastAsia="GulimChe" w:hAnsi="Arial" w:cs="Arial"/>
                <w:sz w:val="20"/>
                <w:szCs w:val="20"/>
                <w:lang w:val="pl-PL"/>
              </w:rPr>
              <w:t>TAK</w:t>
            </w:r>
          </w:p>
        </w:tc>
        <w:tc>
          <w:tcPr>
            <w:tcW w:w="2674" w:type="dxa"/>
          </w:tcPr>
          <w:p w14:paraId="348D33B7"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1B63FFB7" w14:textId="77777777" w:rsidTr="002A4B99">
        <w:trPr>
          <w:cantSplit/>
        </w:trPr>
        <w:tc>
          <w:tcPr>
            <w:tcW w:w="670" w:type="dxa"/>
            <w:vAlign w:val="center"/>
          </w:tcPr>
          <w:p w14:paraId="7EA8D6BB"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2E42AF3B"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Pomiar odległości, obwodu, pola powierzchni, objętości</w:t>
            </w:r>
          </w:p>
        </w:tc>
        <w:tc>
          <w:tcPr>
            <w:tcW w:w="2239" w:type="dxa"/>
            <w:vAlign w:val="center"/>
          </w:tcPr>
          <w:p w14:paraId="4F494878" w14:textId="77777777" w:rsidR="002A47C5" w:rsidRPr="00B2699E" w:rsidRDefault="002A47C5" w:rsidP="002A47C5">
            <w:pPr>
              <w:jc w:val="center"/>
              <w:rPr>
                <w:rFonts w:ascii="Arial" w:eastAsia="MS Mincho" w:hAnsi="Arial" w:cs="Arial"/>
                <w:sz w:val="20"/>
                <w:szCs w:val="20"/>
                <w:lang w:val="pl-PL"/>
              </w:rPr>
            </w:pPr>
            <w:r w:rsidRPr="00B2699E">
              <w:rPr>
                <w:rFonts w:ascii="Arial" w:eastAsia="GulimChe" w:hAnsi="Arial" w:cs="Arial"/>
                <w:sz w:val="20"/>
                <w:szCs w:val="20"/>
                <w:lang w:val="pl-PL"/>
              </w:rPr>
              <w:t>TAK</w:t>
            </w:r>
          </w:p>
        </w:tc>
        <w:tc>
          <w:tcPr>
            <w:tcW w:w="2674" w:type="dxa"/>
          </w:tcPr>
          <w:p w14:paraId="496DFBDC"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048C5284" w14:textId="77777777" w:rsidTr="002A4B99">
        <w:trPr>
          <w:cantSplit/>
        </w:trPr>
        <w:tc>
          <w:tcPr>
            <w:tcW w:w="9714" w:type="dxa"/>
            <w:gridSpan w:val="4"/>
            <w:vAlign w:val="center"/>
          </w:tcPr>
          <w:p w14:paraId="6655CC52" w14:textId="77777777" w:rsidR="002A47C5" w:rsidRPr="00BF11BD" w:rsidRDefault="002A47C5" w:rsidP="002A47C5">
            <w:pPr>
              <w:tabs>
                <w:tab w:val="left" w:pos="1160"/>
              </w:tabs>
              <w:snapToGrid w:val="0"/>
              <w:jc w:val="center"/>
              <w:rPr>
                <w:rFonts w:ascii="Arial" w:eastAsia="MS Mincho" w:hAnsi="Arial" w:cs="Arial"/>
                <w:b/>
                <w:bCs/>
                <w:sz w:val="20"/>
                <w:szCs w:val="20"/>
                <w:lang w:val="pl-PL"/>
              </w:rPr>
            </w:pPr>
            <w:r w:rsidRPr="00BF11BD">
              <w:rPr>
                <w:rFonts w:ascii="Arial" w:eastAsia="MS Mincho" w:hAnsi="Arial" w:cs="Arial"/>
                <w:b/>
                <w:bCs/>
                <w:sz w:val="20"/>
                <w:szCs w:val="20"/>
                <w:lang w:val="pl-PL"/>
              </w:rPr>
              <w:t>Głowice</w:t>
            </w:r>
          </w:p>
        </w:tc>
      </w:tr>
      <w:tr w:rsidR="002A47C5" w:rsidRPr="00B2699E" w14:paraId="7704F57A" w14:textId="77777777" w:rsidTr="002A4B99">
        <w:trPr>
          <w:cantSplit/>
        </w:trPr>
        <w:tc>
          <w:tcPr>
            <w:tcW w:w="670" w:type="dxa"/>
            <w:vAlign w:val="center"/>
          </w:tcPr>
          <w:p w14:paraId="16463493"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1E5B9BBC"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Głowice szerokopasmowe o niezależnym wyborze częstotliwości w trybach B i Dopplera</w:t>
            </w:r>
          </w:p>
        </w:tc>
        <w:tc>
          <w:tcPr>
            <w:tcW w:w="2239" w:type="dxa"/>
            <w:vAlign w:val="center"/>
          </w:tcPr>
          <w:p w14:paraId="3B7234D8" w14:textId="77777777" w:rsidR="002A47C5" w:rsidRPr="00B2699E" w:rsidRDefault="002A47C5" w:rsidP="002A47C5">
            <w:pPr>
              <w:jc w:val="center"/>
              <w:rPr>
                <w:rFonts w:ascii="Arial" w:eastAsia="MS Mincho" w:hAnsi="Arial" w:cs="Arial"/>
                <w:sz w:val="20"/>
                <w:szCs w:val="20"/>
                <w:lang w:val="pl-PL"/>
              </w:rPr>
            </w:pPr>
            <w:r w:rsidRPr="00B2699E">
              <w:rPr>
                <w:rFonts w:ascii="Arial" w:eastAsia="GulimChe" w:hAnsi="Arial" w:cs="Arial"/>
                <w:sz w:val="20"/>
                <w:szCs w:val="20"/>
                <w:lang w:val="pl-PL"/>
              </w:rPr>
              <w:t>TAK</w:t>
            </w:r>
          </w:p>
        </w:tc>
        <w:tc>
          <w:tcPr>
            <w:tcW w:w="2674" w:type="dxa"/>
          </w:tcPr>
          <w:p w14:paraId="27620921"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52FF249F" w14:textId="77777777" w:rsidTr="002A4B99">
        <w:trPr>
          <w:cantSplit/>
        </w:trPr>
        <w:tc>
          <w:tcPr>
            <w:tcW w:w="670" w:type="dxa"/>
            <w:vAlign w:val="center"/>
          </w:tcPr>
          <w:p w14:paraId="144A35E5"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7E024D4E"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Arial Unicode MS" w:hAnsi="Arial" w:cs="Arial"/>
                <w:b/>
                <w:sz w:val="20"/>
                <w:szCs w:val="20"/>
                <w:lang w:val="pl-PL"/>
              </w:rPr>
              <w:t xml:space="preserve">Głowica Liniowa </w:t>
            </w:r>
          </w:p>
        </w:tc>
        <w:tc>
          <w:tcPr>
            <w:tcW w:w="2239" w:type="dxa"/>
          </w:tcPr>
          <w:p w14:paraId="395CB59A" w14:textId="77777777" w:rsidR="002A47C5" w:rsidRPr="00B2699E" w:rsidRDefault="002A47C5" w:rsidP="002A47C5">
            <w:pPr>
              <w:jc w:val="center"/>
              <w:rPr>
                <w:rFonts w:ascii="Arial" w:eastAsia="MS Mincho" w:hAnsi="Arial" w:cs="Arial"/>
                <w:sz w:val="20"/>
                <w:szCs w:val="20"/>
                <w:lang w:val="pl-PL"/>
              </w:rPr>
            </w:pPr>
            <w:r w:rsidRPr="00B2699E">
              <w:rPr>
                <w:rFonts w:ascii="Arial" w:eastAsia="GulimChe" w:hAnsi="Arial" w:cs="Arial"/>
                <w:sz w:val="20"/>
                <w:szCs w:val="20"/>
                <w:lang w:val="pl-PL"/>
              </w:rPr>
              <w:t>TAK</w:t>
            </w:r>
          </w:p>
        </w:tc>
        <w:tc>
          <w:tcPr>
            <w:tcW w:w="2674" w:type="dxa"/>
          </w:tcPr>
          <w:p w14:paraId="34AFAFFC"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3AB76C59" w14:textId="77777777" w:rsidTr="002A4B99">
        <w:trPr>
          <w:cantSplit/>
        </w:trPr>
        <w:tc>
          <w:tcPr>
            <w:tcW w:w="670" w:type="dxa"/>
            <w:vAlign w:val="center"/>
          </w:tcPr>
          <w:p w14:paraId="212CCBF1"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4E98B0C5"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Arial Unicode MS" w:hAnsi="Arial" w:cs="Arial"/>
                <w:sz w:val="20"/>
                <w:szCs w:val="20"/>
                <w:lang w:val="pl-PL"/>
              </w:rPr>
              <w:t>Minimalna częstotliwość pracy - max. 3 MHz</w:t>
            </w:r>
          </w:p>
        </w:tc>
        <w:tc>
          <w:tcPr>
            <w:tcW w:w="2239" w:type="dxa"/>
          </w:tcPr>
          <w:p w14:paraId="52C255B3" w14:textId="77777777" w:rsidR="002A47C5" w:rsidRPr="00B2699E" w:rsidRDefault="002A47C5" w:rsidP="002A47C5">
            <w:pPr>
              <w:jc w:val="center"/>
              <w:rPr>
                <w:rFonts w:ascii="Arial" w:eastAsia="MS Mincho" w:hAnsi="Arial" w:cs="Arial"/>
                <w:sz w:val="20"/>
                <w:szCs w:val="20"/>
                <w:lang w:val="pl-PL"/>
              </w:rPr>
            </w:pPr>
            <w:r w:rsidRPr="00B2699E">
              <w:rPr>
                <w:rFonts w:ascii="Arial" w:eastAsia="GulimChe" w:hAnsi="Arial" w:cs="Arial"/>
                <w:sz w:val="20"/>
                <w:szCs w:val="20"/>
                <w:lang w:val="pl-PL"/>
              </w:rPr>
              <w:t>TAK</w:t>
            </w:r>
          </w:p>
        </w:tc>
        <w:tc>
          <w:tcPr>
            <w:tcW w:w="2674" w:type="dxa"/>
          </w:tcPr>
          <w:p w14:paraId="045E8F98"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178C4639" w14:textId="77777777" w:rsidTr="002A4B99">
        <w:trPr>
          <w:cantSplit/>
        </w:trPr>
        <w:tc>
          <w:tcPr>
            <w:tcW w:w="670" w:type="dxa"/>
            <w:vAlign w:val="center"/>
          </w:tcPr>
          <w:p w14:paraId="29C459AA"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6CB0A599"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Arial Unicode MS" w:hAnsi="Arial" w:cs="Arial"/>
                <w:sz w:val="20"/>
                <w:szCs w:val="20"/>
                <w:lang w:val="pl-PL"/>
              </w:rPr>
              <w:t xml:space="preserve">Maksymalna częstotliwość pracy - Min. 13 MHz             </w:t>
            </w:r>
          </w:p>
        </w:tc>
        <w:tc>
          <w:tcPr>
            <w:tcW w:w="2239" w:type="dxa"/>
          </w:tcPr>
          <w:p w14:paraId="4FCDCC6D" w14:textId="77777777" w:rsidR="002A47C5" w:rsidRPr="00B2699E" w:rsidRDefault="002A47C5" w:rsidP="002A47C5">
            <w:pPr>
              <w:jc w:val="center"/>
              <w:rPr>
                <w:rFonts w:ascii="Arial" w:eastAsia="MS Mincho" w:hAnsi="Arial" w:cs="Arial"/>
                <w:sz w:val="20"/>
                <w:szCs w:val="20"/>
                <w:lang w:val="pl-PL"/>
              </w:rPr>
            </w:pPr>
            <w:r w:rsidRPr="00B2699E">
              <w:rPr>
                <w:rFonts w:ascii="Arial" w:eastAsia="GulimChe" w:hAnsi="Arial" w:cs="Arial"/>
                <w:sz w:val="20"/>
                <w:szCs w:val="20"/>
                <w:lang w:val="pl-PL"/>
              </w:rPr>
              <w:t>TAK</w:t>
            </w:r>
          </w:p>
        </w:tc>
        <w:tc>
          <w:tcPr>
            <w:tcW w:w="2674" w:type="dxa"/>
          </w:tcPr>
          <w:p w14:paraId="25285687"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233C7D0B" w14:textId="77777777" w:rsidTr="002A4B99">
        <w:trPr>
          <w:cantSplit/>
        </w:trPr>
        <w:tc>
          <w:tcPr>
            <w:tcW w:w="670" w:type="dxa"/>
            <w:vAlign w:val="center"/>
          </w:tcPr>
          <w:p w14:paraId="7B6EAFA0"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605492CC"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Arial Unicode MS" w:hAnsi="Arial" w:cs="Arial"/>
                <w:sz w:val="20"/>
                <w:szCs w:val="20"/>
                <w:lang w:val="pl-PL"/>
              </w:rPr>
              <w:t>Szerokość czoła głowicy max. 3,8 cm</w:t>
            </w:r>
          </w:p>
        </w:tc>
        <w:tc>
          <w:tcPr>
            <w:tcW w:w="2239" w:type="dxa"/>
          </w:tcPr>
          <w:p w14:paraId="279077C0" w14:textId="77777777" w:rsidR="002A47C5" w:rsidRPr="00B2699E" w:rsidRDefault="002A47C5" w:rsidP="002A47C5">
            <w:pPr>
              <w:jc w:val="center"/>
              <w:rPr>
                <w:rFonts w:ascii="Arial" w:eastAsia="MS Mincho" w:hAnsi="Arial" w:cs="Arial"/>
                <w:sz w:val="20"/>
                <w:szCs w:val="20"/>
                <w:lang w:val="pl-PL"/>
              </w:rPr>
            </w:pPr>
            <w:r w:rsidRPr="00B2699E">
              <w:rPr>
                <w:rFonts w:ascii="Arial" w:eastAsia="GulimChe" w:hAnsi="Arial" w:cs="Arial"/>
                <w:sz w:val="20"/>
                <w:szCs w:val="20"/>
                <w:lang w:val="pl-PL"/>
              </w:rPr>
              <w:t>TAK</w:t>
            </w:r>
          </w:p>
        </w:tc>
        <w:tc>
          <w:tcPr>
            <w:tcW w:w="2674" w:type="dxa"/>
          </w:tcPr>
          <w:p w14:paraId="6C4EB9D8"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21C8E4DD" w14:textId="77777777" w:rsidTr="002A4B99">
        <w:trPr>
          <w:cantSplit/>
        </w:trPr>
        <w:tc>
          <w:tcPr>
            <w:tcW w:w="670" w:type="dxa"/>
            <w:vAlign w:val="center"/>
          </w:tcPr>
          <w:p w14:paraId="6295E649"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2BB06FD0"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Arial Unicode MS" w:hAnsi="Arial" w:cs="Arial"/>
                <w:sz w:val="20"/>
                <w:szCs w:val="20"/>
                <w:lang w:val="pl-PL"/>
              </w:rPr>
              <w:t>Obrazowanie harmoniczne</w:t>
            </w:r>
          </w:p>
        </w:tc>
        <w:tc>
          <w:tcPr>
            <w:tcW w:w="2239" w:type="dxa"/>
          </w:tcPr>
          <w:p w14:paraId="2ABE4A9E" w14:textId="77777777" w:rsidR="002A47C5" w:rsidRPr="00B2699E" w:rsidRDefault="002A47C5" w:rsidP="002A47C5">
            <w:pPr>
              <w:jc w:val="center"/>
              <w:rPr>
                <w:rFonts w:ascii="Arial" w:eastAsia="MS Mincho" w:hAnsi="Arial" w:cs="Arial"/>
                <w:sz w:val="20"/>
                <w:szCs w:val="20"/>
                <w:lang w:val="pl-PL"/>
              </w:rPr>
            </w:pPr>
            <w:r w:rsidRPr="00B2699E">
              <w:rPr>
                <w:rFonts w:ascii="Arial" w:eastAsia="GulimChe" w:hAnsi="Arial" w:cs="Arial"/>
                <w:sz w:val="20"/>
                <w:szCs w:val="20"/>
                <w:lang w:val="pl-PL"/>
              </w:rPr>
              <w:t>TAK</w:t>
            </w:r>
          </w:p>
        </w:tc>
        <w:tc>
          <w:tcPr>
            <w:tcW w:w="2674" w:type="dxa"/>
          </w:tcPr>
          <w:p w14:paraId="614150E2"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5810ED14" w14:textId="77777777" w:rsidTr="002A4B99">
        <w:trPr>
          <w:cantSplit/>
        </w:trPr>
        <w:tc>
          <w:tcPr>
            <w:tcW w:w="670" w:type="dxa"/>
            <w:vAlign w:val="center"/>
          </w:tcPr>
          <w:p w14:paraId="3300C84E"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40111FE5" w14:textId="77777777" w:rsidR="002A47C5" w:rsidRPr="00B2699E" w:rsidRDefault="002A47C5" w:rsidP="002A47C5">
            <w:pPr>
              <w:tabs>
                <w:tab w:val="left" w:pos="1160"/>
              </w:tabs>
              <w:snapToGrid w:val="0"/>
              <w:rPr>
                <w:rFonts w:ascii="Arial" w:eastAsia="Arial Unicode MS" w:hAnsi="Arial" w:cs="Arial"/>
                <w:sz w:val="20"/>
                <w:szCs w:val="20"/>
                <w:lang w:val="pl-PL"/>
              </w:rPr>
            </w:pPr>
            <w:r w:rsidRPr="00B2699E">
              <w:rPr>
                <w:rFonts w:ascii="Arial" w:eastAsia="Arial Unicode MS" w:hAnsi="Arial" w:cs="Arial"/>
                <w:sz w:val="20"/>
                <w:szCs w:val="20"/>
                <w:lang w:val="pl-PL"/>
              </w:rPr>
              <w:t>Ilość elementów min. 128</w:t>
            </w:r>
          </w:p>
        </w:tc>
        <w:tc>
          <w:tcPr>
            <w:tcW w:w="2239" w:type="dxa"/>
          </w:tcPr>
          <w:p w14:paraId="6C015993" w14:textId="77777777" w:rsidR="002A47C5" w:rsidRPr="00B2699E" w:rsidRDefault="002A47C5" w:rsidP="002A47C5">
            <w:pPr>
              <w:jc w:val="center"/>
              <w:rPr>
                <w:rFonts w:ascii="Arial" w:eastAsia="GulimChe" w:hAnsi="Arial" w:cs="Arial"/>
                <w:sz w:val="20"/>
                <w:szCs w:val="20"/>
                <w:lang w:val="pl-PL"/>
              </w:rPr>
            </w:pPr>
            <w:r w:rsidRPr="00B2699E">
              <w:rPr>
                <w:rFonts w:ascii="Arial" w:eastAsia="GulimChe" w:hAnsi="Arial" w:cs="Arial"/>
                <w:sz w:val="20"/>
                <w:szCs w:val="20"/>
                <w:lang w:val="pl-PL"/>
              </w:rPr>
              <w:t>TAK</w:t>
            </w:r>
          </w:p>
        </w:tc>
        <w:tc>
          <w:tcPr>
            <w:tcW w:w="2674" w:type="dxa"/>
          </w:tcPr>
          <w:p w14:paraId="0AD63DE3"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2FB186F6" w14:textId="77777777" w:rsidTr="002A4B99">
        <w:trPr>
          <w:cantSplit/>
        </w:trPr>
        <w:tc>
          <w:tcPr>
            <w:tcW w:w="670" w:type="dxa"/>
            <w:vAlign w:val="center"/>
          </w:tcPr>
          <w:p w14:paraId="1C63FA46"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42851962" w14:textId="77777777" w:rsidR="002A47C5" w:rsidRPr="00B2699E" w:rsidRDefault="002A47C5" w:rsidP="002A47C5">
            <w:pPr>
              <w:tabs>
                <w:tab w:val="left" w:pos="1160"/>
              </w:tabs>
              <w:snapToGrid w:val="0"/>
              <w:rPr>
                <w:rFonts w:ascii="Arial" w:eastAsia="Arial Unicode MS" w:hAnsi="Arial" w:cs="Arial"/>
                <w:sz w:val="20"/>
                <w:szCs w:val="20"/>
                <w:lang w:val="pl-PL"/>
              </w:rPr>
            </w:pPr>
            <w:r w:rsidRPr="00B2699E">
              <w:rPr>
                <w:rFonts w:ascii="Arial" w:eastAsia="Arial Unicode MS" w:hAnsi="Arial" w:cs="Arial"/>
                <w:sz w:val="20"/>
                <w:szCs w:val="20"/>
                <w:lang w:val="pl-PL"/>
              </w:rPr>
              <w:t>Możliwość zastosowania dedykowanej nakładki biopsyjnej</w:t>
            </w:r>
          </w:p>
        </w:tc>
        <w:tc>
          <w:tcPr>
            <w:tcW w:w="2239" w:type="dxa"/>
          </w:tcPr>
          <w:p w14:paraId="072BA929" w14:textId="77777777" w:rsidR="002A47C5" w:rsidRPr="00B2699E" w:rsidRDefault="002A47C5" w:rsidP="002A47C5">
            <w:pPr>
              <w:jc w:val="center"/>
              <w:rPr>
                <w:rFonts w:ascii="Arial" w:eastAsia="GulimChe" w:hAnsi="Arial" w:cs="Arial"/>
                <w:sz w:val="20"/>
                <w:szCs w:val="20"/>
                <w:lang w:val="pl-PL"/>
              </w:rPr>
            </w:pPr>
            <w:r w:rsidRPr="00B2699E">
              <w:rPr>
                <w:rFonts w:ascii="Arial" w:eastAsia="GulimChe" w:hAnsi="Arial" w:cs="Arial"/>
                <w:sz w:val="20"/>
                <w:szCs w:val="20"/>
                <w:lang w:val="pl-PL"/>
              </w:rPr>
              <w:t>TAK</w:t>
            </w:r>
          </w:p>
        </w:tc>
        <w:tc>
          <w:tcPr>
            <w:tcW w:w="2674" w:type="dxa"/>
          </w:tcPr>
          <w:p w14:paraId="3105343B"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25AAA3AE" w14:textId="77777777" w:rsidTr="002A4B99">
        <w:trPr>
          <w:cantSplit/>
        </w:trPr>
        <w:tc>
          <w:tcPr>
            <w:tcW w:w="670" w:type="dxa"/>
            <w:vAlign w:val="center"/>
          </w:tcPr>
          <w:p w14:paraId="489368CD"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5A286DB8" w14:textId="77777777" w:rsidR="002A47C5" w:rsidRPr="00B2699E" w:rsidRDefault="002A47C5" w:rsidP="002A47C5">
            <w:pPr>
              <w:tabs>
                <w:tab w:val="left" w:pos="1160"/>
              </w:tabs>
              <w:snapToGrid w:val="0"/>
              <w:rPr>
                <w:rFonts w:ascii="Arial" w:eastAsia="Arial Unicode MS" w:hAnsi="Arial" w:cs="Arial"/>
                <w:sz w:val="20"/>
                <w:szCs w:val="20"/>
                <w:lang w:val="pl-PL"/>
              </w:rPr>
            </w:pPr>
            <w:r w:rsidRPr="00B2699E">
              <w:rPr>
                <w:rFonts w:ascii="Arial" w:eastAsia="Arial Unicode MS" w:hAnsi="Arial" w:cs="Arial"/>
                <w:b/>
                <w:sz w:val="20"/>
                <w:szCs w:val="20"/>
                <w:lang w:val="pl-PL"/>
              </w:rPr>
              <w:t xml:space="preserve">Głowica </w:t>
            </w:r>
            <w:proofErr w:type="spellStart"/>
            <w:r w:rsidRPr="00B2699E">
              <w:rPr>
                <w:rFonts w:ascii="Arial" w:eastAsia="Arial Unicode MS" w:hAnsi="Arial" w:cs="Arial"/>
                <w:b/>
                <w:sz w:val="20"/>
                <w:szCs w:val="20"/>
                <w:lang w:val="pl-PL"/>
              </w:rPr>
              <w:t>Convex</w:t>
            </w:r>
            <w:proofErr w:type="spellEnd"/>
          </w:p>
        </w:tc>
        <w:tc>
          <w:tcPr>
            <w:tcW w:w="2239" w:type="dxa"/>
            <w:vAlign w:val="center"/>
          </w:tcPr>
          <w:p w14:paraId="5C05FF3D" w14:textId="77777777" w:rsidR="002A47C5" w:rsidRPr="00B2699E" w:rsidRDefault="002A47C5" w:rsidP="002A47C5">
            <w:pPr>
              <w:jc w:val="center"/>
              <w:rPr>
                <w:rFonts w:ascii="Arial" w:eastAsia="GulimChe" w:hAnsi="Arial" w:cs="Arial"/>
                <w:sz w:val="20"/>
                <w:szCs w:val="20"/>
                <w:lang w:val="pl-PL"/>
              </w:rPr>
            </w:pPr>
            <w:r w:rsidRPr="00B2699E">
              <w:rPr>
                <w:rFonts w:ascii="Arial" w:eastAsia="GulimChe" w:hAnsi="Arial" w:cs="Arial"/>
                <w:sz w:val="20"/>
                <w:szCs w:val="20"/>
                <w:lang w:val="pl-PL"/>
              </w:rPr>
              <w:t>TAK</w:t>
            </w:r>
          </w:p>
        </w:tc>
        <w:tc>
          <w:tcPr>
            <w:tcW w:w="2674" w:type="dxa"/>
          </w:tcPr>
          <w:p w14:paraId="6D1DA75E"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700C65BE" w14:textId="77777777" w:rsidTr="002A4B99">
        <w:trPr>
          <w:cantSplit/>
        </w:trPr>
        <w:tc>
          <w:tcPr>
            <w:tcW w:w="670" w:type="dxa"/>
            <w:vAlign w:val="center"/>
          </w:tcPr>
          <w:p w14:paraId="1E561EA8"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68E2E1B4" w14:textId="77777777" w:rsidR="002A47C5" w:rsidRPr="00B2699E" w:rsidRDefault="002A47C5" w:rsidP="002A47C5">
            <w:pPr>
              <w:tabs>
                <w:tab w:val="left" w:pos="1160"/>
              </w:tabs>
              <w:snapToGrid w:val="0"/>
              <w:rPr>
                <w:rFonts w:ascii="Arial" w:eastAsia="Arial Unicode MS" w:hAnsi="Arial" w:cs="Arial"/>
                <w:sz w:val="20"/>
                <w:szCs w:val="20"/>
                <w:lang w:val="pl-PL"/>
              </w:rPr>
            </w:pPr>
            <w:r w:rsidRPr="00B2699E">
              <w:rPr>
                <w:rFonts w:ascii="Arial" w:eastAsia="Arial Unicode MS" w:hAnsi="Arial" w:cs="Arial"/>
                <w:sz w:val="20"/>
                <w:szCs w:val="20"/>
                <w:lang w:val="pl-PL"/>
              </w:rPr>
              <w:t>Minimalna częstotliwość pracy - max. 1,2 MHz</w:t>
            </w:r>
          </w:p>
        </w:tc>
        <w:tc>
          <w:tcPr>
            <w:tcW w:w="2239" w:type="dxa"/>
          </w:tcPr>
          <w:p w14:paraId="62F9ABF4" w14:textId="77777777" w:rsidR="002A47C5" w:rsidRPr="00B2699E" w:rsidRDefault="002A47C5" w:rsidP="002A47C5">
            <w:pPr>
              <w:jc w:val="center"/>
              <w:rPr>
                <w:rFonts w:ascii="Arial" w:eastAsia="GulimChe" w:hAnsi="Arial" w:cs="Arial"/>
                <w:sz w:val="20"/>
                <w:szCs w:val="20"/>
                <w:lang w:val="pl-PL"/>
              </w:rPr>
            </w:pPr>
            <w:r w:rsidRPr="00B2699E">
              <w:rPr>
                <w:rFonts w:ascii="Arial" w:eastAsia="GulimChe" w:hAnsi="Arial" w:cs="Arial"/>
                <w:sz w:val="20"/>
                <w:szCs w:val="20"/>
                <w:lang w:val="pl-PL"/>
              </w:rPr>
              <w:t>TAK</w:t>
            </w:r>
          </w:p>
        </w:tc>
        <w:tc>
          <w:tcPr>
            <w:tcW w:w="2674" w:type="dxa"/>
          </w:tcPr>
          <w:p w14:paraId="1F468942"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0FABC547" w14:textId="77777777" w:rsidTr="002A4B99">
        <w:trPr>
          <w:cantSplit/>
        </w:trPr>
        <w:tc>
          <w:tcPr>
            <w:tcW w:w="670" w:type="dxa"/>
            <w:vAlign w:val="center"/>
          </w:tcPr>
          <w:p w14:paraId="26A80FC7"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1872128C" w14:textId="77777777" w:rsidR="002A47C5" w:rsidRPr="00B2699E" w:rsidRDefault="002A47C5" w:rsidP="002A47C5">
            <w:pPr>
              <w:tabs>
                <w:tab w:val="left" w:pos="1160"/>
              </w:tabs>
              <w:snapToGrid w:val="0"/>
              <w:rPr>
                <w:rFonts w:ascii="Arial" w:eastAsia="Arial Unicode MS" w:hAnsi="Arial" w:cs="Arial"/>
                <w:sz w:val="20"/>
                <w:szCs w:val="20"/>
                <w:lang w:val="pl-PL"/>
              </w:rPr>
            </w:pPr>
            <w:r w:rsidRPr="00B2699E">
              <w:rPr>
                <w:rFonts w:ascii="Arial" w:eastAsia="Arial Unicode MS" w:hAnsi="Arial" w:cs="Arial"/>
                <w:sz w:val="20"/>
                <w:szCs w:val="20"/>
                <w:lang w:val="pl-PL"/>
              </w:rPr>
              <w:t xml:space="preserve">Maksymalna częstotliwość pracy - Min. 6 MHz             </w:t>
            </w:r>
          </w:p>
        </w:tc>
        <w:tc>
          <w:tcPr>
            <w:tcW w:w="2239" w:type="dxa"/>
          </w:tcPr>
          <w:p w14:paraId="6B3E42BF" w14:textId="77777777" w:rsidR="002A47C5" w:rsidRPr="00B2699E" w:rsidRDefault="002A47C5" w:rsidP="002A47C5">
            <w:pPr>
              <w:jc w:val="center"/>
              <w:rPr>
                <w:rFonts w:ascii="Arial" w:eastAsia="GulimChe" w:hAnsi="Arial" w:cs="Arial"/>
                <w:sz w:val="20"/>
                <w:szCs w:val="20"/>
                <w:lang w:val="pl-PL"/>
              </w:rPr>
            </w:pPr>
            <w:r w:rsidRPr="00B2699E">
              <w:rPr>
                <w:rFonts w:ascii="Arial" w:eastAsia="GulimChe" w:hAnsi="Arial" w:cs="Arial"/>
                <w:sz w:val="20"/>
                <w:szCs w:val="20"/>
                <w:lang w:val="pl-PL"/>
              </w:rPr>
              <w:t>TAK</w:t>
            </w:r>
          </w:p>
        </w:tc>
        <w:tc>
          <w:tcPr>
            <w:tcW w:w="2674" w:type="dxa"/>
          </w:tcPr>
          <w:p w14:paraId="4E939AF0"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54567DAD" w14:textId="77777777" w:rsidTr="002A4B99">
        <w:trPr>
          <w:cantSplit/>
        </w:trPr>
        <w:tc>
          <w:tcPr>
            <w:tcW w:w="670" w:type="dxa"/>
            <w:vAlign w:val="center"/>
          </w:tcPr>
          <w:p w14:paraId="4BBBF156"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04264118" w14:textId="77777777" w:rsidR="002A47C5" w:rsidRPr="00B2699E" w:rsidRDefault="002A47C5" w:rsidP="002A47C5">
            <w:pPr>
              <w:tabs>
                <w:tab w:val="left" w:pos="1160"/>
              </w:tabs>
              <w:snapToGrid w:val="0"/>
              <w:rPr>
                <w:rFonts w:ascii="Arial" w:eastAsia="Arial Unicode MS" w:hAnsi="Arial" w:cs="Arial"/>
                <w:sz w:val="20"/>
                <w:szCs w:val="20"/>
                <w:lang w:val="pl-PL"/>
              </w:rPr>
            </w:pPr>
            <w:r w:rsidRPr="00B2699E">
              <w:rPr>
                <w:rFonts w:ascii="Arial" w:eastAsia="Arial Unicode MS" w:hAnsi="Arial" w:cs="Arial"/>
                <w:sz w:val="20"/>
                <w:szCs w:val="20"/>
                <w:lang w:val="pl-PL"/>
              </w:rPr>
              <w:t>Kąt skanowania min. 74 stopnie</w:t>
            </w:r>
          </w:p>
        </w:tc>
        <w:tc>
          <w:tcPr>
            <w:tcW w:w="2239" w:type="dxa"/>
          </w:tcPr>
          <w:p w14:paraId="4A9BE8D2" w14:textId="77777777" w:rsidR="002A47C5" w:rsidRPr="00B2699E" w:rsidRDefault="002A47C5" w:rsidP="002A47C5">
            <w:pPr>
              <w:jc w:val="center"/>
              <w:rPr>
                <w:rFonts w:ascii="Arial" w:eastAsia="GulimChe" w:hAnsi="Arial" w:cs="Arial"/>
                <w:sz w:val="20"/>
                <w:szCs w:val="20"/>
                <w:lang w:val="pl-PL"/>
              </w:rPr>
            </w:pPr>
            <w:r w:rsidRPr="00B2699E">
              <w:rPr>
                <w:rFonts w:ascii="Arial" w:eastAsia="GulimChe" w:hAnsi="Arial" w:cs="Arial"/>
                <w:sz w:val="20"/>
                <w:szCs w:val="20"/>
                <w:lang w:val="pl-PL"/>
              </w:rPr>
              <w:t>TAK</w:t>
            </w:r>
          </w:p>
        </w:tc>
        <w:tc>
          <w:tcPr>
            <w:tcW w:w="2674" w:type="dxa"/>
          </w:tcPr>
          <w:p w14:paraId="5A3F957B"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39625BE5" w14:textId="77777777" w:rsidTr="002A4B99">
        <w:trPr>
          <w:cantSplit/>
        </w:trPr>
        <w:tc>
          <w:tcPr>
            <w:tcW w:w="670" w:type="dxa"/>
            <w:vAlign w:val="center"/>
          </w:tcPr>
          <w:p w14:paraId="15204891"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128C99AD" w14:textId="77777777" w:rsidR="002A47C5" w:rsidRPr="00B2699E" w:rsidRDefault="002A47C5" w:rsidP="002A47C5">
            <w:pPr>
              <w:tabs>
                <w:tab w:val="left" w:pos="1160"/>
              </w:tabs>
              <w:snapToGrid w:val="0"/>
              <w:rPr>
                <w:rFonts w:ascii="Arial" w:eastAsia="Arial Unicode MS" w:hAnsi="Arial" w:cs="Arial"/>
                <w:sz w:val="20"/>
                <w:szCs w:val="20"/>
                <w:lang w:val="pl-PL"/>
              </w:rPr>
            </w:pPr>
            <w:r w:rsidRPr="00B2699E">
              <w:rPr>
                <w:rFonts w:ascii="Arial" w:eastAsia="Arial Unicode MS" w:hAnsi="Arial" w:cs="Arial"/>
                <w:sz w:val="20"/>
                <w:szCs w:val="20"/>
                <w:lang w:val="pl-PL"/>
              </w:rPr>
              <w:t>Obrazowanie harmoniczne</w:t>
            </w:r>
          </w:p>
        </w:tc>
        <w:tc>
          <w:tcPr>
            <w:tcW w:w="2239" w:type="dxa"/>
          </w:tcPr>
          <w:p w14:paraId="36F041C3" w14:textId="77777777" w:rsidR="002A47C5" w:rsidRPr="00B2699E" w:rsidRDefault="002A47C5" w:rsidP="002A47C5">
            <w:pPr>
              <w:jc w:val="center"/>
              <w:rPr>
                <w:rFonts w:ascii="Arial" w:eastAsia="GulimChe" w:hAnsi="Arial" w:cs="Arial"/>
                <w:sz w:val="20"/>
                <w:szCs w:val="20"/>
                <w:lang w:val="pl-PL"/>
              </w:rPr>
            </w:pPr>
            <w:r w:rsidRPr="00B2699E">
              <w:rPr>
                <w:rFonts w:ascii="Arial" w:eastAsia="GulimChe" w:hAnsi="Arial" w:cs="Arial"/>
                <w:sz w:val="20"/>
                <w:szCs w:val="20"/>
                <w:lang w:val="pl-PL"/>
              </w:rPr>
              <w:t>TAK</w:t>
            </w:r>
          </w:p>
        </w:tc>
        <w:tc>
          <w:tcPr>
            <w:tcW w:w="2674" w:type="dxa"/>
          </w:tcPr>
          <w:p w14:paraId="3A17AD5B"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1CC34B74" w14:textId="77777777" w:rsidTr="002A4B99">
        <w:trPr>
          <w:cantSplit/>
        </w:trPr>
        <w:tc>
          <w:tcPr>
            <w:tcW w:w="670" w:type="dxa"/>
            <w:vAlign w:val="center"/>
          </w:tcPr>
          <w:p w14:paraId="0D6C1FE2"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080FE3B7" w14:textId="77777777" w:rsidR="002A47C5" w:rsidRPr="00B2699E" w:rsidRDefault="002A47C5" w:rsidP="002A47C5">
            <w:pPr>
              <w:tabs>
                <w:tab w:val="left" w:pos="1160"/>
              </w:tabs>
              <w:snapToGrid w:val="0"/>
              <w:rPr>
                <w:rFonts w:ascii="Arial" w:eastAsia="Arial Unicode MS" w:hAnsi="Arial" w:cs="Arial"/>
                <w:sz w:val="20"/>
                <w:szCs w:val="20"/>
                <w:lang w:val="pl-PL"/>
              </w:rPr>
            </w:pPr>
            <w:r w:rsidRPr="00B2699E">
              <w:rPr>
                <w:rFonts w:ascii="Arial" w:eastAsia="Arial Unicode MS" w:hAnsi="Arial" w:cs="Arial"/>
                <w:sz w:val="20"/>
                <w:szCs w:val="20"/>
                <w:lang w:val="pl-PL"/>
              </w:rPr>
              <w:t>Ilość elementów min. 128</w:t>
            </w:r>
          </w:p>
        </w:tc>
        <w:tc>
          <w:tcPr>
            <w:tcW w:w="2239" w:type="dxa"/>
          </w:tcPr>
          <w:p w14:paraId="649FA950" w14:textId="77777777" w:rsidR="002A47C5" w:rsidRPr="00B2699E" w:rsidRDefault="002A47C5" w:rsidP="002A47C5">
            <w:pPr>
              <w:jc w:val="center"/>
              <w:rPr>
                <w:rFonts w:ascii="Arial" w:eastAsia="GulimChe" w:hAnsi="Arial" w:cs="Arial"/>
                <w:sz w:val="20"/>
                <w:szCs w:val="20"/>
                <w:lang w:val="pl-PL"/>
              </w:rPr>
            </w:pPr>
            <w:r w:rsidRPr="00B2699E">
              <w:rPr>
                <w:rFonts w:ascii="Arial" w:eastAsia="GulimChe" w:hAnsi="Arial" w:cs="Arial"/>
                <w:sz w:val="20"/>
                <w:szCs w:val="20"/>
                <w:lang w:val="pl-PL"/>
              </w:rPr>
              <w:t>TAK</w:t>
            </w:r>
          </w:p>
        </w:tc>
        <w:tc>
          <w:tcPr>
            <w:tcW w:w="2674" w:type="dxa"/>
          </w:tcPr>
          <w:p w14:paraId="5C2F46FD"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681DA8A9" w14:textId="77777777" w:rsidTr="002A4B99">
        <w:trPr>
          <w:cantSplit/>
        </w:trPr>
        <w:tc>
          <w:tcPr>
            <w:tcW w:w="670" w:type="dxa"/>
            <w:vAlign w:val="center"/>
          </w:tcPr>
          <w:p w14:paraId="0B325811"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25693D20" w14:textId="77777777" w:rsidR="002A47C5" w:rsidRPr="00B2699E" w:rsidRDefault="002A47C5" w:rsidP="002A47C5">
            <w:pPr>
              <w:tabs>
                <w:tab w:val="left" w:pos="1160"/>
              </w:tabs>
              <w:snapToGrid w:val="0"/>
              <w:rPr>
                <w:rFonts w:ascii="Arial" w:eastAsia="Arial Unicode MS" w:hAnsi="Arial" w:cs="Arial"/>
                <w:sz w:val="20"/>
                <w:szCs w:val="20"/>
                <w:lang w:val="pl-PL"/>
              </w:rPr>
            </w:pPr>
            <w:r w:rsidRPr="00B2699E">
              <w:rPr>
                <w:rFonts w:ascii="Arial" w:eastAsia="Arial Unicode MS" w:hAnsi="Arial" w:cs="Arial"/>
                <w:sz w:val="20"/>
                <w:szCs w:val="20"/>
                <w:lang w:val="pl-PL"/>
              </w:rPr>
              <w:t>Możliwość zastosowania dedykowanej nakładki biopsyjnej</w:t>
            </w:r>
          </w:p>
        </w:tc>
        <w:tc>
          <w:tcPr>
            <w:tcW w:w="2239" w:type="dxa"/>
          </w:tcPr>
          <w:p w14:paraId="515AA9E6" w14:textId="77777777" w:rsidR="002A47C5" w:rsidRPr="00B2699E" w:rsidRDefault="002A47C5" w:rsidP="002A47C5">
            <w:pPr>
              <w:jc w:val="center"/>
              <w:rPr>
                <w:rFonts w:ascii="Arial" w:eastAsia="GulimChe" w:hAnsi="Arial" w:cs="Arial"/>
                <w:sz w:val="20"/>
                <w:szCs w:val="20"/>
                <w:lang w:val="pl-PL"/>
              </w:rPr>
            </w:pPr>
            <w:r w:rsidRPr="00B2699E">
              <w:rPr>
                <w:rFonts w:ascii="Arial" w:eastAsia="GulimChe" w:hAnsi="Arial" w:cs="Arial"/>
                <w:sz w:val="20"/>
                <w:szCs w:val="20"/>
                <w:lang w:val="pl-PL"/>
              </w:rPr>
              <w:t>TAK</w:t>
            </w:r>
          </w:p>
        </w:tc>
        <w:tc>
          <w:tcPr>
            <w:tcW w:w="2674" w:type="dxa"/>
          </w:tcPr>
          <w:p w14:paraId="1E34BC04"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244E32C8" w14:textId="77777777" w:rsidTr="002A4B99">
        <w:trPr>
          <w:cantSplit/>
        </w:trPr>
        <w:tc>
          <w:tcPr>
            <w:tcW w:w="9714" w:type="dxa"/>
            <w:gridSpan w:val="4"/>
            <w:vAlign w:val="center"/>
          </w:tcPr>
          <w:p w14:paraId="54DC58F9" w14:textId="77777777" w:rsidR="002A47C5" w:rsidRPr="00B2699E" w:rsidRDefault="002A47C5" w:rsidP="002A47C5">
            <w:pPr>
              <w:tabs>
                <w:tab w:val="left" w:pos="1160"/>
              </w:tabs>
              <w:snapToGrid w:val="0"/>
              <w:jc w:val="center"/>
              <w:rPr>
                <w:rFonts w:ascii="Arial" w:eastAsia="MS Mincho" w:hAnsi="Arial" w:cs="Arial"/>
                <w:sz w:val="20"/>
                <w:szCs w:val="20"/>
                <w:lang w:val="pl-PL"/>
              </w:rPr>
            </w:pPr>
            <w:r w:rsidRPr="00B2699E">
              <w:rPr>
                <w:rFonts w:ascii="Arial" w:eastAsia="MS Mincho" w:hAnsi="Arial" w:cs="Arial"/>
                <w:b/>
                <w:sz w:val="20"/>
                <w:szCs w:val="20"/>
                <w:lang w:val="pl-PL"/>
              </w:rPr>
              <w:t>Inne wymagania</w:t>
            </w:r>
          </w:p>
        </w:tc>
      </w:tr>
      <w:tr w:rsidR="002A47C5" w:rsidRPr="00B2699E" w14:paraId="2E6B04C8" w14:textId="77777777" w:rsidTr="002A4B99">
        <w:trPr>
          <w:cantSplit/>
        </w:trPr>
        <w:tc>
          <w:tcPr>
            <w:tcW w:w="670" w:type="dxa"/>
            <w:vAlign w:val="center"/>
          </w:tcPr>
          <w:p w14:paraId="66FEF2D4"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Cs/>
                <w:sz w:val="20"/>
                <w:szCs w:val="20"/>
                <w:lang w:val="pl-PL"/>
              </w:rPr>
            </w:pPr>
          </w:p>
        </w:tc>
        <w:tc>
          <w:tcPr>
            <w:tcW w:w="4131" w:type="dxa"/>
            <w:vAlign w:val="center"/>
          </w:tcPr>
          <w:p w14:paraId="5DB6967D"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MS Mincho" w:hAnsi="Arial" w:cs="Arial"/>
                <w:color w:val="000000"/>
                <w:sz w:val="20"/>
                <w:szCs w:val="20"/>
                <w:lang w:val="pl-PL" w:eastAsia="pl-PL"/>
              </w:rPr>
              <w:t>Instrukcja obsługi w języku polskim w formie papierowej.</w:t>
            </w:r>
          </w:p>
        </w:tc>
        <w:tc>
          <w:tcPr>
            <w:tcW w:w="2239" w:type="dxa"/>
            <w:vAlign w:val="center"/>
          </w:tcPr>
          <w:p w14:paraId="40B833B2"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75A3F7EC"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59BFAC19" w14:textId="77777777" w:rsidTr="002A4B99">
        <w:trPr>
          <w:cantSplit/>
        </w:trPr>
        <w:tc>
          <w:tcPr>
            <w:tcW w:w="670" w:type="dxa"/>
            <w:vAlign w:val="center"/>
          </w:tcPr>
          <w:p w14:paraId="5AA343CC"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Cs/>
                <w:sz w:val="20"/>
                <w:szCs w:val="20"/>
                <w:lang w:val="pl-PL"/>
              </w:rPr>
            </w:pPr>
          </w:p>
        </w:tc>
        <w:tc>
          <w:tcPr>
            <w:tcW w:w="4131" w:type="dxa"/>
            <w:vAlign w:val="center"/>
          </w:tcPr>
          <w:p w14:paraId="446CCC77"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MS Mincho" w:hAnsi="Arial" w:cs="Arial"/>
                <w:color w:val="000000"/>
                <w:sz w:val="20"/>
                <w:szCs w:val="20"/>
                <w:lang w:val="pl-PL" w:eastAsia="pl-PL"/>
              </w:rPr>
              <w:t>Certyfikaty dopuszczenia do stosowania w medycynie: polskie oraz międzynarodowe</w:t>
            </w:r>
          </w:p>
        </w:tc>
        <w:tc>
          <w:tcPr>
            <w:tcW w:w="2239" w:type="dxa"/>
            <w:vAlign w:val="center"/>
          </w:tcPr>
          <w:p w14:paraId="1CECC587"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42628CC8"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047F6794" w14:textId="77777777" w:rsidTr="002A4B99">
        <w:trPr>
          <w:cantSplit/>
        </w:trPr>
        <w:tc>
          <w:tcPr>
            <w:tcW w:w="670" w:type="dxa"/>
            <w:vAlign w:val="center"/>
          </w:tcPr>
          <w:p w14:paraId="293A13F3"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341C1517"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MS Mincho" w:hAnsi="Arial" w:cs="Arial"/>
                <w:color w:val="000000"/>
                <w:sz w:val="20"/>
                <w:szCs w:val="20"/>
                <w:lang w:val="pl-PL" w:eastAsia="pl-PL"/>
              </w:rPr>
              <w:t>Montaż, uruchomienie i szkolenie obsługi w cenie urządzenia.</w:t>
            </w:r>
          </w:p>
        </w:tc>
        <w:tc>
          <w:tcPr>
            <w:tcW w:w="2239" w:type="dxa"/>
            <w:vAlign w:val="center"/>
          </w:tcPr>
          <w:p w14:paraId="3461D598"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284BF193"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1CE149BB" w14:textId="77777777" w:rsidTr="002A4B99">
        <w:trPr>
          <w:cantSplit/>
        </w:trPr>
        <w:tc>
          <w:tcPr>
            <w:tcW w:w="670" w:type="dxa"/>
            <w:vAlign w:val="center"/>
          </w:tcPr>
          <w:p w14:paraId="26B53DB5"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120D114A"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MS Mincho" w:hAnsi="Arial" w:cs="Arial"/>
                <w:color w:val="000000"/>
                <w:sz w:val="20"/>
                <w:szCs w:val="20"/>
                <w:lang w:val="pl-PL" w:eastAsia="pl-PL"/>
              </w:rPr>
              <w:t>Autoryzowany serwis na terenie Polski z dostępem do oryginalnych części zamiennych od producenta</w:t>
            </w:r>
          </w:p>
        </w:tc>
        <w:tc>
          <w:tcPr>
            <w:tcW w:w="2239" w:type="dxa"/>
            <w:vAlign w:val="center"/>
          </w:tcPr>
          <w:p w14:paraId="1A5CF0C4"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7A8D6179"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572621F5" w14:textId="77777777" w:rsidTr="002A4B99">
        <w:trPr>
          <w:cantSplit/>
        </w:trPr>
        <w:tc>
          <w:tcPr>
            <w:tcW w:w="670" w:type="dxa"/>
            <w:vAlign w:val="center"/>
          </w:tcPr>
          <w:p w14:paraId="09D65EA2"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7FF91C34"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MS Mincho" w:hAnsi="Arial" w:cs="Arial"/>
                <w:color w:val="000000"/>
                <w:sz w:val="20"/>
                <w:szCs w:val="20"/>
                <w:lang w:val="pl-PL" w:eastAsia="pl-PL"/>
              </w:rPr>
              <w:t>Paszport techniczny</w:t>
            </w:r>
          </w:p>
        </w:tc>
        <w:tc>
          <w:tcPr>
            <w:tcW w:w="2239" w:type="dxa"/>
            <w:vAlign w:val="center"/>
          </w:tcPr>
          <w:p w14:paraId="12BBEF4E"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4ED832EA"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0D28831F" w14:textId="77777777" w:rsidTr="002A4B99">
        <w:trPr>
          <w:cantSplit/>
        </w:trPr>
        <w:tc>
          <w:tcPr>
            <w:tcW w:w="9714" w:type="dxa"/>
            <w:gridSpan w:val="4"/>
            <w:vAlign w:val="center"/>
          </w:tcPr>
          <w:p w14:paraId="6CF1A3DF" w14:textId="77777777" w:rsidR="002A47C5" w:rsidRPr="00B2699E" w:rsidRDefault="002A47C5" w:rsidP="002A47C5">
            <w:pPr>
              <w:tabs>
                <w:tab w:val="left" w:pos="1160"/>
              </w:tabs>
              <w:snapToGrid w:val="0"/>
              <w:jc w:val="center"/>
              <w:rPr>
                <w:rFonts w:ascii="Arial" w:eastAsia="MS Mincho" w:hAnsi="Arial" w:cs="Arial"/>
                <w:sz w:val="20"/>
                <w:szCs w:val="20"/>
                <w:lang w:val="pl-PL"/>
              </w:rPr>
            </w:pPr>
            <w:r w:rsidRPr="00B2699E">
              <w:rPr>
                <w:rFonts w:ascii="Arial" w:eastAsia="MS Mincho" w:hAnsi="Arial" w:cs="Arial"/>
                <w:b/>
                <w:bCs/>
                <w:sz w:val="20"/>
                <w:szCs w:val="20"/>
                <w:lang w:val="pl-PL"/>
              </w:rPr>
              <w:t>Warunki gwarancji i serwisu</w:t>
            </w:r>
          </w:p>
        </w:tc>
      </w:tr>
      <w:tr w:rsidR="002A47C5" w:rsidRPr="00B2699E" w14:paraId="58E07570" w14:textId="77777777" w:rsidTr="002A4B99">
        <w:trPr>
          <w:cantSplit/>
        </w:trPr>
        <w:tc>
          <w:tcPr>
            <w:tcW w:w="670" w:type="dxa"/>
            <w:vAlign w:val="center"/>
          </w:tcPr>
          <w:p w14:paraId="693A8CD6" w14:textId="5AF0721D" w:rsidR="002A47C5" w:rsidRPr="00B2699E" w:rsidRDefault="00BF11BD" w:rsidP="00BF11BD">
            <w:pPr>
              <w:tabs>
                <w:tab w:val="left" w:pos="1160"/>
              </w:tabs>
              <w:suppressAutoHyphens/>
              <w:snapToGrid w:val="0"/>
              <w:spacing w:after="0" w:line="240" w:lineRule="auto"/>
              <w:ind w:left="360"/>
              <w:jc w:val="center"/>
              <w:rPr>
                <w:rFonts w:ascii="Arial" w:eastAsia="MS Mincho" w:hAnsi="Arial" w:cs="Arial"/>
                <w:sz w:val="20"/>
                <w:szCs w:val="20"/>
                <w:lang w:val="pl-PL"/>
              </w:rPr>
            </w:pPr>
            <w:r>
              <w:rPr>
                <w:rFonts w:ascii="Arial" w:eastAsia="MS Mincho" w:hAnsi="Arial" w:cs="Arial"/>
                <w:sz w:val="20"/>
                <w:szCs w:val="20"/>
                <w:lang w:val="pl-PL"/>
              </w:rPr>
              <w:t>84.</w:t>
            </w:r>
          </w:p>
        </w:tc>
        <w:tc>
          <w:tcPr>
            <w:tcW w:w="4131" w:type="dxa"/>
            <w:vAlign w:val="center"/>
          </w:tcPr>
          <w:p w14:paraId="0639D1DA"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Tahoma" w:hAnsi="Arial" w:cs="Arial"/>
                <w:sz w:val="20"/>
                <w:szCs w:val="20"/>
                <w:lang w:val="pl-PL"/>
              </w:rPr>
              <w:t>W okresie gwarancji przeglądy techniczne wraz z materiałami do nich użytymi wykonywane bezpłatnie co najmniej raz w roku.</w:t>
            </w:r>
          </w:p>
        </w:tc>
        <w:tc>
          <w:tcPr>
            <w:tcW w:w="2239" w:type="dxa"/>
            <w:vAlign w:val="center"/>
          </w:tcPr>
          <w:p w14:paraId="73343F15"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3664ECE2"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21178140" w14:textId="77777777" w:rsidTr="002A4B99">
        <w:trPr>
          <w:cantSplit/>
        </w:trPr>
        <w:tc>
          <w:tcPr>
            <w:tcW w:w="670" w:type="dxa"/>
            <w:vAlign w:val="center"/>
          </w:tcPr>
          <w:p w14:paraId="360633A3" w14:textId="0C856763" w:rsidR="002A47C5" w:rsidRPr="00B2699E" w:rsidRDefault="00BF11BD" w:rsidP="00BF11BD">
            <w:pPr>
              <w:tabs>
                <w:tab w:val="left" w:pos="1160"/>
              </w:tabs>
              <w:suppressAutoHyphens/>
              <w:snapToGrid w:val="0"/>
              <w:spacing w:after="0" w:line="240" w:lineRule="auto"/>
              <w:ind w:left="360"/>
              <w:rPr>
                <w:rFonts w:ascii="Arial" w:eastAsia="MS Mincho" w:hAnsi="Arial" w:cs="Arial"/>
                <w:kern w:val="2"/>
                <w:sz w:val="20"/>
                <w:szCs w:val="20"/>
                <w:lang w:val="pl-PL"/>
              </w:rPr>
            </w:pPr>
            <w:r>
              <w:rPr>
                <w:rFonts w:ascii="Arial" w:eastAsia="MS Mincho" w:hAnsi="Arial" w:cs="Arial"/>
                <w:kern w:val="2"/>
                <w:sz w:val="20"/>
                <w:szCs w:val="20"/>
                <w:lang w:val="pl-PL"/>
              </w:rPr>
              <w:t>85.</w:t>
            </w:r>
          </w:p>
        </w:tc>
        <w:tc>
          <w:tcPr>
            <w:tcW w:w="4131" w:type="dxa"/>
            <w:vAlign w:val="center"/>
          </w:tcPr>
          <w:p w14:paraId="26F7C7E9"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Tahoma" w:hAnsi="Arial" w:cs="Arial"/>
                <w:sz w:val="20"/>
                <w:szCs w:val="20"/>
                <w:lang w:val="pl-PL"/>
              </w:rPr>
              <w:t>Maksymalnie 3 naprawy gwarancyjne tego samego elementu lub podzespołu - konieczność wykonania kolejnej naprawy uprawnia do wymiany elementu lub podzespołu na nowy.</w:t>
            </w:r>
          </w:p>
        </w:tc>
        <w:tc>
          <w:tcPr>
            <w:tcW w:w="2239" w:type="dxa"/>
            <w:vAlign w:val="center"/>
          </w:tcPr>
          <w:p w14:paraId="0ABD0B5E"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1169C0D6"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0CDB8FCF" w14:textId="77777777" w:rsidTr="002A4B99">
        <w:trPr>
          <w:cantSplit/>
        </w:trPr>
        <w:tc>
          <w:tcPr>
            <w:tcW w:w="670" w:type="dxa"/>
            <w:vAlign w:val="center"/>
          </w:tcPr>
          <w:p w14:paraId="1DC62DDF" w14:textId="19E23294" w:rsidR="002A47C5" w:rsidRPr="00B2699E" w:rsidRDefault="00BF11BD" w:rsidP="00BF11BD">
            <w:pPr>
              <w:tabs>
                <w:tab w:val="left" w:pos="1160"/>
              </w:tabs>
              <w:suppressAutoHyphens/>
              <w:snapToGrid w:val="0"/>
              <w:spacing w:after="0" w:line="240" w:lineRule="auto"/>
              <w:ind w:left="360"/>
              <w:jc w:val="center"/>
              <w:rPr>
                <w:rFonts w:ascii="Arial" w:eastAsia="MS Mincho" w:hAnsi="Arial" w:cs="Arial"/>
                <w:kern w:val="2"/>
                <w:sz w:val="20"/>
                <w:szCs w:val="20"/>
                <w:lang w:val="pl-PL"/>
              </w:rPr>
            </w:pPr>
            <w:r>
              <w:rPr>
                <w:rFonts w:ascii="Arial" w:eastAsia="MS Mincho" w:hAnsi="Arial" w:cs="Arial"/>
                <w:kern w:val="2"/>
                <w:sz w:val="20"/>
                <w:szCs w:val="20"/>
                <w:lang w:val="pl-PL"/>
              </w:rPr>
              <w:t>86.</w:t>
            </w:r>
          </w:p>
        </w:tc>
        <w:tc>
          <w:tcPr>
            <w:tcW w:w="4131" w:type="dxa"/>
            <w:vAlign w:val="center"/>
          </w:tcPr>
          <w:p w14:paraId="56DA91A3"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Tahoma" w:hAnsi="Arial" w:cs="Arial"/>
                <w:sz w:val="20"/>
                <w:szCs w:val="20"/>
                <w:lang w:val="pl-PL"/>
              </w:rPr>
              <w:t>Zapewniony serwis pogwarancyjny</w:t>
            </w:r>
          </w:p>
        </w:tc>
        <w:tc>
          <w:tcPr>
            <w:tcW w:w="2239" w:type="dxa"/>
            <w:vAlign w:val="center"/>
          </w:tcPr>
          <w:p w14:paraId="1A11FAF3"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3ED502DC" w14:textId="77777777" w:rsidR="002A47C5" w:rsidRPr="00B2699E" w:rsidRDefault="002A47C5" w:rsidP="002A47C5">
            <w:pPr>
              <w:tabs>
                <w:tab w:val="left" w:pos="1160"/>
              </w:tabs>
              <w:snapToGrid w:val="0"/>
              <w:rPr>
                <w:rFonts w:ascii="Arial" w:eastAsia="MS Mincho" w:hAnsi="Arial" w:cs="Arial"/>
                <w:sz w:val="20"/>
                <w:szCs w:val="20"/>
                <w:lang w:val="pl-PL"/>
              </w:rPr>
            </w:pPr>
          </w:p>
        </w:tc>
      </w:tr>
    </w:tbl>
    <w:p w14:paraId="2592A6AE" w14:textId="77777777" w:rsidR="00B0622D" w:rsidRDefault="00B0622D" w:rsidP="00CA2E3F">
      <w:pPr>
        <w:rPr>
          <w:rFonts w:ascii="Arial" w:hAnsi="Arial" w:cs="Arial"/>
          <w:b/>
          <w:bCs/>
          <w:sz w:val="24"/>
          <w:szCs w:val="24"/>
          <w:lang w:val="pl-PL"/>
        </w:rPr>
      </w:pPr>
    </w:p>
    <w:p w14:paraId="5BD44D42" w14:textId="77777777" w:rsidR="00B0622D" w:rsidRDefault="00B0622D" w:rsidP="00CA2E3F">
      <w:pPr>
        <w:rPr>
          <w:rFonts w:ascii="Arial" w:hAnsi="Arial" w:cs="Arial"/>
          <w:b/>
          <w:bCs/>
          <w:sz w:val="24"/>
          <w:szCs w:val="24"/>
          <w:lang w:val="pl-PL"/>
        </w:rPr>
      </w:pPr>
    </w:p>
    <w:p w14:paraId="4F8E64AB" w14:textId="06112C11" w:rsidR="00CA2E3F" w:rsidRPr="00143F4D" w:rsidRDefault="00143F4D" w:rsidP="00CA2E3F">
      <w:pPr>
        <w:rPr>
          <w:rFonts w:ascii="Arial" w:hAnsi="Arial" w:cs="Arial"/>
          <w:b/>
          <w:bCs/>
          <w:sz w:val="24"/>
          <w:szCs w:val="24"/>
          <w:lang w:val="pl-PL"/>
        </w:rPr>
      </w:pPr>
      <w:r w:rsidRPr="00143F4D">
        <w:rPr>
          <w:rFonts w:ascii="Arial" w:hAnsi="Arial" w:cs="Arial"/>
          <w:b/>
          <w:bCs/>
          <w:sz w:val="24"/>
          <w:szCs w:val="24"/>
          <w:lang w:val="pl-PL"/>
        </w:rPr>
        <w:t xml:space="preserve">5. Fotel do terapii uroginekologicznej. </w:t>
      </w:r>
    </w:p>
    <w:p w14:paraId="61D8FB7E" w14:textId="77777777" w:rsidR="00CA2E3F" w:rsidRPr="00CC7620" w:rsidRDefault="00CA2E3F" w:rsidP="00CA2E3F">
      <w:pPr>
        <w:rPr>
          <w:rFonts w:ascii="Arial" w:hAnsi="Arial" w:cs="Arial"/>
          <w:lang w:val="pl-PL"/>
        </w:rPr>
      </w:pPr>
      <w:r w:rsidRPr="00CC7620">
        <w:rPr>
          <w:rFonts w:ascii="Arial" w:hAnsi="Arial" w:cs="Arial"/>
          <w:b/>
          <w:lang w:val="pl-PL"/>
        </w:rPr>
        <w:t>Ilość:</w:t>
      </w:r>
      <w:r w:rsidRPr="00CC7620">
        <w:rPr>
          <w:rFonts w:ascii="Arial" w:hAnsi="Arial" w:cs="Arial"/>
          <w:lang w:val="pl-PL"/>
        </w:rPr>
        <w:t xml:space="preserve"> 1 szt.</w:t>
      </w:r>
    </w:p>
    <w:tbl>
      <w:tblPr>
        <w:tblW w:w="936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
        <w:gridCol w:w="6313"/>
        <w:gridCol w:w="2397"/>
      </w:tblGrid>
      <w:tr w:rsidR="00143F4D" w:rsidRPr="00CC7620" w14:paraId="005C7F70" w14:textId="77777777" w:rsidTr="00143F4D">
        <w:tc>
          <w:tcPr>
            <w:tcW w:w="650" w:type="dxa"/>
            <w:tcMar>
              <w:top w:w="80" w:type="dxa"/>
              <w:left w:w="120" w:type="dxa"/>
              <w:bottom w:w="80" w:type="dxa"/>
              <w:right w:w="120" w:type="dxa"/>
            </w:tcMar>
          </w:tcPr>
          <w:p w14:paraId="2BFA6379" w14:textId="66CE3273" w:rsidR="00143F4D" w:rsidRPr="00CC7620" w:rsidRDefault="00143F4D" w:rsidP="00143F4D">
            <w:pPr>
              <w:jc w:val="center"/>
              <w:rPr>
                <w:rFonts w:ascii="Arial" w:hAnsi="Arial" w:cs="Arial"/>
                <w:sz w:val="16"/>
                <w:lang w:val="pl-PL"/>
              </w:rPr>
            </w:pPr>
            <w:r w:rsidRPr="004C189B">
              <w:rPr>
                <w:rFonts w:ascii="Arial" w:hAnsi="Arial" w:cs="Arial"/>
                <w:b/>
                <w:bCs/>
                <w:color w:val="auto"/>
                <w:sz w:val="22"/>
              </w:rPr>
              <w:t>Lp.</w:t>
            </w:r>
          </w:p>
        </w:tc>
        <w:tc>
          <w:tcPr>
            <w:tcW w:w="6313" w:type="dxa"/>
            <w:tcMar>
              <w:top w:w="80" w:type="dxa"/>
              <w:left w:w="120" w:type="dxa"/>
              <w:bottom w:w="80" w:type="dxa"/>
              <w:right w:w="120" w:type="dxa"/>
            </w:tcMar>
          </w:tcPr>
          <w:p w14:paraId="3FC6EBAE" w14:textId="0F72568C" w:rsidR="00143F4D" w:rsidRPr="00CC7620" w:rsidRDefault="00143F4D" w:rsidP="00143F4D">
            <w:pPr>
              <w:jc w:val="center"/>
              <w:rPr>
                <w:rFonts w:ascii="Arial" w:hAnsi="Arial" w:cs="Arial"/>
                <w:sz w:val="16"/>
                <w:lang w:val="pl-PL"/>
              </w:rPr>
            </w:pPr>
            <w:r w:rsidRPr="004C189B">
              <w:rPr>
                <w:rFonts w:ascii="Arial" w:hAnsi="Arial" w:cs="Arial"/>
                <w:b/>
                <w:bCs/>
                <w:color w:val="auto"/>
                <w:sz w:val="22"/>
              </w:rPr>
              <w:t>Parametr wymagany</w:t>
            </w:r>
          </w:p>
        </w:tc>
        <w:tc>
          <w:tcPr>
            <w:tcW w:w="2397" w:type="dxa"/>
            <w:tcMar>
              <w:top w:w="80" w:type="dxa"/>
              <w:left w:w="120" w:type="dxa"/>
              <w:bottom w:w="80" w:type="dxa"/>
              <w:right w:w="120" w:type="dxa"/>
            </w:tcMar>
          </w:tcPr>
          <w:p w14:paraId="4D4C3A11" w14:textId="306EFA7F" w:rsidR="00143F4D" w:rsidRPr="00CC7620" w:rsidRDefault="00143F4D" w:rsidP="00143F4D">
            <w:pPr>
              <w:jc w:val="center"/>
              <w:rPr>
                <w:rFonts w:ascii="Arial" w:hAnsi="Arial" w:cs="Arial"/>
                <w:lang w:val="pl-PL"/>
              </w:rPr>
            </w:pPr>
            <w:r w:rsidRPr="004C189B">
              <w:rPr>
                <w:rFonts w:ascii="Arial" w:hAnsi="Arial" w:cs="Arial"/>
                <w:b/>
                <w:bCs/>
                <w:color w:val="auto"/>
                <w:sz w:val="22"/>
                <w:lang w:val="pl-PL"/>
              </w:rPr>
              <w:t>Parametr oferowany / potwierdzenie</w:t>
            </w:r>
          </w:p>
        </w:tc>
      </w:tr>
      <w:tr w:rsidR="00143F4D" w:rsidRPr="00CC7620" w14:paraId="618C43B0" w14:textId="77777777" w:rsidTr="00143F4D">
        <w:tc>
          <w:tcPr>
            <w:tcW w:w="650" w:type="dxa"/>
            <w:tcMar>
              <w:top w:w="80" w:type="dxa"/>
              <w:left w:w="120" w:type="dxa"/>
              <w:bottom w:w="80" w:type="dxa"/>
              <w:right w:w="120" w:type="dxa"/>
            </w:tcMar>
            <w:vAlign w:val="center"/>
          </w:tcPr>
          <w:p w14:paraId="14E1D441" w14:textId="77777777" w:rsidR="00143F4D" w:rsidRPr="00143F4D" w:rsidRDefault="00143F4D" w:rsidP="00143F4D">
            <w:pPr>
              <w:jc w:val="center"/>
              <w:rPr>
                <w:rFonts w:ascii="Arial" w:hAnsi="Arial" w:cs="Arial"/>
                <w:sz w:val="20"/>
                <w:szCs w:val="20"/>
                <w:lang w:val="pl-PL"/>
              </w:rPr>
            </w:pPr>
            <w:r w:rsidRPr="00143F4D">
              <w:rPr>
                <w:rFonts w:ascii="Arial" w:hAnsi="Arial" w:cs="Arial"/>
                <w:sz w:val="20"/>
                <w:szCs w:val="20"/>
                <w:lang w:val="pl-PL"/>
              </w:rPr>
              <w:t>1</w:t>
            </w:r>
          </w:p>
        </w:tc>
        <w:tc>
          <w:tcPr>
            <w:tcW w:w="6313" w:type="dxa"/>
            <w:tcMar>
              <w:top w:w="80" w:type="dxa"/>
              <w:left w:w="120" w:type="dxa"/>
              <w:bottom w:w="80" w:type="dxa"/>
              <w:right w:w="120" w:type="dxa"/>
            </w:tcMar>
            <w:vAlign w:val="center"/>
          </w:tcPr>
          <w:p w14:paraId="36988247" w14:textId="77777777" w:rsidR="00143F4D" w:rsidRPr="00143F4D" w:rsidRDefault="00143F4D" w:rsidP="00143F4D">
            <w:pPr>
              <w:rPr>
                <w:rFonts w:ascii="Arial" w:hAnsi="Arial" w:cs="Arial"/>
                <w:sz w:val="20"/>
                <w:szCs w:val="20"/>
                <w:lang w:val="pl-PL"/>
              </w:rPr>
            </w:pPr>
            <w:r w:rsidRPr="00143F4D">
              <w:rPr>
                <w:rFonts w:ascii="Arial" w:hAnsi="Arial" w:cs="Arial"/>
                <w:sz w:val="20"/>
                <w:szCs w:val="20"/>
                <w:lang w:val="pl-PL"/>
              </w:rPr>
              <w:t>Fotel z wyprofilowaną kieszenią na aplikator urządzenia do stymulacji magnetycznej</w:t>
            </w:r>
          </w:p>
        </w:tc>
        <w:tc>
          <w:tcPr>
            <w:tcW w:w="2397" w:type="dxa"/>
            <w:tcMar>
              <w:top w:w="80" w:type="dxa"/>
              <w:left w:w="120" w:type="dxa"/>
              <w:bottom w:w="80" w:type="dxa"/>
              <w:right w:w="120" w:type="dxa"/>
            </w:tcMar>
            <w:vAlign w:val="center"/>
          </w:tcPr>
          <w:p w14:paraId="13CAAE45" w14:textId="77777777" w:rsidR="00143F4D" w:rsidRPr="00CC7620" w:rsidRDefault="00143F4D" w:rsidP="00143F4D">
            <w:pPr>
              <w:rPr>
                <w:rFonts w:ascii="Arial" w:hAnsi="Arial" w:cs="Arial"/>
                <w:lang w:val="pl-PL"/>
              </w:rPr>
            </w:pPr>
          </w:p>
        </w:tc>
      </w:tr>
      <w:tr w:rsidR="00143F4D" w:rsidRPr="00CC7620" w14:paraId="271042D4" w14:textId="77777777" w:rsidTr="00143F4D">
        <w:tc>
          <w:tcPr>
            <w:tcW w:w="650" w:type="dxa"/>
            <w:tcMar>
              <w:top w:w="80" w:type="dxa"/>
              <w:left w:w="120" w:type="dxa"/>
              <w:bottom w:w="80" w:type="dxa"/>
              <w:right w:w="120" w:type="dxa"/>
            </w:tcMar>
            <w:vAlign w:val="center"/>
          </w:tcPr>
          <w:p w14:paraId="5D0DA0BC" w14:textId="77777777" w:rsidR="00143F4D" w:rsidRPr="00143F4D" w:rsidRDefault="00143F4D" w:rsidP="00143F4D">
            <w:pPr>
              <w:jc w:val="center"/>
              <w:rPr>
                <w:rFonts w:ascii="Arial" w:hAnsi="Arial" w:cs="Arial"/>
                <w:sz w:val="20"/>
                <w:szCs w:val="20"/>
                <w:lang w:val="pl-PL"/>
              </w:rPr>
            </w:pPr>
            <w:r w:rsidRPr="00143F4D">
              <w:rPr>
                <w:rFonts w:ascii="Arial" w:hAnsi="Arial" w:cs="Arial"/>
                <w:sz w:val="20"/>
                <w:szCs w:val="20"/>
                <w:lang w:val="pl-PL"/>
              </w:rPr>
              <w:t>2</w:t>
            </w:r>
          </w:p>
        </w:tc>
        <w:tc>
          <w:tcPr>
            <w:tcW w:w="6313" w:type="dxa"/>
            <w:tcMar>
              <w:top w:w="80" w:type="dxa"/>
              <w:left w:w="120" w:type="dxa"/>
              <w:bottom w:w="80" w:type="dxa"/>
              <w:right w:w="120" w:type="dxa"/>
            </w:tcMar>
            <w:vAlign w:val="center"/>
          </w:tcPr>
          <w:p w14:paraId="6EDC386A" w14:textId="77777777" w:rsidR="00143F4D" w:rsidRPr="00143F4D" w:rsidRDefault="00143F4D" w:rsidP="00143F4D">
            <w:pPr>
              <w:rPr>
                <w:rFonts w:ascii="Arial" w:hAnsi="Arial" w:cs="Arial"/>
                <w:sz w:val="20"/>
                <w:szCs w:val="20"/>
                <w:lang w:val="pl-PL"/>
              </w:rPr>
            </w:pPr>
            <w:r w:rsidRPr="00143F4D">
              <w:rPr>
                <w:rFonts w:ascii="Arial" w:hAnsi="Arial" w:cs="Arial"/>
                <w:sz w:val="20"/>
                <w:szCs w:val="20"/>
                <w:lang w:val="pl-PL"/>
              </w:rPr>
              <w:t>Aluminiowa podstawa na 5-skrzydłowych nóżkach z poliuretanu</w:t>
            </w:r>
          </w:p>
        </w:tc>
        <w:tc>
          <w:tcPr>
            <w:tcW w:w="2397" w:type="dxa"/>
            <w:tcMar>
              <w:top w:w="80" w:type="dxa"/>
              <w:left w:w="120" w:type="dxa"/>
              <w:bottom w:w="80" w:type="dxa"/>
              <w:right w:w="120" w:type="dxa"/>
            </w:tcMar>
            <w:vAlign w:val="center"/>
          </w:tcPr>
          <w:p w14:paraId="116D3ED6" w14:textId="77777777" w:rsidR="00143F4D" w:rsidRPr="00CC7620" w:rsidRDefault="00143F4D" w:rsidP="00143F4D">
            <w:pPr>
              <w:rPr>
                <w:rFonts w:ascii="Arial" w:hAnsi="Arial" w:cs="Arial"/>
                <w:lang w:val="pl-PL"/>
              </w:rPr>
            </w:pPr>
          </w:p>
        </w:tc>
      </w:tr>
      <w:tr w:rsidR="00143F4D" w:rsidRPr="00CC7620" w14:paraId="6F870616" w14:textId="77777777" w:rsidTr="00143F4D">
        <w:tc>
          <w:tcPr>
            <w:tcW w:w="650" w:type="dxa"/>
            <w:tcMar>
              <w:top w:w="80" w:type="dxa"/>
              <w:left w:w="120" w:type="dxa"/>
              <w:bottom w:w="80" w:type="dxa"/>
              <w:right w:w="120" w:type="dxa"/>
            </w:tcMar>
            <w:vAlign w:val="center"/>
          </w:tcPr>
          <w:p w14:paraId="35E08380" w14:textId="77777777" w:rsidR="00143F4D" w:rsidRPr="00143F4D" w:rsidRDefault="00143F4D" w:rsidP="00143F4D">
            <w:pPr>
              <w:jc w:val="center"/>
              <w:rPr>
                <w:rFonts w:ascii="Arial" w:hAnsi="Arial" w:cs="Arial"/>
                <w:sz w:val="20"/>
                <w:szCs w:val="20"/>
                <w:lang w:val="pl-PL"/>
              </w:rPr>
            </w:pPr>
            <w:r w:rsidRPr="00143F4D">
              <w:rPr>
                <w:rFonts w:ascii="Arial" w:hAnsi="Arial" w:cs="Arial"/>
                <w:sz w:val="20"/>
                <w:szCs w:val="20"/>
                <w:lang w:val="pl-PL"/>
              </w:rPr>
              <w:t>3</w:t>
            </w:r>
          </w:p>
        </w:tc>
        <w:tc>
          <w:tcPr>
            <w:tcW w:w="6313" w:type="dxa"/>
            <w:tcMar>
              <w:top w:w="80" w:type="dxa"/>
              <w:left w:w="120" w:type="dxa"/>
              <w:bottom w:w="80" w:type="dxa"/>
              <w:right w:w="120" w:type="dxa"/>
            </w:tcMar>
            <w:vAlign w:val="center"/>
          </w:tcPr>
          <w:p w14:paraId="0121A018" w14:textId="77777777" w:rsidR="00143F4D" w:rsidRPr="00143F4D" w:rsidRDefault="00143F4D" w:rsidP="00143F4D">
            <w:pPr>
              <w:rPr>
                <w:rFonts w:ascii="Arial" w:hAnsi="Arial" w:cs="Arial"/>
                <w:sz w:val="20"/>
                <w:szCs w:val="20"/>
                <w:lang w:val="pl-PL"/>
              </w:rPr>
            </w:pPr>
            <w:r w:rsidRPr="00143F4D">
              <w:rPr>
                <w:rFonts w:ascii="Arial" w:hAnsi="Arial" w:cs="Arial"/>
                <w:sz w:val="20"/>
                <w:szCs w:val="20"/>
                <w:lang w:val="pl-PL"/>
              </w:rPr>
              <w:t>Sprężyna gazowa o skoku 160 mm</w:t>
            </w:r>
          </w:p>
        </w:tc>
        <w:tc>
          <w:tcPr>
            <w:tcW w:w="2397" w:type="dxa"/>
            <w:tcMar>
              <w:top w:w="80" w:type="dxa"/>
              <w:left w:w="120" w:type="dxa"/>
              <w:bottom w:w="80" w:type="dxa"/>
              <w:right w:w="120" w:type="dxa"/>
            </w:tcMar>
            <w:vAlign w:val="center"/>
          </w:tcPr>
          <w:p w14:paraId="02075CFD" w14:textId="77777777" w:rsidR="00143F4D" w:rsidRPr="00CC7620" w:rsidRDefault="00143F4D" w:rsidP="00143F4D">
            <w:pPr>
              <w:rPr>
                <w:rFonts w:ascii="Arial" w:hAnsi="Arial" w:cs="Arial"/>
                <w:lang w:val="pl-PL"/>
              </w:rPr>
            </w:pPr>
          </w:p>
        </w:tc>
      </w:tr>
      <w:tr w:rsidR="00143F4D" w:rsidRPr="00CC7620" w14:paraId="25CF82D1" w14:textId="77777777" w:rsidTr="00143F4D">
        <w:tc>
          <w:tcPr>
            <w:tcW w:w="650" w:type="dxa"/>
            <w:tcMar>
              <w:top w:w="80" w:type="dxa"/>
              <w:left w:w="120" w:type="dxa"/>
              <w:bottom w:w="80" w:type="dxa"/>
              <w:right w:w="120" w:type="dxa"/>
            </w:tcMar>
            <w:vAlign w:val="center"/>
          </w:tcPr>
          <w:p w14:paraId="2A017DD4" w14:textId="77777777" w:rsidR="00143F4D" w:rsidRPr="00143F4D" w:rsidRDefault="00143F4D" w:rsidP="00143F4D">
            <w:pPr>
              <w:jc w:val="center"/>
              <w:rPr>
                <w:rFonts w:ascii="Arial" w:hAnsi="Arial" w:cs="Arial"/>
                <w:sz w:val="20"/>
                <w:szCs w:val="20"/>
                <w:lang w:val="pl-PL"/>
              </w:rPr>
            </w:pPr>
            <w:r w:rsidRPr="00143F4D">
              <w:rPr>
                <w:rFonts w:ascii="Arial" w:hAnsi="Arial" w:cs="Arial"/>
                <w:sz w:val="20"/>
                <w:szCs w:val="20"/>
                <w:lang w:val="pl-PL"/>
              </w:rPr>
              <w:t>4</w:t>
            </w:r>
          </w:p>
        </w:tc>
        <w:tc>
          <w:tcPr>
            <w:tcW w:w="6313" w:type="dxa"/>
            <w:tcMar>
              <w:top w:w="80" w:type="dxa"/>
              <w:left w:w="120" w:type="dxa"/>
              <w:bottom w:w="80" w:type="dxa"/>
              <w:right w:w="120" w:type="dxa"/>
            </w:tcMar>
            <w:vAlign w:val="center"/>
          </w:tcPr>
          <w:p w14:paraId="1644F4AD" w14:textId="77777777" w:rsidR="00143F4D" w:rsidRPr="00143F4D" w:rsidRDefault="00143F4D" w:rsidP="00143F4D">
            <w:pPr>
              <w:rPr>
                <w:rFonts w:ascii="Arial" w:hAnsi="Arial" w:cs="Arial"/>
                <w:sz w:val="20"/>
                <w:szCs w:val="20"/>
                <w:lang w:val="pl-PL"/>
              </w:rPr>
            </w:pPr>
            <w:r w:rsidRPr="00143F4D">
              <w:rPr>
                <w:rFonts w:ascii="Arial" w:hAnsi="Arial" w:cs="Arial"/>
                <w:sz w:val="20"/>
                <w:szCs w:val="20"/>
                <w:lang w:val="pl-PL"/>
              </w:rPr>
              <w:t xml:space="preserve">Tapicerka w kolorze </w:t>
            </w:r>
            <w:proofErr w:type="spellStart"/>
            <w:r w:rsidRPr="00143F4D">
              <w:rPr>
                <w:rFonts w:ascii="Arial" w:hAnsi="Arial" w:cs="Arial"/>
                <w:sz w:val="20"/>
                <w:szCs w:val="20"/>
                <w:lang w:val="pl-PL"/>
              </w:rPr>
              <w:t>ecru</w:t>
            </w:r>
            <w:proofErr w:type="spellEnd"/>
          </w:p>
        </w:tc>
        <w:tc>
          <w:tcPr>
            <w:tcW w:w="2397" w:type="dxa"/>
            <w:tcMar>
              <w:top w:w="80" w:type="dxa"/>
              <w:left w:w="120" w:type="dxa"/>
              <w:bottom w:w="80" w:type="dxa"/>
              <w:right w:w="120" w:type="dxa"/>
            </w:tcMar>
            <w:vAlign w:val="center"/>
          </w:tcPr>
          <w:p w14:paraId="6E6B4F56" w14:textId="77777777" w:rsidR="00143F4D" w:rsidRPr="00CC7620" w:rsidRDefault="00143F4D" w:rsidP="00143F4D">
            <w:pPr>
              <w:rPr>
                <w:rFonts w:ascii="Arial" w:hAnsi="Arial" w:cs="Arial"/>
                <w:lang w:val="pl-PL"/>
              </w:rPr>
            </w:pPr>
          </w:p>
        </w:tc>
      </w:tr>
      <w:tr w:rsidR="00143F4D" w:rsidRPr="00CC7620" w14:paraId="7645E54B" w14:textId="77777777" w:rsidTr="00143F4D">
        <w:tc>
          <w:tcPr>
            <w:tcW w:w="650" w:type="dxa"/>
            <w:tcMar>
              <w:top w:w="80" w:type="dxa"/>
              <w:left w:w="120" w:type="dxa"/>
              <w:bottom w:w="80" w:type="dxa"/>
              <w:right w:w="120" w:type="dxa"/>
            </w:tcMar>
            <w:vAlign w:val="center"/>
          </w:tcPr>
          <w:p w14:paraId="24DA470C" w14:textId="77777777" w:rsidR="00143F4D" w:rsidRPr="00143F4D" w:rsidRDefault="00143F4D" w:rsidP="00143F4D">
            <w:pPr>
              <w:jc w:val="center"/>
              <w:rPr>
                <w:rFonts w:ascii="Arial" w:hAnsi="Arial" w:cs="Arial"/>
                <w:sz w:val="20"/>
                <w:szCs w:val="20"/>
                <w:lang w:val="pl-PL"/>
              </w:rPr>
            </w:pPr>
            <w:r w:rsidRPr="00143F4D">
              <w:rPr>
                <w:rFonts w:ascii="Arial" w:hAnsi="Arial" w:cs="Arial"/>
                <w:sz w:val="20"/>
                <w:szCs w:val="20"/>
                <w:lang w:val="pl-PL"/>
              </w:rPr>
              <w:t>5</w:t>
            </w:r>
          </w:p>
        </w:tc>
        <w:tc>
          <w:tcPr>
            <w:tcW w:w="6313" w:type="dxa"/>
            <w:tcMar>
              <w:top w:w="80" w:type="dxa"/>
              <w:left w:w="120" w:type="dxa"/>
              <w:bottom w:w="80" w:type="dxa"/>
              <w:right w:w="120" w:type="dxa"/>
            </w:tcMar>
            <w:vAlign w:val="center"/>
          </w:tcPr>
          <w:p w14:paraId="64E456E6" w14:textId="77777777" w:rsidR="00143F4D" w:rsidRPr="00143F4D" w:rsidRDefault="00143F4D" w:rsidP="00143F4D">
            <w:pPr>
              <w:rPr>
                <w:rFonts w:ascii="Arial" w:hAnsi="Arial" w:cs="Arial"/>
                <w:sz w:val="20"/>
                <w:szCs w:val="20"/>
                <w:lang w:val="pl-PL"/>
              </w:rPr>
            </w:pPr>
            <w:r w:rsidRPr="00143F4D">
              <w:rPr>
                <w:rFonts w:ascii="Arial" w:hAnsi="Arial" w:cs="Arial"/>
                <w:sz w:val="20"/>
                <w:szCs w:val="20"/>
                <w:lang w:val="pl-PL"/>
              </w:rPr>
              <w:t>Wymiary w cm (wys. x szer.) 62x60 (+/- 1 cm)</w:t>
            </w:r>
          </w:p>
        </w:tc>
        <w:tc>
          <w:tcPr>
            <w:tcW w:w="2397" w:type="dxa"/>
            <w:tcMar>
              <w:top w:w="80" w:type="dxa"/>
              <w:left w:w="120" w:type="dxa"/>
              <w:bottom w:w="80" w:type="dxa"/>
              <w:right w:w="120" w:type="dxa"/>
            </w:tcMar>
            <w:vAlign w:val="center"/>
          </w:tcPr>
          <w:p w14:paraId="26E69098" w14:textId="77777777" w:rsidR="00143F4D" w:rsidRPr="00CC7620" w:rsidRDefault="00143F4D" w:rsidP="00143F4D">
            <w:pPr>
              <w:rPr>
                <w:rFonts w:ascii="Arial" w:hAnsi="Arial" w:cs="Arial"/>
                <w:lang w:val="pl-PL"/>
              </w:rPr>
            </w:pPr>
          </w:p>
        </w:tc>
      </w:tr>
      <w:tr w:rsidR="00143F4D" w:rsidRPr="00CC7620" w14:paraId="427059C6" w14:textId="77777777" w:rsidTr="00143F4D">
        <w:tc>
          <w:tcPr>
            <w:tcW w:w="650" w:type="dxa"/>
            <w:tcMar>
              <w:top w:w="80" w:type="dxa"/>
              <w:left w:w="120" w:type="dxa"/>
              <w:bottom w:w="80" w:type="dxa"/>
              <w:right w:w="120" w:type="dxa"/>
            </w:tcMar>
            <w:vAlign w:val="center"/>
          </w:tcPr>
          <w:p w14:paraId="727A526C" w14:textId="77777777" w:rsidR="00143F4D" w:rsidRPr="00143F4D" w:rsidRDefault="00143F4D" w:rsidP="00143F4D">
            <w:pPr>
              <w:jc w:val="center"/>
              <w:rPr>
                <w:rFonts w:ascii="Arial" w:hAnsi="Arial" w:cs="Arial"/>
                <w:sz w:val="20"/>
                <w:szCs w:val="20"/>
                <w:lang w:val="pl-PL"/>
              </w:rPr>
            </w:pPr>
            <w:r w:rsidRPr="00143F4D">
              <w:rPr>
                <w:rFonts w:ascii="Arial" w:hAnsi="Arial" w:cs="Arial"/>
                <w:sz w:val="20"/>
                <w:szCs w:val="20"/>
                <w:lang w:val="pl-PL"/>
              </w:rPr>
              <w:t>6</w:t>
            </w:r>
          </w:p>
        </w:tc>
        <w:tc>
          <w:tcPr>
            <w:tcW w:w="6313" w:type="dxa"/>
            <w:tcMar>
              <w:top w:w="80" w:type="dxa"/>
              <w:left w:w="120" w:type="dxa"/>
              <w:bottom w:w="80" w:type="dxa"/>
              <w:right w:w="120" w:type="dxa"/>
            </w:tcMar>
            <w:vAlign w:val="center"/>
          </w:tcPr>
          <w:p w14:paraId="59B8F3E4" w14:textId="77777777" w:rsidR="00143F4D" w:rsidRPr="00143F4D" w:rsidRDefault="00143F4D" w:rsidP="00143F4D">
            <w:pPr>
              <w:rPr>
                <w:rFonts w:ascii="Arial" w:hAnsi="Arial" w:cs="Arial"/>
                <w:sz w:val="20"/>
                <w:szCs w:val="20"/>
                <w:lang w:val="pl-PL"/>
              </w:rPr>
            </w:pPr>
            <w:r w:rsidRPr="00143F4D">
              <w:rPr>
                <w:rFonts w:ascii="Arial" w:hAnsi="Arial" w:cs="Arial"/>
                <w:sz w:val="20"/>
                <w:szCs w:val="20"/>
                <w:lang w:val="pl-PL"/>
              </w:rPr>
              <w:t>Regulacja wysokości siedziska [cm]: 54-70</w:t>
            </w:r>
          </w:p>
        </w:tc>
        <w:tc>
          <w:tcPr>
            <w:tcW w:w="2397" w:type="dxa"/>
            <w:tcMar>
              <w:top w:w="80" w:type="dxa"/>
              <w:left w:w="120" w:type="dxa"/>
              <w:bottom w:w="80" w:type="dxa"/>
              <w:right w:w="120" w:type="dxa"/>
            </w:tcMar>
            <w:vAlign w:val="center"/>
          </w:tcPr>
          <w:p w14:paraId="27715902" w14:textId="77777777" w:rsidR="00143F4D" w:rsidRPr="00CC7620" w:rsidRDefault="00143F4D" w:rsidP="00143F4D">
            <w:pPr>
              <w:rPr>
                <w:rFonts w:ascii="Arial" w:hAnsi="Arial" w:cs="Arial"/>
                <w:lang w:val="pl-PL"/>
              </w:rPr>
            </w:pPr>
          </w:p>
        </w:tc>
      </w:tr>
      <w:tr w:rsidR="00143F4D" w:rsidRPr="00CC7620" w14:paraId="452ADB67" w14:textId="77777777" w:rsidTr="00143F4D">
        <w:tc>
          <w:tcPr>
            <w:tcW w:w="650" w:type="dxa"/>
            <w:tcMar>
              <w:top w:w="80" w:type="dxa"/>
              <w:left w:w="120" w:type="dxa"/>
              <w:bottom w:w="80" w:type="dxa"/>
              <w:right w:w="120" w:type="dxa"/>
            </w:tcMar>
            <w:vAlign w:val="center"/>
          </w:tcPr>
          <w:p w14:paraId="6B30D5AC" w14:textId="77777777" w:rsidR="00143F4D" w:rsidRPr="00143F4D" w:rsidRDefault="00143F4D" w:rsidP="00143F4D">
            <w:pPr>
              <w:jc w:val="center"/>
              <w:rPr>
                <w:rFonts w:ascii="Arial" w:hAnsi="Arial" w:cs="Arial"/>
                <w:sz w:val="20"/>
                <w:szCs w:val="20"/>
                <w:lang w:val="pl-PL"/>
              </w:rPr>
            </w:pPr>
            <w:r w:rsidRPr="00143F4D">
              <w:rPr>
                <w:rFonts w:ascii="Arial" w:hAnsi="Arial" w:cs="Arial"/>
                <w:sz w:val="20"/>
                <w:szCs w:val="20"/>
                <w:lang w:val="pl-PL"/>
              </w:rPr>
              <w:t>7</w:t>
            </w:r>
          </w:p>
        </w:tc>
        <w:tc>
          <w:tcPr>
            <w:tcW w:w="6313" w:type="dxa"/>
            <w:tcMar>
              <w:top w:w="80" w:type="dxa"/>
              <w:left w:w="120" w:type="dxa"/>
              <w:bottom w:w="80" w:type="dxa"/>
              <w:right w:w="120" w:type="dxa"/>
            </w:tcMar>
            <w:vAlign w:val="center"/>
          </w:tcPr>
          <w:p w14:paraId="4B821208" w14:textId="77777777" w:rsidR="00143F4D" w:rsidRPr="00143F4D" w:rsidRDefault="00143F4D" w:rsidP="00143F4D">
            <w:pPr>
              <w:rPr>
                <w:rFonts w:ascii="Arial" w:hAnsi="Arial" w:cs="Arial"/>
                <w:sz w:val="20"/>
                <w:szCs w:val="20"/>
                <w:lang w:val="pl-PL"/>
              </w:rPr>
            </w:pPr>
            <w:r w:rsidRPr="00143F4D">
              <w:rPr>
                <w:rFonts w:ascii="Arial" w:hAnsi="Arial" w:cs="Arial"/>
                <w:sz w:val="20"/>
                <w:szCs w:val="20"/>
                <w:lang w:val="pl-PL"/>
              </w:rPr>
              <w:t>Obciążenie max.: 160 kg</w:t>
            </w:r>
          </w:p>
        </w:tc>
        <w:tc>
          <w:tcPr>
            <w:tcW w:w="2397" w:type="dxa"/>
            <w:tcMar>
              <w:top w:w="80" w:type="dxa"/>
              <w:left w:w="120" w:type="dxa"/>
              <w:bottom w:w="80" w:type="dxa"/>
              <w:right w:w="120" w:type="dxa"/>
            </w:tcMar>
            <w:vAlign w:val="center"/>
          </w:tcPr>
          <w:p w14:paraId="57FAA222" w14:textId="77777777" w:rsidR="00143F4D" w:rsidRPr="00CC7620" w:rsidRDefault="00143F4D" w:rsidP="00143F4D">
            <w:pPr>
              <w:rPr>
                <w:rFonts w:ascii="Arial" w:hAnsi="Arial" w:cs="Arial"/>
                <w:lang w:val="pl-PL"/>
              </w:rPr>
            </w:pPr>
          </w:p>
        </w:tc>
      </w:tr>
      <w:tr w:rsidR="00143F4D" w:rsidRPr="00CC7620" w14:paraId="489781AF" w14:textId="77777777" w:rsidTr="00143F4D">
        <w:tc>
          <w:tcPr>
            <w:tcW w:w="650" w:type="dxa"/>
            <w:tcMar>
              <w:top w:w="80" w:type="dxa"/>
              <w:left w:w="120" w:type="dxa"/>
              <w:bottom w:w="80" w:type="dxa"/>
              <w:right w:w="120" w:type="dxa"/>
            </w:tcMar>
            <w:vAlign w:val="center"/>
          </w:tcPr>
          <w:p w14:paraId="182FCB39" w14:textId="77777777" w:rsidR="00143F4D" w:rsidRPr="00143F4D" w:rsidRDefault="00143F4D" w:rsidP="00143F4D">
            <w:pPr>
              <w:jc w:val="center"/>
              <w:rPr>
                <w:rFonts w:ascii="Arial" w:hAnsi="Arial" w:cs="Arial"/>
                <w:sz w:val="20"/>
                <w:szCs w:val="20"/>
                <w:lang w:val="pl-PL"/>
              </w:rPr>
            </w:pPr>
            <w:r w:rsidRPr="00143F4D">
              <w:rPr>
                <w:rFonts w:ascii="Arial" w:hAnsi="Arial" w:cs="Arial"/>
                <w:sz w:val="20"/>
                <w:szCs w:val="20"/>
                <w:lang w:val="pl-PL"/>
              </w:rPr>
              <w:t>8</w:t>
            </w:r>
          </w:p>
        </w:tc>
        <w:tc>
          <w:tcPr>
            <w:tcW w:w="6313" w:type="dxa"/>
            <w:tcMar>
              <w:top w:w="80" w:type="dxa"/>
              <w:left w:w="120" w:type="dxa"/>
              <w:bottom w:w="80" w:type="dxa"/>
              <w:right w:w="120" w:type="dxa"/>
            </w:tcMar>
            <w:vAlign w:val="center"/>
          </w:tcPr>
          <w:p w14:paraId="7C940426" w14:textId="77777777" w:rsidR="00143F4D" w:rsidRPr="00143F4D" w:rsidRDefault="00143F4D" w:rsidP="00143F4D">
            <w:pPr>
              <w:rPr>
                <w:rFonts w:ascii="Arial" w:hAnsi="Arial" w:cs="Arial"/>
                <w:sz w:val="20"/>
                <w:szCs w:val="20"/>
                <w:lang w:val="pl-PL"/>
              </w:rPr>
            </w:pPr>
            <w:r w:rsidRPr="00143F4D">
              <w:rPr>
                <w:rFonts w:ascii="Arial" w:hAnsi="Arial" w:cs="Arial"/>
                <w:sz w:val="20"/>
                <w:szCs w:val="20"/>
                <w:lang w:val="pl-PL"/>
              </w:rPr>
              <w:t xml:space="preserve">Waga </w:t>
            </w:r>
            <w:proofErr w:type="gramStart"/>
            <w:r w:rsidRPr="00143F4D">
              <w:rPr>
                <w:rFonts w:ascii="Arial" w:hAnsi="Arial" w:cs="Arial"/>
                <w:sz w:val="20"/>
                <w:szCs w:val="20"/>
                <w:lang w:val="pl-PL"/>
              </w:rPr>
              <w:t>max :</w:t>
            </w:r>
            <w:proofErr w:type="gramEnd"/>
            <w:r w:rsidRPr="00143F4D">
              <w:rPr>
                <w:rFonts w:ascii="Arial" w:hAnsi="Arial" w:cs="Arial"/>
                <w:sz w:val="20"/>
                <w:szCs w:val="20"/>
                <w:lang w:val="pl-PL"/>
              </w:rPr>
              <w:t xml:space="preserve"> 20 kg</w:t>
            </w:r>
          </w:p>
        </w:tc>
        <w:tc>
          <w:tcPr>
            <w:tcW w:w="2397" w:type="dxa"/>
            <w:tcMar>
              <w:top w:w="80" w:type="dxa"/>
              <w:left w:w="120" w:type="dxa"/>
              <w:bottom w:w="80" w:type="dxa"/>
              <w:right w:w="120" w:type="dxa"/>
            </w:tcMar>
            <w:vAlign w:val="center"/>
          </w:tcPr>
          <w:p w14:paraId="557019B8" w14:textId="77777777" w:rsidR="00143F4D" w:rsidRPr="00CC7620" w:rsidRDefault="00143F4D" w:rsidP="00143F4D">
            <w:pPr>
              <w:rPr>
                <w:rFonts w:ascii="Arial" w:hAnsi="Arial" w:cs="Arial"/>
                <w:lang w:val="pl-PL"/>
              </w:rPr>
            </w:pPr>
          </w:p>
        </w:tc>
      </w:tr>
    </w:tbl>
    <w:p w14:paraId="728CE093" w14:textId="77777777" w:rsidR="00143F4D" w:rsidRDefault="00143F4D" w:rsidP="00CA2E3F">
      <w:pPr>
        <w:rPr>
          <w:rFonts w:ascii="Arial" w:hAnsi="Arial" w:cs="Arial"/>
          <w:lang w:val="pl-PL"/>
        </w:rPr>
      </w:pPr>
    </w:p>
    <w:p w14:paraId="2F7C0029" w14:textId="77777777" w:rsidR="00143F4D" w:rsidRDefault="00143F4D" w:rsidP="00CA2E3F">
      <w:pPr>
        <w:rPr>
          <w:rFonts w:ascii="Arial" w:hAnsi="Arial" w:cs="Arial"/>
          <w:b/>
          <w:bCs/>
          <w:sz w:val="24"/>
          <w:szCs w:val="24"/>
          <w:lang w:val="pl-PL"/>
        </w:rPr>
      </w:pPr>
    </w:p>
    <w:p w14:paraId="170A521A" w14:textId="77777777" w:rsidR="006A31B6" w:rsidRDefault="006A31B6" w:rsidP="00CA2E3F">
      <w:pPr>
        <w:rPr>
          <w:rFonts w:ascii="Arial" w:hAnsi="Arial" w:cs="Arial"/>
          <w:b/>
          <w:bCs/>
          <w:sz w:val="24"/>
          <w:szCs w:val="24"/>
          <w:lang w:val="pl-PL"/>
        </w:rPr>
      </w:pPr>
    </w:p>
    <w:p w14:paraId="4B601E6A" w14:textId="77777777" w:rsidR="006A31B6" w:rsidRDefault="006A31B6" w:rsidP="00CA2E3F">
      <w:pPr>
        <w:rPr>
          <w:rFonts w:ascii="Arial" w:hAnsi="Arial" w:cs="Arial"/>
          <w:b/>
          <w:bCs/>
          <w:sz w:val="24"/>
          <w:szCs w:val="24"/>
          <w:lang w:val="pl-PL"/>
        </w:rPr>
      </w:pPr>
    </w:p>
    <w:p w14:paraId="66F91C2E" w14:textId="5060DFF1" w:rsidR="00143F4D" w:rsidRDefault="00143F4D" w:rsidP="00CA2E3F">
      <w:pPr>
        <w:rPr>
          <w:rFonts w:ascii="Arial" w:hAnsi="Arial" w:cs="Arial"/>
          <w:b/>
          <w:bCs/>
          <w:sz w:val="24"/>
          <w:szCs w:val="24"/>
          <w:lang w:val="pl-PL"/>
        </w:rPr>
      </w:pPr>
      <w:r w:rsidRPr="00143F4D">
        <w:rPr>
          <w:rFonts w:ascii="Arial" w:hAnsi="Arial" w:cs="Arial"/>
          <w:b/>
          <w:bCs/>
          <w:sz w:val="24"/>
          <w:szCs w:val="24"/>
          <w:lang w:val="pl-PL"/>
        </w:rPr>
        <w:lastRenderedPageBreak/>
        <w:t>6. Szyna C</w:t>
      </w:r>
      <w:r>
        <w:rPr>
          <w:rFonts w:ascii="Arial" w:hAnsi="Arial" w:cs="Arial"/>
          <w:b/>
          <w:bCs/>
          <w:sz w:val="24"/>
          <w:szCs w:val="24"/>
          <w:lang w:val="pl-PL"/>
        </w:rPr>
        <w:t>P</w:t>
      </w:r>
      <w:r w:rsidRPr="00143F4D">
        <w:rPr>
          <w:rFonts w:ascii="Arial" w:hAnsi="Arial" w:cs="Arial"/>
          <w:b/>
          <w:bCs/>
          <w:sz w:val="24"/>
          <w:szCs w:val="24"/>
          <w:lang w:val="pl-PL"/>
        </w:rPr>
        <w:t>M</w:t>
      </w:r>
    </w:p>
    <w:p w14:paraId="7483A921" w14:textId="77777777" w:rsidR="00CA2E3F" w:rsidRPr="00CC7620" w:rsidRDefault="00CA2E3F" w:rsidP="00CA2E3F">
      <w:pPr>
        <w:rPr>
          <w:rFonts w:ascii="Arial" w:hAnsi="Arial" w:cs="Arial"/>
          <w:lang w:val="pl-PL"/>
        </w:rPr>
      </w:pPr>
      <w:r w:rsidRPr="00CC7620">
        <w:rPr>
          <w:rFonts w:ascii="Arial" w:hAnsi="Arial" w:cs="Arial"/>
          <w:b/>
          <w:lang w:val="pl-PL"/>
        </w:rPr>
        <w:t>Ilość:</w:t>
      </w:r>
      <w:r w:rsidRPr="00CC7620">
        <w:rPr>
          <w:rFonts w:ascii="Arial" w:hAnsi="Arial" w:cs="Arial"/>
          <w:lang w:val="pl-PL"/>
        </w:rPr>
        <w:t xml:space="preserve"> 1 szt.</w:t>
      </w:r>
    </w:p>
    <w:p w14:paraId="79FC3E63" w14:textId="77777777" w:rsidR="00CA2E3F" w:rsidRPr="00CC7620" w:rsidRDefault="00CA2E3F" w:rsidP="00CA2E3F">
      <w:pPr>
        <w:rPr>
          <w:rFonts w:ascii="Arial" w:hAnsi="Arial" w:cs="Arial"/>
          <w:lang w:val="pl-PL"/>
        </w:rPr>
      </w:pPr>
      <w:r w:rsidRPr="00CC7620">
        <w:rPr>
          <w:rFonts w:ascii="Arial" w:hAnsi="Arial" w:cs="Arial"/>
          <w:lang w:val="pl-PL"/>
        </w:rPr>
        <w:t>Urządzenie do ciągłego biernego ruchu kończyny dolnej, przeznaczone do rehabilitacji stawów zgodnie z poniższymi parametrami.</w:t>
      </w:r>
    </w:p>
    <w:tbl>
      <w:tblPr>
        <w:tblW w:w="936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
        <w:gridCol w:w="6455"/>
        <w:gridCol w:w="2255"/>
      </w:tblGrid>
      <w:tr w:rsidR="004C189B" w:rsidRPr="004C189B" w14:paraId="43BEB5C5" w14:textId="77777777" w:rsidTr="00143F4D">
        <w:tc>
          <w:tcPr>
            <w:tcW w:w="650" w:type="dxa"/>
            <w:tcMar>
              <w:top w:w="80" w:type="dxa"/>
              <w:left w:w="120" w:type="dxa"/>
              <w:bottom w:w="80" w:type="dxa"/>
              <w:right w:w="120" w:type="dxa"/>
            </w:tcMar>
          </w:tcPr>
          <w:p w14:paraId="7F705436" w14:textId="77777777" w:rsidR="004C189B" w:rsidRPr="004C189B" w:rsidRDefault="004C189B" w:rsidP="007D09C6">
            <w:pPr>
              <w:jc w:val="center"/>
              <w:rPr>
                <w:rFonts w:ascii="Arial" w:hAnsi="Arial" w:cs="Arial"/>
                <w:b/>
                <w:bCs/>
                <w:color w:val="auto"/>
                <w:sz w:val="22"/>
                <w:lang w:val="pl-PL"/>
              </w:rPr>
            </w:pPr>
            <w:r w:rsidRPr="004C189B">
              <w:rPr>
                <w:rFonts w:ascii="Arial" w:hAnsi="Arial" w:cs="Arial"/>
                <w:b/>
                <w:bCs/>
                <w:color w:val="auto"/>
                <w:sz w:val="22"/>
              </w:rPr>
              <w:t>Lp.</w:t>
            </w:r>
          </w:p>
        </w:tc>
        <w:tc>
          <w:tcPr>
            <w:tcW w:w="6455" w:type="dxa"/>
            <w:tcMar>
              <w:top w:w="80" w:type="dxa"/>
              <w:left w:w="120" w:type="dxa"/>
              <w:bottom w:w="80" w:type="dxa"/>
              <w:right w:w="120" w:type="dxa"/>
            </w:tcMar>
          </w:tcPr>
          <w:p w14:paraId="135B92E8" w14:textId="77777777" w:rsidR="004C189B" w:rsidRPr="004C189B" w:rsidRDefault="004C189B" w:rsidP="007D09C6">
            <w:pPr>
              <w:jc w:val="center"/>
              <w:rPr>
                <w:rFonts w:ascii="Arial" w:hAnsi="Arial" w:cs="Arial"/>
                <w:b/>
                <w:bCs/>
                <w:color w:val="auto"/>
                <w:sz w:val="22"/>
                <w:lang w:val="pl-PL"/>
              </w:rPr>
            </w:pPr>
            <w:r w:rsidRPr="004C189B">
              <w:rPr>
                <w:rFonts w:ascii="Arial" w:hAnsi="Arial" w:cs="Arial"/>
                <w:b/>
                <w:bCs/>
                <w:color w:val="auto"/>
                <w:sz w:val="22"/>
              </w:rPr>
              <w:t>Parametr wymagany</w:t>
            </w:r>
          </w:p>
        </w:tc>
        <w:tc>
          <w:tcPr>
            <w:tcW w:w="2255" w:type="dxa"/>
            <w:tcMar>
              <w:top w:w="80" w:type="dxa"/>
              <w:left w:w="120" w:type="dxa"/>
              <w:bottom w:w="80" w:type="dxa"/>
              <w:right w:w="120" w:type="dxa"/>
            </w:tcMar>
          </w:tcPr>
          <w:p w14:paraId="3B1F885A" w14:textId="5CA539CC" w:rsidR="004C189B" w:rsidRPr="004C189B" w:rsidRDefault="004C189B" w:rsidP="007D09C6">
            <w:pPr>
              <w:jc w:val="center"/>
              <w:rPr>
                <w:rFonts w:ascii="Arial" w:hAnsi="Arial" w:cs="Arial"/>
                <w:b/>
                <w:bCs/>
                <w:color w:val="auto"/>
                <w:sz w:val="22"/>
                <w:lang w:val="pl-PL"/>
              </w:rPr>
            </w:pPr>
            <w:r w:rsidRPr="004C189B">
              <w:rPr>
                <w:rFonts w:ascii="Arial" w:hAnsi="Arial" w:cs="Arial"/>
                <w:b/>
                <w:bCs/>
                <w:color w:val="auto"/>
                <w:sz w:val="22"/>
                <w:lang w:val="pl-PL"/>
              </w:rPr>
              <w:t>Parametr oferowany / potwierdzenie</w:t>
            </w:r>
          </w:p>
        </w:tc>
      </w:tr>
      <w:tr w:rsidR="00CA2E3F" w:rsidRPr="00CC7620" w14:paraId="494F9350" w14:textId="77777777" w:rsidTr="00143F4D">
        <w:tc>
          <w:tcPr>
            <w:tcW w:w="650" w:type="dxa"/>
            <w:tcMar>
              <w:top w:w="80" w:type="dxa"/>
              <w:left w:w="120" w:type="dxa"/>
              <w:bottom w:w="80" w:type="dxa"/>
              <w:right w:w="120" w:type="dxa"/>
            </w:tcMar>
            <w:vAlign w:val="center"/>
          </w:tcPr>
          <w:p w14:paraId="3762778A" w14:textId="77777777" w:rsidR="00CA2E3F" w:rsidRPr="00143F4D" w:rsidRDefault="00CA2E3F" w:rsidP="007D09C6">
            <w:pPr>
              <w:jc w:val="center"/>
              <w:rPr>
                <w:rFonts w:ascii="Arial" w:hAnsi="Arial" w:cs="Arial"/>
                <w:sz w:val="20"/>
                <w:szCs w:val="20"/>
                <w:lang w:val="pl-PL"/>
              </w:rPr>
            </w:pPr>
            <w:r w:rsidRPr="00143F4D">
              <w:rPr>
                <w:rFonts w:ascii="Arial" w:hAnsi="Arial" w:cs="Arial"/>
                <w:sz w:val="20"/>
                <w:szCs w:val="20"/>
                <w:lang w:val="pl-PL"/>
              </w:rPr>
              <w:t>1</w:t>
            </w:r>
          </w:p>
        </w:tc>
        <w:tc>
          <w:tcPr>
            <w:tcW w:w="6455" w:type="dxa"/>
            <w:tcMar>
              <w:top w:w="80" w:type="dxa"/>
              <w:left w:w="120" w:type="dxa"/>
              <w:bottom w:w="80" w:type="dxa"/>
              <w:right w:w="120" w:type="dxa"/>
            </w:tcMar>
            <w:vAlign w:val="center"/>
          </w:tcPr>
          <w:p w14:paraId="5790C046" w14:textId="77777777" w:rsidR="00CA2E3F" w:rsidRPr="00143F4D" w:rsidRDefault="00CA2E3F" w:rsidP="007D09C6">
            <w:pPr>
              <w:rPr>
                <w:rFonts w:ascii="Arial" w:hAnsi="Arial" w:cs="Arial"/>
                <w:sz w:val="20"/>
                <w:szCs w:val="20"/>
                <w:lang w:val="pl-PL"/>
              </w:rPr>
            </w:pPr>
            <w:r w:rsidRPr="00143F4D">
              <w:rPr>
                <w:rFonts w:ascii="Arial" w:hAnsi="Arial" w:cs="Arial"/>
                <w:sz w:val="20"/>
                <w:szCs w:val="20"/>
                <w:lang w:val="pl-PL"/>
              </w:rPr>
              <w:t>Szyna wyposażona w dwa wyświetlacze LCD (w pilocie i ekranie głównym) z niezależnym sterowaniem dające możliwość pracy bez pilota</w:t>
            </w:r>
          </w:p>
        </w:tc>
        <w:tc>
          <w:tcPr>
            <w:tcW w:w="2255" w:type="dxa"/>
            <w:tcMar>
              <w:top w:w="80" w:type="dxa"/>
              <w:left w:w="120" w:type="dxa"/>
              <w:bottom w:w="80" w:type="dxa"/>
              <w:right w:w="120" w:type="dxa"/>
            </w:tcMar>
            <w:vAlign w:val="center"/>
          </w:tcPr>
          <w:p w14:paraId="672D20C8" w14:textId="77777777" w:rsidR="00CA2E3F" w:rsidRPr="00CC7620" w:rsidRDefault="00CA2E3F" w:rsidP="007D09C6">
            <w:pPr>
              <w:rPr>
                <w:rFonts w:ascii="Arial" w:hAnsi="Arial" w:cs="Arial"/>
                <w:lang w:val="pl-PL"/>
              </w:rPr>
            </w:pPr>
          </w:p>
        </w:tc>
      </w:tr>
      <w:tr w:rsidR="00CA2E3F" w:rsidRPr="00CC7620" w14:paraId="3FD25D00" w14:textId="77777777" w:rsidTr="00143F4D">
        <w:tc>
          <w:tcPr>
            <w:tcW w:w="650" w:type="dxa"/>
            <w:tcMar>
              <w:top w:w="80" w:type="dxa"/>
              <w:left w:w="120" w:type="dxa"/>
              <w:bottom w:w="80" w:type="dxa"/>
              <w:right w:w="120" w:type="dxa"/>
            </w:tcMar>
            <w:vAlign w:val="center"/>
          </w:tcPr>
          <w:p w14:paraId="0CD34B2B" w14:textId="77777777" w:rsidR="00CA2E3F" w:rsidRPr="00143F4D" w:rsidRDefault="00CA2E3F" w:rsidP="007D09C6">
            <w:pPr>
              <w:jc w:val="center"/>
              <w:rPr>
                <w:rFonts w:ascii="Arial" w:hAnsi="Arial" w:cs="Arial"/>
                <w:sz w:val="20"/>
                <w:szCs w:val="20"/>
                <w:lang w:val="pl-PL"/>
              </w:rPr>
            </w:pPr>
            <w:r w:rsidRPr="00143F4D">
              <w:rPr>
                <w:rFonts w:ascii="Arial" w:hAnsi="Arial" w:cs="Arial"/>
                <w:sz w:val="20"/>
                <w:szCs w:val="20"/>
                <w:lang w:val="pl-PL"/>
              </w:rPr>
              <w:t>2</w:t>
            </w:r>
          </w:p>
        </w:tc>
        <w:tc>
          <w:tcPr>
            <w:tcW w:w="6455" w:type="dxa"/>
            <w:tcMar>
              <w:top w:w="80" w:type="dxa"/>
              <w:left w:w="120" w:type="dxa"/>
              <w:bottom w:w="80" w:type="dxa"/>
              <w:right w:w="120" w:type="dxa"/>
            </w:tcMar>
            <w:vAlign w:val="center"/>
          </w:tcPr>
          <w:p w14:paraId="20F761B4" w14:textId="77777777" w:rsidR="00CA2E3F" w:rsidRPr="00143F4D" w:rsidRDefault="00CA2E3F" w:rsidP="007D09C6">
            <w:pPr>
              <w:rPr>
                <w:rFonts w:ascii="Arial" w:hAnsi="Arial" w:cs="Arial"/>
                <w:sz w:val="20"/>
                <w:szCs w:val="20"/>
                <w:lang w:val="pl-PL"/>
              </w:rPr>
            </w:pPr>
            <w:r w:rsidRPr="00143F4D">
              <w:rPr>
                <w:rFonts w:ascii="Arial" w:hAnsi="Arial" w:cs="Arial"/>
                <w:sz w:val="20"/>
                <w:szCs w:val="20"/>
                <w:lang w:val="pl-PL"/>
              </w:rPr>
              <w:t>Niezależne sterowanie urządzeniem przy pomocy panelu głównego lub pilota</w:t>
            </w:r>
          </w:p>
        </w:tc>
        <w:tc>
          <w:tcPr>
            <w:tcW w:w="2255" w:type="dxa"/>
            <w:tcMar>
              <w:top w:w="80" w:type="dxa"/>
              <w:left w:w="120" w:type="dxa"/>
              <w:bottom w:w="80" w:type="dxa"/>
              <w:right w:w="120" w:type="dxa"/>
            </w:tcMar>
            <w:vAlign w:val="center"/>
          </w:tcPr>
          <w:p w14:paraId="4D6BE8E4" w14:textId="77777777" w:rsidR="00CA2E3F" w:rsidRPr="00CC7620" w:rsidRDefault="00CA2E3F" w:rsidP="007D09C6">
            <w:pPr>
              <w:rPr>
                <w:rFonts w:ascii="Arial" w:hAnsi="Arial" w:cs="Arial"/>
                <w:lang w:val="pl-PL"/>
              </w:rPr>
            </w:pPr>
          </w:p>
        </w:tc>
      </w:tr>
      <w:tr w:rsidR="00CA2E3F" w:rsidRPr="00CC7620" w14:paraId="6FB519BE" w14:textId="77777777" w:rsidTr="00143F4D">
        <w:tc>
          <w:tcPr>
            <w:tcW w:w="650" w:type="dxa"/>
            <w:tcMar>
              <w:top w:w="80" w:type="dxa"/>
              <w:left w:w="120" w:type="dxa"/>
              <w:bottom w:w="80" w:type="dxa"/>
              <w:right w:w="120" w:type="dxa"/>
            </w:tcMar>
            <w:vAlign w:val="center"/>
          </w:tcPr>
          <w:p w14:paraId="0446B19B" w14:textId="77777777" w:rsidR="00CA2E3F" w:rsidRPr="00143F4D" w:rsidRDefault="00CA2E3F" w:rsidP="007D09C6">
            <w:pPr>
              <w:jc w:val="center"/>
              <w:rPr>
                <w:rFonts w:ascii="Arial" w:hAnsi="Arial" w:cs="Arial"/>
                <w:sz w:val="20"/>
                <w:szCs w:val="20"/>
                <w:lang w:val="pl-PL"/>
              </w:rPr>
            </w:pPr>
            <w:r w:rsidRPr="00143F4D">
              <w:rPr>
                <w:rFonts w:ascii="Arial" w:hAnsi="Arial" w:cs="Arial"/>
                <w:sz w:val="20"/>
                <w:szCs w:val="20"/>
                <w:lang w:val="pl-PL"/>
              </w:rPr>
              <w:t>3</w:t>
            </w:r>
          </w:p>
        </w:tc>
        <w:tc>
          <w:tcPr>
            <w:tcW w:w="6455" w:type="dxa"/>
            <w:tcMar>
              <w:top w:w="80" w:type="dxa"/>
              <w:left w:w="120" w:type="dxa"/>
              <w:bottom w:w="80" w:type="dxa"/>
              <w:right w:w="120" w:type="dxa"/>
            </w:tcMar>
            <w:vAlign w:val="center"/>
          </w:tcPr>
          <w:p w14:paraId="27182A4D" w14:textId="77777777" w:rsidR="00CA2E3F" w:rsidRPr="00143F4D" w:rsidRDefault="00CA2E3F" w:rsidP="007D09C6">
            <w:pPr>
              <w:rPr>
                <w:rFonts w:ascii="Arial" w:hAnsi="Arial" w:cs="Arial"/>
                <w:sz w:val="20"/>
                <w:szCs w:val="20"/>
                <w:lang w:val="pl-PL"/>
              </w:rPr>
            </w:pPr>
            <w:r w:rsidRPr="00143F4D">
              <w:rPr>
                <w:rFonts w:ascii="Arial" w:hAnsi="Arial" w:cs="Arial"/>
                <w:sz w:val="20"/>
                <w:szCs w:val="20"/>
                <w:lang w:val="pl-PL"/>
              </w:rPr>
              <w:t>Min. 3 programy ćwiczeń</w:t>
            </w:r>
          </w:p>
        </w:tc>
        <w:tc>
          <w:tcPr>
            <w:tcW w:w="2255" w:type="dxa"/>
            <w:tcMar>
              <w:top w:w="80" w:type="dxa"/>
              <w:left w:w="120" w:type="dxa"/>
              <w:bottom w:w="80" w:type="dxa"/>
              <w:right w:w="120" w:type="dxa"/>
            </w:tcMar>
            <w:vAlign w:val="center"/>
          </w:tcPr>
          <w:p w14:paraId="651B9F24" w14:textId="77777777" w:rsidR="00CA2E3F" w:rsidRPr="00CC7620" w:rsidRDefault="00CA2E3F" w:rsidP="007D09C6">
            <w:pPr>
              <w:rPr>
                <w:rFonts w:ascii="Arial" w:hAnsi="Arial" w:cs="Arial"/>
                <w:lang w:val="pl-PL"/>
              </w:rPr>
            </w:pPr>
          </w:p>
        </w:tc>
      </w:tr>
      <w:tr w:rsidR="00CA2E3F" w:rsidRPr="00CC7620" w14:paraId="1D8BF3E5" w14:textId="77777777" w:rsidTr="00143F4D">
        <w:tc>
          <w:tcPr>
            <w:tcW w:w="650" w:type="dxa"/>
            <w:tcMar>
              <w:top w:w="80" w:type="dxa"/>
              <w:left w:w="120" w:type="dxa"/>
              <w:bottom w:w="80" w:type="dxa"/>
              <w:right w:w="120" w:type="dxa"/>
            </w:tcMar>
            <w:vAlign w:val="center"/>
          </w:tcPr>
          <w:p w14:paraId="11A97CEC" w14:textId="77777777" w:rsidR="00CA2E3F" w:rsidRPr="00143F4D" w:rsidRDefault="00CA2E3F" w:rsidP="007D09C6">
            <w:pPr>
              <w:jc w:val="center"/>
              <w:rPr>
                <w:rFonts w:ascii="Arial" w:hAnsi="Arial" w:cs="Arial"/>
                <w:sz w:val="20"/>
                <w:szCs w:val="20"/>
                <w:lang w:val="pl-PL"/>
              </w:rPr>
            </w:pPr>
            <w:r w:rsidRPr="00143F4D">
              <w:rPr>
                <w:rFonts w:ascii="Arial" w:hAnsi="Arial" w:cs="Arial"/>
                <w:sz w:val="20"/>
                <w:szCs w:val="20"/>
                <w:lang w:val="pl-PL"/>
              </w:rPr>
              <w:t>4</w:t>
            </w:r>
          </w:p>
        </w:tc>
        <w:tc>
          <w:tcPr>
            <w:tcW w:w="6455" w:type="dxa"/>
            <w:tcMar>
              <w:top w:w="80" w:type="dxa"/>
              <w:left w:w="120" w:type="dxa"/>
              <w:bottom w:w="80" w:type="dxa"/>
              <w:right w:w="120" w:type="dxa"/>
            </w:tcMar>
            <w:vAlign w:val="center"/>
          </w:tcPr>
          <w:p w14:paraId="2E2A169E" w14:textId="77777777" w:rsidR="00CA2E3F" w:rsidRPr="00143F4D" w:rsidRDefault="00CA2E3F" w:rsidP="007D09C6">
            <w:pPr>
              <w:rPr>
                <w:rFonts w:ascii="Arial" w:hAnsi="Arial" w:cs="Arial"/>
                <w:sz w:val="20"/>
                <w:szCs w:val="20"/>
                <w:lang w:val="pl-PL"/>
              </w:rPr>
            </w:pPr>
            <w:r w:rsidRPr="00143F4D">
              <w:rPr>
                <w:rFonts w:ascii="Arial" w:hAnsi="Arial" w:cs="Arial"/>
                <w:sz w:val="20"/>
                <w:szCs w:val="20"/>
                <w:lang w:val="pl-PL"/>
              </w:rPr>
              <w:t>Min. 9 prędkości pracy</w:t>
            </w:r>
          </w:p>
        </w:tc>
        <w:tc>
          <w:tcPr>
            <w:tcW w:w="2255" w:type="dxa"/>
            <w:tcMar>
              <w:top w:w="80" w:type="dxa"/>
              <w:left w:w="120" w:type="dxa"/>
              <w:bottom w:w="80" w:type="dxa"/>
              <w:right w:w="120" w:type="dxa"/>
            </w:tcMar>
            <w:vAlign w:val="center"/>
          </w:tcPr>
          <w:p w14:paraId="1FB27DAC" w14:textId="77777777" w:rsidR="00CA2E3F" w:rsidRPr="00CC7620" w:rsidRDefault="00CA2E3F" w:rsidP="007D09C6">
            <w:pPr>
              <w:rPr>
                <w:rFonts w:ascii="Arial" w:hAnsi="Arial" w:cs="Arial"/>
                <w:lang w:val="pl-PL"/>
              </w:rPr>
            </w:pPr>
          </w:p>
        </w:tc>
      </w:tr>
      <w:tr w:rsidR="00CA2E3F" w:rsidRPr="00CC7620" w14:paraId="4B97B4ED" w14:textId="77777777" w:rsidTr="00143F4D">
        <w:tc>
          <w:tcPr>
            <w:tcW w:w="650" w:type="dxa"/>
            <w:tcMar>
              <w:top w:w="80" w:type="dxa"/>
              <w:left w:w="120" w:type="dxa"/>
              <w:bottom w:w="80" w:type="dxa"/>
              <w:right w:w="120" w:type="dxa"/>
            </w:tcMar>
            <w:vAlign w:val="center"/>
          </w:tcPr>
          <w:p w14:paraId="1D186BD0" w14:textId="77777777" w:rsidR="00CA2E3F" w:rsidRPr="00143F4D" w:rsidRDefault="00CA2E3F" w:rsidP="007D09C6">
            <w:pPr>
              <w:jc w:val="center"/>
              <w:rPr>
                <w:rFonts w:ascii="Arial" w:hAnsi="Arial" w:cs="Arial"/>
                <w:sz w:val="20"/>
                <w:szCs w:val="20"/>
                <w:lang w:val="pl-PL"/>
              </w:rPr>
            </w:pPr>
            <w:r w:rsidRPr="00143F4D">
              <w:rPr>
                <w:rFonts w:ascii="Arial" w:hAnsi="Arial" w:cs="Arial"/>
                <w:sz w:val="20"/>
                <w:szCs w:val="20"/>
                <w:lang w:val="pl-PL"/>
              </w:rPr>
              <w:t>5</w:t>
            </w:r>
          </w:p>
        </w:tc>
        <w:tc>
          <w:tcPr>
            <w:tcW w:w="6455" w:type="dxa"/>
            <w:tcMar>
              <w:top w:w="80" w:type="dxa"/>
              <w:left w:w="120" w:type="dxa"/>
              <w:bottom w:w="80" w:type="dxa"/>
              <w:right w:w="120" w:type="dxa"/>
            </w:tcMar>
            <w:vAlign w:val="center"/>
          </w:tcPr>
          <w:p w14:paraId="4CECD950" w14:textId="77777777" w:rsidR="00CA2E3F" w:rsidRPr="00143F4D" w:rsidRDefault="00CA2E3F" w:rsidP="007D09C6">
            <w:pPr>
              <w:rPr>
                <w:rFonts w:ascii="Arial" w:hAnsi="Arial" w:cs="Arial"/>
                <w:sz w:val="20"/>
                <w:szCs w:val="20"/>
                <w:lang w:val="pl-PL"/>
              </w:rPr>
            </w:pPr>
            <w:r w:rsidRPr="00143F4D">
              <w:rPr>
                <w:rFonts w:ascii="Arial" w:hAnsi="Arial" w:cs="Arial"/>
                <w:sz w:val="20"/>
                <w:szCs w:val="20"/>
                <w:lang w:val="pl-PL"/>
              </w:rPr>
              <w:t>Ustawienie czasu pracy urządzenia</w:t>
            </w:r>
          </w:p>
        </w:tc>
        <w:tc>
          <w:tcPr>
            <w:tcW w:w="2255" w:type="dxa"/>
            <w:tcMar>
              <w:top w:w="80" w:type="dxa"/>
              <w:left w:w="120" w:type="dxa"/>
              <w:bottom w:w="80" w:type="dxa"/>
              <w:right w:w="120" w:type="dxa"/>
            </w:tcMar>
            <w:vAlign w:val="center"/>
          </w:tcPr>
          <w:p w14:paraId="3559A83B" w14:textId="77777777" w:rsidR="00CA2E3F" w:rsidRPr="00CC7620" w:rsidRDefault="00CA2E3F" w:rsidP="007D09C6">
            <w:pPr>
              <w:rPr>
                <w:rFonts w:ascii="Arial" w:hAnsi="Arial" w:cs="Arial"/>
                <w:lang w:val="pl-PL"/>
              </w:rPr>
            </w:pPr>
          </w:p>
        </w:tc>
      </w:tr>
      <w:tr w:rsidR="00CA2E3F" w:rsidRPr="00CC7620" w14:paraId="3E0CEF72" w14:textId="77777777" w:rsidTr="00143F4D">
        <w:tc>
          <w:tcPr>
            <w:tcW w:w="650" w:type="dxa"/>
            <w:tcMar>
              <w:top w:w="80" w:type="dxa"/>
              <w:left w:w="120" w:type="dxa"/>
              <w:bottom w:w="80" w:type="dxa"/>
              <w:right w:w="120" w:type="dxa"/>
            </w:tcMar>
            <w:vAlign w:val="center"/>
          </w:tcPr>
          <w:p w14:paraId="1604CB9B" w14:textId="77777777" w:rsidR="00CA2E3F" w:rsidRPr="00143F4D" w:rsidRDefault="00CA2E3F" w:rsidP="007D09C6">
            <w:pPr>
              <w:jc w:val="center"/>
              <w:rPr>
                <w:rFonts w:ascii="Arial" w:hAnsi="Arial" w:cs="Arial"/>
                <w:sz w:val="20"/>
                <w:szCs w:val="20"/>
                <w:lang w:val="pl-PL"/>
              </w:rPr>
            </w:pPr>
            <w:r w:rsidRPr="00143F4D">
              <w:rPr>
                <w:rFonts w:ascii="Arial" w:hAnsi="Arial" w:cs="Arial"/>
                <w:sz w:val="20"/>
                <w:szCs w:val="20"/>
                <w:lang w:val="pl-PL"/>
              </w:rPr>
              <w:t>6</w:t>
            </w:r>
          </w:p>
        </w:tc>
        <w:tc>
          <w:tcPr>
            <w:tcW w:w="6455" w:type="dxa"/>
            <w:tcMar>
              <w:top w:w="80" w:type="dxa"/>
              <w:left w:w="120" w:type="dxa"/>
              <w:bottom w:w="80" w:type="dxa"/>
              <w:right w:w="120" w:type="dxa"/>
            </w:tcMar>
            <w:vAlign w:val="center"/>
          </w:tcPr>
          <w:p w14:paraId="5103B52D" w14:textId="77777777" w:rsidR="00CA2E3F" w:rsidRPr="00143F4D" w:rsidRDefault="00CA2E3F" w:rsidP="007D09C6">
            <w:pPr>
              <w:rPr>
                <w:rFonts w:ascii="Arial" w:hAnsi="Arial" w:cs="Arial"/>
                <w:sz w:val="20"/>
                <w:szCs w:val="20"/>
                <w:lang w:val="pl-PL"/>
              </w:rPr>
            </w:pPr>
            <w:r w:rsidRPr="00143F4D">
              <w:rPr>
                <w:rFonts w:ascii="Arial" w:hAnsi="Arial" w:cs="Arial"/>
                <w:sz w:val="20"/>
                <w:szCs w:val="20"/>
                <w:lang w:val="pl-PL"/>
              </w:rPr>
              <w:t>Ustawienie kąta zgięcia oraz wyprostu (od -5° do +120°)</w:t>
            </w:r>
          </w:p>
        </w:tc>
        <w:tc>
          <w:tcPr>
            <w:tcW w:w="2255" w:type="dxa"/>
            <w:tcMar>
              <w:top w:w="80" w:type="dxa"/>
              <w:left w:w="120" w:type="dxa"/>
              <w:bottom w:w="80" w:type="dxa"/>
              <w:right w:w="120" w:type="dxa"/>
            </w:tcMar>
            <w:vAlign w:val="center"/>
          </w:tcPr>
          <w:p w14:paraId="164A5E36" w14:textId="77777777" w:rsidR="00CA2E3F" w:rsidRPr="00CC7620" w:rsidRDefault="00CA2E3F" w:rsidP="007D09C6">
            <w:pPr>
              <w:rPr>
                <w:rFonts w:ascii="Arial" w:hAnsi="Arial" w:cs="Arial"/>
                <w:lang w:val="pl-PL"/>
              </w:rPr>
            </w:pPr>
          </w:p>
        </w:tc>
      </w:tr>
      <w:tr w:rsidR="00CA2E3F" w:rsidRPr="00CC7620" w14:paraId="5B134952" w14:textId="77777777" w:rsidTr="00143F4D">
        <w:tc>
          <w:tcPr>
            <w:tcW w:w="650" w:type="dxa"/>
            <w:tcMar>
              <w:top w:w="80" w:type="dxa"/>
              <w:left w:w="120" w:type="dxa"/>
              <w:bottom w:w="80" w:type="dxa"/>
              <w:right w:w="120" w:type="dxa"/>
            </w:tcMar>
            <w:vAlign w:val="center"/>
          </w:tcPr>
          <w:p w14:paraId="114ABA3D" w14:textId="77777777" w:rsidR="00CA2E3F" w:rsidRPr="00143F4D" w:rsidRDefault="00CA2E3F" w:rsidP="007D09C6">
            <w:pPr>
              <w:jc w:val="center"/>
              <w:rPr>
                <w:rFonts w:ascii="Arial" w:hAnsi="Arial" w:cs="Arial"/>
                <w:sz w:val="20"/>
                <w:szCs w:val="20"/>
                <w:lang w:val="pl-PL"/>
              </w:rPr>
            </w:pPr>
            <w:r w:rsidRPr="00143F4D">
              <w:rPr>
                <w:rFonts w:ascii="Arial" w:hAnsi="Arial" w:cs="Arial"/>
                <w:sz w:val="20"/>
                <w:szCs w:val="20"/>
                <w:lang w:val="pl-PL"/>
              </w:rPr>
              <w:t>7</w:t>
            </w:r>
          </w:p>
        </w:tc>
        <w:tc>
          <w:tcPr>
            <w:tcW w:w="6455" w:type="dxa"/>
            <w:tcMar>
              <w:top w:w="80" w:type="dxa"/>
              <w:left w:w="120" w:type="dxa"/>
              <w:bottom w:w="80" w:type="dxa"/>
              <w:right w:w="120" w:type="dxa"/>
            </w:tcMar>
            <w:vAlign w:val="center"/>
          </w:tcPr>
          <w:p w14:paraId="7AD7771F" w14:textId="77777777" w:rsidR="00CA2E3F" w:rsidRPr="00143F4D" w:rsidRDefault="00CA2E3F" w:rsidP="007D09C6">
            <w:pPr>
              <w:rPr>
                <w:rFonts w:ascii="Arial" w:hAnsi="Arial" w:cs="Arial"/>
                <w:sz w:val="20"/>
                <w:szCs w:val="20"/>
                <w:lang w:val="pl-PL"/>
              </w:rPr>
            </w:pPr>
            <w:r w:rsidRPr="00143F4D">
              <w:rPr>
                <w:rFonts w:ascii="Arial" w:hAnsi="Arial" w:cs="Arial"/>
                <w:sz w:val="20"/>
                <w:szCs w:val="20"/>
                <w:lang w:val="pl-PL"/>
              </w:rPr>
              <w:t>Ustawienie kontroli momentu obrotowego</w:t>
            </w:r>
          </w:p>
        </w:tc>
        <w:tc>
          <w:tcPr>
            <w:tcW w:w="2255" w:type="dxa"/>
            <w:tcMar>
              <w:top w:w="80" w:type="dxa"/>
              <w:left w:w="120" w:type="dxa"/>
              <w:bottom w:w="80" w:type="dxa"/>
              <w:right w:w="120" w:type="dxa"/>
            </w:tcMar>
            <w:vAlign w:val="center"/>
          </w:tcPr>
          <w:p w14:paraId="3701CC9C" w14:textId="77777777" w:rsidR="00CA2E3F" w:rsidRPr="00CC7620" w:rsidRDefault="00CA2E3F" w:rsidP="007D09C6">
            <w:pPr>
              <w:rPr>
                <w:rFonts w:ascii="Arial" w:hAnsi="Arial" w:cs="Arial"/>
                <w:lang w:val="pl-PL"/>
              </w:rPr>
            </w:pPr>
          </w:p>
        </w:tc>
      </w:tr>
      <w:tr w:rsidR="00CA2E3F" w:rsidRPr="00CC7620" w14:paraId="0E3893B5" w14:textId="77777777" w:rsidTr="00143F4D">
        <w:tc>
          <w:tcPr>
            <w:tcW w:w="650" w:type="dxa"/>
            <w:tcMar>
              <w:top w:w="80" w:type="dxa"/>
              <w:left w:w="120" w:type="dxa"/>
              <w:bottom w:w="80" w:type="dxa"/>
              <w:right w:w="120" w:type="dxa"/>
            </w:tcMar>
            <w:vAlign w:val="center"/>
          </w:tcPr>
          <w:p w14:paraId="0DF0C807" w14:textId="77777777" w:rsidR="00CA2E3F" w:rsidRPr="00143F4D" w:rsidRDefault="00CA2E3F" w:rsidP="007D09C6">
            <w:pPr>
              <w:jc w:val="center"/>
              <w:rPr>
                <w:rFonts w:ascii="Arial" w:hAnsi="Arial" w:cs="Arial"/>
                <w:sz w:val="20"/>
                <w:szCs w:val="20"/>
                <w:lang w:val="pl-PL"/>
              </w:rPr>
            </w:pPr>
            <w:r w:rsidRPr="00143F4D">
              <w:rPr>
                <w:rFonts w:ascii="Arial" w:hAnsi="Arial" w:cs="Arial"/>
                <w:sz w:val="20"/>
                <w:szCs w:val="20"/>
                <w:lang w:val="pl-PL"/>
              </w:rPr>
              <w:t>8</w:t>
            </w:r>
          </w:p>
        </w:tc>
        <w:tc>
          <w:tcPr>
            <w:tcW w:w="6455" w:type="dxa"/>
            <w:tcMar>
              <w:top w:w="80" w:type="dxa"/>
              <w:left w:w="120" w:type="dxa"/>
              <w:bottom w:w="80" w:type="dxa"/>
              <w:right w:w="120" w:type="dxa"/>
            </w:tcMar>
            <w:vAlign w:val="center"/>
          </w:tcPr>
          <w:p w14:paraId="693663F8" w14:textId="77777777" w:rsidR="00CA2E3F" w:rsidRPr="00143F4D" w:rsidRDefault="00CA2E3F" w:rsidP="007D09C6">
            <w:pPr>
              <w:rPr>
                <w:rFonts w:ascii="Arial" w:hAnsi="Arial" w:cs="Arial"/>
                <w:sz w:val="20"/>
                <w:szCs w:val="20"/>
                <w:lang w:val="pl-PL"/>
              </w:rPr>
            </w:pPr>
            <w:r w:rsidRPr="00143F4D">
              <w:rPr>
                <w:rFonts w:ascii="Arial" w:hAnsi="Arial" w:cs="Arial"/>
                <w:sz w:val="20"/>
                <w:szCs w:val="20"/>
                <w:lang w:val="pl-PL"/>
              </w:rPr>
              <w:t>Możliwość zmiany kierunku ruchu w trakcie ćwiczeń</w:t>
            </w:r>
          </w:p>
        </w:tc>
        <w:tc>
          <w:tcPr>
            <w:tcW w:w="2255" w:type="dxa"/>
            <w:tcMar>
              <w:top w:w="80" w:type="dxa"/>
              <w:left w:w="120" w:type="dxa"/>
              <w:bottom w:w="80" w:type="dxa"/>
              <w:right w:w="120" w:type="dxa"/>
            </w:tcMar>
            <w:vAlign w:val="center"/>
          </w:tcPr>
          <w:p w14:paraId="66A62078" w14:textId="77777777" w:rsidR="00CA2E3F" w:rsidRPr="00CC7620" w:rsidRDefault="00CA2E3F" w:rsidP="007D09C6">
            <w:pPr>
              <w:rPr>
                <w:rFonts w:ascii="Arial" w:hAnsi="Arial" w:cs="Arial"/>
                <w:lang w:val="pl-PL"/>
              </w:rPr>
            </w:pPr>
          </w:p>
        </w:tc>
      </w:tr>
      <w:tr w:rsidR="00CA2E3F" w:rsidRPr="00CC7620" w14:paraId="36DFB865" w14:textId="77777777" w:rsidTr="00143F4D">
        <w:tc>
          <w:tcPr>
            <w:tcW w:w="650" w:type="dxa"/>
            <w:tcMar>
              <w:top w:w="80" w:type="dxa"/>
              <w:left w:w="120" w:type="dxa"/>
              <w:bottom w:w="80" w:type="dxa"/>
              <w:right w:w="120" w:type="dxa"/>
            </w:tcMar>
            <w:vAlign w:val="center"/>
          </w:tcPr>
          <w:p w14:paraId="2B8740C0" w14:textId="77777777" w:rsidR="00CA2E3F" w:rsidRPr="00143F4D" w:rsidRDefault="00CA2E3F" w:rsidP="007D09C6">
            <w:pPr>
              <w:jc w:val="center"/>
              <w:rPr>
                <w:rFonts w:ascii="Arial" w:hAnsi="Arial" w:cs="Arial"/>
                <w:sz w:val="20"/>
                <w:szCs w:val="20"/>
                <w:lang w:val="pl-PL"/>
              </w:rPr>
            </w:pPr>
            <w:r w:rsidRPr="00143F4D">
              <w:rPr>
                <w:rFonts w:ascii="Arial" w:hAnsi="Arial" w:cs="Arial"/>
                <w:sz w:val="20"/>
                <w:szCs w:val="20"/>
                <w:lang w:val="pl-PL"/>
              </w:rPr>
              <w:t>9</w:t>
            </w:r>
          </w:p>
        </w:tc>
        <w:tc>
          <w:tcPr>
            <w:tcW w:w="6455" w:type="dxa"/>
            <w:tcMar>
              <w:top w:w="80" w:type="dxa"/>
              <w:left w:w="120" w:type="dxa"/>
              <w:bottom w:w="80" w:type="dxa"/>
              <w:right w:w="120" w:type="dxa"/>
            </w:tcMar>
            <w:vAlign w:val="center"/>
          </w:tcPr>
          <w:p w14:paraId="7ECBCFDA" w14:textId="77777777" w:rsidR="00CA2E3F" w:rsidRPr="00143F4D" w:rsidRDefault="00CA2E3F" w:rsidP="007D09C6">
            <w:pPr>
              <w:rPr>
                <w:rFonts w:ascii="Arial" w:hAnsi="Arial" w:cs="Arial"/>
                <w:sz w:val="20"/>
                <w:szCs w:val="20"/>
                <w:lang w:val="pl-PL"/>
              </w:rPr>
            </w:pPr>
            <w:r w:rsidRPr="00143F4D">
              <w:rPr>
                <w:rFonts w:ascii="Arial" w:hAnsi="Arial" w:cs="Arial"/>
                <w:sz w:val="20"/>
                <w:szCs w:val="20"/>
                <w:lang w:val="pl-PL"/>
              </w:rPr>
              <w:t>Wyłącznik awaryjny</w:t>
            </w:r>
          </w:p>
        </w:tc>
        <w:tc>
          <w:tcPr>
            <w:tcW w:w="2255" w:type="dxa"/>
            <w:tcMar>
              <w:top w:w="80" w:type="dxa"/>
              <w:left w:w="120" w:type="dxa"/>
              <w:bottom w:w="80" w:type="dxa"/>
              <w:right w:w="120" w:type="dxa"/>
            </w:tcMar>
            <w:vAlign w:val="center"/>
          </w:tcPr>
          <w:p w14:paraId="6BF1D0AF" w14:textId="77777777" w:rsidR="00CA2E3F" w:rsidRPr="00CC7620" w:rsidRDefault="00CA2E3F" w:rsidP="007D09C6">
            <w:pPr>
              <w:rPr>
                <w:rFonts w:ascii="Arial" w:hAnsi="Arial" w:cs="Arial"/>
                <w:lang w:val="pl-PL"/>
              </w:rPr>
            </w:pPr>
          </w:p>
        </w:tc>
      </w:tr>
      <w:tr w:rsidR="00CA2E3F" w:rsidRPr="00CC7620" w14:paraId="3D203DC2" w14:textId="77777777" w:rsidTr="00143F4D">
        <w:tc>
          <w:tcPr>
            <w:tcW w:w="650" w:type="dxa"/>
            <w:tcMar>
              <w:top w:w="80" w:type="dxa"/>
              <w:left w:w="120" w:type="dxa"/>
              <w:bottom w:w="80" w:type="dxa"/>
              <w:right w:w="120" w:type="dxa"/>
            </w:tcMar>
            <w:vAlign w:val="center"/>
          </w:tcPr>
          <w:p w14:paraId="3FB1C70B" w14:textId="77777777" w:rsidR="00CA2E3F" w:rsidRPr="00143F4D" w:rsidRDefault="00CA2E3F" w:rsidP="007D09C6">
            <w:pPr>
              <w:jc w:val="center"/>
              <w:rPr>
                <w:rFonts w:ascii="Arial" w:hAnsi="Arial" w:cs="Arial"/>
                <w:sz w:val="20"/>
                <w:szCs w:val="20"/>
                <w:lang w:val="pl-PL"/>
              </w:rPr>
            </w:pPr>
            <w:r w:rsidRPr="00143F4D">
              <w:rPr>
                <w:rFonts w:ascii="Arial" w:hAnsi="Arial" w:cs="Arial"/>
                <w:sz w:val="20"/>
                <w:szCs w:val="20"/>
                <w:lang w:val="pl-PL"/>
              </w:rPr>
              <w:t>10</w:t>
            </w:r>
          </w:p>
        </w:tc>
        <w:tc>
          <w:tcPr>
            <w:tcW w:w="6455" w:type="dxa"/>
            <w:tcMar>
              <w:top w:w="80" w:type="dxa"/>
              <w:left w:w="120" w:type="dxa"/>
              <w:bottom w:w="80" w:type="dxa"/>
              <w:right w:w="120" w:type="dxa"/>
            </w:tcMar>
            <w:vAlign w:val="center"/>
          </w:tcPr>
          <w:p w14:paraId="222DCE5C" w14:textId="77777777" w:rsidR="00CA2E3F" w:rsidRPr="00143F4D" w:rsidRDefault="00CA2E3F" w:rsidP="007D09C6">
            <w:pPr>
              <w:rPr>
                <w:rFonts w:ascii="Arial" w:hAnsi="Arial" w:cs="Arial"/>
                <w:sz w:val="20"/>
                <w:szCs w:val="20"/>
                <w:lang w:val="pl-PL"/>
              </w:rPr>
            </w:pPr>
            <w:r w:rsidRPr="00143F4D">
              <w:rPr>
                <w:rFonts w:ascii="Arial" w:hAnsi="Arial" w:cs="Arial"/>
                <w:sz w:val="20"/>
                <w:szCs w:val="20"/>
                <w:lang w:val="pl-PL"/>
              </w:rPr>
              <w:t>Kąt zakresu ruchomości stawu kolanowego od 25° do 100°</w:t>
            </w:r>
          </w:p>
        </w:tc>
        <w:tc>
          <w:tcPr>
            <w:tcW w:w="2255" w:type="dxa"/>
            <w:tcMar>
              <w:top w:w="80" w:type="dxa"/>
              <w:left w:w="120" w:type="dxa"/>
              <w:bottom w:w="80" w:type="dxa"/>
              <w:right w:w="120" w:type="dxa"/>
            </w:tcMar>
            <w:vAlign w:val="center"/>
          </w:tcPr>
          <w:p w14:paraId="52525F56" w14:textId="77777777" w:rsidR="00CA2E3F" w:rsidRPr="00CC7620" w:rsidRDefault="00CA2E3F" w:rsidP="007D09C6">
            <w:pPr>
              <w:rPr>
                <w:rFonts w:ascii="Arial" w:hAnsi="Arial" w:cs="Arial"/>
                <w:lang w:val="pl-PL"/>
              </w:rPr>
            </w:pPr>
          </w:p>
        </w:tc>
      </w:tr>
      <w:tr w:rsidR="00CA2E3F" w:rsidRPr="00CC7620" w14:paraId="3916FE68" w14:textId="77777777" w:rsidTr="00143F4D">
        <w:tc>
          <w:tcPr>
            <w:tcW w:w="650" w:type="dxa"/>
            <w:tcMar>
              <w:top w:w="80" w:type="dxa"/>
              <w:left w:w="120" w:type="dxa"/>
              <w:bottom w:w="80" w:type="dxa"/>
              <w:right w:w="120" w:type="dxa"/>
            </w:tcMar>
            <w:vAlign w:val="center"/>
          </w:tcPr>
          <w:p w14:paraId="18EE1B50" w14:textId="77777777" w:rsidR="00CA2E3F" w:rsidRPr="00143F4D" w:rsidRDefault="00CA2E3F" w:rsidP="007D09C6">
            <w:pPr>
              <w:jc w:val="center"/>
              <w:rPr>
                <w:rFonts w:ascii="Arial" w:hAnsi="Arial" w:cs="Arial"/>
                <w:sz w:val="20"/>
                <w:szCs w:val="20"/>
                <w:lang w:val="pl-PL"/>
              </w:rPr>
            </w:pPr>
            <w:r w:rsidRPr="00143F4D">
              <w:rPr>
                <w:rFonts w:ascii="Arial" w:hAnsi="Arial" w:cs="Arial"/>
                <w:sz w:val="20"/>
                <w:szCs w:val="20"/>
                <w:lang w:val="pl-PL"/>
              </w:rPr>
              <w:t>11</w:t>
            </w:r>
          </w:p>
        </w:tc>
        <w:tc>
          <w:tcPr>
            <w:tcW w:w="6455" w:type="dxa"/>
            <w:tcMar>
              <w:top w:w="80" w:type="dxa"/>
              <w:left w:w="120" w:type="dxa"/>
              <w:bottom w:w="80" w:type="dxa"/>
              <w:right w:w="120" w:type="dxa"/>
            </w:tcMar>
            <w:vAlign w:val="center"/>
          </w:tcPr>
          <w:p w14:paraId="019A8BC1" w14:textId="77777777" w:rsidR="00CA2E3F" w:rsidRPr="00143F4D" w:rsidRDefault="00CA2E3F" w:rsidP="007D09C6">
            <w:pPr>
              <w:rPr>
                <w:rFonts w:ascii="Arial" w:hAnsi="Arial" w:cs="Arial"/>
                <w:sz w:val="20"/>
                <w:szCs w:val="20"/>
                <w:lang w:val="pl-PL"/>
              </w:rPr>
            </w:pPr>
            <w:r w:rsidRPr="00143F4D">
              <w:rPr>
                <w:rFonts w:ascii="Arial" w:hAnsi="Arial" w:cs="Arial"/>
                <w:sz w:val="20"/>
                <w:szCs w:val="20"/>
                <w:lang w:val="pl-PL"/>
              </w:rPr>
              <w:t>Kąt zakresu ruchomości stawu biodrowego od 0° do 40°</w:t>
            </w:r>
          </w:p>
        </w:tc>
        <w:tc>
          <w:tcPr>
            <w:tcW w:w="2255" w:type="dxa"/>
            <w:tcMar>
              <w:top w:w="80" w:type="dxa"/>
              <w:left w:w="120" w:type="dxa"/>
              <w:bottom w:w="80" w:type="dxa"/>
              <w:right w:w="120" w:type="dxa"/>
            </w:tcMar>
            <w:vAlign w:val="center"/>
          </w:tcPr>
          <w:p w14:paraId="20F02DBA" w14:textId="77777777" w:rsidR="00CA2E3F" w:rsidRPr="00CC7620" w:rsidRDefault="00CA2E3F" w:rsidP="007D09C6">
            <w:pPr>
              <w:rPr>
                <w:rFonts w:ascii="Arial" w:hAnsi="Arial" w:cs="Arial"/>
                <w:lang w:val="pl-PL"/>
              </w:rPr>
            </w:pPr>
          </w:p>
        </w:tc>
      </w:tr>
      <w:tr w:rsidR="00CA2E3F" w:rsidRPr="00CC7620" w14:paraId="65D7420B" w14:textId="77777777" w:rsidTr="00143F4D">
        <w:tc>
          <w:tcPr>
            <w:tcW w:w="650" w:type="dxa"/>
            <w:tcMar>
              <w:top w:w="80" w:type="dxa"/>
              <w:left w:w="120" w:type="dxa"/>
              <w:bottom w:w="80" w:type="dxa"/>
              <w:right w:w="120" w:type="dxa"/>
            </w:tcMar>
            <w:vAlign w:val="center"/>
          </w:tcPr>
          <w:p w14:paraId="422AA5D9" w14:textId="77777777" w:rsidR="00CA2E3F" w:rsidRPr="00143F4D" w:rsidRDefault="00CA2E3F" w:rsidP="007D09C6">
            <w:pPr>
              <w:jc w:val="center"/>
              <w:rPr>
                <w:rFonts w:ascii="Arial" w:hAnsi="Arial" w:cs="Arial"/>
                <w:sz w:val="20"/>
                <w:szCs w:val="20"/>
                <w:lang w:val="pl-PL"/>
              </w:rPr>
            </w:pPr>
            <w:r w:rsidRPr="00143F4D">
              <w:rPr>
                <w:rFonts w:ascii="Arial" w:hAnsi="Arial" w:cs="Arial"/>
                <w:sz w:val="20"/>
                <w:szCs w:val="20"/>
                <w:lang w:val="pl-PL"/>
              </w:rPr>
              <w:t>12</w:t>
            </w:r>
          </w:p>
        </w:tc>
        <w:tc>
          <w:tcPr>
            <w:tcW w:w="6455" w:type="dxa"/>
            <w:tcMar>
              <w:top w:w="80" w:type="dxa"/>
              <w:left w:w="120" w:type="dxa"/>
              <w:bottom w:w="80" w:type="dxa"/>
              <w:right w:w="120" w:type="dxa"/>
            </w:tcMar>
            <w:vAlign w:val="center"/>
          </w:tcPr>
          <w:p w14:paraId="792951B1" w14:textId="77777777" w:rsidR="00CA2E3F" w:rsidRPr="00143F4D" w:rsidRDefault="00CA2E3F" w:rsidP="007D09C6">
            <w:pPr>
              <w:rPr>
                <w:rFonts w:ascii="Arial" w:hAnsi="Arial" w:cs="Arial"/>
                <w:sz w:val="20"/>
                <w:szCs w:val="20"/>
                <w:lang w:val="pl-PL"/>
              </w:rPr>
            </w:pPr>
            <w:r w:rsidRPr="00143F4D">
              <w:rPr>
                <w:rFonts w:ascii="Arial" w:hAnsi="Arial" w:cs="Arial"/>
                <w:sz w:val="20"/>
                <w:szCs w:val="20"/>
                <w:lang w:val="pl-PL"/>
              </w:rPr>
              <w:t>Kąt zakresu ruchomości stawu skokowego od -5° do +120°</w:t>
            </w:r>
          </w:p>
        </w:tc>
        <w:tc>
          <w:tcPr>
            <w:tcW w:w="2255" w:type="dxa"/>
            <w:tcMar>
              <w:top w:w="80" w:type="dxa"/>
              <w:left w:w="120" w:type="dxa"/>
              <w:bottom w:w="80" w:type="dxa"/>
              <w:right w:w="120" w:type="dxa"/>
            </w:tcMar>
            <w:vAlign w:val="center"/>
          </w:tcPr>
          <w:p w14:paraId="412FE7AA" w14:textId="77777777" w:rsidR="00CA2E3F" w:rsidRPr="00CC7620" w:rsidRDefault="00CA2E3F" w:rsidP="007D09C6">
            <w:pPr>
              <w:rPr>
                <w:rFonts w:ascii="Arial" w:hAnsi="Arial" w:cs="Arial"/>
                <w:lang w:val="pl-PL"/>
              </w:rPr>
            </w:pPr>
          </w:p>
        </w:tc>
      </w:tr>
      <w:tr w:rsidR="00CA2E3F" w:rsidRPr="00CC7620" w14:paraId="07C4AB96" w14:textId="77777777" w:rsidTr="00143F4D">
        <w:tc>
          <w:tcPr>
            <w:tcW w:w="650" w:type="dxa"/>
            <w:tcMar>
              <w:top w:w="80" w:type="dxa"/>
              <w:left w:w="120" w:type="dxa"/>
              <w:bottom w:w="80" w:type="dxa"/>
              <w:right w:w="120" w:type="dxa"/>
            </w:tcMar>
            <w:vAlign w:val="center"/>
          </w:tcPr>
          <w:p w14:paraId="0E0D7F4F" w14:textId="77777777" w:rsidR="00CA2E3F" w:rsidRPr="00143F4D" w:rsidRDefault="00CA2E3F" w:rsidP="007D09C6">
            <w:pPr>
              <w:jc w:val="center"/>
              <w:rPr>
                <w:rFonts w:ascii="Arial" w:hAnsi="Arial" w:cs="Arial"/>
                <w:sz w:val="20"/>
                <w:szCs w:val="20"/>
                <w:lang w:val="pl-PL"/>
              </w:rPr>
            </w:pPr>
            <w:r w:rsidRPr="00143F4D">
              <w:rPr>
                <w:rFonts w:ascii="Arial" w:hAnsi="Arial" w:cs="Arial"/>
                <w:sz w:val="20"/>
                <w:szCs w:val="20"/>
                <w:lang w:val="pl-PL"/>
              </w:rPr>
              <w:t>13</w:t>
            </w:r>
          </w:p>
        </w:tc>
        <w:tc>
          <w:tcPr>
            <w:tcW w:w="6455" w:type="dxa"/>
            <w:tcMar>
              <w:top w:w="80" w:type="dxa"/>
              <w:left w:w="120" w:type="dxa"/>
              <w:bottom w:w="80" w:type="dxa"/>
              <w:right w:w="120" w:type="dxa"/>
            </w:tcMar>
            <w:vAlign w:val="center"/>
          </w:tcPr>
          <w:p w14:paraId="36D9AEF9" w14:textId="77777777" w:rsidR="00CA2E3F" w:rsidRPr="00143F4D" w:rsidRDefault="00CA2E3F" w:rsidP="007D09C6">
            <w:pPr>
              <w:rPr>
                <w:rFonts w:ascii="Arial" w:hAnsi="Arial" w:cs="Arial"/>
                <w:sz w:val="20"/>
                <w:szCs w:val="20"/>
                <w:lang w:val="pl-PL"/>
              </w:rPr>
            </w:pPr>
            <w:r w:rsidRPr="00143F4D">
              <w:rPr>
                <w:rFonts w:ascii="Arial" w:hAnsi="Arial" w:cs="Arial"/>
                <w:sz w:val="20"/>
                <w:szCs w:val="20"/>
                <w:lang w:val="pl-PL"/>
              </w:rPr>
              <w:t>Zakres ustawienia dla kości udowej od 32 do 49 cm</w:t>
            </w:r>
          </w:p>
        </w:tc>
        <w:tc>
          <w:tcPr>
            <w:tcW w:w="2255" w:type="dxa"/>
            <w:tcMar>
              <w:top w:w="80" w:type="dxa"/>
              <w:left w:w="120" w:type="dxa"/>
              <w:bottom w:w="80" w:type="dxa"/>
              <w:right w:w="120" w:type="dxa"/>
            </w:tcMar>
            <w:vAlign w:val="center"/>
          </w:tcPr>
          <w:p w14:paraId="581A65EA" w14:textId="77777777" w:rsidR="00CA2E3F" w:rsidRPr="00CC7620" w:rsidRDefault="00CA2E3F" w:rsidP="007D09C6">
            <w:pPr>
              <w:rPr>
                <w:rFonts w:ascii="Arial" w:hAnsi="Arial" w:cs="Arial"/>
                <w:lang w:val="pl-PL"/>
              </w:rPr>
            </w:pPr>
          </w:p>
        </w:tc>
      </w:tr>
      <w:tr w:rsidR="00CA2E3F" w:rsidRPr="00CC7620" w14:paraId="421C8559" w14:textId="77777777" w:rsidTr="00143F4D">
        <w:tc>
          <w:tcPr>
            <w:tcW w:w="650" w:type="dxa"/>
            <w:tcMar>
              <w:top w:w="80" w:type="dxa"/>
              <w:left w:w="120" w:type="dxa"/>
              <w:bottom w:w="80" w:type="dxa"/>
              <w:right w:w="120" w:type="dxa"/>
            </w:tcMar>
            <w:vAlign w:val="center"/>
          </w:tcPr>
          <w:p w14:paraId="1EF74A59" w14:textId="77777777" w:rsidR="00CA2E3F" w:rsidRPr="00143F4D" w:rsidRDefault="00CA2E3F" w:rsidP="007D09C6">
            <w:pPr>
              <w:jc w:val="center"/>
              <w:rPr>
                <w:rFonts w:ascii="Arial" w:hAnsi="Arial" w:cs="Arial"/>
                <w:sz w:val="20"/>
                <w:szCs w:val="20"/>
                <w:lang w:val="pl-PL"/>
              </w:rPr>
            </w:pPr>
            <w:r w:rsidRPr="00143F4D">
              <w:rPr>
                <w:rFonts w:ascii="Arial" w:hAnsi="Arial" w:cs="Arial"/>
                <w:sz w:val="20"/>
                <w:szCs w:val="20"/>
                <w:lang w:val="pl-PL"/>
              </w:rPr>
              <w:t>14</w:t>
            </w:r>
          </w:p>
        </w:tc>
        <w:tc>
          <w:tcPr>
            <w:tcW w:w="6455" w:type="dxa"/>
            <w:tcMar>
              <w:top w:w="80" w:type="dxa"/>
              <w:left w:w="120" w:type="dxa"/>
              <w:bottom w:w="80" w:type="dxa"/>
              <w:right w:w="120" w:type="dxa"/>
            </w:tcMar>
            <w:vAlign w:val="center"/>
          </w:tcPr>
          <w:p w14:paraId="0FEBFC4C" w14:textId="77777777" w:rsidR="00CA2E3F" w:rsidRPr="00143F4D" w:rsidRDefault="00CA2E3F" w:rsidP="007D09C6">
            <w:pPr>
              <w:rPr>
                <w:rFonts w:ascii="Arial" w:hAnsi="Arial" w:cs="Arial"/>
                <w:sz w:val="20"/>
                <w:szCs w:val="20"/>
                <w:lang w:val="pl-PL"/>
              </w:rPr>
            </w:pPr>
            <w:r w:rsidRPr="00143F4D">
              <w:rPr>
                <w:rFonts w:ascii="Arial" w:hAnsi="Arial" w:cs="Arial"/>
                <w:sz w:val="20"/>
                <w:szCs w:val="20"/>
                <w:lang w:val="pl-PL"/>
              </w:rPr>
              <w:t>Zakres ustawienia dla goleni od 25 do 57 cm</w:t>
            </w:r>
          </w:p>
        </w:tc>
        <w:tc>
          <w:tcPr>
            <w:tcW w:w="2255" w:type="dxa"/>
            <w:tcMar>
              <w:top w:w="80" w:type="dxa"/>
              <w:left w:w="120" w:type="dxa"/>
              <w:bottom w:w="80" w:type="dxa"/>
              <w:right w:w="120" w:type="dxa"/>
            </w:tcMar>
            <w:vAlign w:val="center"/>
          </w:tcPr>
          <w:p w14:paraId="6B3A996B" w14:textId="77777777" w:rsidR="00CA2E3F" w:rsidRPr="00CC7620" w:rsidRDefault="00CA2E3F" w:rsidP="007D09C6">
            <w:pPr>
              <w:rPr>
                <w:rFonts w:ascii="Arial" w:hAnsi="Arial" w:cs="Arial"/>
                <w:lang w:val="pl-PL"/>
              </w:rPr>
            </w:pPr>
          </w:p>
        </w:tc>
      </w:tr>
      <w:tr w:rsidR="00CA2E3F" w:rsidRPr="00CC7620" w14:paraId="2921B1A5" w14:textId="77777777" w:rsidTr="00143F4D">
        <w:tc>
          <w:tcPr>
            <w:tcW w:w="650" w:type="dxa"/>
            <w:tcMar>
              <w:top w:w="80" w:type="dxa"/>
              <w:left w:w="120" w:type="dxa"/>
              <w:bottom w:w="80" w:type="dxa"/>
              <w:right w:w="120" w:type="dxa"/>
            </w:tcMar>
            <w:vAlign w:val="center"/>
          </w:tcPr>
          <w:p w14:paraId="5B347B53" w14:textId="77777777" w:rsidR="00CA2E3F" w:rsidRPr="00143F4D" w:rsidRDefault="00CA2E3F" w:rsidP="007D09C6">
            <w:pPr>
              <w:jc w:val="center"/>
              <w:rPr>
                <w:rFonts w:ascii="Arial" w:hAnsi="Arial" w:cs="Arial"/>
                <w:sz w:val="20"/>
                <w:szCs w:val="20"/>
                <w:lang w:val="pl-PL"/>
              </w:rPr>
            </w:pPr>
            <w:r w:rsidRPr="00143F4D">
              <w:rPr>
                <w:rFonts w:ascii="Arial" w:hAnsi="Arial" w:cs="Arial"/>
                <w:sz w:val="20"/>
                <w:szCs w:val="20"/>
                <w:lang w:val="pl-PL"/>
              </w:rPr>
              <w:t>15</w:t>
            </w:r>
          </w:p>
        </w:tc>
        <w:tc>
          <w:tcPr>
            <w:tcW w:w="6455" w:type="dxa"/>
            <w:tcMar>
              <w:top w:w="80" w:type="dxa"/>
              <w:left w:w="120" w:type="dxa"/>
              <w:bottom w:w="80" w:type="dxa"/>
              <w:right w:w="120" w:type="dxa"/>
            </w:tcMar>
            <w:vAlign w:val="center"/>
          </w:tcPr>
          <w:p w14:paraId="076C10BF" w14:textId="77777777" w:rsidR="00CA2E3F" w:rsidRPr="00143F4D" w:rsidRDefault="00CA2E3F" w:rsidP="007D09C6">
            <w:pPr>
              <w:rPr>
                <w:rFonts w:ascii="Arial" w:hAnsi="Arial" w:cs="Arial"/>
                <w:sz w:val="20"/>
                <w:szCs w:val="20"/>
                <w:lang w:val="pl-PL"/>
              </w:rPr>
            </w:pPr>
            <w:r w:rsidRPr="00143F4D">
              <w:rPr>
                <w:rFonts w:ascii="Arial" w:hAnsi="Arial" w:cs="Arial"/>
                <w:sz w:val="20"/>
                <w:szCs w:val="20"/>
                <w:lang w:val="pl-PL"/>
              </w:rPr>
              <w:t>Wymiary (+/- 1 cm</w:t>
            </w:r>
            <w:proofErr w:type="gramStart"/>
            <w:r w:rsidRPr="00143F4D">
              <w:rPr>
                <w:rFonts w:ascii="Arial" w:hAnsi="Arial" w:cs="Arial"/>
                <w:sz w:val="20"/>
                <w:szCs w:val="20"/>
                <w:lang w:val="pl-PL"/>
              </w:rPr>
              <w:t>):;</w:t>
            </w:r>
            <w:proofErr w:type="gramEnd"/>
            <w:r w:rsidRPr="00143F4D">
              <w:rPr>
                <w:rFonts w:ascii="Arial" w:hAnsi="Arial" w:cs="Arial"/>
                <w:sz w:val="20"/>
                <w:szCs w:val="20"/>
                <w:lang w:val="pl-PL"/>
              </w:rPr>
              <w:t xml:space="preserve"> Długość: 95 cm; Szerokość: 32 cm; Wysokość: 36 – 45 cm</w:t>
            </w:r>
          </w:p>
        </w:tc>
        <w:tc>
          <w:tcPr>
            <w:tcW w:w="2255" w:type="dxa"/>
            <w:tcMar>
              <w:top w:w="80" w:type="dxa"/>
              <w:left w:w="120" w:type="dxa"/>
              <w:bottom w:w="80" w:type="dxa"/>
              <w:right w:w="120" w:type="dxa"/>
            </w:tcMar>
            <w:vAlign w:val="center"/>
          </w:tcPr>
          <w:p w14:paraId="57CB30F3" w14:textId="77777777" w:rsidR="00CA2E3F" w:rsidRPr="00CC7620" w:rsidRDefault="00CA2E3F" w:rsidP="007D09C6">
            <w:pPr>
              <w:rPr>
                <w:rFonts w:ascii="Arial" w:hAnsi="Arial" w:cs="Arial"/>
                <w:lang w:val="pl-PL"/>
              </w:rPr>
            </w:pPr>
          </w:p>
        </w:tc>
      </w:tr>
      <w:tr w:rsidR="00CA2E3F" w:rsidRPr="00CC7620" w14:paraId="4C54AA03" w14:textId="77777777" w:rsidTr="00143F4D">
        <w:tc>
          <w:tcPr>
            <w:tcW w:w="650" w:type="dxa"/>
            <w:tcMar>
              <w:top w:w="80" w:type="dxa"/>
              <w:left w:w="120" w:type="dxa"/>
              <w:bottom w:w="80" w:type="dxa"/>
              <w:right w:w="120" w:type="dxa"/>
            </w:tcMar>
            <w:vAlign w:val="center"/>
          </w:tcPr>
          <w:p w14:paraId="0CA8D8D7" w14:textId="77777777" w:rsidR="00CA2E3F" w:rsidRPr="00143F4D" w:rsidRDefault="00CA2E3F" w:rsidP="007D09C6">
            <w:pPr>
              <w:jc w:val="center"/>
              <w:rPr>
                <w:rFonts w:ascii="Arial" w:hAnsi="Arial" w:cs="Arial"/>
                <w:sz w:val="20"/>
                <w:szCs w:val="20"/>
                <w:lang w:val="pl-PL"/>
              </w:rPr>
            </w:pPr>
            <w:r w:rsidRPr="00143F4D">
              <w:rPr>
                <w:rFonts w:ascii="Arial" w:hAnsi="Arial" w:cs="Arial"/>
                <w:sz w:val="20"/>
                <w:szCs w:val="20"/>
                <w:lang w:val="pl-PL"/>
              </w:rPr>
              <w:t>16</w:t>
            </w:r>
          </w:p>
        </w:tc>
        <w:tc>
          <w:tcPr>
            <w:tcW w:w="6455" w:type="dxa"/>
            <w:tcMar>
              <w:top w:w="80" w:type="dxa"/>
              <w:left w:w="120" w:type="dxa"/>
              <w:bottom w:w="80" w:type="dxa"/>
              <w:right w:w="120" w:type="dxa"/>
            </w:tcMar>
            <w:vAlign w:val="center"/>
          </w:tcPr>
          <w:p w14:paraId="44937809" w14:textId="77777777" w:rsidR="00CA2E3F" w:rsidRPr="00143F4D" w:rsidRDefault="00CA2E3F" w:rsidP="007D09C6">
            <w:pPr>
              <w:rPr>
                <w:rFonts w:ascii="Arial" w:hAnsi="Arial" w:cs="Arial"/>
                <w:sz w:val="20"/>
                <w:szCs w:val="20"/>
                <w:lang w:val="pl-PL"/>
              </w:rPr>
            </w:pPr>
            <w:r w:rsidRPr="00143F4D">
              <w:rPr>
                <w:rFonts w:ascii="Arial" w:hAnsi="Arial" w:cs="Arial"/>
                <w:sz w:val="20"/>
                <w:szCs w:val="20"/>
                <w:lang w:val="pl-PL"/>
              </w:rPr>
              <w:t xml:space="preserve">Waga </w:t>
            </w:r>
            <w:proofErr w:type="gramStart"/>
            <w:r w:rsidRPr="00143F4D">
              <w:rPr>
                <w:rFonts w:ascii="Arial" w:hAnsi="Arial" w:cs="Arial"/>
                <w:sz w:val="20"/>
                <w:szCs w:val="20"/>
                <w:lang w:val="pl-PL"/>
              </w:rPr>
              <w:t>max :</w:t>
            </w:r>
            <w:proofErr w:type="gramEnd"/>
            <w:r w:rsidRPr="00143F4D">
              <w:rPr>
                <w:rFonts w:ascii="Arial" w:hAnsi="Arial" w:cs="Arial"/>
                <w:sz w:val="20"/>
                <w:szCs w:val="20"/>
                <w:lang w:val="pl-PL"/>
              </w:rPr>
              <w:t xml:space="preserve"> 12 kg</w:t>
            </w:r>
          </w:p>
        </w:tc>
        <w:tc>
          <w:tcPr>
            <w:tcW w:w="2255" w:type="dxa"/>
            <w:tcMar>
              <w:top w:w="80" w:type="dxa"/>
              <w:left w:w="120" w:type="dxa"/>
              <w:bottom w:w="80" w:type="dxa"/>
              <w:right w:w="120" w:type="dxa"/>
            </w:tcMar>
            <w:vAlign w:val="center"/>
          </w:tcPr>
          <w:p w14:paraId="6870D97E" w14:textId="77777777" w:rsidR="00CA2E3F" w:rsidRPr="00CC7620" w:rsidRDefault="00CA2E3F" w:rsidP="007D09C6">
            <w:pPr>
              <w:rPr>
                <w:rFonts w:ascii="Arial" w:hAnsi="Arial" w:cs="Arial"/>
                <w:lang w:val="pl-PL"/>
              </w:rPr>
            </w:pPr>
          </w:p>
        </w:tc>
      </w:tr>
    </w:tbl>
    <w:p w14:paraId="15D1D2F9" w14:textId="77777777" w:rsidR="00143F4D" w:rsidRDefault="00143F4D" w:rsidP="00CA2E3F">
      <w:pPr>
        <w:rPr>
          <w:rFonts w:ascii="Arial" w:hAnsi="Arial" w:cs="Arial"/>
          <w:lang w:val="pl-PL"/>
        </w:rPr>
      </w:pPr>
    </w:p>
    <w:p w14:paraId="232ABDC1" w14:textId="77777777" w:rsidR="00143F4D" w:rsidRDefault="00143F4D" w:rsidP="00CA2E3F">
      <w:pPr>
        <w:rPr>
          <w:rFonts w:ascii="Arial" w:hAnsi="Arial" w:cs="Arial"/>
          <w:lang w:val="pl-PL"/>
        </w:rPr>
      </w:pPr>
    </w:p>
    <w:p w14:paraId="3294172F" w14:textId="77777777" w:rsidR="00143F4D" w:rsidRDefault="00143F4D" w:rsidP="00CA2E3F">
      <w:pPr>
        <w:rPr>
          <w:rFonts w:ascii="Cambria Math" w:hAnsi="Cambria Math" w:cs="Cambria Math"/>
          <w:b/>
          <w:bCs/>
          <w:sz w:val="24"/>
          <w:szCs w:val="24"/>
          <w:lang w:val="pl-PL"/>
        </w:rPr>
      </w:pPr>
      <w:r w:rsidRPr="00143F4D">
        <w:rPr>
          <w:rFonts w:ascii="Arial" w:hAnsi="Arial" w:cs="Arial"/>
          <w:b/>
          <w:bCs/>
          <w:sz w:val="24"/>
          <w:szCs w:val="24"/>
          <w:lang w:val="pl-PL"/>
        </w:rPr>
        <w:t>7. Komora do suchych kąpieli CO</w:t>
      </w:r>
      <w:r w:rsidRPr="00143F4D">
        <w:rPr>
          <w:rFonts w:ascii="Cambria Math" w:hAnsi="Cambria Math" w:cs="Cambria Math"/>
          <w:b/>
          <w:bCs/>
          <w:sz w:val="24"/>
          <w:szCs w:val="24"/>
          <w:lang w:val="pl-PL"/>
        </w:rPr>
        <w:t>₂</w:t>
      </w:r>
      <w:r w:rsidRPr="00143F4D">
        <w:rPr>
          <w:rFonts w:ascii="Arial" w:hAnsi="Arial" w:cs="Arial"/>
          <w:b/>
          <w:bCs/>
          <w:sz w:val="24"/>
          <w:szCs w:val="24"/>
          <w:lang w:val="pl-PL"/>
        </w:rPr>
        <w:t>/O</w:t>
      </w:r>
      <w:r w:rsidRPr="00143F4D">
        <w:rPr>
          <w:rFonts w:ascii="Cambria Math" w:hAnsi="Cambria Math" w:cs="Cambria Math"/>
          <w:b/>
          <w:bCs/>
          <w:sz w:val="24"/>
          <w:szCs w:val="24"/>
          <w:lang w:val="pl-PL"/>
        </w:rPr>
        <w:t>₃</w:t>
      </w:r>
    </w:p>
    <w:p w14:paraId="0EC27A38" w14:textId="77777777" w:rsidR="00CA2E3F" w:rsidRPr="00CC7620" w:rsidRDefault="00CA2E3F" w:rsidP="00CA2E3F">
      <w:pPr>
        <w:rPr>
          <w:rFonts w:ascii="Arial" w:hAnsi="Arial" w:cs="Arial"/>
          <w:lang w:val="pl-PL"/>
        </w:rPr>
      </w:pPr>
      <w:r w:rsidRPr="00CC7620">
        <w:rPr>
          <w:rFonts w:ascii="Arial" w:hAnsi="Arial" w:cs="Arial"/>
          <w:b/>
          <w:lang w:val="pl-PL"/>
        </w:rPr>
        <w:t>Ilość:</w:t>
      </w:r>
      <w:r w:rsidRPr="00CC7620">
        <w:rPr>
          <w:rFonts w:ascii="Arial" w:hAnsi="Arial" w:cs="Arial"/>
          <w:lang w:val="pl-PL"/>
        </w:rPr>
        <w:t xml:space="preserve"> 1 szt.</w:t>
      </w:r>
    </w:p>
    <w:p w14:paraId="1158F2B9" w14:textId="1C646944" w:rsidR="00497758" w:rsidRPr="00CC7620" w:rsidRDefault="00CA2E3F" w:rsidP="00CA2E3F">
      <w:pPr>
        <w:rPr>
          <w:rFonts w:ascii="Arial" w:hAnsi="Arial" w:cs="Arial"/>
          <w:lang w:val="pl-PL"/>
        </w:rPr>
      </w:pPr>
      <w:r w:rsidRPr="00CC7620">
        <w:rPr>
          <w:rFonts w:ascii="Arial" w:hAnsi="Arial" w:cs="Arial"/>
          <w:lang w:val="pl-PL"/>
        </w:rPr>
        <w:t>Komora do terapii gazowej całego ciała z wyłączeniem głowy, umożliwiająca prowadzenie zabiegów z zastosowaniem dwutlenku węgla i ozonu.</w:t>
      </w:r>
    </w:p>
    <w:tbl>
      <w:tblPr>
        <w:tblW w:w="936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
        <w:gridCol w:w="6738"/>
        <w:gridCol w:w="1972"/>
      </w:tblGrid>
      <w:tr w:rsidR="00143F4D" w:rsidRPr="00CC7620" w14:paraId="5582A718" w14:textId="77777777" w:rsidTr="00497758">
        <w:tc>
          <w:tcPr>
            <w:tcW w:w="650" w:type="dxa"/>
            <w:tcMar>
              <w:top w:w="80" w:type="dxa"/>
              <w:left w:w="120" w:type="dxa"/>
              <w:bottom w:w="80" w:type="dxa"/>
              <w:right w:w="120" w:type="dxa"/>
            </w:tcMar>
          </w:tcPr>
          <w:p w14:paraId="2DCD95DD" w14:textId="6C74074A" w:rsidR="00143F4D" w:rsidRPr="00CC7620" w:rsidRDefault="00143F4D" w:rsidP="00143F4D">
            <w:pPr>
              <w:jc w:val="center"/>
              <w:rPr>
                <w:rFonts w:ascii="Arial" w:hAnsi="Arial" w:cs="Arial"/>
                <w:sz w:val="16"/>
                <w:lang w:val="pl-PL"/>
              </w:rPr>
            </w:pPr>
            <w:r w:rsidRPr="004C189B">
              <w:rPr>
                <w:rFonts w:ascii="Arial" w:hAnsi="Arial" w:cs="Arial"/>
                <w:b/>
                <w:bCs/>
                <w:color w:val="auto"/>
                <w:sz w:val="22"/>
              </w:rPr>
              <w:lastRenderedPageBreak/>
              <w:t>Lp.</w:t>
            </w:r>
          </w:p>
        </w:tc>
        <w:tc>
          <w:tcPr>
            <w:tcW w:w="6738" w:type="dxa"/>
            <w:tcMar>
              <w:top w:w="80" w:type="dxa"/>
              <w:left w:w="120" w:type="dxa"/>
              <w:bottom w:w="80" w:type="dxa"/>
              <w:right w:w="120" w:type="dxa"/>
            </w:tcMar>
          </w:tcPr>
          <w:p w14:paraId="42FAFC47" w14:textId="3A489BDE" w:rsidR="00143F4D" w:rsidRPr="00CC7620" w:rsidRDefault="00143F4D" w:rsidP="00143F4D">
            <w:pPr>
              <w:jc w:val="center"/>
              <w:rPr>
                <w:rFonts w:ascii="Arial" w:hAnsi="Arial" w:cs="Arial"/>
                <w:sz w:val="16"/>
                <w:lang w:val="pl-PL"/>
              </w:rPr>
            </w:pPr>
            <w:r w:rsidRPr="004C189B">
              <w:rPr>
                <w:rFonts w:ascii="Arial" w:hAnsi="Arial" w:cs="Arial"/>
                <w:b/>
                <w:bCs/>
                <w:color w:val="auto"/>
                <w:sz w:val="22"/>
              </w:rPr>
              <w:t>Parametr wymagany</w:t>
            </w:r>
          </w:p>
        </w:tc>
        <w:tc>
          <w:tcPr>
            <w:tcW w:w="1972" w:type="dxa"/>
            <w:tcMar>
              <w:top w:w="80" w:type="dxa"/>
              <w:left w:w="120" w:type="dxa"/>
              <w:bottom w:w="80" w:type="dxa"/>
              <w:right w:w="120" w:type="dxa"/>
            </w:tcMar>
          </w:tcPr>
          <w:p w14:paraId="31AD0417" w14:textId="0E906267" w:rsidR="00143F4D" w:rsidRPr="00CC7620" w:rsidRDefault="00143F4D" w:rsidP="00143F4D">
            <w:pPr>
              <w:jc w:val="center"/>
              <w:rPr>
                <w:rFonts w:ascii="Arial" w:hAnsi="Arial" w:cs="Arial"/>
                <w:lang w:val="pl-PL"/>
              </w:rPr>
            </w:pPr>
            <w:r w:rsidRPr="004C189B">
              <w:rPr>
                <w:rFonts w:ascii="Arial" w:hAnsi="Arial" w:cs="Arial"/>
                <w:b/>
                <w:bCs/>
                <w:color w:val="auto"/>
                <w:sz w:val="22"/>
                <w:lang w:val="pl-PL"/>
              </w:rPr>
              <w:t>Parametr oferowany / potwierdzenie</w:t>
            </w:r>
          </w:p>
        </w:tc>
      </w:tr>
      <w:tr w:rsidR="00143F4D" w:rsidRPr="00CC7620" w14:paraId="4D85A81F" w14:textId="77777777" w:rsidTr="00497758">
        <w:tc>
          <w:tcPr>
            <w:tcW w:w="650" w:type="dxa"/>
            <w:tcMar>
              <w:top w:w="80" w:type="dxa"/>
              <w:left w:w="120" w:type="dxa"/>
              <w:bottom w:w="80" w:type="dxa"/>
              <w:right w:w="120" w:type="dxa"/>
            </w:tcMar>
            <w:vAlign w:val="center"/>
          </w:tcPr>
          <w:p w14:paraId="42819DCE"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1</w:t>
            </w:r>
          </w:p>
        </w:tc>
        <w:tc>
          <w:tcPr>
            <w:tcW w:w="6738" w:type="dxa"/>
            <w:tcMar>
              <w:top w:w="80" w:type="dxa"/>
              <w:left w:w="120" w:type="dxa"/>
              <w:bottom w:w="80" w:type="dxa"/>
              <w:right w:w="120" w:type="dxa"/>
            </w:tcMar>
            <w:vAlign w:val="center"/>
          </w:tcPr>
          <w:p w14:paraId="018FCE6B"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System kąpieli w dwutlenku węgla</w:t>
            </w:r>
          </w:p>
        </w:tc>
        <w:tc>
          <w:tcPr>
            <w:tcW w:w="1972" w:type="dxa"/>
            <w:tcMar>
              <w:top w:w="80" w:type="dxa"/>
              <w:left w:w="120" w:type="dxa"/>
              <w:bottom w:w="80" w:type="dxa"/>
              <w:right w:w="120" w:type="dxa"/>
            </w:tcMar>
            <w:vAlign w:val="center"/>
          </w:tcPr>
          <w:p w14:paraId="04EE858A" w14:textId="77777777" w:rsidR="00143F4D" w:rsidRPr="00CC7620" w:rsidRDefault="00143F4D" w:rsidP="00143F4D">
            <w:pPr>
              <w:rPr>
                <w:rFonts w:ascii="Arial" w:hAnsi="Arial" w:cs="Arial"/>
                <w:lang w:val="pl-PL"/>
              </w:rPr>
            </w:pPr>
          </w:p>
        </w:tc>
      </w:tr>
      <w:tr w:rsidR="00143F4D" w:rsidRPr="00CC7620" w14:paraId="4B656F9A" w14:textId="77777777" w:rsidTr="00497758">
        <w:tc>
          <w:tcPr>
            <w:tcW w:w="650" w:type="dxa"/>
            <w:tcMar>
              <w:top w:w="80" w:type="dxa"/>
              <w:left w:w="120" w:type="dxa"/>
              <w:bottom w:w="80" w:type="dxa"/>
              <w:right w:w="120" w:type="dxa"/>
            </w:tcMar>
            <w:vAlign w:val="center"/>
          </w:tcPr>
          <w:p w14:paraId="1B8F79F3"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2</w:t>
            </w:r>
          </w:p>
        </w:tc>
        <w:tc>
          <w:tcPr>
            <w:tcW w:w="6738" w:type="dxa"/>
            <w:tcMar>
              <w:top w:w="80" w:type="dxa"/>
              <w:left w:w="120" w:type="dxa"/>
              <w:bottom w:w="80" w:type="dxa"/>
              <w:right w:w="120" w:type="dxa"/>
            </w:tcMar>
            <w:vAlign w:val="center"/>
          </w:tcPr>
          <w:p w14:paraId="6A461AD8"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System kąpieli w ozonie</w:t>
            </w:r>
          </w:p>
        </w:tc>
        <w:tc>
          <w:tcPr>
            <w:tcW w:w="1972" w:type="dxa"/>
            <w:tcMar>
              <w:top w:w="80" w:type="dxa"/>
              <w:left w:w="120" w:type="dxa"/>
              <w:bottom w:w="80" w:type="dxa"/>
              <w:right w:w="120" w:type="dxa"/>
            </w:tcMar>
            <w:vAlign w:val="center"/>
          </w:tcPr>
          <w:p w14:paraId="1E80B9D2" w14:textId="77777777" w:rsidR="00143F4D" w:rsidRPr="00CC7620" w:rsidRDefault="00143F4D" w:rsidP="00143F4D">
            <w:pPr>
              <w:rPr>
                <w:rFonts w:ascii="Arial" w:hAnsi="Arial" w:cs="Arial"/>
                <w:lang w:val="pl-PL"/>
              </w:rPr>
            </w:pPr>
          </w:p>
        </w:tc>
      </w:tr>
      <w:tr w:rsidR="00143F4D" w:rsidRPr="00CC7620" w14:paraId="72EDBDC6" w14:textId="77777777" w:rsidTr="00497758">
        <w:tc>
          <w:tcPr>
            <w:tcW w:w="650" w:type="dxa"/>
            <w:tcMar>
              <w:top w:w="80" w:type="dxa"/>
              <w:left w:w="120" w:type="dxa"/>
              <w:bottom w:w="80" w:type="dxa"/>
              <w:right w:w="120" w:type="dxa"/>
            </w:tcMar>
            <w:vAlign w:val="center"/>
          </w:tcPr>
          <w:p w14:paraId="0D773746"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3</w:t>
            </w:r>
          </w:p>
        </w:tc>
        <w:tc>
          <w:tcPr>
            <w:tcW w:w="6738" w:type="dxa"/>
            <w:tcMar>
              <w:top w:w="80" w:type="dxa"/>
              <w:left w:w="120" w:type="dxa"/>
              <w:bottom w:w="80" w:type="dxa"/>
              <w:right w:w="120" w:type="dxa"/>
            </w:tcMar>
            <w:vAlign w:val="center"/>
          </w:tcPr>
          <w:p w14:paraId="3190211E"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Dotykowy 15 calowy panel sterujący -Monitor</w:t>
            </w:r>
          </w:p>
        </w:tc>
        <w:tc>
          <w:tcPr>
            <w:tcW w:w="1972" w:type="dxa"/>
            <w:tcMar>
              <w:top w:w="80" w:type="dxa"/>
              <w:left w:w="120" w:type="dxa"/>
              <w:bottom w:w="80" w:type="dxa"/>
              <w:right w:w="120" w:type="dxa"/>
            </w:tcMar>
            <w:vAlign w:val="center"/>
          </w:tcPr>
          <w:p w14:paraId="01534795" w14:textId="77777777" w:rsidR="00143F4D" w:rsidRPr="00CC7620" w:rsidRDefault="00143F4D" w:rsidP="00143F4D">
            <w:pPr>
              <w:rPr>
                <w:rFonts w:ascii="Arial" w:hAnsi="Arial" w:cs="Arial"/>
                <w:lang w:val="pl-PL"/>
              </w:rPr>
            </w:pPr>
          </w:p>
        </w:tc>
      </w:tr>
      <w:tr w:rsidR="00143F4D" w:rsidRPr="00CC7620" w14:paraId="70CB6ED2" w14:textId="77777777" w:rsidTr="00497758">
        <w:tc>
          <w:tcPr>
            <w:tcW w:w="650" w:type="dxa"/>
            <w:tcMar>
              <w:top w:w="80" w:type="dxa"/>
              <w:left w:w="120" w:type="dxa"/>
              <w:bottom w:w="80" w:type="dxa"/>
              <w:right w:w="120" w:type="dxa"/>
            </w:tcMar>
            <w:vAlign w:val="center"/>
          </w:tcPr>
          <w:p w14:paraId="259639F0"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4</w:t>
            </w:r>
          </w:p>
        </w:tc>
        <w:tc>
          <w:tcPr>
            <w:tcW w:w="6738" w:type="dxa"/>
            <w:tcMar>
              <w:top w:w="80" w:type="dxa"/>
              <w:left w:w="120" w:type="dxa"/>
              <w:bottom w:w="80" w:type="dxa"/>
              <w:right w:w="120" w:type="dxa"/>
            </w:tcMar>
            <w:vAlign w:val="center"/>
          </w:tcPr>
          <w:p w14:paraId="0F396583"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Zasilanie elektryczne główne 230V 50Hz</w:t>
            </w:r>
          </w:p>
        </w:tc>
        <w:tc>
          <w:tcPr>
            <w:tcW w:w="1972" w:type="dxa"/>
            <w:tcMar>
              <w:top w:w="80" w:type="dxa"/>
              <w:left w:w="120" w:type="dxa"/>
              <w:bottom w:w="80" w:type="dxa"/>
              <w:right w:w="120" w:type="dxa"/>
            </w:tcMar>
            <w:vAlign w:val="center"/>
          </w:tcPr>
          <w:p w14:paraId="27F80458" w14:textId="77777777" w:rsidR="00143F4D" w:rsidRPr="00CC7620" w:rsidRDefault="00143F4D" w:rsidP="00143F4D">
            <w:pPr>
              <w:rPr>
                <w:rFonts w:ascii="Arial" w:hAnsi="Arial" w:cs="Arial"/>
                <w:lang w:val="pl-PL"/>
              </w:rPr>
            </w:pPr>
          </w:p>
        </w:tc>
      </w:tr>
      <w:tr w:rsidR="00143F4D" w:rsidRPr="00CC7620" w14:paraId="4E58DFAD" w14:textId="77777777" w:rsidTr="00497758">
        <w:tc>
          <w:tcPr>
            <w:tcW w:w="650" w:type="dxa"/>
            <w:tcMar>
              <w:top w:w="80" w:type="dxa"/>
              <w:left w:w="120" w:type="dxa"/>
              <w:bottom w:w="80" w:type="dxa"/>
              <w:right w:w="120" w:type="dxa"/>
            </w:tcMar>
            <w:vAlign w:val="center"/>
          </w:tcPr>
          <w:p w14:paraId="476759BC"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5</w:t>
            </w:r>
          </w:p>
        </w:tc>
        <w:tc>
          <w:tcPr>
            <w:tcW w:w="6738" w:type="dxa"/>
            <w:tcMar>
              <w:top w:w="80" w:type="dxa"/>
              <w:left w:w="120" w:type="dxa"/>
              <w:bottom w:w="80" w:type="dxa"/>
              <w:right w:w="120" w:type="dxa"/>
            </w:tcMar>
            <w:vAlign w:val="center"/>
          </w:tcPr>
          <w:p w14:paraId="62EA6D6B"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Regulacja temperatury zabiegu CO2 w przedziale od 25°C - 40°C</w:t>
            </w:r>
          </w:p>
        </w:tc>
        <w:tc>
          <w:tcPr>
            <w:tcW w:w="1972" w:type="dxa"/>
            <w:tcMar>
              <w:top w:w="80" w:type="dxa"/>
              <w:left w:w="120" w:type="dxa"/>
              <w:bottom w:w="80" w:type="dxa"/>
              <w:right w:w="120" w:type="dxa"/>
            </w:tcMar>
            <w:vAlign w:val="center"/>
          </w:tcPr>
          <w:p w14:paraId="56747FD5" w14:textId="77777777" w:rsidR="00143F4D" w:rsidRPr="00CC7620" w:rsidRDefault="00143F4D" w:rsidP="00143F4D">
            <w:pPr>
              <w:rPr>
                <w:rFonts w:ascii="Arial" w:hAnsi="Arial" w:cs="Arial"/>
                <w:lang w:val="pl-PL"/>
              </w:rPr>
            </w:pPr>
          </w:p>
        </w:tc>
      </w:tr>
      <w:tr w:rsidR="00143F4D" w:rsidRPr="00CC7620" w14:paraId="4BB8845A" w14:textId="77777777" w:rsidTr="00497758">
        <w:tc>
          <w:tcPr>
            <w:tcW w:w="650" w:type="dxa"/>
            <w:tcMar>
              <w:top w:w="80" w:type="dxa"/>
              <w:left w:w="120" w:type="dxa"/>
              <w:bottom w:w="80" w:type="dxa"/>
              <w:right w:w="120" w:type="dxa"/>
            </w:tcMar>
            <w:vAlign w:val="center"/>
          </w:tcPr>
          <w:p w14:paraId="4289CCC2"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6</w:t>
            </w:r>
          </w:p>
        </w:tc>
        <w:tc>
          <w:tcPr>
            <w:tcW w:w="6738" w:type="dxa"/>
            <w:tcMar>
              <w:top w:w="80" w:type="dxa"/>
              <w:left w:w="120" w:type="dxa"/>
              <w:bottom w:w="80" w:type="dxa"/>
              <w:right w:w="120" w:type="dxa"/>
            </w:tcMar>
            <w:vAlign w:val="center"/>
          </w:tcPr>
          <w:p w14:paraId="3B81114F"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Nowoczesny system sterowania i kontroli zabiegów oparty na sterowniku PLC klasy przemysłowej pozwalający na regulacje podstawowych parametrów zabiegowych.</w:t>
            </w:r>
          </w:p>
        </w:tc>
        <w:tc>
          <w:tcPr>
            <w:tcW w:w="1972" w:type="dxa"/>
            <w:tcMar>
              <w:top w:w="80" w:type="dxa"/>
              <w:left w:w="120" w:type="dxa"/>
              <w:bottom w:w="80" w:type="dxa"/>
              <w:right w:w="120" w:type="dxa"/>
            </w:tcMar>
            <w:vAlign w:val="center"/>
          </w:tcPr>
          <w:p w14:paraId="6181CD94" w14:textId="77777777" w:rsidR="00143F4D" w:rsidRPr="00CC7620" w:rsidRDefault="00143F4D" w:rsidP="00143F4D">
            <w:pPr>
              <w:rPr>
                <w:rFonts w:ascii="Arial" w:hAnsi="Arial" w:cs="Arial"/>
                <w:lang w:val="pl-PL"/>
              </w:rPr>
            </w:pPr>
          </w:p>
        </w:tc>
      </w:tr>
      <w:tr w:rsidR="00143F4D" w:rsidRPr="00CC7620" w14:paraId="61FDC630" w14:textId="77777777" w:rsidTr="00497758">
        <w:tc>
          <w:tcPr>
            <w:tcW w:w="650" w:type="dxa"/>
            <w:tcMar>
              <w:top w:w="80" w:type="dxa"/>
              <w:left w:w="120" w:type="dxa"/>
              <w:bottom w:w="80" w:type="dxa"/>
              <w:right w:w="120" w:type="dxa"/>
            </w:tcMar>
            <w:vAlign w:val="center"/>
          </w:tcPr>
          <w:p w14:paraId="00BA4585"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7</w:t>
            </w:r>
          </w:p>
        </w:tc>
        <w:tc>
          <w:tcPr>
            <w:tcW w:w="6738" w:type="dxa"/>
            <w:tcMar>
              <w:top w:w="80" w:type="dxa"/>
              <w:left w:w="120" w:type="dxa"/>
              <w:bottom w:w="80" w:type="dxa"/>
              <w:right w:w="120" w:type="dxa"/>
            </w:tcMar>
            <w:vAlign w:val="center"/>
          </w:tcPr>
          <w:p w14:paraId="0509A41C"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Automatyczne wodne nawilżanie gazu zwiększające efektywność zabiegu od momentu jego rozpoczęcia</w:t>
            </w:r>
          </w:p>
        </w:tc>
        <w:tc>
          <w:tcPr>
            <w:tcW w:w="1972" w:type="dxa"/>
            <w:tcMar>
              <w:top w:w="80" w:type="dxa"/>
              <w:left w:w="120" w:type="dxa"/>
              <w:bottom w:w="80" w:type="dxa"/>
              <w:right w:w="120" w:type="dxa"/>
            </w:tcMar>
            <w:vAlign w:val="center"/>
          </w:tcPr>
          <w:p w14:paraId="5DE980C4" w14:textId="77777777" w:rsidR="00143F4D" w:rsidRPr="00CC7620" w:rsidRDefault="00143F4D" w:rsidP="00143F4D">
            <w:pPr>
              <w:rPr>
                <w:rFonts w:ascii="Arial" w:hAnsi="Arial" w:cs="Arial"/>
                <w:lang w:val="pl-PL"/>
              </w:rPr>
            </w:pPr>
          </w:p>
        </w:tc>
      </w:tr>
      <w:tr w:rsidR="00143F4D" w:rsidRPr="00CC7620" w14:paraId="48AD3E8A" w14:textId="77777777" w:rsidTr="00497758">
        <w:tc>
          <w:tcPr>
            <w:tcW w:w="650" w:type="dxa"/>
            <w:tcMar>
              <w:top w:w="80" w:type="dxa"/>
              <w:left w:w="120" w:type="dxa"/>
              <w:bottom w:w="80" w:type="dxa"/>
              <w:right w:w="120" w:type="dxa"/>
            </w:tcMar>
            <w:vAlign w:val="center"/>
          </w:tcPr>
          <w:p w14:paraId="5FA8F800"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8</w:t>
            </w:r>
          </w:p>
        </w:tc>
        <w:tc>
          <w:tcPr>
            <w:tcW w:w="6738" w:type="dxa"/>
            <w:tcMar>
              <w:top w:w="80" w:type="dxa"/>
              <w:left w:w="120" w:type="dxa"/>
              <w:bottom w:w="80" w:type="dxa"/>
              <w:right w:w="120" w:type="dxa"/>
            </w:tcMar>
            <w:vAlign w:val="center"/>
          </w:tcPr>
          <w:p w14:paraId="703F0CA9"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System alarmowy dla pacjenta</w:t>
            </w:r>
          </w:p>
        </w:tc>
        <w:tc>
          <w:tcPr>
            <w:tcW w:w="1972" w:type="dxa"/>
            <w:tcMar>
              <w:top w:w="80" w:type="dxa"/>
              <w:left w:w="120" w:type="dxa"/>
              <w:bottom w:w="80" w:type="dxa"/>
              <w:right w:w="120" w:type="dxa"/>
            </w:tcMar>
            <w:vAlign w:val="center"/>
          </w:tcPr>
          <w:p w14:paraId="3DD5A87B" w14:textId="77777777" w:rsidR="00143F4D" w:rsidRPr="00CC7620" w:rsidRDefault="00143F4D" w:rsidP="00143F4D">
            <w:pPr>
              <w:rPr>
                <w:rFonts w:ascii="Arial" w:hAnsi="Arial" w:cs="Arial"/>
                <w:lang w:val="pl-PL"/>
              </w:rPr>
            </w:pPr>
          </w:p>
        </w:tc>
      </w:tr>
      <w:tr w:rsidR="00143F4D" w:rsidRPr="00CC7620" w14:paraId="5E2F0D89" w14:textId="77777777" w:rsidTr="00497758">
        <w:tc>
          <w:tcPr>
            <w:tcW w:w="650" w:type="dxa"/>
            <w:tcMar>
              <w:top w:w="80" w:type="dxa"/>
              <w:left w:w="120" w:type="dxa"/>
              <w:bottom w:w="80" w:type="dxa"/>
              <w:right w:w="120" w:type="dxa"/>
            </w:tcMar>
            <w:vAlign w:val="center"/>
          </w:tcPr>
          <w:p w14:paraId="39451564"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9</w:t>
            </w:r>
          </w:p>
        </w:tc>
        <w:tc>
          <w:tcPr>
            <w:tcW w:w="6738" w:type="dxa"/>
            <w:tcMar>
              <w:top w:w="80" w:type="dxa"/>
              <w:left w:w="120" w:type="dxa"/>
              <w:bottom w:w="80" w:type="dxa"/>
              <w:right w:w="120" w:type="dxa"/>
            </w:tcMar>
            <w:vAlign w:val="center"/>
          </w:tcPr>
          <w:p w14:paraId="2A526E54"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Niezmienne i wysokie stężenie CO2 oddziałujące na pacjenta dzięki cyrkulacji CO2</w:t>
            </w:r>
          </w:p>
        </w:tc>
        <w:tc>
          <w:tcPr>
            <w:tcW w:w="1972" w:type="dxa"/>
            <w:tcMar>
              <w:top w:w="80" w:type="dxa"/>
              <w:left w:w="120" w:type="dxa"/>
              <w:bottom w:w="80" w:type="dxa"/>
              <w:right w:w="120" w:type="dxa"/>
            </w:tcMar>
            <w:vAlign w:val="center"/>
          </w:tcPr>
          <w:p w14:paraId="375F4D8E" w14:textId="77777777" w:rsidR="00143F4D" w:rsidRPr="00CC7620" w:rsidRDefault="00143F4D" w:rsidP="00143F4D">
            <w:pPr>
              <w:rPr>
                <w:rFonts w:ascii="Arial" w:hAnsi="Arial" w:cs="Arial"/>
                <w:lang w:val="pl-PL"/>
              </w:rPr>
            </w:pPr>
          </w:p>
        </w:tc>
      </w:tr>
      <w:tr w:rsidR="00143F4D" w:rsidRPr="00CC7620" w14:paraId="407A0938" w14:textId="77777777" w:rsidTr="00497758">
        <w:tc>
          <w:tcPr>
            <w:tcW w:w="650" w:type="dxa"/>
            <w:tcMar>
              <w:top w:w="80" w:type="dxa"/>
              <w:left w:w="120" w:type="dxa"/>
              <w:bottom w:w="80" w:type="dxa"/>
              <w:right w:w="120" w:type="dxa"/>
            </w:tcMar>
            <w:vAlign w:val="center"/>
          </w:tcPr>
          <w:p w14:paraId="4E272F83"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10</w:t>
            </w:r>
          </w:p>
        </w:tc>
        <w:tc>
          <w:tcPr>
            <w:tcW w:w="6738" w:type="dxa"/>
            <w:tcMar>
              <w:top w:w="80" w:type="dxa"/>
              <w:left w:w="120" w:type="dxa"/>
              <w:bottom w:w="80" w:type="dxa"/>
              <w:right w:w="120" w:type="dxa"/>
            </w:tcMar>
            <w:vAlign w:val="center"/>
          </w:tcPr>
          <w:p w14:paraId="5056A043"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Stała wysoka koncentracja CO2 uzyskana dzięki automatycznemu uzupełnianiu gazu</w:t>
            </w:r>
          </w:p>
        </w:tc>
        <w:tc>
          <w:tcPr>
            <w:tcW w:w="1972" w:type="dxa"/>
            <w:tcMar>
              <w:top w:w="80" w:type="dxa"/>
              <w:left w:w="120" w:type="dxa"/>
              <w:bottom w:w="80" w:type="dxa"/>
              <w:right w:w="120" w:type="dxa"/>
            </w:tcMar>
            <w:vAlign w:val="center"/>
          </w:tcPr>
          <w:p w14:paraId="264F04DB" w14:textId="77777777" w:rsidR="00143F4D" w:rsidRPr="00CC7620" w:rsidRDefault="00143F4D" w:rsidP="00143F4D">
            <w:pPr>
              <w:rPr>
                <w:rFonts w:ascii="Arial" w:hAnsi="Arial" w:cs="Arial"/>
                <w:lang w:val="pl-PL"/>
              </w:rPr>
            </w:pPr>
          </w:p>
        </w:tc>
      </w:tr>
      <w:tr w:rsidR="00143F4D" w:rsidRPr="00CC7620" w14:paraId="6C70F5BF" w14:textId="77777777" w:rsidTr="00497758">
        <w:tc>
          <w:tcPr>
            <w:tcW w:w="650" w:type="dxa"/>
            <w:tcMar>
              <w:top w:w="80" w:type="dxa"/>
              <w:left w:w="120" w:type="dxa"/>
              <w:bottom w:w="80" w:type="dxa"/>
              <w:right w:w="120" w:type="dxa"/>
            </w:tcMar>
            <w:vAlign w:val="center"/>
          </w:tcPr>
          <w:p w14:paraId="24C08402"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11</w:t>
            </w:r>
          </w:p>
        </w:tc>
        <w:tc>
          <w:tcPr>
            <w:tcW w:w="6738" w:type="dxa"/>
            <w:tcMar>
              <w:top w:w="80" w:type="dxa"/>
              <w:left w:w="120" w:type="dxa"/>
              <w:bottom w:w="80" w:type="dxa"/>
              <w:right w:w="120" w:type="dxa"/>
            </w:tcMar>
            <w:vAlign w:val="center"/>
          </w:tcPr>
          <w:p w14:paraId="08951254"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W pełni zautomatyzowany przebieg zabiegu</w:t>
            </w:r>
          </w:p>
        </w:tc>
        <w:tc>
          <w:tcPr>
            <w:tcW w:w="1972" w:type="dxa"/>
            <w:tcMar>
              <w:top w:w="80" w:type="dxa"/>
              <w:left w:w="120" w:type="dxa"/>
              <w:bottom w:w="80" w:type="dxa"/>
              <w:right w:w="120" w:type="dxa"/>
            </w:tcMar>
            <w:vAlign w:val="center"/>
          </w:tcPr>
          <w:p w14:paraId="59ECCC92" w14:textId="77777777" w:rsidR="00143F4D" w:rsidRPr="00CC7620" w:rsidRDefault="00143F4D" w:rsidP="00143F4D">
            <w:pPr>
              <w:rPr>
                <w:rFonts w:ascii="Arial" w:hAnsi="Arial" w:cs="Arial"/>
                <w:lang w:val="pl-PL"/>
              </w:rPr>
            </w:pPr>
          </w:p>
        </w:tc>
      </w:tr>
      <w:tr w:rsidR="00143F4D" w:rsidRPr="00CC7620" w14:paraId="7AEFB358" w14:textId="77777777" w:rsidTr="00497758">
        <w:tc>
          <w:tcPr>
            <w:tcW w:w="650" w:type="dxa"/>
            <w:tcMar>
              <w:top w:w="80" w:type="dxa"/>
              <w:left w:w="120" w:type="dxa"/>
              <w:bottom w:w="80" w:type="dxa"/>
              <w:right w:w="120" w:type="dxa"/>
            </w:tcMar>
            <w:vAlign w:val="center"/>
          </w:tcPr>
          <w:p w14:paraId="44909221"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12</w:t>
            </w:r>
          </w:p>
        </w:tc>
        <w:tc>
          <w:tcPr>
            <w:tcW w:w="6738" w:type="dxa"/>
            <w:tcMar>
              <w:top w:w="80" w:type="dxa"/>
              <w:left w:w="120" w:type="dxa"/>
              <w:bottom w:w="80" w:type="dxa"/>
              <w:right w:w="120" w:type="dxa"/>
            </w:tcMar>
            <w:vAlign w:val="center"/>
          </w:tcPr>
          <w:p w14:paraId="7942CBA2"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Skuteczne i szybkie uszczelnienie komory zabiegowej</w:t>
            </w:r>
          </w:p>
        </w:tc>
        <w:tc>
          <w:tcPr>
            <w:tcW w:w="1972" w:type="dxa"/>
            <w:tcMar>
              <w:top w:w="80" w:type="dxa"/>
              <w:left w:w="120" w:type="dxa"/>
              <w:bottom w:w="80" w:type="dxa"/>
              <w:right w:w="120" w:type="dxa"/>
            </w:tcMar>
            <w:vAlign w:val="center"/>
          </w:tcPr>
          <w:p w14:paraId="128B0947" w14:textId="77777777" w:rsidR="00143F4D" w:rsidRPr="00CC7620" w:rsidRDefault="00143F4D" w:rsidP="00143F4D">
            <w:pPr>
              <w:rPr>
                <w:rFonts w:ascii="Arial" w:hAnsi="Arial" w:cs="Arial"/>
                <w:lang w:val="pl-PL"/>
              </w:rPr>
            </w:pPr>
          </w:p>
        </w:tc>
      </w:tr>
      <w:tr w:rsidR="00143F4D" w:rsidRPr="00CC7620" w14:paraId="5F029776" w14:textId="77777777" w:rsidTr="00497758">
        <w:tc>
          <w:tcPr>
            <w:tcW w:w="650" w:type="dxa"/>
            <w:tcMar>
              <w:top w:w="80" w:type="dxa"/>
              <w:left w:w="120" w:type="dxa"/>
              <w:bottom w:w="80" w:type="dxa"/>
              <w:right w:w="120" w:type="dxa"/>
            </w:tcMar>
            <w:vAlign w:val="center"/>
          </w:tcPr>
          <w:p w14:paraId="58C02CE8"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13</w:t>
            </w:r>
          </w:p>
        </w:tc>
        <w:tc>
          <w:tcPr>
            <w:tcW w:w="6738" w:type="dxa"/>
            <w:tcMar>
              <w:top w:w="80" w:type="dxa"/>
              <w:left w:w="120" w:type="dxa"/>
              <w:bottom w:w="80" w:type="dxa"/>
              <w:right w:w="120" w:type="dxa"/>
            </w:tcMar>
            <w:vAlign w:val="center"/>
          </w:tcPr>
          <w:p w14:paraId="5F879686"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Kontrolowane odprowadzenie CO2 po zabiegu</w:t>
            </w:r>
          </w:p>
        </w:tc>
        <w:tc>
          <w:tcPr>
            <w:tcW w:w="1972" w:type="dxa"/>
            <w:tcMar>
              <w:top w:w="80" w:type="dxa"/>
              <w:left w:w="120" w:type="dxa"/>
              <w:bottom w:w="80" w:type="dxa"/>
              <w:right w:w="120" w:type="dxa"/>
            </w:tcMar>
            <w:vAlign w:val="center"/>
          </w:tcPr>
          <w:p w14:paraId="6FA66F23" w14:textId="77777777" w:rsidR="00143F4D" w:rsidRPr="00CC7620" w:rsidRDefault="00143F4D" w:rsidP="00143F4D">
            <w:pPr>
              <w:rPr>
                <w:rFonts w:ascii="Arial" w:hAnsi="Arial" w:cs="Arial"/>
                <w:lang w:val="pl-PL"/>
              </w:rPr>
            </w:pPr>
          </w:p>
        </w:tc>
      </w:tr>
      <w:tr w:rsidR="00143F4D" w:rsidRPr="00CC7620" w14:paraId="62CD9990" w14:textId="77777777" w:rsidTr="00497758">
        <w:tc>
          <w:tcPr>
            <w:tcW w:w="650" w:type="dxa"/>
            <w:tcMar>
              <w:top w:w="80" w:type="dxa"/>
              <w:left w:w="120" w:type="dxa"/>
              <w:bottom w:w="80" w:type="dxa"/>
              <w:right w:w="120" w:type="dxa"/>
            </w:tcMar>
            <w:vAlign w:val="center"/>
          </w:tcPr>
          <w:p w14:paraId="01796C8D"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14</w:t>
            </w:r>
          </w:p>
        </w:tc>
        <w:tc>
          <w:tcPr>
            <w:tcW w:w="6738" w:type="dxa"/>
            <w:tcMar>
              <w:top w:w="80" w:type="dxa"/>
              <w:left w:w="120" w:type="dxa"/>
              <w:bottom w:w="80" w:type="dxa"/>
              <w:right w:w="120" w:type="dxa"/>
            </w:tcMar>
            <w:vAlign w:val="center"/>
          </w:tcPr>
          <w:p w14:paraId="2A46192B"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Wymiary urządzenia max 130 cm (</w:t>
            </w:r>
            <w:proofErr w:type="spellStart"/>
            <w:r w:rsidRPr="00497758">
              <w:rPr>
                <w:rFonts w:ascii="Arial" w:hAnsi="Arial" w:cs="Arial"/>
                <w:sz w:val="20"/>
                <w:szCs w:val="20"/>
                <w:lang w:val="pl-PL"/>
              </w:rPr>
              <w:t>dł</w:t>
            </w:r>
            <w:proofErr w:type="spellEnd"/>
            <w:r w:rsidRPr="00497758">
              <w:rPr>
                <w:rFonts w:ascii="Arial" w:hAnsi="Arial" w:cs="Arial"/>
                <w:sz w:val="20"/>
                <w:szCs w:val="20"/>
                <w:lang w:val="pl-PL"/>
              </w:rPr>
              <w:t>) X 130 cm (szer.) X 130 cm (</w:t>
            </w:r>
            <w:proofErr w:type="spellStart"/>
            <w:r w:rsidRPr="00497758">
              <w:rPr>
                <w:rFonts w:ascii="Arial" w:hAnsi="Arial" w:cs="Arial"/>
                <w:sz w:val="20"/>
                <w:szCs w:val="20"/>
                <w:lang w:val="pl-PL"/>
              </w:rPr>
              <w:t>wys</w:t>
            </w:r>
            <w:proofErr w:type="spellEnd"/>
            <w:r w:rsidRPr="00497758">
              <w:rPr>
                <w:rFonts w:ascii="Arial" w:hAnsi="Arial" w:cs="Arial"/>
                <w:sz w:val="20"/>
                <w:szCs w:val="20"/>
                <w:lang w:val="pl-PL"/>
              </w:rPr>
              <w:t>)</w:t>
            </w:r>
          </w:p>
        </w:tc>
        <w:tc>
          <w:tcPr>
            <w:tcW w:w="1972" w:type="dxa"/>
            <w:tcMar>
              <w:top w:w="80" w:type="dxa"/>
              <w:left w:w="120" w:type="dxa"/>
              <w:bottom w:w="80" w:type="dxa"/>
              <w:right w:w="120" w:type="dxa"/>
            </w:tcMar>
            <w:vAlign w:val="center"/>
          </w:tcPr>
          <w:p w14:paraId="5E404616" w14:textId="77777777" w:rsidR="00143F4D" w:rsidRPr="00CC7620" w:rsidRDefault="00143F4D" w:rsidP="00143F4D">
            <w:pPr>
              <w:rPr>
                <w:rFonts w:ascii="Arial" w:hAnsi="Arial" w:cs="Arial"/>
                <w:lang w:val="pl-PL"/>
              </w:rPr>
            </w:pPr>
          </w:p>
        </w:tc>
      </w:tr>
      <w:tr w:rsidR="00143F4D" w:rsidRPr="00CC7620" w14:paraId="172EE639" w14:textId="77777777" w:rsidTr="00497758">
        <w:tc>
          <w:tcPr>
            <w:tcW w:w="650" w:type="dxa"/>
            <w:tcMar>
              <w:top w:w="80" w:type="dxa"/>
              <w:left w:w="120" w:type="dxa"/>
              <w:bottom w:w="80" w:type="dxa"/>
              <w:right w:w="120" w:type="dxa"/>
            </w:tcMar>
            <w:vAlign w:val="center"/>
          </w:tcPr>
          <w:p w14:paraId="04890A20"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15</w:t>
            </w:r>
          </w:p>
        </w:tc>
        <w:tc>
          <w:tcPr>
            <w:tcW w:w="6738" w:type="dxa"/>
            <w:tcMar>
              <w:top w:w="80" w:type="dxa"/>
              <w:left w:w="120" w:type="dxa"/>
              <w:bottom w:w="80" w:type="dxa"/>
              <w:right w:w="120" w:type="dxa"/>
            </w:tcMar>
            <w:vAlign w:val="center"/>
          </w:tcPr>
          <w:p w14:paraId="185614D1"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Regulacja pokrywy dostosowana do wzrostu pacjenta w przedziale (130 cm -210 cm)</w:t>
            </w:r>
          </w:p>
        </w:tc>
        <w:tc>
          <w:tcPr>
            <w:tcW w:w="1972" w:type="dxa"/>
            <w:tcMar>
              <w:top w:w="80" w:type="dxa"/>
              <w:left w:w="120" w:type="dxa"/>
              <w:bottom w:w="80" w:type="dxa"/>
              <w:right w:w="120" w:type="dxa"/>
            </w:tcMar>
            <w:vAlign w:val="center"/>
          </w:tcPr>
          <w:p w14:paraId="39694954" w14:textId="77777777" w:rsidR="00143F4D" w:rsidRPr="00CC7620" w:rsidRDefault="00143F4D" w:rsidP="00143F4D">
            <w:pPr>
              <w:rPr>
                <w:rFonts w:ascii="Arial" w:hAnsi="Arial" w:cs="Arial"/>
                <w:lang w:val="pl-PL"/>
              </w:rPr>
            </w:pPr>
          </w:p>
        </w:tc>
      </w:tr>
      <w:tr w:rsidR="00143F4D" w:rsidRPr="00CC7620" w14:paraId="185B2A54" w14:textId="77777777" w:rsidTr="00497758">
        <w:tc>
          <w:tcPr>
            <w:tcW w:w="650" w:type="dxa"/>
            <w:tcMar>
              <w:top w:w="80" w:type="dxa"/>
              <w:left w:w="120" w:type="dxa"/>
              <w:bottom w:w="80" w:type="dxa"/>
              <w:right w:w="120" w:type="dxa"/>
            </w:tcMar>
            <w:vAlign w:val="center"/>
          </w:tcPr>
          <w:p w14:paraId="7D42CFDA"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16</w:t>
            </w:r>
          </w:p>
        </w:tc>
        <w:tc>
          <w:tcPr>
            <w:tcW w:w="6738" w:type="dxa"/>
            <w:tcMar>
              <w:top w:w="80" w:type="dxa"/>
              <w:left w:w="120" w:type="dxa"/>
              <w:bottom w:w="80" w:type="dxa"/>
              <w:right w:w="120" w:type="dxa"/>
            </w:tcMar>
            <w:vAlign w:val="center"/>
          </w:tcPr>
          <w:p w14:paraId="072CD26A"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Automatyczne opróżnianie ozonu z urządzenia</w:t>
            </w:r>
          </w:p>
        </w:tc>
        <w:tc>
          <w:tcPr>
            <w:tcW w:w="1972" w:type="dxa"/>
            <w:tcMar>
              <w:top w:w="80" w:type="dxa"/>
              <w:left w:w="120" w:type="dxa"/>
              <w:bottom w:w="80" w:type="dxa"/>
              <w:right w:w="120" w:type="dxa"/>
            </w:tcMar>
            <w:vAlign w:val="center"/>
          </w:tcPr>
          <w:p w14:paraId="5D90D57E" w14:textId="77777777" w:rsidR="00143F4D" w:rsidRPr="00CC7620" w:rsidRDefault="00143F4D" w:rsidP="00143F4D">
            <w:pPr>
              <w:rPr>
                <w:rFonts w:ascii="Arial" w:hAnsi="Arial" w:cs="Arial"/>
                <w:lang w:val="pl-PL"/>
              </w:rPr>
            </w:pPr>
          </w:p>
        </w:tc>
      </w:tr>
      <w:tr w:rsidR="00143F4D" w:rsidRPr="00CC7620" w14:paraId="0253CA7B" w14:textId="77777777" w:rsidTr="00497758">
        <w:tc>
          <w:tcPr>
            <w:tcW w:w="650" w:type="dxa"/>
            <w:tcMar>
              <w:top w:w="80" w:type="dxa"/>
              <w:left w:w="120" w:type="dxa"/>
              <w:bottom w:w="80" w:type="dxa"/>
              <w:right w:w="120" w:type="dxa"/>
            </w:tcMar>
            <w:vAlign w:val="center"/>
          </w:tcPr>
          <w:p w14:paraId="7C738D09"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17</w:t>
            </w:r>
          </w:p>
        </w:tc>
        <w:tc>
          <w:tcPr>
            <w:tcW w:w="6738" w:type="dxa"/>
            <w:tcMar>
              <w:top w:w="80" w:type="dxa"/>
              <w:left w:w="120" w:type="dxa"/>
              <w:bottom w:w="80" w:type="dxa"/>
              <w:right w:w="120" w:type="dxa"/>
            </w:tcMar>
            <w:vAlign w:val="center"/>
          </w:tcPr>
          <w:p w14:paraId="77F69F22"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Możliwość korzystania z urządzenia osób niepełnosprawnych i w podeszłym wieku</w:t>
            </w:r>
          </w:p>
        </w:tc>
        <w:tc>
          <w:tcPr>
            <w:tcW w:w="1972" w:type="dxa"/>
            <w:tcMar>
              <w:top w:w="80" w:type="dxa"/>
              <w:left w:w="120" w:type="dxa"/>
              <w:bottom w:w="80" w:type="dxa"/>
              <w:right w:w="120" w:type="dxa"/>
            </w:tcMar>
            <w:vAlign w:val="center"/>
          </w:tcPr>
          <w:p w14:paraId="4B43C7C6" w14:textId="77777777" w:rsidR="00143F4D" w:rsidRPr="00CC7620" w:rsidRDefault="00143F4D" w:rsidP="00143F4D">
            <w:pPr>
              <w:rPr>
                <w:rFonts w:ascii="Arial" w:hAnsi="Arial" w:cs="Arial"/>
                <w:lang w:val="pl-PL"/>
              </w:rPr>
            </w:pPr>
          </w:p>
        </w:tc>
      </w:tr>
      <w:tr w:rsidR="00143F4D" w:rsidRPr="00CC7620" w14:paraId="098CCFE9" w14:textId="77777777" w:rsidTr="00497758">
        <w:tc>
          <w:tcPr>
            <w:tcW w:w="650" w:type="dxa"/>
            <w:tcMar>
              <w:top w:w="80" w:type="dxa"/>
              <w:left w:w="120" w:type="dxa"/>
              <w:bottom w:w="80" w:type="dxa"/>
              <w:right w:w="120" w:type="dxa"/>
            </w:tcMar>
            <w:vAlign w:val="center"/>
          </w:tcPr>
          <w:p w14:paraId="638B721A"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18</w:t>
            </w:r>
          </w:p>
        </w:tc>
        <w:tc>
          <w:tcPr>
            <w:tcW w:w="6738" w:type="dxa"/>
            <w:tcMar>
              <w:top w:w="80" w:type="dxa"/>
              <w:left w:w="120" w:type="dxa"/>
              <w:bottom w:w="80" w:type="dxa"/>
              <w:right w:w="120" w:type="dxa"/>
            </w:tcMar>
            <w:vAlign w:val="center"/>
          </w:tcPr>
          <w:p w14:paraId="77A529BC"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Nowoczesny system sterowania i kontroli zabiegów pozwalający na regulacje podstawowych parametrów zabiegowych</w:t>
            </w:r>
          </w:p>
        </w:tc>
        <w:tc>
          <w:tcPr>
            <w:tcW w:w="1972" w:type="dxa"/>
            <w:tcMar>
              <w:top w:w="80" w:type="dxa"/>
              <w:left w:w="120" w:type="dxa"/>
              <w:bottom w:w="80" w:type="dxa"/>
              <w:right w:w="120" w:type="dxa"/>
            </w:tcMar>
            <w:vAlign w:val="center"/>
          </w:tcPr>
          <w:p w14:paraId="163EFD6C" w14:textId="77777777" w:rsidR="00143F4D" w:rsidRPr="00CC7620" w:rsidRDefault="00143F4D" w:rsidP="00143F4D">
            <w:pPr>
              <w:rPr>
                <w:rFonts w:ascii="Arial" w:hAnsi="Arial" w:cs="Arial"/>
                <w:lang w:val="pl-PL"/>
              </w:rPr>
            </w:pPr>
          </w:p>
        </w:tc>
      </w:tr>
      <w:tr w:rsidR="00143F4D" w:rsidRPr="00CC7620" w14:paraId="672ED4E4" w14:textId="77777777" w:rsidTr="00497758">
        <w:tc>
          <w:tcPr>
            <w:tcW w:w="650" w:type="dxa"/>
            <w:tcMar>
              <w:top w:w="80" w:type="dxa"/>
              <w:left w:w="120" w:type="dxa"/>
              <w:bottom w:w="80" w:type="dxa"/>
              <w:right w:w="120" w:type="dxa"/>
            </w:tcMar>
            <w:vAlign w:val="center"/>
          </w:tcPr>
          <w:p w14:paraId="7A10CF8B"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19</w:t>
            </w:r>
          </w:p>
        </w:tc>
        <w:tc>
          <w:tcPr>
            <w:tcW w:w="6738" w:type="dxa"/>
            <w:tcMar>
              <w:top w:w="80" w:type="dxa"/>
              <w:left w:w="120" w:type="dxa"/>
              <w:bottom w:w="80" w:type="dxa"/>
              <w:right w:w="120" w:type="dxa"/>
            </w:tcMar>
            <w:vAlign w:val="center"/>
          </w:tcPr>
          <w:p w14:paraId="71F706A6"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Możliwość wykonania zabiegu obejmującego całe ciało (poza głową)</w:t>
            </w:r>
          </w:p>
        </w:tc>
        <w:tc>
          <w:tcPr>
            <w:tcW w:w="1972" w:type="dxa"/>
            <w:tcMar>
              <w:top w:w="80" w:type="dxa"/>
              <w:left w:w="120" w:type="dxa"/>
              <w:bottom w:w="80" w:type="dxa"/>
              <w:right w:w="120" w:type="dxa"/>
            </w:tcMar>
            <w:vAlign w:val="center"/>
          </w:tcPr>
          <w:p w14:paraId="2CC6F196" w14:textId="77777777" w:rsidR="00143F4D" w:rsidRPr="00CC7620" w:rsidRDefault="00143F4D" w:rsidP="00143F4D">
            <w:pPr>
              <w:rPr>
                <w:rFonts w:ascii="Arial" w:hAnsi="Arial" w:cs="Arial"/>
                <w:lang w:val="pl-PL"/>
              </w:rPr>
            </w:pPr>
          </w:p>
        </w:tc>
      </w:tr>
      <w:tr w:rsidR="00143F4D" w:rsidRPr="00CC7620" w14:paraId="3B17D0D7" w14:textId="77777777" w:rsidTr="00497758">
        <w:tc>
          <w:tcPr>
            <w:tcW w:w="650" w:type="dxa"/>
            <w:tcMar>
              <w:top w:w="80" w:type="dxa"/>
              <w:left w:w="120" w:type="dxa"/>
              <w:bottom w:w="80" w:type="dxa"/>
              <w:right w:w="120" w:type="dxa"/>
            </w:tcMar>
            <w:vAlign w:val="center"/>
          </w:tcPr>
          <w:p w14:paraId="0AAA2106"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20</w:t>
            </w:r>
          </w:p>
        </w:tc>
        <w:tc>
          <w:tcPr>
            <w:tcW w:w="6738" w:type="dxa"/>
            <w:tcMar>
              <w:top w:w="80" w:type="dxa"/>
              <w:left w:w="120" w:type="dxa"/>
              <w:bottom w:w="80" w:type="dxa"/>
              <w:right w:w="120" w:type="dxa"/>
            </w:tcMar>
            <w:vAlign w:val="center"/>
          </w:tcPr>
          <w:p w14:paraId="3BC18FC3"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 xml:space="preserve">Specjalna konstrukcja urządzenia pozwala na oddziaływanie na krążenie nie tylko </w:t>
            </w:r>
            <w:proofErr w:type="gramStart"/>
            <w:r w:rsidRPr="00497758">
              <w:rPr>
                <w:rFonts w:ascii="Arial" w:hAnsi="Arial" w:cs="Arial"/>
                <w:sz w:val="20"/>
                <w:szCs w:val="20"/>
                <w:lang w:val="pl-PL"/>
              </w:rPr>
              <w:t>obwodowe</w:t>
            </w:r>
            <w:proofErr w:type="gramEnd"/>
            <w:r w:rsidRPr="00497758">
              <w:rPr>
                <w:rFonts w:ascii="Arial" w:hAnsi="Arial" w:cs="Arial"/>
                <w:sz w:val="20"/>
                <w:szCs w:val="20"/>
                <w:lang w:val="pl-PL"/>
              </w:rPr>
              <w:t xml:space="preserve"> ale również krążenie systemowe</w:t>
            </w:r>
          </w:p>
        </w:tc>
        <w:tc>
          <w:tcPr>
            <w:tcW w:w="1972" w:type="dxa"/>
            <w:tcMar>
              <w:top w:w="80" w:type="dxa"/>
              <w:left w:w="120" w:type="dxa"/>
              <w:bottom w:w="80" w:type="dxa"/>
              <w:right w:w="120" w:type="dxa"/>
            </w:tcMar>
            <w:vAlign w:val="center"/>
          </w:tcPr>
          <w:p w14:paraId="0BB5089B" w14:textId="77777777" w:rsidR="00143F4D" w:rsidRPr="00CC7620" w:rsidRDefault="00143F4D" w:rsidP="00143F4D">
            <w:pPr>
              <w:rPr>
                <w:rFonts w:ascii="Arial" w:hAnsi="Arial" w:cs="Arial"/>
                <w:lang w:val="pl-PL"/>
              </w:rPr>
            </w:pPr>
          </w:p>
        </w:tc>
      </w:tr>
      <w:tr w:rsidR="00143F4D" w:rsidRPr="00CC7620" w14:paraId="35F63071" w14:textId="77777777" w:rsidTr="00497758">
        <w:tc>
          <w:tcPr>
            <w:tcW w:w="650" w:type="dxa"/>
            <w:tcMar>
              <w:top w:w="80" w:type="dxa"/>
              <w:left w:w="120" w:type="dxa"/>
              <w:bottom w:w="80" w:type="dxa"/>
              <w:right w:w="120" w:type="dxa"/>
            </w:tcMar>
            <w:vAlign w:val="center"/>
          </w:tcPr>
          <w:p w14:paraId="1BB39A3B"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lastRenderedPageBreak/>
              <w:t>21</w:t>
            </w:r>
          </w:p>
        </w:tc>
        <w:tc>
          <w:tcPr>
            <w:tcW w:w="6738" w:type="dxa"/>
            <w:tcMar>
              <w:top w:w="80" w:type="dxa"/>
              <w:left w:w="120" w:type="dxa"/>
              <w:bottom w:w="80" w:type="dxa"/>
              <w:right w:w="120" w:type="dxa"/>
            </w:tcMar>
            <w:vAlign w:val="center"/>
          </w:tcPr>
          <w:p w14:paraId="54307FE8"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Zabieg wykonywany w pozycji siedzącej wygodnej dla każdego pacjenta niepełnosprawnego</w:t>
            </w:r>
          </w:p>
        </w:tc>
        <w:tc>
          <w:tcPr>
            <w:tcW w:w="1972" w:type="dxa"/>
            <w:tcMar>
              <w:top w:w="80" w:type="dxa"/>
              <w:left w:w="120" w:type="dxa"/>
              <w:bottom w:w="80" w:type="dxa"/>
              <w:right w:w="120" w:type="dxa"/>
            </w:tcMar>
            <w:vAlign w:val="center"/>
          </w:tcPr>
          <w:p w14:paraId="63A7C324" w14:textId="77777777" w:rsidR="00143F4D" w:rsidRPr="00CC7620" w:rsidRDefault="00143F4D" w:rsidP="00143F4D">
            <w:pPr>
              <w:rPr>
                <w:rFonts w:ascii="Arial" w:hAnsi="Arial" w:cs="Arial"/>
                <w:lang w:val="pl-PL"/>
              </w:rPr>
            </w:pPr>
          </w:p>
        </w:tc>
      </w:tr>
      <w:tr w:rsidR="00143F4D" w:rsidRPr="00CC7620" w14:paraId="1657912E" w14:textId="77777777" w:rsidTr="00497758">
        <w:tc>
          <w:tcPr>
            <w:tcW w:w="650" w:type="dxa"/>
            <w:tcMar>
              <w:top w:w="80" w:type="dxa"/>
              <w:left w:w="120" w:type="dxa"/>
              <w:bottom w:w="80" w:type="dxa"/>
              <w:right w:w="120" w:type="dxa"/>
            </w:tcMar>
            <w:vAlign w:val="center"/>
          </w:tcPr>
          <w:p w14:paraId="40AD3C43"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22</w:t>
            </w:r>
          </w:p>
        </w:tc>
        <w:tc>
          <w:tcPr>
            <w:tcW w:w="6738" w:type="dxa"/>
            <w:tcMar>
              <w:top w:w="80" w:type="dxa"/>
              <w:left w:w="120" w:type="dxa"/>
              <w:bottom w:w="80" w:type="dxa"/>
              <w:right w:w="120" w:type="dxa"/>
            </w:tcMar>
            <w:vAlign w:val="center"/>
          </w:tcPr>
          <w:p w14:paraId="50EDAEAE"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Urządzenie pracujące automatycznie, odliczając czas zabiegu widoczny na panelu sterującym</w:t>
            </w:r>
          </w:p>
        </w:tc>
        <w:tc>
          <w:tcPr>
            <w:tcW w:w="1972" w:type="dxa"/>
            <w:tcMar>
              <w:top w:w="80" w:type="dxa"/>
              <w:left w:w="120" w:type="dxa"/>
              <w:bottom w:w="80" w:type="dxa"/>
              <w:right w:w="120" w:type="dxa"/>
            </w:tcMar>
            <w:vAlign w:val="center"/>
          </w:tcPr>
          <w:p w14:paraId="495328F8" w14:textId="77777777" w:rsidR="00143F4D" w:rsidRPr="00CC7620" w:rsidRDefault="00143F4D" w:rsidP="00143F4D">
            <w:pPr>
              <w:rPr>
                <w:rFonts w:ascii="Arial" w:hAnsi="Arial" w:cs="Arial"/>
                <w:lang w:val="pl-PL"/>
              </w:rPr>
            </w:pPr>
          </w:p>
        </w:tc>
      </w:tr>
      <w:tr w:rsidR="00143F4D" w:rsidRPr="00CC7620" w14:paraId="447599A6" w14:textId="77777777" w:rsidTr="00497758">
        <w:tc>
          <w:tcPr>
            <w:tcW w:w="650" w:type="dxa"/>
            <w:tcMar>
              <w:top w:w="80" w:type="dxa"/>
              <w:left w:w="120" w:type="dxa"/>
              <w:bottom w:w="80" w:type="dxa"/>
              <w:right w:w="120" w:type="dxa"/>
            </w:tcMar>
            <w:vAlign w:val="center"/>
          </w:tcPr>
          <w:p w14:paraId="38695872"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23</w:t>
            </w:r>
          </w:p>
        </w:tc>
        <w:tc>
          <w:tcPr>
            <w:tcW w:w="6738" w:type="dxa"/>
            <w:tcMar>
              <w:top w:w="80" w:type="dxa"/>
              <w:left w:w="120" w:type="dxa"/>
              <w:bottom w:w="80" w:type="dxa"/>
              <w:right w:w="120" w:type="dxa"/>
            </w:tcMar>
            <w:vAlign w:val="center"/>
          </w:tcPr>
          <w:p w14:paraId="3C72D2E0"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Możliwość regulacji czasu zabiegu od 5 do 30 minut. Sugerowany czas zabiegu 10 minut.</w:t>
            </w:r>
          </w:p>
        </w:tc>
        <w:tc>
          <w:tcPr>
            <w:tcW w:w="1972" w:type="dxa"/>
            <w:tcMar>
              <w:top w:w="80" w:type="dxa"/>
              <w:left w:w="120" w:type="dxa"/>
              <w:bottom w:w="80" w:type="dxa"/>
              <w:right w:w="120" w:type="dxa"/>
            </w:tcMar>
            <w:vAlign w:val="center"/>
          </w:tcPr>
          <w:p w14:paraId="1C109D77" w14:textId="77777777" w:rsidR="00143F4D" w:rsidRPr="00CC7620" w:rsidRDefault="00143F4D" w:rsidP="00143F4D">
            <w:pPr>
              <w:rPr>
                <w:rFonts w:ascii="Arial" w:hAnsi="Arial" w:cs="Arial"/>
                <w:lang w:val="pl-PL"/>
              </w:rPr>
            </w:pPr>
          </w:p>
        </w:tc>
      </w:tr>
      <w:tr w:rsidR="00143F4D" w:rsidRPr="00CC7620" w14:paraId="19AC2374" w14:textId="77777777" w:rsidTr="00497758">
        <w:tc>
          <w:tcPr>
            <w:tcW w:w="650" w:type="dxa"/>
            <w:tcMar>
              <w:top w:w="80" w:type="dxa"/>
              <w:left w:w="120" w:type="dxa"/>
              <w:bottom w:w="80" w:type="dxa"/>
              <w:right w:w="120" w:type="dxa"/>
            </w:tcMar>
            <w:vAlign w:val="center"/>
          </w:tcPr>
          <w:p w14:paraId="6E9450B7"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24</w:t>
            </w:r>
          </w:p>
        </w:tc>
        <w:tc>
          <w:tcPr>
            <w:tcW w:w="6738" w:type="dxa"/>
            <w:tcMar>
              <w:top w:w="80" w:type="dxa"/>
              <w:left w:w="120" w:type="dxa"/>
              <w:bottom w:w="80" w:type="dxa"/>
              <w:right w:w="120" w:type="dxa"/>
            </w:tcMar>
            <w:vAlign w:val="center"/>
          </w:tcPr>
          <w:p w14:paraId="4AE96D66"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Możliwość wykonania 5 zabiegów w ciągu godziny.</w:t>
            </w:r>
          </w:p>
        </w:tc>
        <w:tc>
          <w:tcPr>
            <w:tcW w:w="1972" w:type="dxa"/>
            <w:tcMar>
              <w:top w:w="80" w:type="dxa"/>
              <w:left w:w="120" w:type="dxa"/>
              <w:bottom w:w="80" w:type="dxa"/>
              <w:right w:w="120" w:type="dxa"/>
            </w:tcMar>
            <w:vAlign w:val="center"/>
          </w:tcPr>
          <w:p w14:paraId="7816B1B3" w14:textId="77777777" w:rsidR="00143F4D" w:rsidRPr="00CC7620" w:rsidRDefault="00143F4D" w:rsidP="00143F4D">
            <w:pPr>
              <w:rPr>
                <w:rFonts w:ascii="Arial" w:hAnsi="Arial" w:cs="Arial"/>
                <w:lang w:val="pl-PL"/>
              </w:rPr>
            </w:pPr>
          </w:p>
        </w:tc>
      </w:tr>
      <w:tr w:rsidR="00143F4D" w:rsidRPr="00CC7620" w14:paraId="2754E8E2" w14:textId="77777777" w:rsidTr="00497758">
        <w:tc>
          <w:tcPr>
            <w:tcW w:w="650" w:type="dxa"/>
            <w:tcMar>
              <w:top w:w="80" w:type="dxa"/>
              <w:left w:w="120" w:type="dxa"/>
              <w:bottom w:w="80" w:type="dxa"/>
              <w:right w:w="120" w:type="dxa"/>
            </w:tcMar>
            <w:vAlign w:val="center"/>
          </w:tcPr>
          <w:p w14:paraId="7BD8E3B1"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25</w:t>
            </w:r>
          </w:p>
        </w:tc>
        <w:tc>
          <w:tcPr>
            <w:tcW w:w="6738" w:type="dxa"/>
            <w:tcMar>
              <w:top w:w="80" w:type="dxa"/>
              <w:left w:w="120" w:type="dxa"/>
              <w:bottom w:w="80" w:type="dxa"/>
              <w:right w:w="120" w:type="dxa"/>
            </w:tcMar>
            <w:vAlign w:val="center"/>
          </w:tcPr>
          <w:p w14:paraId="4AA3F33D"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Regulacja dawki ozonu</w:t>
            </w:r>
          </w:p>
        </w:tc>
        <w:tc>
          <w:tcPr>
            <w:tcW w:w="1972" w:type="dxa"/>
            <w:tcMar>
              <w:top w:w="80" w:type="dxa"/>
              <w:left w:w="120" w:type="dxa"/>
              <w:bottom w:w="80" w:type="dxa"/>
              <w:right w:w="120" w:type="dxa"/>
            </w:tcMar>
            <w:vAlign w:val="center"/>
          </w:tcPr>
          <w:p w14:paraId="0EB74168" w14:textId="77777777" w:rsidR="00143F4D" w:rsidRPr="00CC7620" w:rsidRDefault="00143F4D" w:rsidP="00143F4D">
            <w:pPr>
              <w:rPr>
                <w:rFonts w:ascii="Arial" w:hAnsi="Arial" w:cs="Arial"/>
                <w:lang w:val="pl-PL"/>
              </w:rPr>
            </w:pPr>
          </w:p>
        </w:tc>
      </w:tr>
      <w:tr w:rsidR="00143F4D" w:rsidRPr="00CC7620" w14:paraId="66864A7E" w14:textId="77777777" w:rsidTr="00497758">
        <w:tc>
          <w:tcPr>
            <w:tcW w:w="650" w:type="dxa"/>
            <w:tcMar>
              <w:top w:w="80" w:type="dxa"/>
              <w:left w:w="120" w:type="dxa"/>
              <w:bottom w:w="80" w:type="dxa"/>
              <w:right w:w="120" w:type="dxa"/>
            </w:tcMar>
            <w:vAlign w:val="center"/>
          </w:tcPr>
          <w:p w14:paraId="7F76DF1E"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26</w:t>
            </w:r>
          </w:p>
        </w:tc>
        <w:tc>
          <w:tcPr>
            <w:tcW w:w="6738" w:type="dxa"/>
            <w:tcMar>
              <w:top w:w="80" w:type="dxa"/>
              <w:left w:w="120" w:type="dxa"/>
              <w:bottom w:w="80" w:type="dxa"/>
              <w:right w:w="120" w:type="dxa"/>
            </w:tcMar>
            <w:vAlign w:val="center"/>
          </w:tcPr>
          <w:p w14:paraId="0E5A8ADF"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Licznik zabiegów</w:t>
            </w:r>
          </w:p>
        </w:tc>
        <w:tc>
          <w:tcPr>
            <w:tcW w:w="1972" w:type="dxa"/>
            <w:tcMar>
              <w:top w:w="80" w:type="dxa"/>
              <w:left w:w="120" w:type="dxa"/>
              <w:bottom w:w="80" w:type="dxa"/>
              <w:right w:w="120" w:type="dxa"/>
            </w:tcMar>
            <w:vAlign w:val="center"/>
          </w:tcPr>
          <w:p w14:paraId="428E41FC" w14:textId="77777777" w:rsidR="00143F4D" w:rsidRPr="00CC7620" w:rsidRDefault="00143F4D" w:rsidP="00143F4D">
            <w:pPr>
              <w:rPr>
                <w:rFonts w:ascii="Arial" w:hAnsi="Arial" w:cs="Arial"/>
                <w:lang w:val="pl-PL"/>
              </w:rPr>
            </w:pPr>
          </w:p>
        </w:tc>
      </w:tr>
      <w:tr w:rsidR="00143F4D" w:rsidRPr="00CC7620" w14:paraId="2C5CAEDC" w14:textId="77777777" w:rsidTr="00497758">
        <w:tc>
          <w:tcPr>
            <w:tcW w:w="650" w:type="dxa"/>
            <w:tcMar>
              <w:top w:w="80" w:type="dxa"/>
              <w:left w:w="120" w:type="dxa"/>
              <w:bottom w:w="80" w:type="dxa"/>
              <w:right w:w="120" w:type="dxa"/>
            </w:tcMar>
            <w:vAlign w:val="center"/>
          </w:tcPr>
          <w:p w14:paraId="48E4BDD5"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27</w:t>
            </w:r>
          </w:p>
        </w:tc>
        <w:tc>
          <w:tcPr>
            <w:tcW w:w="6738" w:type="dxa"/>
            <w:tcMar>
              <w:top w:w="80" w:type="dxa"/>
              <w:left w:w="120" w:type="dxa"/>
              <w:bottom w:w="80" w:type="dxa"/>
              <w:right w:w="120" w:type="dxa"/>
            </w:tcMar>
            <w:vAlign w:val="center"/>
          </w:tcPr>
          <w:p w14:paraId="0A536A1A"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Historia zabiegu wyświetlana na monitorze</w:t>
            </w:r>
          </w:p>
        </w:tc>
        <w:tc>
          <w:tcPr>
            <w:tcW w:w="1972" w:type="dxa"/>
            <w:tcMar>
              <w:top w:w="80" w:type="dxa"/>
              <w:left w:w="120" w:type="dxa"/>
              <w:bottom w:w="80" w:type="dxa"/>
              <w:right w:w="120" w:type="dxa"/>
            </w:tcMar>
            <w:vAlign w:val="center"/>
          </w:tcPr>
          <w:p w14:paraId="3D1A1321" w14:textId="77777777" w:rsidR="00143F4D" w:rsidRPr="00CC7620" w:rsidRDefault="00143F4D" w:rsidP="00143F4D">
            <w:pPr>
              <w:rPr>
                <w:rFonts w:ascii="Arial" w:hAnsi="Arial" w:cs="Arial"/>
                <w:lang w:val="pl-PL"/>
              </w:rPr>
            </w:pPr>
          </w:p>
        </w:tc>
      </w:tr>
      <w:tr w:rsidR="00143F4D" w:rsidRPr="00CC7620" w14:paraId="69290338" w14:textId="77777777" w:rsidTr="00497758">
        <w:tc>
          <w:tcPr>
            <w:tcW w:w="650" w:type="dxa"/>
            <w:tcMar>
              <w:top w:w="80" w:type="dxa"/>
              <w:left w:w="120" w:type="dxa"/>
              <w:bottom w:w="80" w:type="dxa"/>
              <w:right w:w="120" w:type="dxa"/>
            </w:tcMar>
            <w:vAlign w:val="center"/>
          </w:tcPr>
          <w:p w14:paraId="7AACE78A"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28</w:t>
            </w:r>
          </w:p>
        </w:tc>
        <w:tc>
          <w:tcPr>
            <w:tcW w:w="6738" w:type="dxa"/>
            <w:tcMar>
              <w:top w:w="80" w:type="dxa"/>
              <w:left w:w="120" w:type="dxa"/>
              <w:bottom w:w="80" w:type="dxa"/>
              <w:right w:w="120" w:type="dxa"/>
            </w:tcMar>
            <w:vAlign w:val="center"/>
          </w:tcPr>
          <w:p w14:paraId="563B8D1F"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Funkcja automatycznej dezynfekcji urządzenia</w:t>
            </w:r>
          </w:p>
        </w:tc>
        <w:tc>
          <w:tcPr>
            <w:tcW w:w="1972" w:type="dxa"/>
            <w:tcMar>
              <w:top w:w="80" w:type="dxa"/>
              <w:left w:w="120" w:type="dxa"/>
              <w:bottom w:w="80" w:type="dxa"/>
              <w:right w:w="120" w:type="dxa"/>
            </w:tcMar>
            <w:vAlign w:val="center"/>
          </w:tcPr>
          <w:p w14:paraId="45A1BEFE" w14:textId="77777777" w:rsidR="00143F4D" w:rsidRPr="00CC7620" w:rsidRDefault="00143F4D" w:rsidP="00143F4D">
            <w:pPr>
              <w:rPr>
                <w:rFonts w:ascii="Arial" w:hAnsi="Arial" w:cs="Arial"/>
                <w:lang w:val="pl-PL"/>
              </w:rPr>
            </w:pPr>
          </w:p>
        </w:tc>
      </w:tr>
      <w:tr w:rsidR="00143F4D" w:rsidRPr="00CC7620" w14:paraId="57B28877" w14:textId="77777777" w:rsidTr="00497758">
        <w:tc>
          <w:tcPr>
            <w:tcW w:w="650" w:type="dxa"/>
            <w:tcMar>
              <w:top w:w="80" w:type="dxa"/>
              <w:left w:w="120" w:type="dxa"/>
              <w:bottom w:w="80" w:type="dxa"/>
              <w:right w:w="120" w:type="dxa"/>
            </w:tcMar>
            <w:vAlign w:val="center"/>
          </w:tcPr>
          <w:p w14:paraId="656D593A"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29</w:t>
            </w:r>
          </w:p>
        </w:tc>
        <w:tc>
          <w:tcPr>
            <w:tcW w:w="6738" w:type="dxa"/>
            <w:tcMar>
              <w:top w:w="80" w:type="dxa"/>
              <w:left w:w="120" w:type="dxa"/>
              <w:bottom w:w="80" w:type="dxa"/>
              <w:right w:w="120" w:type="dxa"/>
            </w:tcMar>
            <w:vAlign w:val="center"/>
          </w:tcPr>
          <w:p w14:paraId="2F04F6C4"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Średnie Zużycie CO</w:t>
            </w:r>
            <w:r w:rsidRPr="00497758">
              <w:rPr>
                <w:rFonts w:ascii="Cambria Math" w:hAnsi="Cambria Math" w:cs="Cambria Math"/>
                <w:sz w:val="20"/>
                <w:szCs w:val="20"/>
                <w:lang w:val="pl-PL"/>
              </w:rPr>
              <w:t>₂</w:t>
            </w:r>
            <w:r w:rsidRPr="00497758">
              <w:rPr>
                <w:rFonts w:ascii="Arial" w:hAnsi="Arial" w:cs="Arial"/>
                <w:sz w:val="20"/>
                <w:szCs w:val="20"/>
                <w:lang w:val="pl-PL"/>
              </w:rPr>
              <w:t xml:space="preserve"> - 8 l/min</w:t>
            </w:r>
          </w:p>
        </w:tc>
        <w:tc>
          <w:tcPr>
            <w:tcW w:w="1972" w:type="dxa"/>
            <w:tcMar>
              <w:top w:w="80" w:type="dxa"/>
              <w:left w:w="120" w:type="dxa"/>
              <w:bottom w:w="80" w:type="dxa"/>
              <w:right w:w="120" w:type="dxa"/>
            </w:tcMar>
            <w:vAlign w:val="center"/>
          </w:tcPr>
          <w:p w14:paraId="6C7B77DF" w14:textId="77777777" w:rsidR="00143F4D" w:rsidRPr="00CC7620" w:rsidRDefault="00143F4D" w:rsidP="00143F4D">
            <w:pPr>
              <w:rPr>
                <w:rFonts w:ascii="Arial" w:hAnsi="Arial" w:cs="Arial"/>
                <w:lang w:val="pl-PL"/>
              </w:rPr>
            </w:pPr>
          </w:p>
        </w:tc>
      </w:tr>
    </w:tbl>
    <w:p w14:paraId="2063642A" w14:textId="77777777" w:rsidR="00497758" w:rsidRDefault="00497758" w:rsidP="00CA2E3F">
      <w:pPr>
        <w:rPr>
          <w:rFonts w:ascii="Arial" w:hAnsi="Arial" w:cs="Arial"/>
          <w:lang w:val="pl-PL"/>
        </w:rPr>
      </w:pPr>
    </w:p>
    <w:p w14:paraId="3E3E4273" w14:textId="77777777" w:rsidR="006A31B6" w:rsidRDefault="006A31B6" w:rsidP="00CA2E3F">
      <w:pPr>
        <w:rPr>
          <w:rFonts w:ascii="Arial" w:hAnsi="Arial" w:cs="Arial"/>
          <w:lang w:val="pl-PL"/>
        </w:rPr>
      </w:pPr>
    </w:p>
    <w:p w14:paraId="64A29C53" w14:textId="77777777" w:rsidR="00497758" w:rsidRDefault="00497758" w:rsidP="00CA2E3F">
      <w:pPr>
        <w:rPr>
          <w:rFonts w:ascii="Arial" w:hAnsi="Arial" w:cs="Arial"/>
          <w:b/>
          <w:bCs/>
          <w:sz w:val="24"/>
          <w:szCs w:val="24"/>
          <w:lang w:val="pl-PL"/>
        </w:rPr>
      </w:pPr>
      <w:r w:rsidRPr="00497758">
        <w:rPr>
          <w:rFonts w:ascii="Arial" w:hAnsi="Arial" w:cs="Arial"/>
          <w:b/>
          <w:bCs/>
          <w:sz w:val="24"/>
          <w:szCs w:val="24"/>
          <w:lang w:val="pl-PL"/>
        </w:rPr>
        <w:t>8. Krzesła do poczekalni</w:t>
      </w:r>
    </w:p>
    <w:p w14:paraId="100BA147" w14:textId="77777777" w:rsidR="00CA2E3F" w:rsidRPr="00CC7620" w:rsidRDefault="00CA2E3F" w:rsidP="00CA2E3F">
      <w:pPr>
        <w:rPr>
          <w:rFonts w:ascii="Arial" w:hAnsi="Arial" w:cs="Arial"/>
          <w:lang w:val="pl-PL"/>
        </w:rPr>
      </w:pPr>
      <w:r w:rsidRPr="00CC7620">
        <w:rPr>
          <w:rFonts w:ascii="Arial" w:hAnsi="Arial" w:cs="Arial"/>
          <w:b/>
          <w:lang w:val="pl-PL"/>
        </w:rPr>
        <w:t>Ilość:</w:t>
      </w:r>
      <w:r w:rsidRPr="00CC7620">
        <w:rPr>
          <w:rFonts w:ascii="Arial" w:hAnsi="Arial" w:cs="Arial"/>
          <w:lang w:val="pl-PL"/>
        </w:rPr>
        <w:t xml:space="preserve"> 10 szt.</w:t>
      </w:r>
    </w:p>
    <w:tbl>
      <w:tblPr>
        <w:tblW w:w="936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
        <w:gridCol w:w="6880"/>
        <w:gridCol w:w="1830"/>
      </w:tblGrid>
      <w:tr w:rsidR="00143F4D" w:rsidRPr="00CC7620" w14:paraId="7C0882C7" w14:textId="77777777" w:rsidTr="00497758">
        <w:tc>
          <w:tcPr>
            <w:tcW w:w="650" w:type="dxa"/>
            <w:tcMar>
              <w:top w:w="80" w:type="dxa"/>
              <w:left w:w="120" w:type="dxa"/>
              <w:bottom w:w="80" w:type="dxa"/>
              <w:right w:w="120" w:type="dxa"/>
            </w:tcMar>
          </w:tcPr>
          <w:p w14:paraId="716E7A22" w14:textId="03C41773" w:rsidR="00143F4D" w:rsidRPr="00CC7620" w:rsidRDefault="00143F4D" w:rsidP="00497758">
            <w:pPr>
              <w:jc w:val="center"/>
              <w:rPr>
                <w:rFonts w:ascii="Arial" w:hAnsi="Arial" w:cs="Arial"/>
                <w:sz w:val="16"/>
                <w:lang w:val="pl-PL"/>
              </w:rPr>
            </w:pPr>
            <w:r w:rsidRPr="004C189B">
              <w:rPr>
                <w:rFonts w:ascii="Arial" w:hAnsi="Arial" w:cs="Arial"/>
                <w:b/>
                <w:bCs/>
                <w:color w:val="auto"/>
                <w:sz w:val="22"/>
              </w:rPr>
              <w:t>Lp.</w:t>
            </w:r>
          </w:p>
        </w:tc>
        <w:tc>
          <w:tcPr>
            <w:tcW w:w="6880" w:type="dxa"/>
            <w:tcMar>
              <w:top w:w="80" w:type="dxa"/>
              <w:left w:w="120" w:type="dxa"/>
              <w:bottom w:w="80" w:type="dxa"/>
              <w:right w:w="120" w:type="dxa"/>
            </w:tcMar>
          </w:tcPr>
          <w:p w14:paraId="36506F93" w14:textId="14C43666" w:rsidR="00143F4D" w:rsidRPr="00CC7620" w:rsidRDefault="00143F4D" w:rsidP="00497758">
            <w:pPr>
              <w:jc w:val="center"/>
              <w:rPr>
                <w:rFonts w:ascii="Arial" w:hAnsi="Arial" w:cs="Arial"/>
                <w:sz w:val="16"/>
                <w:lang w:val="pl-PL"/>
              </w:rPr>
            </w:pPr>
            <w:r w:rsidRPr="004C189B">
              <w:rPr>
                <w:rFonts w:ascii="Arial" w:hAnsi="Arial" w:cs="Arial"/>
                <w:b/>
                <w:bCs/>
                <w:color w:val="auto"/>
                <w:sz w:val="22"/>
              </w:rPr>
              <w:t>Parametr wymagany</w:t>
            </w:r>
          </w:p>
        </w:tc>
        <w:tc>
          <w:tcPr>
            <w:tcW w:w="1830" w:type="dxa"/>
            <w:tcMar>
              <w:top w:w="80" w:type="dxa"/>
              <w:left w:w="120" w:type="dxa"/>
              <w:bottom w:w="80" w:type="dxa"/>
              <w:right w:w="120" w:type="dxa"/>
            </w:tcMar>
          </w:tcPr>
          <w:p w14:paraId="46D532BE" w14:textId="4667B38E" w:rsidR="00143F4D" w:rsidRPr="00CC7620" w:rsidRDefault="00143F4D" w:rsidP="00497758">
            <w:pPr>
              <w:jc w:val="center"/>
              <w:rPr>
                <w:rFonts w:ascii="Arial" w:hAnsi="Arial" w:cs="Arial"/>
                <w:lang w:val="pl-PL"/>
              </w:rPr>
            </w:pPr>
            <w:r w:rsidRPr="004C189B">
              <w:rPr>
                <w:rFonts w:ascii="Arial" w:hAnsi="Arial" w:cs="Arial"/>
                <w:b/>
                <w:bCs/>
                <w:color w:val="auto"/>
                <w:sz w:val="22"/>
                <w:lang w:val="pl-PL"/>
              </w:rPr>
              <w:t>Parametr oferowany / potwierdzenie</w:t>
            </w:r>
          </w:p>
        </w:tc>
      </w:tr>
      <w:tr w:rsidR="00143F4D" w:rsidRPr="00CC7620" w14:paraId="5BF393E9" w14:textId="77777777" w:rsidTr="00497758">
        <w:tc>
          <w:tcPr>
            <w:tcW w:w="650" w:type="dxa"/>
            <w:tcMar>
              <w:top w:w="80" w:type="dxa"/>
              <w:left w:w="120" w:type="dxa"/>
              <w:bottom w:w="80" w:type="dxa"/>
              <w:right w:w="120" w:type="dxa"/>
            </w:tcMar>
            <w:vAlign w:val="center"/>
          </w:tcPr>
          <w:p w14:paraId="0861DC2A"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1</w:t>
            </w:r>
          </w:p>
        </w:tc>
        <w:tc>
          <w:tcPr>
            <w:tcW w:w="6880" w:type="dxa"/>
            <w:tcMar>
              <w:top w:w="80" w:type="dxa"/>
              <w:left w:w="120" w:type="dxa"/>
              <w:bottom w:w="80" w:type="dxa"/>
              <w:right w:w="120" w:type="dxa"/>
            </w:tcMar>
            <w:vAlign w:val="center"/>
          </w:tcPr>
          <w:p w14:paraId="2D47DC0D"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Siedzisko i oparcie wykonane z polipropylenu</w:t>
            </w:r>
          </w:p>
        </w:tc>
        <w:tc>
          <w:tcPr>
            <w:tcW w:w="1830" w:type="dxa"/>
            <w:tcMar>
              <w:top w:w="80" w:type="dxa"/>
              <w:left w:w="120" w:type="dxa"/>
              <w:bottom w:w="80" w:type="dxa"/>
              <w:right w:w="120" w:type="dxa"/>
            </w:tcMar>
            <w:vAlign w:val="center"/>
          </w:tcPr>
          <w:p w14:paraId="38D19951" w14:textId="77777777" w:rsidR="00143F4D" w:rsidRPr="00CC7620" w:rsidRDefault="00143F4D" w:rsidP="00143F4D">
            <w:pPr>
              <w:rPr>
                <w:rFonts w:ascii="Arial" w:hAnsi="Arial" w:cs="Arial"/>
                <w:lang w:val="pl-PL"/>
              </w:rPr>
            </w:pPr>
          </w:p>
        </w:tc>
      </w:tr>
      <w:tr w:rsidR="00143F4D" w:rsidRPr="00CC7620" w14:paraId="0E5A9656" w14:textId="77777777" w:rsidTr="00497758">
        <w:tc>
          <w:tcPr>
            <w:tcW w:w="650" w:type="dxa"/>
            <w:tcMar>
              <w:top w:w="80" w:type="dxa"/>
              <w:left w:w="120" w:type="dxa"/>
              <w:bottom w:w="80" w:type="dxa"/>
              <w:right w:w="120" w:type="dxa"/>
            </w:tcMar>
            <w:vAlign w:val="center"/>
          </w:tcPr>
          <w:p w14:paraId="2A7E4988"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2</w:t>
            </w:r>
          </w:p>
        </w:tc>
        <w:tc>
          <w:tcPr>
            <w:tcW w:w="6880" w:type="dxa"/>
            <w:tcMar>
              <w:top w:w="80" w:type="dxa"/>
              <w:left w:w="120" w:type="dxa"/>
              <w:bottom w:w="80" w:type="dxa"/>
              <w:right w:w="120" w:type="dxa"/>
            </w:tcMar>
            <w:vAlign w:val="center"/>
          </w:tcPr>
          <w:p w14:paraId="49D7B1DC"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Rama; malowana proszkowa na wybrany kolor; krzesło na czterech nogach z podłokietnikami</w:t>
            </w:r>
          </w:p>
        </w:tc>
        <w:tc>
          <w:tcPr>
            <w:tcW w:w="1830" w:type="dxa"/>
            <w:tcMar>
              <w:top w:w="80" w:type="dxa"/>
              <w:left w:w="120" w:type="dxa"/>
              <w:bottom w:w="80" w:type="dxa"/>
              <w:right w:w="120" w:type="dxa"/>
            </w:tcMar>
            <w:vAlign w:val="center"/>
          </w:tcPr>
          <w:p w14:paraId="72CF1B63" w14:textId="77777777" w:rsidR="00143F4D" w:rsidRPr="00CC7620" w:rsidRDefault="00143F4D" w:rsidP="00143F4D">
            <w:pPr>
              <w:rPr>
                <w:rFonts w:ascii="Arial" w:hAnsi="Arial" w:cs="Arial"/>
                <w:lang w:val="pl-PL"/>
              </w:rPr>
            </w:pPr>
          </w:p>
        </w:tc>
      </w:tr>
      <w:tr w:rsidR="00143F4D" w:rsidRPr="00CC7620" w14:paraId="768F30F1" w14:textId="77777777" w:rsidTr="00497758">
        <w:tc>
          <w:tcPr>
            <w:tcW w:w="650" w:type="dxa"/>
            <w:tcMar>
              <w:top w:w="80" w:type="dxa"/>
              <w:left w:w="120" w:type="dxa"/>
              <w:bottom w:w="80" w:type="dxa"/>
              <w:right w:w="120" w:type="dxa"/>
            </w:tcMar>
            <w:vAlign w:val="center"/>
          </w:tcPr>
          <w:p w14:paraId="44460DF9"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3</w:t>
            </w:r>
          </w:p>
        </w:tc>
        <w:tc>
          <w:tcPr>
            <w:tcW w:w="6880" w:type="dxa"/>
            <w:tcMar>
              <w:top w:w="80" w:type="dxa"/>
              <w:left w:w="120" w:type="dxa"/>
              <w:bottom w:w="80" w:type="dxa"/>
              <w:right w:w="120" w:type="dxa"/>
            </w:tcMar>
            <w:vAlign w:val="center"/>
          </w:tcPr>
          <w:p w14:paraId="4E92F428"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Stopki tworzywo sztuczne, czarne</w:t>
            </w:r>
          </w:p>
        </w:tc>
        <w:tc>
          <w:tcPr>
            <w:tcW w:w="1830" w:type="dxa"/>
            <w:tcMar>
              <w:top w:w="80" w:type="dxa"/>
              <w:left w:w="120" w:type="dxa"/>
              <w:bottom w:w="80" w:type="dxa"/>
              <w:right w:w="120" w:type="dxa"/>
            </w:tcMar>
            <w:vAlign w:val="center"/>
          </w:tcPr>
          <w:p w14:paraId="76AD6F2E" w14:textId="77777777" w:rsidR="00143F4D" w:rsidRPr="00CC7620" w:rsidRDefault="00143F4D" w:rsidP="00143F4D">
            <w:pPr>
              <w:rPr>
                <w:rFonts w:ascii="Arial" w:hAnsi="Arial" w:cs="Arial"/>
                <w:lang w:val="pl-PL"/>
              </w:rPr>
            </w:pPr>
          </w:p>
        </w:tc>
      </w:tr>
      <w:tr w:rsidR="00143F4D" w:rsidRPr="00CC7620" w14:paraId="7973C795" w14:textId="77777777" w:rsidTr="00497758">
        <w:tc>
          <w:tcPr>
            <w:tcW w:w="650" w:type="dxa"/>
            <w:tcMar>
              <w:top w:w="80" w:type="dxa"/>
              <w:left w:w="120" w:type="dxa"/>
              <w:bottom w:w="80" w:type="dxa"/>
              <w:right w:w="120" w:type="dxa"/>
            </w:tcMar>
            <w:vAlign w:val="center"/>
          </w:tcPr>
          <w:p w14:paraId="6E5589DB"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4</w:t>
            </w:r>
          </w:p>
        </w:tc>
        <w:tc>
          <w:tcPr>
            <w:tcW w:w="6880" w:type="dxa"/>
            <w:tcMar>
              <w:top w:w="80" w:type="dxa"/>
              <w:left w:w="120" w:type="dxa"/>
              <w:bottom w:w="80" w:type="dxa"/>
              <w:right w:w="120" w:type="dxa"/>
            </w:tcMar>
            <w:vAlign w:val="center"/>
          </w:tcPr>
          <w:p w14:paraId="62967D95"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Możliwość składowania w stosie (max. 6 szt.)</w:t>
            </w:r>
          </w:p>
        </w:tc>
        <w:tc>
          <w:tcPr>
            <w:tcW w:w="1830" w:type="dxa"/>
            <w:tcMar>
              <w:top w:w="80" w:type="dxa"/>
              <w:left w:w="120" w:type="dxa"/>
              <w:bottom w:w="80" w:type="dxa"/>
              <w:right w:w="120" w:type="dxa"/>
            </w:tcMar>
            <w:vAlign w:val="center"/>
          </w:tcPr>
          <w:p w14:paraId="425CB40A" w14:textId="77777777" w:rsidR="00143F4D" w:rsidRPr="00CC7620" w:rsidRDefault="00143F4D" w:rsidP="00143F4D">
            <w:pPr>
              <w:rPr>
                <w:rFonts w:ascii="Arial" w:hAnsi="Arial" w:cs="Arial"/>
                <w:lang w:val="pl-PL"/>
              </w:rPr>
            </w:pPr>
          </w:p>
        </w:tc>
      </w:tr>
      <w:tr w:rsidR="00143F4D" w:rsidRPr="00CC7620" w14:paraId="09C5AA31" w14:textId="77777777" w:rsidTr="00497758">
        <w:tc>
          <w:tcPr>
            <w:tcW w:w="650" w:type="dxa"/>
            <w:tcMar>
              <w:top w:w="80" w:type="dxa"/>
              <w:left w:w="120" w:type="dxa"/>
              <w:bottom w:w="80" w:type="dxa"/>
              <w:right w:w="120" w:type="dxa"/>
            </w:tcMar>
            <w:vAlign w:val="center"/>
          </w:tcPr>
          <w:p w14:paraId="69BCAB2B"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5</w:t>
            </w:r>
          </w:p>
        </w:tc>
        <w:tc>
          <w:tcPr>
            <w:tcW w:w="6880" w:type="dxa"/>
            <w:tcMar>
              <w:top w:w="80" w:type="dxa"/>
              <w:left w:w="120" w:type="dxa"/>
              <w:bottom w:w="80" w:type="dxa"/>
              <w:right w:w="120" w:type="dxa"/>
            </w:tcMar>
            <w:vAlign w:val="center"/>
          </w:tcPr>
          <w:p w14:paraId="05FF7D32"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Wymiary (+/- 1 cm</w:t>
            </w:r>
            <w:proofErr w:type="gramStart"/>
            <w:r w:rsidRPr="00497758">
              <w:rPr>
                <w:rFonts w:ascii="Arial" w:hAnsi="Arial" w:cs="Arial"/>
                <w:sz w:val="20"/>
                <w:szCs w:val="20"/>
                <w:lang w:val="pl-PL"/>
              </w:rPr>
              <w:t>):;</w:t>
            </w:r>
            <w:proofErr w:type="gramEnd"/>
            <w:r w:rsidRPr="00497758">
              <w:rPr>
                <w:rFonts w:ascii="Arial" w:hAnsi="Arial" w:cs="Arial"/>
                <w:sz w:val="20"/>
                <w:szCs w:val="20"/>
                <w:lang w:val="pl-PL"/>
              </w:rPr>
              <w:t xml:space="preserve"> Głębokość: 48 cm; Szerokość: 59 cm; Wysokość: 83 cm</w:t>
            </w:r>
          </w:p>
        </w:tc>
        <w:tc>
          <w:tcPr>
            <w:tcW w:w="1830" w:type="dxa"/>
            <w:tcMar>
              <w:top w:w="80" w:type="dxa"/>
              <w:left w:w="120" w:type="dxa"/>
              <w:bottom w:w="80" w:type="dxa"/>
              <w:right w:w="120" w:type="dxa"/>
            </w:tcMar>
            <w:vAlign w:val="center"/>
          </w:tcPr>
          <w:p w14:paraId="3572A235" w14:textId="77777777" w:rsidR="00143F4D" w:rsidRPr="00CC7620" w:rsidRDefault="00143F4D" w:rsidP="00143F4D">
            <w:pPr>
              <w:rPr>
                <w:rFonts w:ascii="Arial" w:hAnsi="Arial" w:cs="Arial"/>
                <w:lang w:val="pl-PL"/>
              </w:rPr>
            </w:pPr>
          </w:p>
        </w:tc>
      </w:tr>
    </w:tbl>
    <w:p w14:paraId="6F6C9352" w14:textId="77777777" w:rsidR="00497758" w:rsidRDefault="00497758" w:rsidP="00CA2E3F">
      <w:pPr>
        <w:rPr>
          <w:rFonts w:ascii="Arial" w:hAnsi="Arial" w:cs="Arial"/>
          <w:lang w:val="pl-PL"/>
        </w:rPr>
      </w:pPr>
    </w:p>
    <w:p w14:paraId="1EBDE24E" w14:textId="77777777" w:rsidR="00B0622D" w:rsidRDefault="00B0622D" w:rsidP="00CA2E3F">
      <w:pPr>
        <w:rPr>
          <w:rFonts w:ascii="Arial" w:hAnsi="Arial" w:cs="Arial"/>
          <w:lang w:val="pl-PL"/>
        </w:rPr>
      </w:pPr>
    </w:p>
    <w:p w14:paraId="7D760CF7" w14:textId="77777777" w:rsidR="006A31B6" w:rsidRDefault="006A31B6" w:rsidP="00CA2E3F">
      <w:pPr>
        <w:rPr>
          <w:rFonts w:ascii="Arial" w:hAnsi="Arial" w:cs="Arial"/>
          <w:lang w:val="pl-PL"/>
        </w:rPr>
      </w:pPr>
    </w:p>
    <w:p w14:paraId="508B194C" w14:textId="1344B4FA" w:rsidR="00CA2E3F" w:rsidRPr="00497758" w:rsidRDefault="00497758" w:rsidP="00497758">
      <w:pPr>
        <w:rPr>
          <w:rFonts w:ascii="Arial" w:hAnsi="Arial" w:cs="Arial"/>
          <w:b/>
          <w:bCs/>
          <w:sz w:val="24"/>
          <w:szCs w:val="24"/>
          <w:lang w:val="pl-PL"/>
        </w:rPr>
      </w:pPr>
      <w:r w:rsidRPr="00497758">
        <w:rPr>
          <w:rFonts w:ascii="Arial" w:hAnsi="Arial" w:cs="Arial"/>
          <w:b/>
          <w:bCs/>
          <w:sz w:val="24"/>
          <w:szCs w:val="24"/>
          <w:lang w:val="pl-PL"/>
        </w:rPr>
        <w:t>9. Lapto</w:t>
      </w:r>
      <w:r>
        <w:rPr>
          <w:rFonts w:ascii="Arial" w:hAnsi="Arial" w:cs="Arial"/>
          <w:b/>
          <w:bCs/>
          <w:sz w:val="24"/>
          <w:szCs w:val="24"/>
          <w:lang w:val="pl-PL"/>
        </w:rPr>
        <w:t>p</w:t>
      </w:r>
    </w:p>
    <w:p w14:paraId="03565ED1" w14:textId="77777777" w:rsidR="00CA2E3F" w:rsidRPr="00CC7620" w:rsidRDefault="00CA2E3F" w:rsidP="00CA2E3F">
      <w:pPr>
        <w:rPr>
          <w:rFonts w:ascii="Arial" w:hAnsi="Arial" w:cs="Arial"/>
          <w:lang w:val="pl-PL"/>
        </w:rPr>
      </w:pPr>
      <w:r w:rsidRPr="00CC7620">
        <w:rPr>
          <w:rFonts w:ascii="Arial" w:hAnsi="Arial" w:cs="Arial"/>
          <w:b/>
          <w:lang w:val="pl-PL"/>
        </w:rPr>
        <w:t>Ilość:</w:t>
      </w:r>
      <w:r w:rsidRPr="00CC7620">
        <w:rPr>
          <w:rFonts w:ascii="Arial" w:hAnsi="Arial" w:cs="Arial"/>
          <w:lang w:val="pl-PL"/>
        </w:rPr>
        <w:t xml:space="preserve"> 1 szt.</w:t>
      </w:r>
    </w:p>
    <w:p w14:paraId="2380221D" w14:textId="77777777" w:rsidR="00CA2E3F" w:rsidRPr="00CC7620" w:rsidRDefault="00CA2E3F" w:rsidP="00CA2E3F">
      <w:pPr>
        <w:rPr>
          <w:rFonts w:ascii="Arial" w:hAnsi="Arial" w:cs="Arial"/>
          <w:lang w:val="pl-PL"/>
        </w:rPr>
      </w:pPr>
      <w:r w:rsidRPr="00CC7620">
        <w:rPr>
          <w:rFonts w:ascii="Arial" w:hAnsi="Arial" w:cs="Arial"/>
          <w:lang w:val="pl-PL"/>
        </w:rPr>
        <w:t>Komputer przenośny przeznaczony do obsługi dokumentacji i organizacji pracy placówki.</w:t>
      </w:r>
    </w:p>
    <w:tbl>
      <w:tblPr>
        <w:tblW w:w="976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559"/>
        <w:gridCol w:w="5670"/>
        <w:gridCol w:w="1830"/>
      </w:tblGrid>
      <w:tr w:rsidR="00143F4D" w:rsidRPr="00CC7620" w14:paraId="3DDED5AF" w14:textId="77777777" w:rsidTr="00497758">
        <w:tc>
          <w:tcPr>
            <w:tcW w:w="710" w:type="dxa"/>
            <w:tcMar>
              <w:top w:w="80" w:type="dxa"/>
              <w:left w:w="120" w:type="dxa"/>
              <w:bottom w:w="80" w:type="dxa"/>
              <w:right w:w="120" w:type="dxa"/>
            </w:tcMar>
            <w:vAlign w:val="center"/>
          </w:tcPr>
          <w:p w14:paraId="26A2EF68" w14:textId="52B5AD0B" w:rsidR="00143F4D" w:rsidRPr="00497758" w:rsidRDefault="00497758" w:rsidP="00497758">
            <w:pPr>
              <w:jc w:val="center"/>
              <w:rPr>
                <w:rFonts w:ascii="Arial" w:hAnsi="Arial" w:cs="Arial"/>
                <w:b/>
                <w:bCs/>
                <w:sz w:val="22"/>
                <w:lang w:val="pl-PL"/>
              </w:rPr>
            </w:pPr>
            <w:r w:rsidRPr="00497758">
              <w:rPr>
                <w:rFonts w:ascii="Arial" w:hAnsi="Arial" w:cs="Arial"/>
                <w:b/>
                <w:bCs/>
                <w:sz w:val="22"/>
                <w:lang w:val="pl-PL"/>
              </w:rPr>
              <w:lastRenderedPageBreak/>
              <w:t>Lp.</w:t>
            </w:r>
          </w:p>
        </w:tc>
        <w:tc>
          <w:tcPr>
            <w:tcW w:w="1559" w:type="dxa"/>
            <w:tcMar>
              <w:top w:w="80" w:type="dxa"/>
              <w:left w:w="120" w:type="dxa"/>
              <w:bottom w:w="80" w:type="dxa"/>
              <w:right w:w="120" w:type="dxa"/>
            </w:tcMar>
            <w:vAlign w:val="center"/>
          </w:tcPr>
          <w:p w14:paraId="53C726E5" w14:textId="114C1581" w:rsidR="00143F4D" w:rsidRPr="00497758" w:rsidRDefault="00497758" w:rsidP="00497758">
            <w:pPr>
              <w:jc w:val="center"/>
              <w:rPr>
                <w:rFonts w:ascii="Arial" w:hAnsi="Arial" w:cs="Arial"/>
                <w:b/>
                <w:bCs/>
                <w:sz w:val="22"/>
                <w:lang w:val="pl-PL"/>
              </w:rPr>
            </w:pPr>
            <w:r w:rsidRPr="00497758">
              <w:rPr>
                <w:rFonts w:ascii="Arial" w:hAnsi="Arial" w:cs="Arial"/>
                <w:b/>
                <w:bCs/>
                <w:sz w:val="22"/>
                <w:lang w:val="pl-PL"/>
              </w:rPr>
              <w:t>Obszar</w:t>
            </w:r>
          </w:p>
        </w:tc>
        <w:tc>
          <w:tcPr>
            <w:tcW w:w="5670" w:type="dxa"/>
            <w:tcMar>
              <w:top w:w="80" w:type="dxa"/>
              <w:left w:w="120" w:type="dxa"/>
              <w:bottom w:w="80" w:type="dxa"/>
              <w:right w:w="120" w:type="dxa"/>
            </w:tcMar>
            <w:vAlign w:val="center"/>
          </w:tcPr>
          <w:p w14:paraId="1A2C0F49" w14:textId="527207C6" w:rsidR="00143F4D" w:rsidRPr="00497758" w:rsidRDefault="00497758" w:rsidP="00497758">
            <w:pPr>
              <w:jc w:val="center"/>
              <w:rPr>
                <w:rFonts w:ascii="Arial" w:hAnsi="Arial" w:cs="Arial"/>
                <w:b/>
                <w:bCs/>
                <w:sz w:val="22"/>
                <w:lang w:val="pl-PL"/>
              </w:rPr>
            </w:pPr>
            <w:r w:rsidRPr="00497758">
              <w:rPr>
                <w:rFonts w:ascii="Arial" w:hAnsi="Arial" w:cs="Arial"/>
                <w:b/>
                <w:bCs/>
                <w:sz w:val="22"/>
                <w:lang w:val="pl-PL"/>
              </w:rPr>
              <w:t>Wymagania minimalne</w:t>
            </w:r>
          </w:p>
        </w:tc>
        <w:tc>
          <w:tcPr>
            <w:tcW w:w="1830" w:type="dxa"/>
            <w:tcMar>
              <w:top w:w="80" w:type="dxa"/>
              <w:left w:w="120" w:type="dxa"/>
              <w:bottom w:w="80" w:type="dxa"/>
              <w:right w:w="120" w:type="dxa"/>
            </w:tcMar>
            <w:vAlign w:val="center"/>
          </w:tcPr>
          <w:p w14:paraId="2753332C" w14:textId="4278AC7D" w:rsidR="00143F4D" w:rsidRPr="00CC7620" w:rsidRDefault="00497758" w:rsidP="00497758">
            <w:pPr>
              <w:jc w:val="center"/>
              <w:rPr>
                <w:rFonts w:ascii="Arial" w:hAnsi="Arial" w:cs="Arial"/>
                <w:lang w:val="pl-PL"/>
              </w:rPr>
            </w:pPr>
            <w:r w:rsidRPr="00497758">
              <w:rPr>
                <w:rFonts w:ascii="Arial" w:hAnsi="Arial" w:cs="Arial"/>
                <w:b/>
                <w:lang w:val="pl-PL"/>
              </w:rPr>
              <w:t>Parametr oferowany / potwierdzenie</w:t>
            </w:r>
          </w:p>
        </w:tc>
      </w:tr>
      <w:tr w:rsidR="00CA2E3F" w:rsidRPr="00CC7620" w14:paraId="01FD1087" w14:textId="77777777" w:rsidTr="00497758">
        <w:tc>
          <w:tcPr>
            <w:tcW w:w="710" w:type="dxa"/>
            <w:tcMar>
              <w:top w:w="80" w:type="dxa"/>
              <w:left w:w="120" w:type="dxa"/>
              <w:bottom w:w="80" w:type="dxa"/>
              <w:right w:w="120" w:type="dxa"/>
            </w:tcMar>
            <w:vAlign w:val="center"/>
          </w:tcPr>
          <w:p w14:paraId="4910E227" w14:textId="77777777" w:rsidR="00CA2E3F" w:rsidRPr="00497758" w:rsidRDefault="00CA2E3F" w:rsidP="007D09C6">
            <w:pPr>
              <w:jc w:val="center"/>
              <w:rPr>
                <w:rFonts w:ascii="Arial" w:hAnsi="Arial" w:cs="Arial"/>
                <w:sz w:val="20"/>
                <w:szCs w:val="20"/>
                <w:lang w:val="pl-PL"/>
              </w:rPr>
            </w:pPr>
            <w:r w:rsidRPr="00497758">
              <w:rPr>
                <w:rFonts w:ascii="Arial" w:hAnsi="Arial" w:cs="Arial"/>
                <w:sz w:val="20"/>
                <w:szCs w:val="20"/>
                <w:lang w:val="pl-PL"/>
              </w:rPr>
              <w:t>1</w:t>
            </w:r>
          </w:p>
        </w:tc>
        <w:tc>
          <w:tcPr>
            <w:tcW w:w="1559" w:type="dxa"/>
            <w:tcMar>
              <w:top w:w="80" w:type="dxa"/>
              <w:left w:w="120" w:type="dxa"/>
              <w:bottom w:w="80" w:type="dxa"/>
              <w:right w:w="120" w:type="dxa"/>
            </w:tcMar>
            <w:vAlign w:val="center"/>
          </w:tcPr>
          <w:p w14:paraId="27C0C378" w14:textId="77777777" w:rsidR="00CA2E3F" w:rsidRPr="00497758" w:rsidRDefault="00CA2E3F" w:rsidP="007D09C6">
            <w:pPr>
              <w:rPr>
                <w:rFonts w:ascii="Arial" w:hAnsi="Arial" w:cs="Arial"/>
                <w:sz w:val="20"/>
                <w:szCs w:val="20"/>
                <w:lang w:val="pl-PL"/>
              </w:rPr>
            </w:pPr>
            <w:r w:rsidRPr="00497758">
              <w:rPr>
                <w:rFonts w:ascii="Arial" w:hAnsi="Arial" w:cs="Arial"/>
                <w:sz w:val="20"/>
                <w:szCs w:val="20"/>
                <w:lang w:val="pl-PL"/>
              </w:rPr>
              <w:t>Wydajność obliczeniowa:</w:t>
            </w:r>
          </w:p>
        </w:tc>
        <w:tc>
          <w:tcPr>
            <w:tcW w:w="5670" w:type="dxa"/>
            <w:tcMar>
              <w:top w:w="80" w:type="dxa"/>
              <w:left w:w="120" w:type="dxa"/>
              <w:bottom w:w="80" w:type="dxa"/>
              <w:right w:w="120" w:type="dxa"/>
            </w:tcMar>
            <w:vAlign w:val="center"/>
          </w:tcPr>
          <w:p w14:paraId="29178925" w14:textId="77777777" w:rsidR="00CA2E3F" w:rsidRPr="00497758" w:rsidRDefault="00CA2E3F" w:rsidP="007D09C6">
            <w:pPr>
              <w:rPr>
                <w:rFonts w:ascii="Arial" w:hAnsi="Arial" w:cs="Arial"/>
                <w:sz w:val="20"/>
                <w:szCs w:val="20"/>
                <w:lang w:val="pl-PL"/>
              </w:rPr>
            </w:pPr>
            <w:r w:rsidRPr="00497758">
              <w:rPr>
                <w:rFonts w:ascii="Arial" w:hAnsi="Arial" w:cs="Arial"/>
                <w:sz w:val="20"/>
                <w:szCs w:val="20"/>
                <w:lang w:val="pl-PL"/>
              </w:rPr>
              <w:t xml:space="preserve">procesor wielordzeniowy, zgodny z architekturą x86 lub równoważną wspierającą w pełni funkcje architektury x86, możliwość uruchamiania aplikacji 64 bitowych, o średniej wydajności ocenianej na co najmniej 16 800 pkt. w teście </w:t>
            </w:r>
            <w:proofErr w:type="spellStart"/>
            <w:r w:rsidRPr="00497758">
              <w:rPr>
                <w:rFonts w:ascii="Arial" w:hAnsi="Arial" w:cs="Arial"/>
                <w:sz w:val="20"/>
                <w:szCs w:val="20"/>
                <w:lang w:val="pl-PL"/>
              </w:rPr>
              <w:t>PassMark</w:t>
            </w:r>
            <w:proofErr w:type="spellEnd"/>
            <w:r w:rsidRPr="00497758">
              <w:rPr>
                <w:rFonts w:ascii="Arial" w:hAnsi="Arial" w:cs="Arial"/>
                <w:sz w:val="20"/>
                <w:szCs w:val="20"/>
                <w:lang w:val="pl-PL"/>
              </w:rPr>
              <w:t xml:space="preserve"> CPU Mark według wyników opublikowanych na stronie http://www.cpubenchmark.net/cpu_list.php,</w:t>
            </w:r>
          </w:p>
        </w:tc>
        <w:tc>
          <w:tcPr>
            <w:tcW w:w="1830" w:type="dxa"/>
            <w:tcMar>
              <w:top w:w="80" w:type="dxa"/>
              <w:left w:w="120" w:type="dxa"/>
              <w:bottom w:w="80" w:type="dxa"/>
              <w:right w:w="120" w:type="dxa"/>
            </w:tcMar>
            <w:vAlign w:val="center"/>
          </w:tcPr>
          <w:p w14:paraId="06F50CEA" w14:textId="77777777" w:rsidR="00CA2E3F" w:rsidRPr="00CC7620" w:rsidRDefault="00CA2E3F" w:rsidP="007D09C6">
            <w:pPr>
              <w:rPr>
                <w:rFonts w:ascii="Arial" w:hAnsi="Arial" w:cs="Arial"/>
                <w:lang w:val="pl-PL"/>
              </w:rPr>
            </w:pPr>
          </w:p>
        </w:tc>
      </w:tr>
      <w:tr w:rsidR="00CA2E3F" w:rsidRPr="00CC7620" w14:paraId="2A31693D" w14:textId="77777777" w:rsidTr="00497758">
        <w:tc>
          <w:tcPr>
            <w:tcW w:w="710" w:type="dxa"/>
            <w:tcMar>
              <w:top w:w="80" w:type="dxa"/>
              <w:left w:w="120" w:type="dxa"/>
              <w:bottom w:w="80" w:type="dxa"/>
              <w:right w:w="120" w:type="dxa"/>
            </w:tcMar>
            <w:vAlign w:val="center"/>
          </w:tcPr>
          <w:p w14:paraId="646FC243" w14:textId="77777777" w:rsidR="00CA2E3F" w:rsidRPr="00497758" w:rsidRDefault="00CA2E3F" w:rsidP="007D09C6">
            <w:pPr>
              <w:jc w:val="center"/>
              <w:rPr>
                <w:rFonts w:ascii="Arial" w:hAnsi="Arial" w:cs="Arial"/>
                <w:sz w:val="20"/>
                <w:szCs w:val="20"/>
                <w:lang w:val="pl-PL"/>
              </w:rPr>
            </w:pPr>
            <w:r w:rsidRPr="00497758">
              <w:rPr>
                <w:rFonts w:ascii="Arial" w:hAnsi="Arial" w:cs="Arial"/>
                <w:sz w:val="20"/>
                <w:szCs w:val="20"/>
                <w:lang w:val="pl-PL"/>
              </w:rPr>
              <w:t>2</w:t>
            </w:r>
          </w:p>
        </w:tc>
        <w:tc>
          <w:tcPr>
            <w:tcW w:w="1559" w:type="dxa"/>
            <w:tcMar>
              <w:top w:w="80" w:type="dxa"/>
              <w:left w:w="120" w:type="dxa"/>
              <w:bottom w:w="80" w:type="dxa"/>
              <w:right w:w="120" w:type="dxa"/>
            </w:tcMar>
            <w:vAlign w:val="center"/>
          </w:tcPr>
          <w:p w14:paraId="2E7C7F87" w14:textId="77777777" w:rsidR="00CA2E3F" w:rsidRPr="00497758" w:rsidRDefault="00CA2E3F" w:rsidP="007D09C6">
            <w:pPr>
              <w:rPr>
                <w:rFonts w:ascii="Arial" w:hAnsi="Arial" w:cs="Arial"/>
                <w:sz w:val="20"/>
                <w:szCs w:val="20"/>
                <w:lang w:val="pl-PL"/>
              </w:rPr>
            </w:pPr>
            <w:r w:rsidRPr="00497758">
              <w:rPr>
                <w:rFonts w:ascii="Arial" w:hAnsi="Arial" w:cs="Arial"/>
                <w:sz w:val="20"/>
                <w:szCs w:val="20"/>
                <w:lang w:val="pl-PL"/>
              </w:rPr>
              <w:t>Pamięć operacyjna:</w:t>
            </w:r>
          </w:p>
        </w:tc>
        <w:tc>
          <w:tcPr>
            <w:tcW w:w="5670" w:type="dxa"/>
            <w:tcMar>
              <w:top w:w="80" w:type="dxa"/>
              <w:left w:w="120" w:type="dxa"/>
              <w:bottom w:w="80" w:type="dxa"/>
              <w:right w:w="120" w:type="dxa"/>
            </w:tcMar>
            <w:vAlign w:val="center"/>
          </w:tcPr>
          <w:p w14:paraId="793519D5" w14:textId="77777777" w:rsidR="00CA2E3F" w:rsidRPr="00497758" w:rsidRDefault="00CA2E3F" w:rsidP="007D09C6">
            <w:pPr>
              <w:rPr>
                <w:rFonts w:ascii="Arial" w:hAnsi="Arial" w:cs="Arial"/>
                <w:sz w:val="20"/>
                <w:szCs w:val="20"/>
                <w:lang w:val="pl-PL"/>
              </w:rPr>
            </w:pPr>
            <w:r w:rsidRPr="00497758">
              <w:rPr>
                <w:rFonts w:ascii="Arial" w:hAnsi="Arial" w:cs="Arial"/>
                <w:sz w:val="20"/>
                <w:szCs w:val="20"/>
                <w:lang w:val="pl-PL"/>
              </w:rPr>
              <w:t xml:space="preserve">minimum 16 GB </w:t>
            </w:r>
            <w:proofErr w:type="gramStart"/>
            <w:r w:rsidRPr="00497758">
              <w:rPr>
                <w:rFonts w:ascii="Arial" w:hAnsi="Arial" w:cs="Arial"/>
                <w:sz w:val="20"/>
                <w:szCs w:val="20"/>
                <w:lang w:val="pl-PL"/>
              </w:rPr>
              <w:t>RAM,;</w:t>
            </w:r>
            <w:proofErr w:type="gramEnd"/>
            <w:r w:rsidRPr="00497758">
              <w:rPr>
                <w:rFonts w:ascii="Arial" w:hAnsi="Arial" w:cs="Arial"/>
                <w:sz w:val="20"/>
                <w:szCs w:val="20"/>
                <w:lang w:val="pl-PL"/>
              </w:rPr>
              <w:t xml:space="preserve"> możliwość rozbudowy do 32 GB</w:t>
            </w:r>
          </w:p>
        </w:tc>
        <w:tc>
          <w:tcPr>
            <w:tcW w:w="1830" w:type="dxa"/>
            <w:tcMar>
              <w:top w:w="80" w:type="dxa"/>
              <w:left w:w="120" w:type="dxa"/>
              <w:bottom w:w="80" w:type="dxa"/>
              <w:right w:w="120" w:type="dxa"/>
            </w:tcMar>
            <w:vAlign w:val="center"/>
          </w:tcPr>
          <w:p w14:paraId="052CFEA3" w14:textId="77777777" w:rsidR="00CA2E3F" w:rsidRPr="00CC7620" w:rsidRDefault="00CA2E3F" w:rsidP="007D09C6">
            <w:pPr>
              <w:rPr>
                <w:rFonts w:ascii="Arial" w:hAnsi="Arial" w:cs="Arial"/>
                <w:lang w:val="pl-PL"/>
              </w:rPr>
            </w:pPr>
          </w:p>
        </w:tc>
      </w:tr>
      <w:tr w:rsidR="00CA2E3F" w:rsidRPr="00CC7620" w14:paraId="0F64E5B1" w14:textId="77777777" w:rsidTr="00497758">
        <w:tc>
          <w:tcPr>
            <w:tcW w:w="710" w:type="dxa"/>
            <w:tcMar>
              <w:top w:w="80" w:type="dxa"/>
              <w:left w:w="120" w:type="dxa"/>
              <w:bottom w:w="80" w:type="dxa"/>
              <w:right w:w="120" w:type="dxa"/>
            </w:tcMar>
            <w:vAlign w:val="center"/>
          </w:tcPr>
          <w:p w14:paraId="449F2193" w14:textId="77777777" w:rsidR="00CA2E3F" w:rsidRPr="00497758" w:rsidRDefault="00CA2E3F" w:rsidP="007D09C6">
            <w:pPr>
              <w:jc w:val="center"/>
              <w:rPr>
                <w:rFonts w:ascii="Arial" w:hAnsi="Arial" w:cs="Arial"/>
                <w:sz w:val="20"/>
                <w:szCs w:val="20"/>
                <w:lang w:val="pl-PL"/>
              </w:rPr>
            </w:pPr>
            <w:r w:rsidRPr="00497758">
              <w:rPr>
                <w:rFonts w:ascii="Arial" w:hAnsi="Arial" w:cs="Arial"/>
                <w:sz w:val="20"/>
                <w:szCs w:val="20"/>
                <w:lang w:val="pl-PL"/>
              </w:rPr>
              <w:t>3</w:t>
            </w:r>
          </w:p>
        </w:tc>
        <w:tc>
          <w:tcPr>
            <w:tcW w:w="1559" w:type="dxa"/>
            <w:tcMar>
              <w:top w:w="80" w:type="dxa"/>
              <w:left w:w="120" w:type="dxa"/>
              <w:bottom w:w="80" w:type="dxa"/>
              <w:right w:w="120" w:type="dxa"/>
            </w:tcMar>
            <w:vAlign w:val="center"/>
          </w:tcPr>
          <w:p w14:paraId="27D7EB21" w14:textId="77777777" w:rsidR="00CA2E3F" w:rsidRPr="00497758" w:rsidRDefault="00CA2E3F" w:rsidP="007D09C6">
            <w:pPr>
              <w:rPr>
                <w:rFonts w:ascii="Arial" w:hAnsi="Arial" w:cs="Arial"/>
                <w:sz w:val="20"/>
                <w:szCs w:val="20"/>
                <w:lang w:val="pl-PL"/>
              </w:rPr>
            </w:pPr>
            <w:r w:rsidRPr="00497758">
              <w:rPr>
                <w:rFonts w:ascii="Arial" w:hAnsi="Arial" w:cs="Arial"/>
                <w:sz w:val="20"/>
                <w:szCs w:val="20"/>
                <w:lang w:val="pl-PL"/>
              </w:rPr>
              <w:t>Karta graficzna:</w:t>
            </w:r>
          </w:p>
        </w:tc>
        <w:tc>
          <w:tcPr>
            <w:tcW w:w="5670" w:type="dxa"/>
            <w:tcMar>
              <w:top w:w="80" w:type="dxa"/>
              <w:left w:w="120" w:type="dxa"/>
              <w:bottom w:w="80" w:type="dxa"/>
              <w:right w:w="120" w:type="dxa"/>
            </w:tcMar>
            <w:vAlign w:val="center"/>
          </w:tcPr>
          <w:p w14:paraId="21642BF4" w14:textId="77777777" w:rsidR="00CA2E3F" w:rsidRPr="00497758" w:rsidRDefault="00CA2E3F" w:rsidP="007D09C6">
            <w:pPr>
              <w:rPr>
                <w:rFonts w:ascii="Arial" w:hAnsi="Arial" w:cs="Arial"/>
                <w:sz w:val="20"/>
                <w:szCs w:val="20"/>
                <w:lang w:val="pl-PL"/>
              </w:rPr>
            </w:pPr>
            <w:r w:rsidRPr="00497758">
              <w:rPr>
                <w:rFonts w:ascii="Arial" w:hAnsi="Arial" w:cs="Arial"/>
                <w:sz w:val="20"/>
                <w:szCs w:val="20"/>
                <w:lang w:val="pl-PL"/>
              </w:rPr>
              <w:t xml:space="preserve">zintegrowana, z możliwością dynamicznego przydzielenia pamięci; w obrębie pamięci </w:t>
            </w:r>
            <w:proofErr w:type="gramStart"/>
            <w:r w:rsidRPr="00497758">
              <w:rPr>
                <w:rFonts w:ascii="Arial" w:hAnsi="Arial" w:cs="Arial"/>
                <w:sz w:val="20"/>
                <w:szCs w:val="20"/>
                <w:lang w:val="pl-PL"/>
              </w:rPr>
              <w:t>systemowej,;</w:t>
            </w:r>
            <w:proofErr w:type="gramEnd"/>
            <w:r w:rsidRPr="00497758">
              <w:rPr>
                <w:rFonts w:ascii="Arial" w:hAnsi="Arial" w:cs="Arial"/>
                <w:sz w:val="20"/>
                <w:szCs w:val="20"/>
                <w:lang w:val="pl-PL"/>
              </w:rPr>
              <w:t xml:space="preserve"> obsługiwana przez DirectX w wersji co najmniej 12 i </w:t>
            </w:r>
            <w:proofErr w:type="spellStart"/>
            <w:r w:rsidRPr="00497758">
              <w:rPr>
                <w:rFonts w:ascii="Arial" w:hAnsi="Arial" w:cs="Arial"/>
                <w:sz w:val="20"/>
                <w:szCs w:val="20"/>
                <w:lang w:val="pl-PL"/>
              </w:rPr>
              <w:t>OpenGL</w:t>
            </w:r>
            <w:proofErr w:type="spellEnd"/>
            <w:r w:rsidRPr="00497758">
              <w:rPr>
                <w:rFonts w:ascii="Arial" w:hAnsi="Arial" w:cs="Arial"/>
                <w:sz w:val="20"/>
                <w:szCs w:val="20"/>
                <w:lang w:val="pl-PL"/>
              </w:rPr>
              <w:t xml:space="preserve"> w wersji co najmniej 4.5</w:t>
            </w:r>
          </w:p>
        </w:tc>
        <w:tc>
          <w:tcPr>
            <w:tcW w:w="1830" w:type="dxa"/>
            <w:tcMar>
              <w:top w:w="80" w:type="dxa"/>
              <w:left w:w="120" w:type="dxa"/>
              <w:bottom w:w="80" w:type="dxa"/>
              <w:right w:w="120" w:type="dxa"/>
            </w:tcMar>
            <w:vAlign w:val="center"/>
          </w:tcPr>
          <w:p w14:paraId="1AF6F6C0" w14:textId="77777777" w:rsidR="00CA2E3F" w:rsidRPr="00CC7620" w:rsidRDefault="00CA2E3F" w:rsidP="007D09C6">
            <w:pPr>
              <w:rPr>
                <w:rFonts w:ascii="Arial" w:hAnsi="Arial" w:cs="Arial"/>
                <w:lang w:val="pl-PL"/>
              </w:rPr>
            </w:pPr>
          </w:p>
        </w:tc>
      </w:tr>
      <w:tr w:rsidR="00CA2E3F" w:rsidRPr="00CC7620" w14:paraId="444A3EA5" w14:textId="77777777" w:rsidTr="00497758">
        <w:tc>
          <w:tcPr>
            <w:tcW w:w="710" w:type="dxa"/>
            <w:tcMar>
              <w:top w:w="80" w:type="dxa"/>
              <w:left w:w="120" w:type="dxa"/>
              <w:bottom w:w="80" w:type="dxa"/>
              <w:right w:w="120" w:type="dxa"/>
            </w:tcMar>
            <w:vAlign w:val="center"/>
          </w:tcPr>
          <w:p w14:paraId="2CCC64C9" w14:textId="77777777" w:rsidR="00CA2E3F" w:rsidRPr="00497758" w:rsidRDefault="00CA2E3F" w:rsidP="007D09C6">
            <w:pPr>
              <w:jc w:val="center"/>
              <w:rPr>
                <w:rFonts w:ascii="Arial" w:hAnsi="Arial" w:cs="Arial"/>
                <w:sz w:val="20"/>
                <w:szCs w:val="20"/>
                <w:lang w:val="pl-PL"/>
              </w:rPr>
            </w:pPr>
            <w:r w:rsidRPr="00497758">
              <w:rPr>
                <w:rFonts w:ascii="Arial" w:hAnsi="Arial" w:cs="Arial"/>
                <w:sz w:val="20"/>
                <w:szCs w:val="20"/>
                <w:lang w:val="pl-PL"/>
              </w:rPr>
              <w:t>4</w:t>
            </w:r>
          </w:p>
        </w:tc>
        <w:tc>
          <w:tcPr>
            <w:tcW w:w="1559" w:type="dxa"/>
            <w:tcMar>
              <w:top w:w="80" w:type="dxa"/>
              <w:left w:w="120" w:type="dxa"/>
              <w:bottom w:w="80" w:type="dxa"/>
              <w:right w:w="120" w:type="dxa"/>
            </w:tcMar>
            <w:vAlign w:val="center"/>
          </w:tcPr>
          <w:p w14:paraId="38433050" w14:textId="77777777" w:rsidR="00CA2E3F" w:rsidRPr="00497758" w:rsidRDefault="00CA2E3F" w:rsidP="007D09C6">
            <w:pPr>
              <w:rPr>
                <w:rFonts w:ascii="Arial" w:hAnsi="Arial" w:cs="Arial"/>
                <w:sz w:val="20"/>
                <w:szCs w:val="20"/>
                <w:lang w:val="pl-PL"/>
              </w:rPr>
            </w:pPr>
            <w:r w:rsidRPr="00497758">
              <w:rPr>
                <w:rFonts w:ascii="Arial" w:hAnsi="Arial" w:cs="Arial"/>
                <w:sz w:val="20"/>
                <w:szCs w:val="20"/>
                <w:lang w:val="pl-PL"/>
              </w:rPr>
              <w:t>Wyświetlacz:</w:t>
            </w:r>
          </w:p>
        </w:tc>
        <w:tc>
          <w:tcPr>
            <w:tcW w:w="5670" w:type="dxa"/>
            <w:tcMar>
              <w:top w:w="80" w:type="dxa"/>
              <w:left w:w="120" w:type="dxa"/>
              <w:bottom w:w="80" w:type="dxa"/>
              <w:right w:w="120" w:type="dxa"/>
            </w:tcMar>
            <w:vAlign w:val="center"/>
          </w:tcPr>
          <w:p w14:paraId="04A136DF" w14:textId="77777777" w:rsidR="00CA2E3F" w:rsidRPr="00497758" w:rsidRDefault="00CA2E3F" w:rsidP="007D09C6">
            <w:pPr>
              <w:rPr>
                <w:rFonts w:ascii="Arial" w:hAnsi="Arial" w:cs="Arial"/>
                <w:sz w:val="20"/>
                <w:szCs w:val="20"/>
                <w:lang w:val="pl-PL"/>
              </w:rPr>
            </w:pPr>
            <w:r w:rsidRPr="00497758">
              <w:rPr>
                <w:rFonts w:ascii="Arial" w:hAnsi="Arial" w:cs="Arial"/>
                <w:sz w:val="20"/>
                <w:szCs w:val="20"/>
                <w:lang w:val="pl-PL"/>
              </w:rPr>
              <w:t>wielkość – w zakresie 15” – 16</w:t>
            </w:r>
            <w:proofErr w:type="gramStart"/>
            <w:r w:rsidRPr="00497758">
              <w:rPr>
                <w:rFonts w:ascii="Arial" w:hAnsi="Arial" w:cs="Arial"/>
                <w:sz w:val="20"/>
                <w:szCs w:val="20"/>
                <w:lang w:val="pl-PL"/>
              </w:rPr>
              <w:t>”,;</w:t>
            </w:r>
            <w:proofErr w:type="gramEnd"/>
            <w:r w:rsidRPr="00497758">
              <w:rPr>
                <w:rFonts w:ascii="Arial" w:hAnsi="Arial" w:cs="Arial"/>
                <w:sz w:val="20"/>
                <w:szCs w:val="20"/>
                <w:lang w:val="pl-PL"/>
              </w:rPr>
              <w:t xml:space="preserve"> rozdzielczość nominalna – min. 1920 na min. 1080 </w:t>
            </w:r>
            <w:proofErr w:type="gramStart"/>
            <w:r w:rsidRPr="00497758">
              <w:rPr>
                <w:rFonts w:ascii="Arial" w:hAnsi="Arial" w:cs="Arial"/>
                <w:sz w:val="20"/>
                <w:szCs w:val="20"/>
                <w:lang w:val="pl-PL"/>
              </w:rPr>
              <w:t>pikseli;;</w:t>
            </w:r>
            <w:proofErr w:type="gramEnd"/>
            <w:r w:rsidRPr="00497758">
              <w:rPr>
                <w:rFonts w:ascii="Arial" w:hAnsi="Arial" w:cs="Arial"/>
                <w:sz w:val="20"/>
                <w:szCs w:val="20"/>
                <w:lang w:val="pl-PL"/>
              </w:rPr>
              <w:t xml:space="preserve"> matowy,</w:t>
            </w:r>
          </w:p>
        </w:tc>
        <w:tc>
          <w:tcPr>
            <w:tcW w:w="1830" w:type="dxa"/>
            <w:tcMar>
              <w:top w:w="80" w:type="dxa"/>
              <w:left w:w="120" w:type="dxa"/>
              <w:bottom w:w="80" w:type="dxa"/>
              <w:right w:w="120" w:type="dxa"/>
            </w:tcMar>
            <w:vAlign w:val="center"/>
          </w:tcPr>
          <w:p w14:paraId="37C2B944" w14:textId="77777777" w:rsidR="00CA2E3F" w:rsidRPr="00CC7620" w:rsidRDefault="00CA2E3F" w:rsidP="007D09C6">
            <w:pPr>
              <w:rPr>
                <w:rFonts w:ascii="Arial" w:hAnsi="Arial" w:cs="Arial"/>
                <w:lang w:val="pl-PL"/>
              </w:rPr>
            </w:pPr>
          </w:p>
        </w:tc>
      </w:tr>
      <w:tr w:rsidR="00CA2E3F" w:rsidRPr="00CC7620" w14:paraId="21B823B4" w14:textId="77777777" w:rsidTr="00497758">
        <w:tc>
          <w:tcPr>
            <w:tcW w:w="710" w:type="dxa"/>
            <w:tcMar>
              <w:top w:w="80" w:type="dxa"/>
              <w:left w:w="120" w:type="dxa"/>
              <w:bottom w:w="80" w:type="dxa"/>
              <w:right w:w="120" w:type="dxa"/>
            </w:tcMar>
            <w:vAlign w:val="center"/>
          </w:tcPr>
          <w:p w14:paraId="6F520AB8" w14:textId="77777777" w:rsidR="00CA2E3F" w:rsidRPr="00497758" w:rsidRDefault="00CA2E3F" w:rsidP="007D09C6">
            <w:pPr>
              <w:jc w:val="center"/>
              <w:rPr>
                <w:rFonts w:ascii="Arial" w:hAnsi="Arial" w:cs="Arial"/>
                <w:sz w:val="20"/>
                <w:szCs w:val="20"/>
                <w:lang w:val="pl-PL"/>
              </w:rPr>
            </w:pPr>
            <w:r w:rsidRPr="00497758">
              <w:rPr>
                <w:rFonts w:ascii="Arial" w:hAnsi="Arial" w:cs="Arial"/>
                <w:sz w:val="20"/>
                <w:szCs w:val="20"/>
                <w:lang w:val="pl-PL"/>
              </w:rPr>
              <w:t>5</w:t>
            </w:r>
          </w:p>
        </w:tc>
        <w:tc>
          <w:tcPr>
            <w:tcW w:w="1559" w:type="dxa"/>
            <w:tcMar>
              <w:top w:w="80" w:type="dxa"/>
              <w:left w:w="120" w:type="dxa"/>
              <w:bottom w:w="80" w:type="dxa"/>
              <w:right w:w="120" w:type="dxa"/>
            </w:tcMar>
            <w:vAlign w:val="center"/>
          </w:tcPr>
          <w:p w14:paraId="39721953" w14:textId="77777777" w:rsidR="00CA2E3F" w:rsidRPr="00497758" w:rsidRDefault="00CA2E3F" w:rsidP="007D09C6">
            <w:pPr>
              <w:rPr>
                <w:rFonts w:ascii="Arial" w:hAnsi="Arial" w:cs="Arial"/>
                <w:sz w:val="20"/>
                <w:szCs w:val="20"/>
                <w:lang w:val="pl-PL"/>
              </w:rPr>
            </w:pPr>
            <w:r w:rsidRPr="00497758">
              <w:rPr>
                <w:rFonts w:ascii="Arial" w:hAnsi="Arial" w:cs="Arial"/>
                <w:sz w:val="20"/>
                <w:szCs w:val="20"/>
                <w:lang w:val="pl-PL"/>
              </w:rPr>
              <w:t>Pamięć masowa:</w:t>
            </w:r>
          </w:p>
        </w:tc>
        <w:tc>
          <w:tcPr>
            <w:tcW w:w="5670" w:type="dxa"/>
            <w:tcMar>
              <w:top w:w="80" w:type="dxa"/>
              <w:left w:w="120" w:type="dxa"/>
              <w:bottom w:w="80" w:type="dxa"/>
              <w:right w:w="120" w:type="dxa"/>
            </w:tcMar>
            <w:vAlign w:val="center"/>
          </w:tcPr>
          <w:p w14:paraId="69424EF4" w14:textId="77777777" w:rsidR="00CA2E3F" w:rsidRPr="00497758" w:rsidRDefault="00CA2E3F" w:rsidP="007D09C6">
            <w:pPr>
              <w:rPr>
                <w:rFonts w:ascii="Arial" w:hAnsi="Arial" w:cs="Arial"/>
                <w:sz w:val="20"/>
                <w:szCs w:val="20"/>
                <w:lang w:val="pl-PL"/>
              </w:rPr>
            </w:pPr>
            <w:r w:rsidRPr="00497758">
              <w:rPr>
                <w:rFonts w:ascii="Arial" w:hAnsi="Arial" w:cs="Arial"/>
                <w:sz w:val="20"/>
                <w:szCs w:val="20"/>
                <w:lang w:val="pl-PL"/>
              </w:rPr>
              <w:t>minimum 500 GB SSD M.2</w:t>
            </w:r>
          </w:p>
        </w:tc>
        <w:tc>
          <w:tcPr>
            <w:tcW w:w="1830" w:type="dxa"/>
            <w:tcMar>
              <w:top w:w="80" w:type="dxa"/>
              <w:left w:w="120" w:type="dxa"/>
              <w:bottom w:w="80" w:type="dxa"/>
              <w:right w:w="120" w:type="dxa"/>
            </w:tcMar>
            <w:vAlign w:val="center"/>
          </w:tcPr>
          <w:p w14:paraId="2FDBE39F" w14:textId="77777777" w:rsidR="00CA2E3F" w:rsidRPr="00CC7620" w:rsidRDefault="00CA2E3F" w:rsidP="007D09C6">
            <w:pPr>
              <w:rPr>
                <w:rFonts w:ascii="Arial" w:hAnsi="Arial" w:cs="Arial"/>
                <w:lang w:val="pl-PL"/>
              </w:rPr>
            </w:pPr>
          </w:p>
        </w:tc>
      </w:tr>
      <w:tr w:rsidR="00CA2E3F" w:rsidRPr="00CC7620" w14:paraId="6597CCB2" w14:textId="77777777" w:rsidTr="00497758">
        <w:tc>
          <w:tcPr>
            <w:tcW w:w="710" w:type="dxa"/>
            <w:tcMar>
              <w:top w:w="80" w:type="dxa"/>
              <w:left w:w="120" w:type="dxa"/>
              <w:bottom w:w="80" w:type="dxa"/>
              <w:right w:w="120" w:type="dxa"/>
            </w:tcMar>
            <w:vAlign w:val="center"/>
          </w:tcPr>
          <w:p w14:paraId="303E7B2C" w14:textId="77777777" w:rsidR="00CA2E3F" w:rsidRPr="00497758" w:rsidRDefault="00CA2E3F" w:rsidP="007D09C6">
            <w:pPr>
              <w:jc w:val="center"/>
              <w:rPr>
                <w:rFonts w:ascii="Arial" w:hAnsi="Arial" w:cs="Arial"/>
                <w:sz w:val="20"/>
                <w:szCs w:val="20"/>
                <w:lang w:val="pl-PL"/>
              </w:rPr>
            </w:pPr>
            <w:r w:rsidRPr="00497758">
              <w:rPr>
                <w:rFonts w:ascii="Arial" w:hAnsi="Arial" w:cs="Arial"/>
                <w:sz w:val="20"/>
                <w:szCs w:val="20"/>
                <w:lang w:val="pl-PL"/>
              </w:rPr>
              <w:t>6</w:t>
            </w:r>
          </w:p>
        </w:tc>
        <w:tc>
          <w:tcPr>
            <w:tcW w:w="1559" w:type="dxa"/>
            <w:tcMar>
              <w:top w:w="80" w:type="dxa"/>
              <w:left w:w="120" w:type="dxa"/>
              <w:bottom w:w="80" w:type="dxa"/>
              <w:right w:w="120" w:type="dxa"/>
            </w:tcMar>
            <w:vAlign w:val="center"/>
          </w:tcPr>
          <w:p w14:paraId="68080519" w14:textId="77777777" w:rsidR="00CA2E3F" w:rsidRPr="00497758" w:rsidRDefault="00CA2E3F" w:rsidP="007D09C6">
            <w:pPr>
              <w:rPr>
                <w:rFonts w:ascii="Arial" w:hAnsi="Arial" w:cs="Arial"/>
                <w:sz w:val="20"/>
                <w:szCs w:val="20"/>
                <w:lang w:val="pl-PL"/>
              </w:rPr>
            </w:pPr>
            <w:r w:rsidRPr="00497758">
              <w:rPr>
                <w:rFonts w:ascii="Arial" w:hAnsi="Arial" w:cs="Arial"/>
                <w:sz w:val="20"/>
                <w:szCs w:val="20"/>
                <w:lang w:val="pl-PL"/>
              </w:rPr>
              <w:t>Wyposażenie:</w:t>
            </w:r>
          </w:p>
        </w:tc>
        <w:tc>
          <w:tcPr>
            <w:tcW w:w="5670" w:type="dxa"/>
            <w:tcMar>
              <w:top w:w="80" w:type="dxa"/>
              <w:left w:w="120" w:type="dxa"/>
              <w:bottom w:w="80" w:type="dxa"/>
              <w:right w:w="120" w:type="dxa"/>
            </w:tcMar>
            <w:vAlign w:val="center"/>
          </w:tcPr>
          <w:p w14:paraId="16B8802D" w14:textId="77777777" w:rsidR="00CA2E3F" w:rsidRPr="00497758" w:rsidRDefault="00CA2E3F" w:rsidP="007D09C6">
            <w:pPr>
              <w:rPr>
                <w:rFonts w:ascii="Arial" w:hAnsi="Arial" w:cs="Arial"/>
                <w:sz w:val="20"/>
                <w:szCs w:val="20"/>
                <w:lang w:val="pl-PL"/>
              </w:rPr>
            </w:pPr>
            <w:r w:rsidRPr="00497758">
              <w:rPr>
                <w:rFonts w:ascii="Arial" w:hAnsi="Arial" w:cs="Arial"/>
                <w:sz w:val="20"/>
                <w:szCs w:val="20"/>
                <w:lang w:val="pl-PL"/>
              </w:rPr>
              <w:t xml:space="preserve">karta dźwiękowa zintegrowana z płytą główną,; mikrofon, kamera i głośniki stereofoniczne zintegrowane w obudowie laptopa; zintegrowana w obudowie karta </w:t>
            </w:r>
            <w:proofErr w:type="spellStart"/>
            <w:r w:rsidRPr="00497758">
              <w:rPr>
                <w:rFonts w:ascii="Arial" w:hAnsi="Arial" w:cs="Arial"/>
                <w:sz w:val="20"/>
                <w:szCs w:val="20"/>
                <w:lang w:val="pl-PL"/>
              </w:rPr>
              <w:t>WiFi</w:t>
            </w:r>
            <w:proofErr w:type="spellEnd"/>
            <w:r w:rsidRPr="00497758">
              <w:rPr>
                <w:rFonts w:ascii="Arial" w:hAnsi="Arial" w:cs="Arial"/>
                <w:sz w:val="20"/>
                <w:szCs w:val="20"/>
                <w:lang w:val="pl-PL"/>
              </w:rPr>
              <w:t xml:space="preserve"> IEEE 802.11 </w:t>
            </w:r>
            <w:proofErr w:type="spellStart"/>
            <w:r w:rsidRPr="00497758">
              <w:rPr>
                <w:rFonts w:ascii="Arial" w:hAnsi="Arial" w:cs="Arial"/>
                <w:sz w:val="20"/>
                <w:szCs w:val="20"/>
                <w:lang w:val="pl-PL"/>
              </w:rPr>
              <w:t>ax</w:t>
            </w:r>
            <w:proofErr w:type="spellEnd"/>
            <w:r w:rsidRPr="00497758">
              <w:rPr>
                <w:rFonts w:ascii="Arial" w:hAnsi="Arial" w:cs="Arial"/>
                <w:sz w:val="20"/>
                <w:szCs w:val="20"/>
                <w:lang w:val="pl-PL"/>
              </w:rPr>
              <w:t xml:space="preserve">,; interfejs RJ-45 obsługujący sieci 10/100/1000BASE-T,; co najmniej 3 porty USB w tym co najmniej jeden USB 3.0 lub wyższe i dwa USB-C,; interfejs HDMI i/lub </w:t>
            </w:r>
            <w:proofErr w:type="spellStart"/>
            <w:r w:rsidRPr="00497758">
              <w:rPr>
                <w:rFonts w:ascii="Arial" w:hAnsi="Arial" w:cs="Arial"/>
                <w:sz w:val="20"/>
                <w:szCs w:val="20"/>
                <w:lang w:val="pl-PL"/>
              </w:rPr>
              <w:t>DisplayPort</w:t>
            </w:r>
            <w:proofErr w:type="spellEnd"/>
            <w:r w:rsidRPr="00497758">
              <w:rPr>
                <w:rFonts w:ascii="Arial" w:hAnsi="Arial" w:cs="Arial"/>
                <w:sz w:val="20"/>
                <w:szCs w:val="20"/>
                <w:lang w:val="pl-PL"/>
              </w:rPr>
              <w:t xml:space="preserve">,; zintegrowany w obudowie Bluetooth min. 5.0; </w:t>
            </w:r>
            <w:proofErr w:type="spellStart"/>
            <w:r w:rsidRPr="00497758">
              <w:rPr>
                <w:rFonts w:ascii="Arial" w:hAnsi="Arial" w:cs="Arial"/>
                <w:sz w:val="20"/>
                <w:szCs w:val="20"/>
                <w:lang w:val="pl-PL"/>
              </w:rPr>
              <w:t>touchpad</w:t>
            </w:r>
            <w:proofErr w:type="spellEnd"/>
            <w:r w:rsidRPr="00497758">
              <w:rPr>
                <w:rFonts w:ascii="Arial" w:hAnsi="Arial" w:cs="Arial"/>
                <w:sz w:val="20"/>
                <w:szCs w:val="20"/>
                <w:lang w:val="pl-PL"/>
              </w:rPr>
              <w:t xml:space="preserve"> lub równoważne; zintegrowania klawiatura z 12 klawiszami funkcyjnymi i 4 klawiszami strzałek, podświetlane klawisze; czytnik linii papilarnych,; porty audio: wejście na mikrofon, wyjście na słuchawki - dopuszcza się rozwiązanie </w:t>
            </w:r>
            <w:proofErr w:type="spellStart"/>
            <w:r w:rsidRPr="00497758">
              <w:rPr>
                <w:rFonts w:ascii="Arial" w:hAnsi="Arial" w:cs="Arial"/>
                <w:sz w:val="20"/>
                <w:szCs w:val="20"/>
                <w:lang w:val="pl-PL"/>
              </w:rPr>
              <w:t>combo</w:t>
            </w:r>
            <w:proofErr w:type="spellEnd"/>
            <w:r w:rsidRPr="00497758">
              <w:rPr>
                <w:rFonts w:ascii="Arial" w:hAnsi="Arial" w:cs="Arial"/>
                <w:sz w:val="20"/>
                <w:szCs w:val="20"/>
                <w:lang w:val="pl-PL"/>
              </w:rPr>
              <w:t>,</w:t>
            </w:r>
          </w:p>
        </w:tc>
        <w:tc>
          <w:tcPr>
            <w:tcW w:w="1830" w:type="dxa"/>
            <w:tcMar>
              <w:top w:w="80" w:type="dxa"/>
              <w:left w:w="120" w:type="dxa"/>
              <w:bottom w:w="80" w:type="dxa"/>
              <w:right w:w="120" w:type="dxa"/>
            </w:tcMar>
            <w:vAlign w:val="center"/>
          </w:tcPr>
          <w:p w14:paraId="3F1A0DFF" w14:textId="77777777" w:rsidR="00CA2E3F" w:rsidRPr="00CC7620" w:rsidRDefault="00CA2E3F" w:rsidP="007D09C6">
            <w:pPr>
              <w:rPr>
                <w:rFonts w:ascii="Arial" w:hAnsi="Arial" w:cs="Arial"/>
                <w:lang w:val="pl-PL"/>
              </w:rPr>
            </w:pPr>
          </w:p>
        </w:tc>
      </w:tr>
      <w:tr w:rsidR="00CA2E3F" w:rsidRPr="00CC7620" w14:paraId="76F04FED" w14:textId="77777777" w:rsidTr="00497758">
        <w:tc>
          <w:tcPr>
            <w:tcW w:w="710" w:type="dxa"/>
            <w:tcMar>
              <w:top w:w="80" w:type="dxa"/>
              <w:left w:w="120" w:type="dxa"/>
              <w:bottom w:w="80" w:type="dxa"/>
              <w:right w:w="120" w:type="dxa"/>
            </w:tcMar>
            <w:vAlign w:val="center"/>
          </w:tcPr>
          <w:p w14:paraId="0B94B96F" w14:textId="77777777" w:rsidR="00CA2E3F" w:rsidRPr="00497758" w:rsidRDefault="00CA2E3F" w:rsidP="007D09C6">
            <w:pPr>
              <w:jc w:val="center"/>
              <w:rPr>
                <w:rFonts w:ascii="Arial" w:hAnsi="Arial" w:cs="Arial"/>
                <w:sz w:val="20"/>
                <w:szCs w:val="20"/>
                <w:lang w:val="pl-PL"/>
              </w:rPr>
            </w:pPr>
            <w:r w:rsidRPr="00497758">
              <w:rPr>
                <w:rFonts w:ascii="Arial" w:hAnsi="Arial" w:cs="Arial"/>
                <w:sz w:val="20"/>
                <w:szCs w:val="20"/>
                <w:lang w:val="pl-PL"/>
              </w:rPr>
              <w:t>7</w:t>
            </w:r>
          </w:p>
        </w:tc>
        <w:tc>
          <w:tcPr>
            <w:tcW w:w="1559" w:type="dxa"/>
            <w:tcMar>
              <w:top w:w="80" w:type="dxa"/>
              <w:left w:w="120" w:type="dxa"/>
              <w:bottom w:w="80" w:type="dxa"/>
              <w:right w:w="120" w:type="dxa"/>
            </w:tcMar>
            <w:vAlign w:val="center"/>
          </w:tcPr>
          <w:p w14:paraId="639A98F6" w14:textId="77777777" w:rsidR="00CA2E3F" w:rsidRPr="00497758" w:rsidRDefault="00CA2E3F" w:rsidP="007D09C6">
            <w:pPr>
              <w:rPr>
                <w:rFonts w:ascii="Arial" w:hAnsi="Arial" w:cs="Arial"/>
                <w:sz w:val="20"/>
                <w:szCs w:val="20"/>
                <w:lang w:val="pl-PL"/>
              </w:rPr>
            </w:pPr>
            <w:r w:rsidRPr="00497758">
              <w:rPr>
                <w:rFonts w:ascii="Arial" w:hAnsi="Arial" w:cs="Arial"/>
                <w:sz w:val="20"/>
                <w:szCs w:val="20"/>
                <w:lang w:val="pl-PL"/>
              </w:rPr>
              <w:t>Wymagania dodatkowe</w:t>
            </w:r>
          </w:p>
        </w:tc>
        <w:tc>
          <w:tcPr>
            <w:tcW w:w="5670" w:type="dxa"/>
            <w:tcMar>
              <w:top w:w="80" w:type="dxa"/>
              <w:left w:w="120" w:type="dxa"/>
              <w:bottom w:w="80" w:type="dxa"/>
              <w:right w:w="120" w:type="dxa"/>
            </w:tcMar>
            <w:vAlign w:val="center"/>
          </w:tcPr>
          <w:p w14:paraId="3CEAF3B4" w14:textId="77777777" w:rsidR="00CA2E3F" w:rsidRPr="00497758" w:rsidRDefault="00CA2E3F" w:rsidP="007D09C6">
            <w:pPr>
              <w:rPr>
                <w:rFonts w:ascii="Arial" w:hAnsi="Arial" w:cs="Arial"/>
                <w:sz w:val="20"/>
                <w:szCs w:val="20"/>
                <w:lang w:val="pl-PL"/>
              </w:rPr>
            </w:pPr>
            <w:r w:rsidRPr="00497758">
              <w:rPr>
                <w:rFonts w:ascii="Arial" w:hAnsi="Arial" w:cs="Arial"/>
                <w:sz w:val="20"/>
                <w:szCs w:val="20"/>
                <w:lang w:val="pl-PL"/>
              </w:rPr>
              <w:t xml:space="preserve">BIOS typu FLASH EPROM, posiadający procedury oszczędzania energii i zapewniający mechanizm </w:t>
            </w:r>
            <w:proofErr w:type="spellStart"/>
            <w:r w:rsidRPr="00497758">
              <w:rPr>
                <w:rFonts w:ascii="Arial" w:hAnsi="Arial" w:cs="Arial"/>
                <w:sz w:val="20"/>
                <w:szCs w:val="20"/>
                <w:lang w:val="pl-PL"/>
              </w:rPr>
              <w:t>plug&amp;play</w:t>
            </w:r>
            <w:proofErr w:type="spellEnd"/>
            <w:r w:rsidRPr="00497758">
              <w:rPr>
                <w:rFonts w:ascii="Arial" w:hAnsi="Arial" w:cs="Arial"/>
                <w:sz w:val="20"/>
                <w:szCs w:val="20"/>
                <w:lang w:val="pl-PL"/>
              </w:rPr>
              <w:t xml:space="preserve"> producenta sprzętu,; BIOS umożliwiający wykorzystanie funkcji PXE </w:t>
            </w:r>
            <w:proofErr w:type="spellStart"/>
            <w:r w:rsidRPr="00497758">
              <w:rPr>
                <w:rFonts w:ascii="Arial" w:hAnsi="Arial" w:cs="Arial"/>
                <w:sz w:val="20"/>
                <w:szCs w:val="20"/>
                <w:lang w:val="pl-PL"/>
              </w:rPr>
              <w:t>Boot</w:t>
            </w:r>
            <w:proofErr w:type="spellEnd"/>
            <w:r w:rsidRPr="00497758">
              <w:rPr>
                <w:rFonts w:ascii="Arial" w:hAnsi="Arial" w:cs="Arial"/>
                <w:sz w:val="20"/>
                <w:szCs w:val="20"/>
                <w:lang w:val="pl-PL"/>
              </w:rPr>
              <w:t xml:space="preserve">, Wake on </w:t>
            </w:r>
            <w:proofErr w:type="spellStart"/>
            <w:r w:rsidRPr="00497758">
              <w:rPr>
                <w:rFonts w:ascii="Arial" w:hAnsi="Arial" w:cs="Arial"/>
                <w:sz w:val="20"/>
                <w:szCs w:val="20"/>
                <w:lang w:val="pl-PL"/>
              </w:rPr>
              <w:t>Lan</w:t>
            </w:r>
            <w:proofErr w:type="spellEnd"/>
            <w:r w:rsidRPr="00497758">
              <w:rPr>
                <w:rFonts w:ascii="Arial" w:hAnsi="Arial" w:cs="Arial"/>
                <w:sz w:val="20"/>
                <w:szCs w:val="20"/>
                <w:lang w:val="pl-PL"/>
              </w:rPr>
              <w:t xml:space="preserve">, Mac </w:t>
            </w:r>
            <w:proofErr w:type="spellStart"/>
            <w:r w:rsidRPr="00497758">
              <w:rPr>
                <w:rFonts w:ascii="Arial" w:hAnsi="Arial" w:cs="Arial"/>
                <w:sz w:val="20"/>
                <w:szCs w:val="20"/>
                <w:lang w:val="pl-PL"/>
              </w:rPr>
              <w:t>Address</w:t>
            </w:r>
            <w:proofErr w:type="spellEnd"/>
            <w:r w:rsidRPr="00497758">
              <w:rPr>
                <w:rFonts w:ascii="Arial" w:hAnsi="Arial" w:cs="Arial"/>
                <w:sz w:val="20"/>
                <w:szCs w:val="20"/>
                <w:lang w:val="pl-PL"/>
              </w:rPr>
              <w:t xml:space="preserve"> Pass Through,; BIOS zawierający niezamazywaną informację o producencie, modelu i numerze seryjnym komputera,; BIOS umożliwiający realizację poniższych funkcji bez konieczności uruchamiania systemu operacyjnego z dysku twardego komputera lub innych, podłączonych do niego, urządzeń zewnętrznych (dopuszcza się oprogramowanie uruchamiane z BIOS które fizycznie znajduje się na ukrytej partycji dysku twardego SSD tj. Pamięci Flash współdzielonej):; kontrola sekwencji BOOT-</w:t>
            </w:r>
            <w:proofErr w:type="spellStart"/>
            <w:r w:rsidRPr="00497758">
              <w:rPr>
                <w:rFonts w:ascii="Arial" w:hAnsi="Arial" w:cs="Arial"/>
                <w:sz w:val="20"/>
                <w:szCs w:val="20"/>
                <w:lang w:val="pl-PL"/>
              </w:rPr>
              <w:t>owania</w:t>
            </w:r>
            <w:proofErr w:type="spellEnd"/>
            <w:r w:rsidRPr="00497758">
              <w:rPr>
                <w:rFonts w:ascii="Arial" w:hAnsi="Arial" w:cs="Arial"/>
                <w:sz w:val="20"/>
                <w:szCs w:val="20"/>
                <w:lang w:val="pl-PL"/>
              </w:rPr>
              <w:t>,; start systemu z urządzenia USB,; blokowanie/odblokowanie BOOT-</w:t>
            </w:r>
            <w:proofErr w:type="spellStart"/>
            <w:r w:rsidRPr="00497758">
              <w:rPr>
                <w:rFonts w:ascii="Arial" w:hAnsi="Arial" w:cs="Arial"/>
                <w:sz w:val="20"/>
                <w:szCs w:val="20"/>
                <w:lang w:val="pl-PL"/>
              </w:rPr>
              <w:t>owania</w:t>
            </w:r>
            <w:proofErr w:type="spellEnd"/>
            <w:r w:rsidRPr="00497758">
              <w:rPr>
                <w:rFonts w:ascii="Arial" w:hAnsi="Arial" w:cs="Arial"/>
                <w:sz w:val="20"/>
                <w:szCs w:val="20"/>
                <w:lang w:val="pl-PL"/>
              </w:rPr>
              <w:t xml:space="preserve"> laptopa z dysku twardego, zewnętrznych urządzeń oraz sieci,; ustawienia hasła na poziomie administratora,; wyłączenie/włączenie: zintegrowanej karty sieciowej, portów USB; automatyczny update BIOS przez sieci - dopuszcza się update przez sieć inicjowany z poziomu systemu operacyjnego z dedykowanej </w:t>
            </w:r>
            <w:r w:rsidRPr="00497758">
              <w:rPr>
                <w:rFonts w:ascii="Arial" w:hAnsi="Arial" w:cs="Arial"/>
                <w:sz w:val="20"/>
                <w:szCs w:val="20"/>
                <w:lang w:val="pl-PL"/>
              </w:rPr>
              <w:lastRenderedPageBreak/>
              <w:t>aplikacji producenta weryfikującej zgodność BIOS,; system diagnostyczny z graficznym interfejsem użytkownika umożliwiający odczyt informacji o procesorze, rozmiarze RAM, modelu dysku twardego, oraz przetestowanie komponentów laptopa</w:t>
            </w:r>
          </w:p>
        </w:tc>
        <w:tc>
          <w:tcPr>
            <w:tcW w:w="1830" w:type="dxa"/>
            <w:tcMar>
              <w:top w:w="80" w:type="dxa"/>
              <w:left w:w="120" w:type="dxa"/>
              <w:bottom w:w="80" w:type="dxa"/>
              <w:right w:w="120" w:type="dxa"/>
            </w:tcMar>
            <w:vAlign w:val="center"/>
          </w:tcPr>
          <w:p w14:paraId="1C940E2B" w14:textId="77777777" w:rsidR="00CA2E3F" w:rsidRPr="00CC7620" w:rsidRDefault="00CA2E3F" w:rsidP="007D09C6">
            <w:pPr>
              <w:rPr>
                <w:rFonts w:ascii="Arial" w:hAnsi="Arial" w:cs="Arial"/>
                <w:lang w:val="pl-PL"/>
              </w:rPr>
            </w:pPr>
          </w:p>
        </w:tc>
      </w:tr>
      <w:tr w:rsidR="00CA2E3F" w:rsidRPr="00CC7620" w14:paraId="767A1907" w14:textId="77777777" w:rsidTr="00497758">
        <w:tc>
          <w:tcPr>
            <w:tcW w:w="710" w:type="dxa"/>
            <w:tcMar>
              <w:top w:w="80" w:type="dxa"/>
              <w:left w:w="120" w:type="dxa"/>
              <w:bottom w:w="80" w:type="dxa"/>
              <w:right w:w="120" w:type="dxa"/>
            </w:tcMar>
            <w:vAlign w:val="center"/>
          </w:tcPr>
          <w:p w14:paraId="7C371BCC" w14:textId="77777777" w:rsidR="00CA2E3F" w:rsidRPr="00497758" w:rsidRDefault="00CA2E3F" w:rsidP="007D09C6">
            <w:pPr>
              <w:jc w:val="center"/>
              <w:rPr>
                <w:rFonts w:ascii="Arial" w:hAnsi="Arial" w:cs="Arial"/>
                <w:sz w:val="20"/>
                <w:szCs w:val="20"/>
                <w:lang w:val="pl-PL"/>
              </w:rPr>
            </w:pPr>
            <w:r w:rsidRPr="00497758">
              <w:rPr>
                <w:rFonts w:ascii="Arial" w:hAnsi="Arial" w:cs="Arial"/>
                <w:sz w:val="20"/>
                <w:szCs w:val="20"/>
                <w:lang w:val="pl-PL"/>
              </w:rPr>
              <w:t>8</w:t>
            </w:r>
          </w:p>
        </w:tc>
        <w:tc>
          <w:tcPr>
            <w:tcW w:w="1559" w:type="dxa"/>
            <w:tcMar>
              <w:top w:w="80" w:type="dxa"/>
              <w:left w:w="120" w:type="dxa"/>
              <w:bottom w:w="80" w:type="dxa"/>
              <w:right w:w="120" w:type="dxa"/>
            </w:tcMar>
            <w:vAlign w:val="center"/>
          </w:tcPr>
          <w:p w14:paraId="6932661B" w14:textId="77777777" w:rsidR="00CA2E3F" w:rsidRPr="00497758" w:rsidRDefault="00CA2E3F" w:rsidP="007D09C6">
            <w:pPr>
              <w:rPr>
                <w:rFonts w:ascii="Arial" w:hAnsi="Arial" w:cs="Arial"/>
                <w:sz w:val="20"/>
                <w:szCs w:val="20"/>
                <w:lang w:val="pl-PL"/>
              </w:rPr>
            </w:pPr>
            <w:r w:rsidRPr="00497758">
              <w:rPr>
                <w:rFonts w:ascii="Arial" w:hAnsi="Arial" w:cs="Arial"/>
                <w:sz w:val="20"/>
                <w:szCs w:val="20"/>
                <w:lang w:val="pl-PL"/>
              </w:rPr>
              <w:t>Zabezpieczenia:</w:t>
            </w:r>
          </w:p>
        </w:tc>
        <w:tc>
          <w:tcPr>
            <w:tcW w:w="5670" w:type="dxa"/>
            <w:tcMar>
              <w:top w:w="80" w:type="dxa"/>
              <w:left w:w="120" w:type="dxa"/>
              <w:bottom w:w="80" w:type="dxa"/>
              <w:right w:w="120" w:type="dxa"/>
            </w:tcMar>
            <w:vAlign w:val="center"/>
          </w:tcPr>
          <w:p w14:paraId="4D840388" w14:textId="77777777" w:rsidR="00CA2E3F" w:rsidRPr="00497758" w:rsidRDefault="00CA2E3F" w:rsidP="007D09C6">
            <w:pPr>
              <w:rPr>
                <w:rFonts w:ascii="Arial" w:hAnsi="Arial" w:cs="Arial"/>
                <w:sz w:val="20"/>
                <w:szCs w:val="20"/>
                <w:lang w:val="pl-PL"/>
              </w:rPr>
            </w:pPr>
            <w:r w:rsidRPr="00497758">
              <w:rPr>
                <w:rFonts w:ascii="Arial" w:hAnsi="Arial" w:cs="Arial"/>
                <w:sz w:val="20"/>
                <w:szCs w:val="20"/>
                <w:lang w:val="pl-PL"/>
              </w:rPr>
              <w:t xml:space="preserve">zintegrowany układ szyfrujący </w:t>
            </w:r>
            <w:proofErr w:type="spellStart"/>
            <w:r w:rsidRPr="00497758">
              <w:rPr>
                <w:rFonts w:ascii="Arial" w:hAnsi="Arial" w:cs="Arial"/>
                <w:sz w:val="20"/>
                <w:szCs w:val="20"/>
                <w:lang w:val="pl-PL"/>
              </w:rPr>
              <w:t>Trusted</w:t>
            </w:r>
            <w:proofErr w:type="spellEnd"/>
            <w:r w:rsidRPr="00497758">
              <w:rPr>
                <w:rFonts w:ascii="Arial" w:hAnsi="Arial" w:cs="Arial"/>
                <w:sz w:val="20"/>
                <w:szCs w:val="20"/>
                <w:lang w:val="pl-PL"/>
              </w:rPr>
              <w:t xml:space="preserve"> Platform Module w wersji 2.0 (</w:t>
            </w:r>
            <w:proofErr w:type="spellStart"/>
            <w:r w:rsidRPr="00497758">
              <w:rPr>
                <w:rFonts w:ascii="Arial" w:hAnsi="Arial" w:cs="Arial"/>
                <w:sz w:val="20"/>
                <w:szCs w:val="20"/>
                <w:lang w:val="pl-PL"/>
              </w:rPr>
              <w:t>discrete</w:t>
            </w:r>
            <w:proofErr w:type="spellEnd"/>
            <w:r w:rsidRPr="00497758">
              <w:rPr>
                <w:rFonts w:ascii="Arial" w:hAnsi="Arial" w:cs="Arial"/>
                <w:sz w:val="20"/>
                <w:szCs w:val="20"/>
                <w:lang w:val="pl-PL"/>
              </w:rPr>
              <w:t>/hardware</w:t>
            </w:r>
            <w:proofErr w:type="gramStart"/>
            <w:r w:rsidRPr="00497758">
              <w:rPr>
                <w:rFonts w:ascii="Arial" w:hAnsi="Arial" w:cs="Arial"/>
                <w:sz w:val="20"/>
                <w:szCs w:val="20"/>
                <w:lang w:val="pl-PL"/>
              </w:rPr>
              <w:t>),;</w:t>
            </w:r>
            <w:proofErr w:type="gramEnd"/>
            <w:r w:rsidRPr="00497758">
              <w:rPr>
                <w:rFonts w:ascii="Arial" w:hAnsi="Arial" w:cs="Arial"/>
                <w:sz w:val="20"/>
                <w:szCs w:val="20"/>
                <w:lang w:val="pl-PL"/>
              </w:rPr>
              <w:t xml:space="preserve"> obudowa musi umożliwiać zastosowanie zabezpieczenia fizycznego w postaci linki metalowej (złącze blokady </w:t>
            </w:r>
            <w:proofErr w:type="spellStart"/>
            <w:r w:rsidRPr="00497758">
              <w:rPr>
                <w:rFonts w:ascii="Arial" w:hAnsi="Arial" w:cs="Arial"/>
                <w:sz w:val="20"/>
                <w:szCs w:val="20"/>
                <w:lang w:val="pl-PL"/>
              </w:rPr>
              <w:t>Kensingtona</w:t>
            </w:r>
            <w:proofErr w:type="spellEnd"/>
            <w:r w:rsidRPr="00497758">
              <w:rPr>
                <w:rFonts w:ascii="Arial" w:hAnsi="Arial" w:cs="Arial"/>
                <w:sz w:val="20"/>
                <w:szCs w:val="20"/>
                <w:lang w:val="pl-PL"/>
              </w:rPr>
              <w:t>/Nobel Lock)</w:t>
            </w:r>
          </w:p>
        </w:tc>
        <w:tc>
          <w:tcPr>
            <w:tcW w:w="1830" w:type="dxa"/>
            <w:tcMar>
              <w:top w:w="80" w:type="dxa"/>
              <w:left w:w="120" w:type="dxa"/>
              <w:bottom w:w="80" w:type="dxa"/>
              <w:right w:w="120" w:type="dxa"/>
            </w:tcMar>
            <w:vAlign w:val="center"/>
          </w:tcPr>
          <w:p w14:paraId="5C885D8F" w14:textId="77777777" w:rsidR="00CA2E3F" w:rsidRPr="00CC7620" w:rsidRDefault="00CA2E3F" w:rsidP="007D09C6">
            <w:pPr>
              <w:rPr>
                <w:rFonts w:ascii="Arial" w:hAnsi="Arial" w:cs="Arial"/>
                <w:lang w:val="pl-PL"/>
              </w:rPr>
            </w:pPr>
          </w:p>
        </w:tc>
      </w:tr>
      <w:tr w:rsidR="00CA2E3F" w:rsidRPr="00CC7620" w14:paraId="7FEE97B8" w14:textId="77777777" w:rsidTr="00497758">
        <w:tc>
          <w:tcPr>
            <w:tcW w:w="710" w:type="dxa"/>
            <w:tcMar>
              <w:top w:w="80" w:type="dxa"/>
              <w:left w:w="120" w:type="dxa"/>
              <w:bottom w:w="80" w:type="dxa"/>
              <w:right w:w="120" w:type="dxa"/>
            </w:tcMar>
            <w:vAlign w:val="center"/>
          </w:tcPr>
          <w:p w14:paraId="451F18D4" w14:textId="77777777" w:rsidR="00CA2E3F" w:rsidRPr="00497758" w:rsidRDefault="00CA2E3F" w:rsidP="007D09C6">
            <w:pPr>
              <w:jc w:val="center"/>
              <w:rPr>
                <w:rFonts w:ascii="Arial" w:hAnsi="Arial" w:cs="Arial"/>
                <w:sz w:val="20"/>
                <w:szCs w:val="20"/>
                <w:lang w:val="pl-PL"/>
              </w:rPr>
            </w:pPr>
            <w:r w:rsidRPr="00497758">
              <w:rPr>
                <w:rFonts w:ascii="Arial" w:hAnsi="Arial" w:cs="Arial"/>
                <w:sz w:val="20"/>
                <w:szCs w:val="20"/>
                <w:lang w:val="pl-PL"/>
              </w:rPr>
              <w:t>9</w:t>
            </w:r>
          </w:p>
        </w:tc>
        <w:tc>
          <w:tcPr>
            <w:tcW w:w="1559" w:type="dxa"/>
            <w:tcMar>
              <w:top w:w="80" w:type="dxa"/>
              <w:left w:w="120" w:type="dxa"/>
              <w:bottom w:w="80" w:type="dxa"/>
              <w:right w:w="120" w:type="dxa"/>
            </w:tcMar>
            <w:vAlign w:val="center"/>
          </w:tcPr>
          <w:p w14:paraId="55085D73" w14:textId="77777777" w:rsidR="00CA2E3F" w:rsidRPr="00497758" w:rsidRDefault="00CA2E3F" w:rsidP="007D09C6">
            <w:pPr>
              <w:rPr>
                <w:rFonts w:ascii="Arial" w:hAnsi="Arial" w:cs="Arial"/>
                <w:sz w:val="20"/>
                <w:szCs w:val="20"/>
                <w:lang w:val="pl-PL"/>
              </w:rPr>
            </w:pPr>
            <w:r w:rsidRPr="00497758">
              <w:rPr>
                <w:rFonts w:ascii="Arial" w:hAnsi="Arial" w:cs="Arial"/>
                <w:sz w:val="20"/>
                <w:szCs w:val="20"/>
                <w:lang w:val="pl-PL"/>
              </w:rPr>
              <w:t>Zasilanie:</w:t>
            </w:r>
          </w:p>
        </w:tc>
        <w:tc>
          <w:tcPr>
            <w:tcW w:w="5670" w:type="dxa"/>
            <w:tcMar>
              <w:top w:w="80" w:type="dxa"/>
              <w:left w:w="120" w:type="dxa"/>
              <w:bottom w:w="80" w:type="dxa"/>
              <w:right w:w="120" w:type="dxa"/>
            </w:tcMar>
            <w:vAlign w:val="center"/>
          </w:tcPr>
          <w:p w14:paraId="3CF5D5DA" w14:textId="77777777" w:rsidR="00CA2E3F" w:rsidRPr="00497758" w:rsidRDefault="00CA2E3F" w:rsidP="007D09C6">
            <w:pPr>
              <w:rPr>
                <w:rFonts w:ascii="Arial" w:hAnsi="Arial" w:cs="Arial"/>
                <w:sz w:val="20"/>
                <w:szCs w:val="20"/>
                <w:lang w:val="pl-PL"/>
              </w:rPr>
            </w:pPr>
            <w:r w:rsidRPr="00497758">
              <w:rPr>
                <w:rFonts w:ascii="Arial" w:hAnsi="Arial" w:cs="Arial"/>
                <w:sz w:val="20"/>
                <w:szCs w:val="20"/>
                <w:lang w:val="pl-PL"/>
              </w:rPr>
              <w:t>akumulatorowe (Li-</w:t>
            </w:r>
            <w:proofErr w:type="spellStart"/>
            <w:r w:rsidRPr="00497758">
              <w:rPr>
                <w:rFonts w:ascii="Arial" w:hAnsi="Arial" w:cs="Arial"/>
                <w:sz w:val="20"/>
                <w:szCs w:val="20"/>
                <w:lang w:val="pl-PL"/>
              </w:rPr>
              <w:t>Ion</w:t>
            </w:r>
            <w:proofErr w:type="spellEnd"/>
            <w:r w:rsidRPr="00497758">
              <w:rPr>
                <w:rFonts w:ascii="Arial" w:hAnsi="Arial" w:cs="Arial"/>
                <w:sz w:val="20"/>
                <w:szCs w:val="20"/>
                <w:lang w:val="pl-PL"/>
              </w:rPr>
              <w:t xml:space="preserve"> i/lub Li-Po) o pojemności minimum 50</w:t>
            </w:r>
            <w:proofErr w:type="gramStart"/>
            <w:r w:rsidRPr="00497758">
              <w:rPr>
                <w:rFonts w:ascii="Arial" w:hAnsi="Arial" w:cs="Arial"/>
                <w:sz w:val="20"/>
                <w:szCs w:val="20"/>
                <w:lang w:val="pl-PL"/>
              </w:rPr>
              <w:t>Wh,;</w:t>
            </w:r>
            <w:proofErr w:type="gramEnd"/>
            <w:r w:rsidRPr="00497758">
              <w:rPr>
                <w:rFonts w:ascii="Arial" w:hAnsi="Arial" w:cs="Arial"/>
                <w:sz w:val="20"/>
                <w:szCs w:val="20"/>
                <w:lang w:val="pl-PL"/>
              </w:rPr>
              <w:t xml:space="preserve"> możliwe ustawienie szybkiego ładowania baterii do 80% w ciągu 1 godz.</w:t>
            </w:r>
          </w:p>
        </w:tc>
        <w:tc>
          <w:tcPr>
            <w:tcW w:w="1830" w:type="dxa"/>
            <w:tcMar>
              <w:top w:w="80" w:type="dxa"/>
              <w:left w:w="120" w:type="dxa"/>
              <w:bottom w:w="80" w:type="dxa"/>
              <w:right w:w="120" w:type="dxa"/>
            </w:tcMar>
            <w:vAlign w:val="center"/>
          </w:tcPr>
          <w:p w14:paraId="3E19D434" w14:textId="77777777" w:rsidR="00CA2E3F" w:rsidRPr="00CC7620" w:rsidRDefault="00CA2E3F" w:rsidP="007D09C6">
            <w:pPr>
              <w:rPr>
                <w:rFonts w:ascii="Arial" w:hAnsi="Arial" w:cs="Arial"/>
                <w:lang w:val="pl-PL"/>
              </w:rPr>
            </w:pPr>
          </w:p>
        </w:tc>
      </w:tr>
      <w:tr w:rsidR="00CA2E3F" w:rsidRPr="00CC7620" w14:paraId="7A36E474" w14:textId="77777777" w:rsidTr="00497758">
        <w:tc>
          <w:tcPr>
            <w:tcW w:w="710" w:type="dxa"/>
            <w:tcMar>
              <w:top w:w="80" w:type="dxa"/>
              <w:left w:w="120" w:type="dxa"/>
              <w:bottom w:w="80" w:type="dxa"/>
              <w:right w:w="120" w:type="dxa"/>
            </w:tcMar>
            <w:vAlign w:val="center"/>
          </w:tcPr>
          <w:p w14:paraId="7F3F5CF5" w14:textId="77777777" w:rsidR="00CA2E3F" w:rsidRPr="00497758" w:rsidRDefault="00CA2E3F" w:rsidP="007D09C6">
            <w:pPr>
              <w:jc w:val="center"/>
              <w:rPr>
                <w:rFonts w:ascii="Arial" w:hAnsi="Arial" w:cs="Arial"/>
                <w:sz w:val="20"/>
                <w:szCs w:val="20"/>
                <w:lang w:val="pl-PL"/>
              </w:rPr>
            </w:pPr>
            <w:r w:rsidRPr="00497758">
              <w:rPr>
                <w:rFonts w:ascii="Arial" w:hAnsi="Arial" w:cs="Arial"/>
                <w:sz w:val="20"/>
                <w:szCs w:val="20"/>
                <w:lang w:val="pl-PL"/>
              </w:rPr>
              <w:t>10</w:t>
            </w:r>
          </w:p>
        </w:tc>
        <w:tc>
          <w:tcPr>
            <w:tcW w:w="1559" w:type="dxa"/>
            <w:tcMar>
              <w:top w:w="80" w:type="dxa"/>
              <w:left w:w="120" w:type="dxa"/>
              <w:bottom w:w="80" w:type="dxa"/>
              <w:right w:w="120" w:type="dxa"/>
            </w:tcMar>
            <w:vAlign w:val="center"/>
          </w:tcPr>
          <w:p w14:paraId="3CDE3198" w14:textId="77777777" w:rsidR="00CA2E3F" w:rsidRPr="00497758" w:rsidRDefault="00CA2E3F" w:rsidP="007D09C6">
            <w:pPr>
              <w:rPr>
                <w:rFonts w:ascii="Arial" w:hAnsi="Arial" w:cs="Arial"/>
                <w:sz w:val="20"/>
                <w:szCs w:val="20"/>
                <w:lang w:val="pl-PL"/>
              </w:rPr>
            </w:pPr>
            <w:r w:rsidRPr="00497758">
              <w:rPr>
                <w:rFonts w:ascii="Arial" w:hAnsi="Arial" w:cs="Arial"/>
                <w:sz w:val="20"/>
                <w:szCs w:val="20"/>
                <w:lang w:val="pl-PL"/>
              </w:rPr>
              <w:t>Waga:</w:t>
            </w:r>
          </w:p>
        </w:tc>
        <w:tc>
          <w:tcPr>
            <w:tcW w:w="5670" w:type="dxa"/>
            <w:tcMar>
              <w:top w:w="80" w:type="dxa"/>
              <w:left w:w="120" w:type="dxa"/>
              <w:bottom w:w="80" w:type="dxa"/>
              <w:right w:w="120" w:type="dxa"/>
            </w:tcMar>
            <w:vAlign w:val="center"/>
          </w:tcPr>
          <w:p w14:paraId="3321612C" w14:textId="77777777" w:rsidR="00CA2E3F" w:rsidRPr="00497758" w:rsidRDefault="00CA2E3F" w:rsidP="007D09C6">
            <w:pPr>
              <w:rPr>
                <w:rFonts w:ascii="Arial" w:hAnsi="Arial" w:cs="Arial"/>
                <w:sz w:val="20"/>
                <w:szCs w:val="20"/>
                <w:lang w:val="pl-PL"/>
              </w:rPr>
            </w:pPr>
            <w:r w:rsidRPr="00497758">
              <w:rPr>
                <w:rFonts w:ascii="Arial" w:hAnsi="Arial" w:cs="Arial"/>
                <w:sz w:val="20"/>
                <w:szCs w:val="20"/>
                <w:lang w:val="pl-PL"/>
              </w:rPr>
              <w:t>Masa urządzenia: nie więcej niż 1,9 kg z baterią</w:t>
            </w:r>
          </w:p>
        </w:tc>
        <w:tc>
          <w:tcPr>
            <w:tcW w:w="1830" w:type="dxa"/>
            <w:tcMar>
              <w:top w:w="80" w:type="dxa"/>
              <w:left w:w="120" w:type="dxa"/>
              <w:bottom w:w="80" w:type="dxa"/>
              <w:right w:w="120" w:type="dxa"/>
            </w:tcMar>
            <w:vAlign w:val="center"/>
          </w:tcPr>
          <w:p w14:paraId="22999D5E" w14:textId="77777777" w:rsidR="00CA2E3F" w:rsidRPr="00CC7620" w:rsidRDefault="00CA2E3F" w:rsidP="007D09C6">
            <w:pPr>
              <w:rPr>
                <w:rFonts w:ascii="Arial" w:hAnsi="Arial" w:cs="Arial"/>
                <w:lang w:val="pl-PL"/>
              </w:rPr>
            </w:pPr>
          </w:p>
        </w:tc>
      </w:tr>
      <w:tr w:rsidR="00CA2E3F" w:rsidRPr="00CC7620" w14:paraId="5C9CA6DC" w14:textId="77777777" w:rsidTr="00497758">
        <w:tc>
          <w:tcPr>
            <w:tcW w:w="710" w:type="dxa"/>
            <w:tcMar>
              <w:top w:w="80" w:type="dxa"/>
              <w:left w:w="120" w:type="dxa"/>
              <w:bottom w:w="80" w:type="dxa"/>
              <w:right w:w="120" w:type="dxa"/>
            </w:tcMar>
            <w:vAlign w:val="center"/>
          </w:tcPr>
          <w:p w14:paraId="26E73705" w14:textId="77777777" w:rsidR="00CA2E3F" w:rsidRPr="00497758" w:rsidRDefault="00CA2E3F" w:rsidP="007D09C6">
            <w:pPr>
              <w:jc w:val="center"/>
              <w:rPr>
                <w:rFonts w:ascii="Arial" w:hAnsi="Arial" w:cs="Arial"/>
                <w:sz w:val="20"/>
                <w:szCs w:val="20"/>
                <w:lang w:val="pl-PL"/>
              </w:rPr>
            </w:pPr>
            <w:r w:rsidRPr="00497758">
              <w:rPr>
                <w:rFonts w:ascii="Arial" w:hAnsi="Arial" w:cs="Arial"/>
                <w:sz w:val="20"/>
                <w:szCs w:val="20"/>
                <w:lang w:val="pl-PL"/>
              </w:rPr>
              <w:t>11</w:t>
            </w:r>
          </w:p>
        </w:tc>
        <w:tc>
          <w:tcPr>
            <w:tcW w:w="1559" w:type="dxa"/>
            <w:tcMar>
              <w:top w:w="80" w:type="dxa"/>
              <w:left w:w="120" w:type="dxa"/>
              <w:bottom w:w="80" w:type="dxa"/>
              <w:right w:w="120" w:type="dxa"/>
            </w:tcMar>
            <w:vAlign w:val="center"/>
          </w:tcPr>
          <w:p w14:paraId="0F367E7B" w14:textId="77777777" w:rsidR="00CA2E3F" w:rsidRPr="00497758" w:rsidRDefault="00CA2E3F" w:rsidP="007D09C6">
            <w:pPr>
              <w:rPr>
                <w:rFonts w:ascii="Arial" w:hAnsi="Arial" w:cs="Arial"/>
                <w:sz w:val="20"/>
                <w:szCs w:val="20"/>
                <w:lang w:val="pl-PL"/>
              </w:rPr>
            </w:pPr>
            <w:r w:rsidRPr="00497758">
              <w:rPr>
                <w:rFonts w:ascii="Arial" w:hAnsi="Arial" w:cs="Arial"/>
                <w:sz w:val="20"/>
                <w:szCs w:val="20"/>
                <w:lang w:val="pl-PL"/>
              </w:rPr>
              <w:t>System operacyjny i aplikacje:</w:t>
            </w:r>
          </w:p>
        </w:tc>
        <w:tc>
          <w:tcPr>
            <w:tcW w:w="5670" w:type="dxa"/>
            <w:tcMar>
              <w:top w:w="80" w:type="dxa"/>
              <w:left w:w="120" w:type="dxa"/>
              <w:bottom w:w="80" w:type="dxa"/>
              <w:right w:w="120" w:type="dxa"/>
            </w:tcMar>
            <w:vAlign w:val="center"/>
          </w:tcPr>
          <w:p w14:paraId="389EE8FC" w14:textId="77777777" w:rsidR="00CA2E3F" w:rsidRPr="00497758" w:rsidRDefault="00CA2E3F" w:rsidP="007D09C6">
            <w:pPr>
              <w:rPr>
                <w:rFonts w:ascii="Arial" w:hAnsi="Arial" w:cs="Arial"/>
                <w:sz w:val="20"/>
                <w:szCs w:val="20"/>
                <w:lang w:val="pl-PL"/>
              </w:rPr>
            </w:pPr>
            <w:r w:rsidRPr="00497758">
              <w:rPr>
                <w:rFonts w:ascii="Arial" w:hAnsi="Arial" w:cs="Arial"/>
                <w:sz w:val="20"/>
                <w:szCs w:val="20"/>
                <w:lang w:val="pl-PL"/>
              </w:rPr>
              <w:t>Zainstalowany Windows 11 Pro PL 64-bit z licencją w celu zapewnienia współpracy ze środowiskiem sieciowym oraz aplikacjami funkcjonującymi w administracji państwowej lub równoważny. Nie dopuszcza się w tym zakresie licencji pochodzących z rynku wtórnego.</w:t>
            </w:r>
          </w:p>
        </w:tc>
        <w:tc>
          <w:tcPr>
            <w:tcW w:w="1830" w:type="dxa"/>
            <w:tcMar>
              <w:top w:w="80" w:type="dxa"/>
              <w:left w:w="120" w:type="dxa"/>
              <w:bottom w:w="80" w:type="dxa"/>
              <w:right w:w="120" w:type="dxa"/>
            </w:tcMar>
            <w:vAlign w:val="center"/>
          </w:tcPr>
          <w:p w14:paraId="435CDD25" w14:textId="77777777" w:rsidR="00CA2E3F" w:rsidRPr="00CC7620" w:rsidRDefault="00CA2E3F" w:rsidP="007D09C6">
            <w:pPr>
              <w:rPr>
                <w:rFonts w:ascii="Arial" w:hAnsi="Arial" w:cs="Arial"/>
                <w:lang w:val="pl-PL"/>
              </w:rPr>
            </w:pPr>
          </w:p>
        </w:tc>
      </w:tr>
      <w:tr w:rsidR="00CA2E3F" w:rsidRPr="00CC7620" w14:paraId="69835C1A" w14:textId="77777777" w:rsidTr="00497758">
        <w:tc>
          <w:tcPr>
            <w:tcW w:w="710" w:type="dxa"/>
            <w:tcMar>
              <w:top w:w="80" w:type="dxa"/>
              <w:left w:w="120" w:type="dxa"/>
              <w:bottom w:w="80" w:type="dxa"/>
              <w:right w:w="120" w:type="dxa"/>
            </w:tcMar>
            <w:vAlign w:val="center"/>
          </w:tcPr>
          <w:p w14:paraId="00BA3EA3" w14:textId="77777777" w:rsidR="00CA2E3F" w:rsidRPr="00497758" w:rsidRDefault="00CA2E3F" w:rsidP="007D09C6">
            <w:pPr>
              <w:jc w:val="center"/>
              <w:rPr>
                <w:rFonts w:ascii="Arial" w:hAnsi="Arial" w:cs="Arial"/>
                <w:sz w:val="20"/>
                <w:szCs w:val="20"/>
                <w:lang w:val="pl-PL"/>
              </w:rPr>
            </w:pPr>
            <w:r w:rsidRPr="00497758">
              <w:rPr>
                <w:rFonts w:ascii="Arial" w:hAnsi="Arial" w:cs="Arial"/>
                <w:sz w:val="20"/>
                <w:szCs w:val="20"/>
                <w:lang w:val="pl-PL"/>
              </w:rPr>
              <w:t>12</w:t>
            </w:r>
          </w:p>
        </w:tc>
        <w:tc>
          <w:tcPr>
            <w:tcW w:w="1559" w:type="dxa"/>
            <w:tcMar>
              <w:top w:w="80" w:type="dxa"/>
              <w:left w:w="120" w:type="dxa"/>
              <w:bottom w:w="80" w:type="dxa"/>
              <w:right w:w="120" w:type="dxa"/>
            </w:tcMar>
            <w:vAlign w:val="center"/>
          </w:tcPr>
          <w:p w14:paraId="0401983C" w14:textId="77777777" w:rsidR="00CA2E3F" w:rsidRPr="00497758" w:rsidRDefault="00CA2E3F" w:rsidP="007D09C6">
            <w:pPr>
              <w:rPr>
                <w:rFonts w:ascii="Arial" w:hAnsi="Arial" w:cs="Arial"/>
                <w:sz w:val="20"/>
                <w:szCs w:val="20"/>
                <w:lang w:val="pl-PL"/>
              </w:rPr>
            </w:pPr>
            <w:r w:rsidRPr="00497758">
              <w:rPr>
                <w:rFonts w:ascii="Arial" w:hAnsi="Arial" w:cs="Arial"/>
                <w:sz w:val="20"/>
                <w:szCs w:val="20"/>
                <w:lang w:val="pl-PL"/>
              </w:rPr>
              <w:t>Dokumenty:</w:t>
            </w:r>
          </w:p>
        </w:tc>
        <w:tc>
          <w:tcPr>
            <w:tcW w:w="5670" w:type="dxa"/>
            <w:tcMar>
              <w:top w:w="80" w:type="dxa"/>
              <w:left w:w="120" w:type="dxa"/>
              <w:bottom w:w="80" w:type="dxa"/>
              <w:right w:w="120" w:type="dxa"/>
            </w:tcMar>
            <w:vAlign w:val="center"/>
          </w:tcPr>
          <w:p w14:paraId="4C39DEEF" w14:textId="77777777" w:rsidR="00CA2E3F" w:rsidRPr="00497758" w:rsidRDefault="00CA2E3F" w:rsidP="007D09C6">
            <w:pPr>
              <w:rPr>
                <w:rFonts w:ascii="Arial" w:hAnsi="Arial" w:cs="Arial"/>
                <w:sz w:val="20"/>
                <w:szCs w:val="20"/>
                <w:lang w:val="pl-PL"/>
              </w:rPr>
            </w:pPr>
            <w:r w:rsidRPr="00497758">
              <w:rPr>
                <w:rFonts w:ascii="Arial" w:hAnsi="Arial" w:cs="Arial"/>
                <w:sz w:val="20"/>
                <w:szCs w:val="20"/>
                <w:lang w:val="pl-PL"/>
              </w:rPr>
              <w:t>Deklaracja zgodności CE dla oferowanego modelu komputera (załączyć do oferty) lub równoważna.</w:t>
            </w:r>
          </w:p>
        </w:tc>
        <w:tc>
          <w:tcPr>
            <w:tcW w:w="1830" w:type="dxa"/>
            <w:tcMar>
              <w:top w:w="80" w:type="dxa"/>
              <w:left w:w="120" w:type="dxa"/>
              <w:bottom w:w="80" w:type="dxa"/>
              <w:right w:w="120" w:type="dxa"/>
            </w:tcMar>
            <w:vAlign w:val="center"/>
          </w:tcPr>
          <w:p w14:paraId="632A5172" w14:textId="77777777" w:rsidR="00CA2E3F" w:rsidRPr="00CC7620" w:rsidRDefault="00CA2E3F" w:rsidP="007D09C6">
            <w:pPr>
              <w:rPr>
                <w:rFonts w:ascii="Arial" w:hAnsi="Arial" w:cs="Arial"/>
                <w:lang w:val="pl-PL"/>
              </w:rPr>
            </w:pPr>
          </w:p>
        </w:tc>
      </w:tr>
      <w:tr w:rsidR="00CA2E3F" w:rsidRPr="00CC7620" w14:paraId="165FFD43" w14:textId="77777777" w:rsidTr="00497758">
        <w:tc>
          <w:tcPr>
            <w:tcW w:w="710" w:type="dxa"/>
            <w:tcMar>
              <w:top w:w="80" w:type="dxa"/>
              <w:left w:w="120" w:type="dxa"/>
              <w:bottom w:w="80" w:type="dxa"/>
              <w:right w:w="120" w:type="dxa"/>
            </w:tcMar>
            <w:vAlign w:val="center"/>
          </w:tcPr>
          <w:p w14:paraId="6F713B8B" w14:textId="77777777" w:rsidR="00CA2E3F" w:rsidRPr="00497758" w:rsidRDefault="00CA2E3F" w:rsidP="007D09C6">
            <w:pPr>
              <w:jc w:val="center"/>
              <w:rPr>
                <w:rFonts w:ascii="Arial" w:hAnsi="Arial" w:cs="Arial"/>
                <w:sz w:val="20"/>
                <w:szCs w:val="20"/>
                <w:lang w:val="pl-PL"/>
              </w:rPr>
            </w:pPr>
            <w:r w:rsidRPr="00497758">
              <w:rPr>
                <w:rFonts w:ascii="Arial" w:hAnsi="Arial" w:cs="Arial"/>
                <w:sz w:val="20"/>
                <w:szCs w:val="20"/>
                <w:lang w:val="pl-PL"/>
              </w:rPr>
              <w:t>13</w:t>
            </w:r>
          </w:p>
        </w:tc>
        <w:tc>
          <w:tcPr>
            <w:tcW w:w="1559" w:type="dxa"/>
            <w:tcMar>
              <w:top w:w="80" w:type="dxa"/>
              <w:left w:w="120" w:type="dxa"/>
              <w:bottom w:w="80" w:type="dxa"/>
              <w:right w:w="120" w:type="dxa"/>
            </w:tcMar>
            <w:vAlign w:val="center"/>
          </w:tcPr>
          <w:p w14:paraId="66062520" w14:textId="77777777" w:rsidR="00CA2E3F" w:rsidRPr="00497758" w:rsidRDefault="00CA2E3F" w:rsidP="007D09C6">
            <w:pPr>
              <w:rPr>
                <w:rFonts w:ascii="Arial" w:hAnsi="Arial" w:cs="Arial"/>
                <w:sz w:val="20"/>
                <w:szCs w:val="20"/>
                <w:lang w:val="pl-PL"/>
              </w:rPr>
            </w:pPr>
            <w:r w:rsidRPr="00497758">
              <w:rPr>
                <w:rFonts w:ascii="Arial" w:hAnsi="Arial" w:cs="Arial"/>
                <w:sz w:val="20"/>
                <w:szCs w:val="20"/>
                <w:lang w:val="pl-PL"/>
              </w:rPr>
              <w:t>Warunki serwisu i gwarancji</w:t>
            </w:r>
          </w:p>
        </w:tc>
        <w:tc>
          <w:tcPr>
            <w:tcW w:w="5670" w:type="dxa"/>
            <w:tcMar>
              <w:top w:w="80" w:type="dxa"/>
              <w:left w:w="120" w:type="dxa"/>
              <w:bottom w:w="80" w:type="dxa"/>
              <w:right w:w="120" w:type="dxa"/>
            </w:tcMar>
            <w:vAlign w:val="center"/>
          </w:tcPr>
          <w:p w14:paraId="14CB308B" w14:textId="6BFAE1A5" w:rsidR="00CA2E3F" w:rsidRPr="00497758" w:rsidRDefault="00CA2E3F" w:rsidP="007D09C6">
            <w:pPr>
              <w:rPr>
                <w:rFonts w:ascii="Arial" w:hAnsi="Arial" w:cs="Arial"/>
                <w:sz w:val="20"/>
                <w:szCs w:val="20"/>
                <w:lang w:val="pl-PL"/>
              </w:rPr>
            </w:pPr>
            <w:r w:rsidRPr="00497758">
              <w:rPr>
                <w:rFonts w:ascii="Arial" w:hAnsi="Arial" w:cs="Arial"/>
                <w:sz w:val="20"/>
                <w:szCs w:val="20"/>
                <w:lang w:val="pl-PL"/>
              </w:rPr>
              <w:t>3-letnia gwarancja, świadczona w miejscu instalacji komputera; W przypadku awarii nośników danych w okresie gwarancji takich jak pamięć masowa itp., pozostają one u Zamawiającego; Serwis urządzeń realizowany przez producenta lub autoryzowanego partnera serwisowego producenta,</w:t>
            </w:r>
          </w:p>
        </w:tc>
        <w:tc>
          <w:tcPr>
            <w:tcW w:w="1830" w:type="dxa"/>
            <w:tcMar>
              <w:top w:w="80" w:type="dxa"/>
              <w:left w:w="120" w:type="dxa"/>
              <w:bottom w:w="80" w:type="dxa"/>
              <w:right w:w="120" w:type="dxa"/>
            </w:tcMar>
            <w:vAlign w:val="center"/>
          </w:tcPr>
          <w:p w14:paraId="5211F7E5" w14:textId="77777777" w:rsidR="00CA2E3F" w:rsidRPr="00CC7620" w:rsidRDefault="00CA2E3F" w:rsidP="007D09C6">
            <w:pPr>
              <w:rPr>
                <w:rFonts w:ascii="Arial" w:hAnsi="Arial" w:cs="Arial"/>
                <w:lang w:val="pl-PL"/>
              </w:rPr>
            </w:pPr>
          </w:p>
        </w:tc>
      </w:tr>
    </w:tbl>
    <w:p w14:paraId="6FEADEA7" w14:textId="77777777" w:rsidR="00497758" w:rsidRDefault="00497758" w:rsidP="00CA2E3F">
      <w:pPr>
        <w:rPr>
          <w:rFonts w:ascii="Arial" w:hAnsi="Arial" w:cs="Arial"/>
          <w:lang w:val="pl-PL"/>
        </w:rPr>
      </w:pPr>
    </w:p>
    <w:p w14:paraId="018D3714" w14:textId="77777777" w:rsidR="00497758" w:rsidRDefault="00497758" w:rsidP="00CA2E3F">
      <w:pPr>
        <w:rPr>
          <w:rFonts w:ascii="Arial" w:hAnsi="Arial" w:cs="Arial"/>
          <w:lang w:val="pl-PL"/>
        </w:rPr>
      </w:pPr>
    </w:p>
    <w:p w14:paraId="58B3BCFB" w14:textId="77777777" w:rsidR="00497758" w:rsidRDefault="00497758" w:rsidP="00CA2E3F">
      <w:pPr>
        <w:rPr>
          <w:rFonts w:ascii="Arial" w:hAnsi="Arial" w:cs="Arial"/>
          <w:b/>
          <w:bCs/>
          <w:sz w:val="24"/>
          <w:szCs w:val="24"/>
          <w:lang w:val="pl-PL"/>
        </w:rPr>
      </w:pPr>
      <w:r w:rsidRPr="00497758">
        <w:rPr>
          <w:rFonts w:ascii="Arial" w:hAnsi="Arial" w:cs="Arial"/>
          <w:b/>
          <w:bCs/>
          <w:sz w:val="24"/>
          <w:szCs w:val="24"/>
          <w:lang w:val="pl-PL"/>
        </w:rPr>
        <w:t>10. Urządzenie wielofunkcyjne A4</w:t>
      </w:r>
    </w:p>
    <w:p w14:paraId="28C418B1" w14:textId="77777777" w:rsidR="00CA2E3F" w:rsidRPr="00CC7620" w:rsidRDefault="00CA2E3F" w:rsidP="00CA2E3F">
      <w:pPr>
        <w:rPr>
          <w:rFonts w:ascii="Arial" w:hAnsi="Arial" w:cs="Arial"/>
          <w:lang w:val="pl-PL"/>
        </w:rPr>
      </w:pPr>
      <w:r w:rsidRPr="00CC7620">
        <w:rPr>
          <w:rFonts w:ascii="Arial" w:hAnsi="Arial" w:cs="Arial"/>
          <w:b/>
          <w:lang w:val="pl-PL"/>
        </w:rPr>
        <w:t>Ilość:</w:t>
      </w:r>
      <w:r w:rsidRPr="00CC7620">
        <w:rPr>
          <w:rFonts w:ascii="Arial" w:hAnsi="Arial" w:cs="Arial"/>
          <w:lang w:val="pl-PL"/>
        </w:rPr>
        <w:t xml:space="preserve"> 1 szt.</w:t>
      </w:r>
    </w:p>
    <w:p w14:paraId="05F3FF7E" w14:textId="77777777" w:rsidR="00CA2E3F" w:rsidRPr="00CC7620" w:rsidRDefault="00CA2E3F" w:rsidP="00CA2E3F">
      <w:pPr>
        <w:rPr>
          <w:rFonts w:ascii="Arial" w:hAnsi="Arial" w:cs="Arial"/>
          <w:lang w:val="pl-PL"/>
        </w:rPr>
      </w:pPr>
      <w:r w:rsidRPr="00CC7620">
        <w:rPr>
          <w:rFonts w:ascii="Arial" w:hAnsi="Arial" w:cs="Arial"/>
          <w:lang w:val="pl-PL"/>
        </w:rPr>
        <w:t>Sieciowe, kolorowe urządzenie laserowe do drukowania, kopiowania i skanowania dokumentacji.</w:t>
      </w:r>
    </w:p>
    <w:tbl>
      <w:tblPr>
        <w:tblW w:w="9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5"/>
        <w:gridCol w:w="1750"/>
        <w:gridCol w:w="5362"/>
        <w:gridCol w:w="1688"/>
      </w:tblGrid>
      <w:tr w:rsidR="00497758" w:rsidRPr="00CC7620" w14:paraId="7A925DE5" w14:textId="77777777" w:rsidTr="00497758">
        <w:tc>
          <w:tcPr>
            <w:tcW w:w="685" w:type="dxa"/>
            <w:tcMar>
              <w:top w:w="80" w:type="dxa"/>
              <w:left w:w="120" w:type="dxa"/>
              <w:bottom w:w="80" w:type="dxa"/>
              <w:right w:w="120" w:type="dxa"/>
            </w:tcMar>
            <w:vAlign w:val="center"/>
          </w:tcPr>
          <w:p w14:paraId="3A6FAD6F" w14:textId="715E955A" w:rsidR="00497758" w:rsidRPr="00CC7620" w:rsidRDefault="00497758" w:rsidP="00497758">
            <w:pPr>
              <w:jc w:val="center"/>
              <w:rPr>
                <w:rFonts w:ascii="Arial" w:hAnsi="Arial" w:cs="Arial"/>
                <w:sz w:val="16"/>
                <w:lang w:val="pl-PL"/>
              </w:rPr>
            </w:pPr>
            <w:r w:rsidRPr="00497758">
              <w:rPr>
                <w:rFonts w:ascii="Arial" w:hAnsi="Arial" w:cs="Arial"/>
                <w:b/>
                <w:bCs/>
                <w:sz w:val="22"/>
                <w:lang w:val="pl-PL"/>
              </w:rPr>
              <w:t>Lp.</w:t>
            </w:r>
          </w:p>
        </w:tc>
        <w:tc>
          <w:tcPr>
            <w:tcW w:w="1750" w:type="dxa"/>
            <w:tcMar>
              <w:top w:w="80" w:type="dxa"/>
              <w:left w:w="120" w:type="dxa"/>
              <w:bottom w:w="80" w:type="dxa"/>
              <w:right w:w="120" w:type="dxa"/>
            </w:tcMar>
            <w:vAlign w:val="center"/>
          </w:tcPr>
          <w:p w14:paraId="695D4C78" w14:textId="54948685" w:rsidR="00497758" w:rsidRPr="00CC7620" w:rsidRDefault="00497758" w:rsidP="00497758">
            <w:pPr>
              <w:jc w:val="center"/>
              <w:rPr>
                <w:rFonts w:ascii="Arial" w:hAnsi="Arial" w:cs="Arial"/>
                <w:sz w:val="16"/>
                <w:lang w:val="pl-PL"/>
              </w:rPr>
            </w:pPr>
            <w:r w:rsidRPr="00497758">
              <w:rPr>
                <w:rFonts w:ascii="Arial" w:hAnsi="Arial" w:cs="Arial"/>
                <w:b/>
                <w:bCs/>
                <w:sz w:val="22"/>
                <w:lang w:val="pl-PL"/>
              </w:rPr>
              <w:t>Obszar</w:t>
            </w:r>
          </w:p>
        </w:tc>
        <w:tc>
          <w:tcPr>
            <w:tcW w:w="5362" w:type="dxa"/>
            <w:tcMar>
              <w:top w:w="80" w:type="dxa"/>
              <w:left w:w="120" w:type="dxa"/>
              <w:bottom w:w="80" w:type="dxa"/>
              <w:right w:w="120" w:type="dxa"/>
            </w:tcMar>
            <w:vAlign w:val="center"/>
          </w:tcPr>
          <w:p w14:paraId="3B4B8CEF" w14:textId="60F97AA6" w:rsidR="00497758" w:rsidRPr="00CC7620" w:rsidRDefault="00497758" w:rsidP="00497758">
            <w:pPr>
              <w:jc w:val="center"/>
              <w:rPr>
                <w:rFonts w:ascii="Arial" w:hAnsi="Arial" w:cs="Arial"/>
                <w:sz w:val="16"/>
                <w:lang w:val="pl-PL"/>
              </w:rPr>
            </w:pPr>
            <w:r w:rsidRPr="00497758">
              <w:rPr>
                <w:rFonts w:ascii="Arial" w:hAnsi="Arial" w:cs="Arial"/>
                <w:b/>
                <w:bCs/>
                <w:sz w:val="22"/>
                <w:lang w:val="pl-PL"/>
              </w:rPr>
              <w:t>Wymagania minimalne</w:t>
            </w:r>
          </w:p>
        </w:tc>
        <w:tc>
          <w:tcPr>
            <w:tcW w:w="1688" w:type="dxa"/>
            <w:tcMar>
              <w:top w:w="80" w:type="dxa"/>
              <w:left w:w="120" w:type="dxa"/>
              <w:bottom w:w="80" w:type="dxa"/>
              <w:right w:w="120" w:type="dxa"/>
            </w:tcMar>
            <w:vAlign w:val="center"/>
          </w:tcPr>
          <w:p w14:paraId="5C6A7188" w14:textId="5DE32671" w:rsidR="00497758" w:rsidRPr="00CC7620" w:rsidRDefault="00497758" w:rsidP="00497758">
            <w:pPr>
              <w:jc w:val="center"/>
              <w:rPr>
                <w:rFonts w:ascii="Arial" w:hAnsi="Arial" w:cs="Arial"/>
                <w:lang w:val="pl-PL"/>
              </w:rPr>
            </w:pPr>
            <w:r w:rsidRPr="00497758">
              <w:rPr>
                <w:rFonts w:ascii="Arial" w:hAnsi="Arial" w:cs="Arial"/>
                <w:b/>
                <w:lang w:val="pl-PL"/>
              </w:rPr>
              <w:t>Parametr oferowany / potwierdzenie</w:t>
            </w:r>
          </w:p>
        </w:tc>
      </w:tr>
      <w:tr w:rsidR="00497758" w:rsidRPr="00CC7620" w14:paraId="41DA8065" w14:textId="77777777" w:rsidTr="00497758">
        <w:tc>
          <w:tcPr>
            <w:tcW w:w="685" w:type="dxa"/>
            <w:tcMar>
              <w:top w:w="80" w:type="dxa"/>
              <w:left w:w="120" w:type="dxa"/>
              <w:bottom w:w="80" w:type="dxa"/>
              <w:right w:w="120" w:type="dxa"/>
            </w:tcMar>
            <w:vAlign w:val="center"/>
          </w:tcPr>
          <w:p w14:paraId="215570B0" w14:textId="77777777" w:rsidR="00497758" w:rsidRPr="00497758" w:rsidRDefault="00497758" w:rsidP="00497758">
            <w:pPr>
              <w:jc w:val="center"/>
              <w:rPr>
                <w:rFonts w:ascii="Arial" w:hAnsi="Arial" w:cs="Arial"/>
                <w:sz w:val="20"/>
                <w:szCs w:val="20"/>
                <w:lang w:val="pl-PL"/>
              </w:rPr>
            </w:pPr>
            <w:r w:rsidRPr="00497758">
              <w:rPr>
                <w:rFonts w:ascii="Arial" w:hAnsi="Arial" w:cs="Arial"/>
                <w:sz w:val="20"/>
                <w:szCs w:val="20"/>
                <w:lang w:val="pl-PL"/>
              </w:rPr>
              <w:t>1</w:t>
            </w:r>
          </w:p>
        </w:tc>
        <w:tc>
          <w:tcPr>
            <w:tcW w:w="1750" w:type="dxa"/>
            <w:tcMar>
              <w:top w:w="80" w:type="dxa"/>
              <w:left w:w="120" w:type="dxa"/>
              <w:bottom w:w="80" w:type="dxa"/>
              <w:right w:w="120" w:type="dxa"/>
            </w:tcMar>
            <w:vAlign w:val="center"/>
          </w:tcPr>
          <w:p w14:paraId="65D0DC70" w14:textId="77777777" w:rsidR="00497758" w:rsidRPr="00497758" w:rsidRDefault="00497758" w:rsidP="00497758">
            <w:pPr>
              <w:rPr>
                <w:rFonts w:ascii="Arial" w:hAnsi="Arial" w:cs="Arial"/>
                <w:sz w:val="20"/>
                <w:szCs w:val="20"/>
                <w:lang w:val="pl-PL"/>
              </w:rPr>
            </w:pPr>
            <w:r w:rsidRPr="00497758">
              <w:rPr>
                <w:rFonts w:ascii="Arial" w:hAnsi="Arial" w:cs="Arial"/>
                <w:sz w:val="20"/>
                <w:szCs w:val="20"/>
                <w:lang w:val="pl-PL"/>
              </w:rPr>
              <w:t>Rodzaj druku</w:t>
            </w:r>
          </w:p>
        </w:tc>
        <w:tc>
          <w:tcPr>
            <w:tcW w:w="5362" w:type="dxa"/>
            <w:tcMar>
              <w:top w:w="80" w:type="dxa"/>
              <w:left w:w="120" w:type="dxa"/>
              <w:bottom w:w="80" w:type="dxa"/>
              <w:right w:w="120" w:type="dxa"/>
            </w:tcMar>
            <w:vAlign w:val="center"/>
          </w:tcPr>
          <w:p w14:paraId="18A59FFD" w14:textId="77777777" w:rsidR="00497758" w:rsidRPr="00497758" w:rsidRDefault="00497758" w:rsidP="00497758">
            <w:pPr>
              <w:rPr>
                <w:rFonts w:ascii="Arial" w:hAnsi="Arial" w:cs="Arial"/>
                <w:sz w:val="20"/>
                <w:szCs w:val="20"/>
                <w:lang w:val="pl-PL"/>
              </w:rPr>
            </w:pPr>
            <w:r w:rsidRPr="00497758">
              <w:rPr>
                <w:rFonts w:ascii="Arial" w:hAnsi="Arial" w:cs="Arial"/>
                <w:sz w:val="20"/>
                <w:szCs w:val="20"/>
                <w:lang w:val="pl-PL"/>
              </w:rPr>
              <w:t>Laserowy, kolorowy</w:t>
            </w:r>
          </w:p>
        </w:tc>
        <w:tc>
          <w:tcPr>
            <w:tcW w:w="1688" w:type="dxa"/>
            <w:tcMar>
              <w:top w:w="80" w:type="dxa"/>
              <w:left w:w="120" w:type="dxa"/>
              <w:bottom w:w="80" w:type="dxa"/>
              <w:right w:w="120" w:type="dxa"/>
            </w:tcMar>
            <w:vAlign w:val="center"/>
          </w:tcPr>
          <w:p w14:paraId="24F76495" w14:textId="77777777" w:rsidR="00497758" w:rsidRPr="00CC7620" w:rsidRDefault="00497758" w:rsidP="00497758">
            <w:pPr>
              <w:rPr>
                <w:rFonts w:ascii="Arial" w:hAnsi="Arial" w:cs="Arial"/>
                <w:lang w:val="pl-PL"/>
              </w:rPr>
            </w:pPr>
          </w:p>
        </w:tc>
      </w:tr>
      <w:tr w:rsidR="00497758" w:rsidRPr="00CC7620" w14:paraId="2A44EA91" w14:textId="77777777" w:rsidTr="00497758">
        <w:tc>
          <w:tcPr>
            <w:tcW w:w="685" w:type="dxa"/>
            <w:tcMar>
              <w:top w:w="80" w:type="dxa"/>
              <w:left w:w="120" w:type="dxa"/>
              <w:bottom w:w="80" w:type="dxa"/>
              <w:right w:w="120" w:type="dxa"/>
            </w:tcMar>
            <w:vAlign w:val="center"/>
          </w:tcPr>
          <w:p w14:paraId="767C7B7A" w14:textId="77777777" w:rsidR="00497758" w:rsidRPr="00497758" w:rsidRDefault="00497758" w:rsidP="00497758">
            <w:pPr>
              <w:jc w:val="center"/>
              <w:rPr>
                <w:rFonts w:ascii="Arial" w:hAnsi="Arial" w:cs="Arial"/>
                <w:sz w:val="20"/>
                <w:szCs w:val="20"/>
                <w:lang w:val="pl-PL"/>
              </w:rPr>
            </w:pPr>
            <w:r w:rsidRPr="00497758">
              <w:rPr>
                <w:rFonts w:ascii="Arial" w:hAnsi="Arial" w:cs="Arial"/>
                <w:sz w:val="20"/>
                <w:szCs w:val="20"/>
                <w:lang w:val="pl-PL"/>
              </w:rPr>
              <w:t>2</w:t>
            </w:r>
          </w:p>
        </w:tc>
        <w:tc>
          <w:tcPr>
            <w:tcW w:w="1750" w:type="dxa"/>
            <w:tcMar>
              <w:top w:w="80" w:type="dxa"/>
              <w:left w:w="120" w:type="dxa"/>
              <w:bottom w:w="80" w:type="dxa"/>
              <w:right w:w="120" w:type="dxa"/>
            </w:tcMar>
            <w:vAlign w:val="center"/>
          </w:tcPr>
          <w:p w14:paraId="209A00E4" w14:textId="77777777" w:rsidR="00497758" w:rsidRPr="00497758" w:rsidRDefault="00497758" w:rsidP="00497758">
            <w:pPr>
              <w:rPr>
                <w:rFonts w:ascii="Arial" w:hAnsi="Arial" w:cs="Arial"/>
                <w:sz w:val="20"/>
                <w:szCs w:val="20"/>
                <w:lang w:val="pl-PL"/>
              </w:rPr>
            </w:pPr>
            <w:r w:rsidRPr="00497758">
              <w:rPr>
                <w:rFonts w:ascii="Arial" w:hAnsi="Arial" w:cs="Arial"/>
                <w:sz w:val="20"/>
                <w:szCs w:val="20"/>
                <w:lang w:val="pl-PL"/>
              </w:rPr>
              <w:t>Prędkość drukowania</w:t>
            </w:r>
          </w:p>
        </w:tc>
        <w:tc>
          <w:tcPr>
            <w:tcW w:w="5362" w:type="dxa"/>
            <w:tcMar>
              <w:top w:w="80" w:type="dxa"/>
              <w:left w:w="120" w:type="dxa"/>
              <w:bottom w:w="80" w:type="dxa"/>
              <w:right w:w="120" w:type="dxa"/>
            </w:tcMar>
            <w:vAlign w:val="center"/>
          </w:tcPr>
          <w:p w14:paraId="4F20F12F" w14:textId="77777777" w:rsidR="00497758" w:rsidRPr="00497758" w:rsidRDefault="00497758" w:rsidP="00497758">
            <w:pPr>
              <w:rPr>
                <w:rFonts w:ascii="Arial" w:hAnsi="Arial" w:cs="Arial"/>
                <w:sz w:val="20"/>
                <w:szCs w:val="20"/>
                <w:lang w:val="pl-PL"/>
              </w:rPr>
            </w:pPr>
            <w:r w:rsidRPr="00497758">
              <w:rPr>
                <w:rFonts w:ascii="Arial" w:hAnsi="Arial" w:cs="Arial"/>
                <w:sz w:val="20"/>
                <w:szCs w:val="20"/>
                <w:lang w:val="pl-PL"/>
              </w:rPr>
              <w:t>33 stron A4 na minutę w kolorze</w:t>
            </w:r>
          </w:p>
        </w:tc>
        <w:tc>
          <w:tcPr>
            <w:tcW w:w="1688" w:type="dxa"/>
            <w:tcMar>
              <w:top w:w="80" w:type="dxa"/>
              <w:left w:w="120" w:type="dxa"/>
              <w:bottom w:w="80" w:type="dxa"/>
              <w:right w:w="120" w:type="dxa"/>
            </w:tcMar>
            <w:vAlign w:val="center"/>
          </w:tcPr>
          <w:p w14:paraId="3DD1876B" w14:textId="77777777" w:rsidR="00497758" w:rsidRPr="00CC7620" w:rsidRDefault="00497758" w:rsidP="00497758">
            <w:pPr>
              <w:rPr>
                <w:rFonts w:ascii="Arial" w:hAnsi="Arial" w:cs="Arial"/>
                <w:lang w:val="pl-PL"/>
              </w:rPr>
            </w:pPr>
          </w:p>
        </w:tc>
      </w:tr>
      <w:tr w:rsidR="00497758" w:rsidRPr="00CC7620" w14:paraId="04AAB481" w14:textId="77777777" w:rsidTr="00497758">
        <w:tc>
          <w:tcPr>
            <w:tcW w:w="685" w:type="dxa"/>
            <w:tcMar>
              <w:top w:w="80" w:type="dxa"/>
              <w:left w:w="120" w:type="dxa"/>
              <w:bottom w:w="80" w:type="dxa"/>
              <w:right w:w="120" w:type="dxa"/>
            </w:tcMar>
            <w:vAlign w:val="center"/>
          </w:tcPr>
          <w:p w14:paraId="30E77639" w14:textId="77777777" w:rsidR="00497758" w:rsidRPr="00497758" w:rsidRDefault="00497758" w:rsidP="00497758">
            <w:pPr>
              <w:jc w:val="center"/>
              <w:rPr>
                <w:rFonts w:ascii="Arial" w:hAnsi="Arial" w:cs="Arial"/>
                <w:sz w:val="20"/>
                <w:szCs w:val="20"/>
                <w:lang w:val="pl-PL"/>
              </w:rPr>
            </w:pPr>
            <w:r w:rsidRPr="00497758">
              <w:rPr>
                <w:rFonts w:ascii="Arial" w:hAnsi="Arial" w:cs="Arial"/>
                <w:sz w:val="20"/>
                <w:szCs w:val="20"/>
                <w:lang w:val="pl-PL"/>
              </w:rPr>
              <w:t>3</w:t>
            </w:r>
          </w:p>
        </w:tc>
        <w:tc>
          <w:tcPr>
            <w:tcW w:w="1750" w:type="dxa"/>
            <w:tcMar>
              <w:top w:w="80" w:type="dxa"/>
              <w:left w:w="120" w:type="dxa"/>
              <w:bottom w:w="80" w:type="dxa"/>
              <w:right w:w="120" w:type="dxa"/>
            </w:tcMar>
            <w:vAlign w:val="center"/>
          </w:tcPr>
          <w:p w14:paraId="3AAF2F5D" w14:textId="77777777" w:rsidR="00497758" w:rsidRPr="00497758" w:rsidRDefault="00497758" w:rsidP="00497758">
            <w:pPr>
              <w:rPr>
                <w:rFonts w:ascii="Arial" w:hAnsi="Arial" w:cs="Arial"/>
                <w:sz w:val="20"/>
                <w:szCs w:val="20"/>
                <w:lang w:val="pl-PL"/>
              </w:rPr>
            </w:pPr>
            <w:r w:rsidRPr="00497758">
              <w:rPr>
                <w:rFonts w:ascii="Arial" w:hAnsi="Arial" w:cs="Arial"/>
                <w:sz w:val="20"/>
                <w:szCs w:val="20"/>
                <w:lang w:val="pl-PL"/>
              </w:rPr>
              <w:t>Rozdzielczość</w:t>
            </w:r>
          </w:p>
        </w:tc>
        <w:tc>
          <w:tcPr>
            <w:tcW w:w="5362" w:type="dxa"/>
            <w:tcMar>
              <w:top w:w="80" w:type="dxa"/>
              <w:left w:w="120" w:type="dxa"/>
              <w:bottom w:w="80" w:type="dxa"/>
              <w:right w:w="120" w:type="dxa"/>
            </w:tcMar>
            <w:vAlign w:val="center"/>
          </w:tcPr>
          <w:p w14:paraId="6DB8E7A3" w14:textId="77777777" w:rsidR="00497758" w:rsidRPr="00497758" w:rsidRDefault="00497758" w:rsidP="00497758">
            <w:pPr>
              <w:rPr>
                <w:rFonts w:ascii="Arial" w:hAnsi="Arial" w:cs="Arial"/>
                <w:sz w:val="20"/>
                <w:szCs w:val="20"/>
                <w:lang w:val="pl-PL"/>
              </w:rPr>
            </w:pPr>
            <w:r w:rsidRPr="00497758">
              <w:rPr>
                <w:rFonts w:ascii="Arial" w:hAnsi="Arial" w:cs="Arial"/>
                <w:sz w:val="20"/>
                <w:szCs w:val="20"/>
                <w:lang w:val="pl-PL"/>
              </w:rPr>
              <w:t>Min. 1200 x 1200 DPI</w:t>
            </w:r>
          </w:p>
        </w:tc>
        <w:tc>
          <w:tcPr>
            <w:tcW w:w="1688" w:type="dxa"/>
            <w:tcMar>
              <w:top w:w="80" w:type="dxa"/>
              <w:left w:w="120" w:type="dxa"/>
              <w:bottom w:w="80" w:type="dxa"/>
              <w:right w:w="120" w:type="dxa"/>
            </w:tcMar>
            <w:vAlign w:val="center"/>
          </w:tcPr>
          <w:p w14:paraId="699B44C9" w14:textId="77777777" w:rsidR="00497758" w:rsidRPr="00CC7620" w:rsidRDefault="00497758" w:rsidP="00497758">
            <w:pPr>
              <w:rPr>
                <w:rFonts w:ascii="Arial" w:hAnsi="Arial" w:cs="Arial"/>
                <w:lang w:val="pl-PL"/>
              </w:rPr>
            </w:pPr>
          </w:p>
        </w:tc>
      </w:tr>
      <w:tr w:rsidR="00497758" w:rsidRPr="00CC7620" w14:paraId="38963522" w14:textId="77777777" w:rsidTr="00497758">
        <w:tc>
          <w:tcPr>
            <w:tcW w:w="685" w:type="dxa"/>
            <w:tcMar>
              <w:top w:w="80" w:type="dxa"/>
              <w:left w:w="120" w:type="dxa"/>
              <w:bottom w:w="80" w:type="dxa"/>
              <w:right w:w="120" w:type="dxa"/>
            </w:tcMar>
            <w:vAlign w:val="center"/>
          </w:tcPr>
          <w:p w14:paraId="23DB7868" w14:textId="77777777" w:rsidR="00497758" w:rsidRPr="00497758" w:rsidRDefault="00497758" w:rsidP="00497758">
            <w:pPr>
              <w:jc w:val="center"/>
              <w:rPr>
                <w:rFonts w:ascii="Arial" w:hAnsi="Arial" w:cs="Arial"/>
                <w:sz w:val="20"/>
                <w:szCs w:val="20"/>
                <w:lang w:val="pl-PL"/>
              </w:rPr>
            </w:pPr>
            <w:r w:rsidRPr="00497758">
              <w:rPr>
                <w:rFonts w:ascii="Arial" w:hAnsi="Arial" w:cs="Arial"/>
                <w:sz w:val="20"/>
                <w:szCs w:val="20"/>
                <w:lang w:val="pl-PL"/>
              </w:rPr>
              <w:t>4</w:t>
            </w:r>
          </w:p>
        </w:tc>
        <w:tc>
          <w:tcPr>
            <w:tcW w:w="1750" w:type="dxa"/>
            <w:tcMar>
              <w:top w:w="80" w:type="dxa"/>
              <w:left w:w="120" w:type="dxa"/>
              <w:bottom w:w="80" w:type="dxa"/>
              <w:right w:w="120" w:type="dxa"/>
            </w:tcMar>
            <w:vAlign w:val="center"/>
          </w:tcPr>
          <w:p w14:paraId="35A6E275" w14:textId="77777777" w:rsidR="00497758" w:rsidRPr="00497758" w:rsidRDefault="00497758" w:rsidP="00497758">
            <w:pPr>
              <w:rPr>
                <w:rFonts w:ascii="Arial" w:hAnsi="Arial" w:cs="Arial"/>
                <w:sz w:val="20"/>
                <w:szCs w:val="20"/>
                <w:lang w:val="pl-PL"/>
              </w:rPr>
            </w:pPr>
            <w:r w:rsidRPr="00497758">
              <w:rPr>
                <w:rFonts w:ascii="Arial" w:hAnsi="Arial" w:cs="Arial"/>
                <w:sz w:val="20"/>
                <w:szCs w:val="20"/>
                <w:lang w:val="pl-PL"/>
              </w:rPr>
              <w:t>Druk dwustronny</w:t>
            </w:r>
          </w:p>
        </w:tc>
        <w:tc>
          <w:tcPr>
            <w:tcW w:w="5362" w:type="dxa"/>
            <w:tcMar>
              <w:top w:w="80" w:type="dxa"/>
              <w:left w:w="120" w:type="dxa"/>
              <w:bottom w:w="80" w:type="dxa"/>
              <w:right w:w="120" w:type="dxa"/>
            </w:tcMar>
            <w:vAlign w:val="center"/>
          </w:tcPr>
          <w:p w14:paraId="5E4A7094" w14:textId="77777777" w:rsidR="00497758" w:rsidRPr="00497758" w:rsidRDefault="00497758" w:rsidP="00497758">
            <w:pPr>
              <w:rPr>
                <w:rFonts w:ascii="Arial" w:hAnsi="Arial" w:cs="Arial"/>
                <w:sz w:val="20"/>
                <w:szCs w:val="20"/>
                <w:lang w:val="pl-PL"/>
              </w:rPr>
            </w:pPr>
            <w:r w:rsidRPr="00497758">
              <w:rPr>
                <w:rFonts w:ascii="Arial" w:hAnsi="Arial" w:cs="Arial"/>
                <w:sz w:val="20"/>
                <w:szCs w:val="20"/>
                <w:lang w:val="pl-PL"/>
              </w:rPr>
              <w:t>automatyczny (dupleks)</w:t>
            </w:r>
          </w:p>
        </w:tc>
        <w:tc>
          <w:tcPr>
            <w:tcW w:w="1688" w:type="dxa"/>
            <w:tcMar>
              <w:top w:w="80" w:type="dxa"/>
              <w:left w:w="120" w:type="dxa"/>
              <w:bottom w:w="80" w:type="dxa"/>
              <w:right w:w="120" w:type="dxa"/>
            </w:tcMar>
            <w:vAlign w:val="center"/>
          </w:tcPr>
          <w:p w14:paraId="68CDC1F1" w14:textId="77777777" w:rsidR="00497758" w:rsidRPr="00CC7620" w:rsidRDefault="00497758" w:rsidP="00497758">
            <w:pPr>
              <w:rPr>
                <w:rFonts w:ascii="Arial" w:hAnsi="Arial" w:cs="Arial"/>
                <w:lang w:val="pl-PL"/>
              </w:rPr>
            </w:pPr>
          </w:p>
        </w:tc>
      </w:tr>
      <w:tr w:rsidR="00497758" w:rsidRPr="00CC7620" w14:paraId="2A5E2F5A" w14:textId="77777777" w:rsidTr="00497758">
        <w:tc>
          <w:tcPr>
            <w:tcW w:w="685" w:type="dxa"/>
            <w:tcMar>
              <w:top w:w="80" w:type="dxa"/>
              <w:left w:w="120" w:type="dxa"/>
              <w:bottom w:w="80" w:type="dxa"/>
              <w:right w:w="120" w:type="dxa"/>
            </w:tcMar>
            <w:vAlign w:val="center"/>
          </w:tcPr>
          <w:p w14:paraId="7581397B" w14:textId="77777777" w:rsidR="00497758" w:rsidRPr="00497758" w:rsidRDefault="00497758" w:rsidP="00497758">
            <w:pPr>
              <w:jc w:val="center"/>
              <w:rPr>
                <w:rFonts w:ascii="Arial" w:hAnsi="Arial" w:cs="Arial"/>
                <w:sz w:val="20"/>
                <w:szCs w:val="20"/>
                <w:lang w:val="pl-PL"/>
              </w:rPr>
            </w:pPr>
            <w:r w:rsidRPr="00497758">
              <w:rPr>
                <w:rFonts w:ascii="Arial" w:hAnsi="Arial" w:cs="Arial"/>
                <w:sz w:val="20"/>
                <w:szCs w:val="20"/>
                <w:lang w:val="pl-PL"/>
              </w:rPr>
              <w:lastRenderedPageBreak/>
              <w:t>5</w:t>
            </w:r>
          </w:p>
        </w:tc>
        <w:tc>
          <w:tcPr>
            <w:tcW w:w="1750" w:type="dxa"/>
            <w:tcMar>
              <w:top w:w="80" w:type="dxa"/>
              <w:left w:w="120" w:type="dxa"/>
              <w:bottom w:w="80" w:type="dxa"/>
              <w:right w:w="120" w:type="dxa"/>
            </w:tcMar>
            <w:vAlign w:val="center"/>
          </w:tcPr>
          <w:p w14:paraId="7987259B" w14:textId="77777777" w:rsidR="00497758" w:rsidRPr="00497758" w:rsidRDefault="00497758" w:rsidP="00497758">
            <w:pPr>
              <w:rPr>
                <w:rFonts w:ascii="Arial" w:hAnsi="Arial" w:cs="Arial"/>
                <w:sz w:val="20"/>
                <w:szCs w:val="20"/>
                <w:lang w:val="pl-PL"/>
              </w:rPr>
            </w:pPr>
            <w:r w:rsidRPr="00497758">
              <w:rPr>
                <w:rFonts w:ascii="Arial" w:hAnsi="Arial" w:cs="Arial"/>
                <w:sz w:val="20"/>
                <w:szCs w:val="20"/>
                <w:lang w:val="pl-PL"/>
              </w:rPr>
              <w:t>Procesor</w:t>
            </w:r>
          </w:p>
        </w:tc>
        <w:tc>
          <w:tcPr>
            <w:tcW w:w="5362" w:type="dxa"/>
            <w:tcMar>
              <w:top w:w="80" w:type="dxa"/>
              <w:left w:w="120" w:type="dxa"/>
              <w:bottom w:w="80" w:type="dxa"/>
              <w:right w:w="120" w:type="dxa"/>
            </w:tcMar>
            <w:vAlign w:val="center"/>
          </w:tcPr>
          <w:p w14:paraId="50BAAA50" w14:textId="77777777" w:rsidR="00497758" w:rsidRPr="00497758" w:rsidRDefault="00497758" w:rsidP="00497758">
            <w:pPr>
              <w:rPr>
                <w:rFonts w:ascii="Arial" w:hAnsi="Arial" w:cs="Arial"/>
                <w:sz w:val="20"/>
                <w:szCs w:val="20"/>
                <w:lang w:val="pl-PL"/>
              </w:rPr>
            </w:pPr>
            <w:r w:rsidRPr="00497758">
              <w:rPr>
                <w:rFonts w:ascii="Arial" w:hAnsi="Arial" w:cs="Arial"/>
                <w:sz w:val="20"/>
                <w:szCs w:val="20"/>
                <w:lang w:val="pl-PL"/>
              </w:rPr>
              <w:t>Min. 1.2 GHz</w:t>
            </w:r>
          </w:p>
        </w:tc>
        <w:tc>
          <w:tcPr>
            <w:tcW w:w="1688" w:type="dxa"/>
            <w:tcMar>
              <w:top w:w="80" w:type="dxa"/>
              <w:left w:w="120" w:type="dxa"/>
              <w:bottom w:w="80" w:type="dxa"/>
              <w:right w:w="120" w:type="dxa"/>
            </w:tcMar>
            <w:vAlign w:val="center"/>
          </w:tcPr>
          <w:p w14:paraId="24249468" w14:textId="77777777" w:rsidR="00497758" w:rsidRPr="00CC7620" w:rsidRDefault="00497758" w:rsidP="00497758">
            <w:pPr>
              <w:rPr>
                <w:rFonts w:ascii="Arial" w:hAnsi="Arial" w:cs="Arial"/>
                <w:lang w:val="pl-PL"/>
              </w:rPr>
            </w:pPr>
          </w:p>
        </w:tc>
      </w:tr>
      <w:tr w:rsidR="00497758" w:rsidRPr="00CC7620" w14:paraId="1AC79D8A" w14:textId="77777777" w:rsidTr="00497758">
        <w:tc>
          <w:tcPr>
            <w:tcW w:w="685" w:type="dxa"/>
            <w:tcMar>
              <w:top w:w="80" w:type="dxa"/>
              <w:left w:w="120" w:type="dxa"/>
              <w:bottom w:w="80" w:type="dxa"/>
              <w:right w:w="120" w:type="dxa"/>
            </w:tcMar>
            <w:vAlign w:val="center"/>
          </w:tcPr>
          <w:p w14:paraId="7A4B53CD" w14:textId="77777777" w:rsidR="00497758" w:rsidRPr="00497758" w:rsidRDefault="00497758" w:rsidP="00497758">
            <w:pPr>
              <w:jc w:val="center"/>
              <w:rPr>
                <w:rFonts w:ascii="Arial" w:hAnsi="Arial" w:cs="Arial"/>
                <w:sz w:val="20"/>
                <w:szCs w:val="20"/>
                <w:lang w:val="pl-PL"/>
              </w:rPr>
            </w:pPr>
            <w:r w:rsidRPr="00497758">
              <w:rPr>
                <w:rFonts w:ascii="Arial" w:hAnsi="Arial" w:cs="Arial"/>
                <w:sz w:val="20"/>
                <w:szCs w:val="20"/>
                <w:lang w:val="pl-PL"/>
              </w:rPr>
              <w:t>6</w:t>
            </w:r>
          </w:p>
        </w:tc>
        <w:tc>
          <w:tcPr>
            <w:tcW w:w="1750" w:type="dxa"/>
            <w:tcMar>
              <w:top w:w="80" w:type="dxa"/>
              <w:left w:w="120" w:type="dxa"/>
              <w:bottom w:w="80" w:type="dxa"/>
              <w:right w:w="120" w:type="dxa"/>
            </w:tcMar>
            <w:vAlign w:val="center"/>
          </w:tcPr>
          <w:p w14:paraId="36DAE3F2" w14:textId="77777777" w:rsidR="00497758" w:rsidRPr="00497758" w:rsidRDefault="00497758" w:rsidP="00497758">
            <w:pPr>
              <w:rPr>
                <w:rFonts w:ascii="Arial" w:hAnsi="Arial" w:cs="Arial"/>
                <w:sz w:val="20"/>
                <w:szCs w:val="20"/>
                <w:lang w:val="pl-PL"/>
              </w:rPr>
            </w:pPr>
            <w:r w:rsidRPr="00497758">
              <w:rPr>
                <w:rFonts w:ascii="Arial" w:hAnsi="Arial" w:cs="Arial"/>
                <w:sz w:val="20"/>
                <w:szCs w:val="20"/>
                <w:lang w:val="pl-PL"/>
              </w:rPr>
              <w:t>Pamięć</w:t>
            </w:r>
          </w:p>
        </w:tc>
        <w:tc>
          <w:tcPr>
            <w:tcW w:w="5362" w:type="dxa"/>
            <w:tcMar>
              <w:top w:w="80" w:type="dxa"/>
              <w:left w:w="120" w:type="dxa"/>
              <w:bottom w:w="80" w:type="dxa"/>
              <w:right w:w="120" w:type="dxa"/>
            </w:tcMar>
            <w:vAlign w:val="center"/>
          </w:tcPr>
          <w:p w14:paraId="06679A27" w14:textId="77777777" w:rsidR="00497758" w:rsidRPr="00497758" w:rsidRDefault="00497758" w:rsidP="00497758">
            <w:pPr>
              <w:rPr>
                <w:rFonts w:ascii="Arial" w:hAnsi="Arial" w:cs="Arial"/>
                <w:sz w:val="20"/>
                <w:szCs w:val="20"/>
                <w:lang w:val="pl-PL"/>
              </w:rPr>
            </w:pPr>
            <w:r w:rsidRPr="00497758">
              <w:rPr>
                <w:rFonts w:ascii="Arial" w:hAnsi="Arial" w:cs="Arial"/>
                <w:sz w:val="20"/>
                <w:szCs w:val="20"/>
                <w:lang w:val="pl-PL"/>
              </w:rPr>
              <w:t>Min. 2GB w standardzie</w:t>
            </w:r>
          </w:p>
        </w:tc>
        <w:tc>
          <w:tcPr>
            <w:tcW w:w="1688" w:type="dxa"/>
            <w:tcMar>
              <w:top w:w="80" w:type="dxa"/>
              <w:left w:w="120" w:type="dxa"/>
              <w:bottom w:w="80" w:type="dxa"/>
              <w:right w:w="120" w:type="dxa"/>
            </w:tcMar>
            <w:vAlign w:val="center"/>
          </w:tcPr>
          <w:p w14:paraId="4F917879" w14:textId="77777777" w:rsidR="00497758" w:rsidRPr="00CC7620" w:rsidRDefault="00497758" w:rsidP="00497758">
            <w:pPr>
              <w:rPr>
                <w:rFonts w:ascii="Arial" w:hAnsi="Arial" w:cs="Arial"/>
                <w:lang w:val="pl-PL"/>
              </w:rPr>
            </w:pPr>
          </w:p>
        </w:tc>
      </w:tr>
      <w:tr w:rsidR="00497758" w:rsidRPr="00CC7620" w14:paraId="2B88DC77" w14:textId="77777777" w:rsidTr="00497758">
        <w:tc>
          <w:tcPr>
            <w:tcW w:w="685" w:type="dxa"/>
            <w:tcMar>
              <w:top w:w="80" w:type="dxa"/>
              <w:left w:w="120" w:type="dxa"/>
              <w:bottom w:w="80" w:type="dxa"/>
              <w:right w:w="120" w:type="dxa"/>
            </w:tcMar>
            <w:vAlign w:val="center"/>
          </w:tcPr>
          <w:p w14:paraId="76F379F7" w14:textId="77777777" w:rsidR="00497758" w:rsidRPr="00497758" w:rsidRDefault="00497758" w:rsidP="00497758">
            <w:pPr>
              <w:jc w:val="center"/>
              <w:rPr>
                <w:rFonts w:ascii="Arial" w:hAnsi="Arial" w:cs="Arial"/>
                <w:sz w:val="20"/>
                <w:szCs w:val="20"/>
                <w:lang w:val="pl-PL"/>
              </w:rPr>
            </w:pPr>
            <w:r w:rsidRPr="00497758">
              <w:rPr>
                <w:rFonts w:ascii="Arial" w:hAnsi="Arial" w:cs="Arial"/>
                <w:sz w:val="20"/>
                <w:szCs w:val="20"/>
                <w:lang w:val="pl-PL"/>
              </w:rPr>
              <w:t>7</w:t>
            </w:r>
          </w:p>
        </w:tc>
        <w:tc>
          <w:tcPr>
            <w:tcW w:w="1750" w:type="dxa"/>
            <w:tcMar>
              <w:top w:w="80" w:type="dxa"/>
              <w:left w:w="120" w:type="dxa"/>
              <w:bottom w:w="80" w:type="dxa"/>
              <w:right w:w="120" w:type="dxa"/>
            </w:tcMar>
            <w:vAlign w:val="center"/>
          </w:tcPr>
          <w:p w14:paraId="759AF9D4" w14:textId="77777777" w:rsidR="00497758" w:rsidRPr="00497758" w:rsidRDefault="00497758" w:rsidP="00497758">
            <w:pPr>
              <w:rPr>
                <w:rFonts w:ascii="Arial" w:hAnsi="Arial" w:cs="Arial"/>
                <w:sz w:val="20"/>
                <w:szCs w:val="20"/>
                <w:lang w:val="pl-PL"/>
              </w:rPr>
            </w:pPr>
            <w:r w:rsidRPr="00497758">
              <w:rPr>
                <w:rFonts w:ascii="Arial" w:hAnsi="Arial" w:cs="Arial"/>
                <w:sz w:val="20"/>
                <w:szCs w:val="20"/>
                <w:lang w:val="pl-PL"/>
              </w:rPr>
              <w:t>Obsługiwane systemy</w:t>
            </w:r>
          </w:p>
        </w:tc>
        <w:tc>
          <w:tcPr>
            <w:tcW w:w="5362" w:type="dxa"/>
            <w:tcMar>
              <w:top w:w="80" w:type="dxa"/>
              <w:left w:w="120" w:type="dxa"/>
              <w:bottom w:w="80" w:type="dxa"/>
              <w:right w:w="120" w:type="dxa"/>
            </w:tcMar>
            <w:vAlign w:val="center"/>
          </w:tcPr>
          <w:p w14:paraId="556F3905" w14:textId="77777777" w:rsidR="00497758" w:rsidRPr="00497758" w:rsidRDefault="00497758" w:rsidP="00497758">
            <w:pPr>
              <w:rPr>
                <w:rFonts w:ascii="Arial" w:hAnsi="Arial" w:cs="Arial"/>
                <w:sz w:val="20"/>
                <w:szCs w:val="20"/>
                <w:lang w:val="pl-PL"/>
              </w:rPr>
            </w:pPr>
            <w:r w:rsidRPr="00497758">
              <w:rPr>
                <w:rFonts w:ascii="Arial" w:hAnsi="Arial" w:cs="Arial"/>
                <w:sz w:val="20"/>
                <w:szCs w:val="20"/>
                <w:lang w:val="pl-PL"/>
              </w:rPr>
              <w:t>Windows 10/11,</w:t>
            </w:r>
          </w:p>
        </w:tc>
        <w:tc>
          <w:tcPr>
            <w:tcW w:w="1688" w:type="dxa"/>
            <w:tcMar>
              <w:top w:w="80" w:type="dxa"/>
              <w:left w:w="120" w:type="dxa"/>
              <w:bottom w:w="80" w:type="dxa"/>
              <w:right w:w="120" w:type="dxa"/>
            </w:tcMar>
            <w:vAlign w:val="center"/>
          </w:tcPr>
          <w:p w14:paraId="26EB4A29" w14:textId="77777777" w:rsidR="00497758" w:rsidRPr="00CC7620" w:rsidRDefault="00497758" w:rsidP="00497758">
            <w:pPr>
              <w:rPr>
                <w:rFonts w:ascii="Arial" w:hAnsi="Arial" w:cs="Arial"/>
                <w:lang w:val="pl-PL"/>
              </w:rPr>
            </w:pPr>
          </w:p>
        </w:tc>
      </w:tr>
      <w:tr w:rsidR="00497758" w:rsidRPr="00CC7620" w14:paraId="0D212D8A" w14:textId="77777777" w:rsidTr="00497758">
        <w:tc>
          <w:tcPr>
            <w:tcW w:w="685" w:type="dxa"/>
            <w:tcMar>
              <w:top w:w="80" w:type="dxa"/>
              <w:left w:w="120" w:type="dxa"/>
              <w:bottom w:w="80" w:type="dxa"/>
              <w:right w:w="120" w:type="dxa"/>
            </w:tcMar>
            <w:vAlign w:val="center"/>
          </w:tcPr>
          <w:p w14:paraId="3C7E8557" w14:textId="77777777" w:rsidR="00497758" w:rsidRPr="00497758" w:rsidRDefault="00497758" w:rsidP="00497758">
            <w:pPr>
              <w:jc w:val="center"/>
              <w:rPr>
                <w:rFonts w:ascii="Arial" w:hAnsi="Arial" w:cs="Arial"/>
                <w:sz w:val="20"/>
                <w:szCs w:val="20"/>
                <w:lang w:val="pl-PL"/>
              </w:rPr>
            </w:pPr>
            <w:r w:rsidRPr="00497758">
              <w:rPr>
                <w:rFonts w:ascii="Arial" w:hAnsi="Arial" w:cs="Arial"/>
                <w:sz w:val="20"/>
                <w:szCs w:val="20"/>
                <w:lang w:val="pl-PL"/>
              </w:rPr>
              <w:t>8</w:t>
            </w:r>
          </w:p>
        </w:tc>
        <w:tc>
          <w:tcPr>
            <w:tcW w:w="1750" w:type="dxa"/>
            <w:tcMar>
              <w:top w:w="80" w:type="dxa"/>
              <w:left w:w="120" w:type="dxa"/>
              <w:bottom w:w="80" w:type="dxa"/>
              <w:right w:w="120" w:type="dxa"/>
            </w:tcMar>
            <w:vAlign w:val="center"/>
          </w:tcPr>
          <w:p w14:paraId="5CCE38B7" w14:textId="77777777" w:rsidR="00497758" w:rsidRPr="00497758" w:rsidRDefault="00497758" w:rsidP="00497758">
            <w:pPr>
              <w:rPr>
                <w:rFonts w:ascii="Arial" w:hAnsi="Arial" w:cs="Arial"/>
                <w:sz w:val="20"/>
                <w:szCs w:val="20"/>
                <w:lang w:val="pl-PL"/>
              </w:rPr>
            </w:pPr>
            <w:r w:rsidRPr="00497758">
              <w:rPr>
                <w:rFonts w:ascii="Arial" w:hAnsi="Arial" w:cs="Arial"/>
                <w:sz w:val="20"/>
                <w:szCs w:val="20"/>
                <w:lang w:val="pl-PL"/>
              </w:rPr>
              <w:t>Podajnik papieru</w:t>
            </w:r>
          </w:p>
        </w:tc>
        <w:tc>
          <w:tcPr>
            <w:tcW w:w="5362" w:type="dxa"/>
            <w:tcMar>
              <w:top w:w="80" w:type="dxa"/>
              <w:left w:w="120" w:type="dxa"/>
              <w:bottom w:w="80" w:type="dxa"/>
              <w:right w:w="120" w:type="dxa"/>
            </w:tcMar>
            <w:vAlign w:val="center"/>
          </w:tcPr>
          <w:p w14:paraId="6E62A3B6" w14:textId="77777777" w:rsidR="00497758" w:rsidRPr="00497758" w:rsidRDefault="00497758" w:rsidP="00497758">
            <w:pPr>
              <w:rPr>
                <w:rFonts w:ascii="Arial" w:hAnsi="Arial" w:cs="Arial"/>
                <w:sz w:val="20"/>
                <w:szCs w:val="20"/>
                <w:lang w:val="pl-PL"/>
              </w:rPr>
            </w:pPr>
            <w:r w:rsidRPr="00497758">
              <w:rPr>
                <w:rFonts w:ascii="Arial" w:hAnsi="Arial" w:cs="Arial"/>
                <w:sz w:val="20"/>
                <w:szCs w:val="20"/>
                <w:lang w:val="pl-PL"/>
              </w:rPr>
              <w:t>Minimum 2 podajniki na papier, 1 podajnik minimum na 500 arkuszy</w:t>
            </w:r>
          </w:p>
        </w:tc>
        <w:tc>
          <w:tcPr>
            <w:tcW w:w="1688" w:type="dxa"/>
            <w:tcMar>
              <w:top w:w="80" w:type="dxa"/>
              <w:left w:w="120" w:type="dxa"/>
              <w:bottom w:w="80" w:type="dxa"/>
              <w:right w:w="120" w:type="dxa"/>
            </w:tcMar>
            <w:vAlign w:val="center"/>
          </w:tcPr>
          <w:p w14:paraId="592F7826" w14:textId="77777777" w:rsidR="00497758" w:rsidRPr="00CC7620" w:rsidRDefault="00497758" w:rsidP="00497758">
            <w:pPr>
              <w:rPr>
                <w:rFonts w:ascii="Arial" w:hAnsi="Arial" w:cs="Arial"/>
                <w:lang w:val="pl-PL"/>
              </w:rPr>
            </w:pPr>
          </w:p>
        </w:tc>
      </w:tr>
      <w:tr w:rsidR="00497758" w:rsidRPr="00CC7620" w14:paraId="4F17A068" w14:textId="77777777" w:rsidTr="00497758">
        <w:tc>
          <w:tcPr>
            <w:tcW w:w="685" w:type="dxa"/>
            <w:tcMar>
              <w:top w:w="80" w:type="dxa"/>
              <w:left w:w="120" w:type="dxa"/>
              <w:bottom w:w="80" w:type="dxa"/>
              <w:right w:w="120" w:type="dxa"/>
            </w:tcMar>
            <w:vAlign w:val="center"/>
          </w:tcPr>
          <w:p w14:paraId="4CDCB18B" w14:textId="77777777" w:rsidR="00497758" w:rsidRPr="00497758" w:rsidRDefault="00497758" w:rsidP="00497758">
            <w:pPr>
              <w:jc w:val="center"/>
              <w:rPr>
                <w:rFonts w:ascii="Arial" w:hAnsi="Arial" w:cs="Arial"/>
                <w:sz w:val="20"/>
                <w:szCs w:val="20"/>
                <w:lang w:val="pl-PL"/>
              </w:rPr>
            </w:pPr>
            <w:r w:rsidRPr="00497758">
              <w:rPr>
                <w:rFonts w:ascii="Arial" w:hAnsi="Arial" w:cs="Arial"/>
                <w:sz w:val="20"/>
                <w:szCs w:val="20"/>
                <w:lang w:val="pl-PL"/>
              </w:rPr>
              <w:t>9</w:t>
            </w:r>
          </w:p>
        </w:tc>
        <w:tc>
          <w:tcPr>
            <w:tcW w:w="1750" w:type="dxa"/>
            <w:tcMar>
              <w:top w:w="80" w:type="dxa"/>
              <w:left w:w="120" w:type="dxa"/>
              <w:bottom w:w="80" w:type="dxa"/>
              <w:right w:w="120" w:type="dxa"/>
            </w:tcMar>
            <w:vAlign w:val="center"/>
          </w:tcPr>
          <w:p w14:paraId="4993F3FE" w14:textId="77777777" w:rsidR="00497758" w:rsidRPr="00497758" w:rsidRDefault="00497758" w:rsidP="00497758">
            <w:pPr>
              <w:rPr>
                <w:rFonts w:ascii="Arial" w:hAnsi="Arial" w:cs="Arial"/>
                <w:sz w:val="20"/>
                <w:szCs w:val="20"/>
                <w:lang w:val="pl-PL"/>
              </w:rPr>
            </w:pPr>
            <w:r w:rsidRPr="00497758">
              <w:rPr>
                <w:rFonts w:ascii="Arial" w:hAnsi="Arial" w:cs="Arial"/>
                <w:sz w:val="20"/>
                <w:szCs w:val="20"/>
                <w:lang w:val="pl-PL"/>
              </w:rPr>
              <w:t>Skanowanie</w:t>
            </w:r>
          </w:p>
        </w:tc>
        <w:tc>
          <w:tcPr>
            <w:tcW w:w="5362" w:type="dxa"/>
            <w:tcMar>
              <w:top w:w="80" w:type="dxa"/>
              <w:left w:w="120" w:type="dxa"/>
              <w:bottom w:w="80" w:type="dxa"/>
              <w:right w:w="120" w:type="dxa"/>
            </w:tcMar>
            <w:vAlign w:val="center"/>
          </w:tcPr>
          <w:p w14:paraId="4C043096" w14:textId="77777777" w:rsidR="00497758" w:rsidRPr="00497758" w:rsidRDefault="00497758" w:rsidP="00497758">
            <w:pPr>
              <w:rPr>
                <w:rFonts w:ascii="Arial" w:hAnsi="Arial" w:cs="Arial"/>
                <w:sz w:val="20"/>
                <w:szCs w:val="20"/>
                <w:lang w:val="pl-PL"/>
              </w:rPr>
            </w:pPr>
            <w:r w:rsidRPr="00497758">
              <w:rPr>
                <w:rFonts w:ascii="Arial" w:hAnsi="Arial" w:cs="Arial"/>
                <w:sz w:val="20"/>
                <w:szCs w:val="20"/>
                <w:lang w:val="pl-PL"/>
              </w:rPr>
              <w:t>Min. 600 x 600 DPI</w:t>
            </w:r>
          </w:p>
        </w:tc>
        <w:tc>
          <w:tcPr>
            <w:tcW w:w="1688" w:type="dxa"/>
            <w:tcMar>
              <w:top w:w="80" w:type="dxa"/>
              <w:left w:w="120" w:type="dxa"/>
              <w:bottom w:w="80" w:type="dxa"/>
              <w:right w:w="120" w:type="dxa"/>
            </w:tcMar>
            <w:vAlign w:val="center"/>
          </w:tcPr>
          <w:p w14:paraId="57C8D81C" w14:textId="77777777" w:rsidR="00497758" w:rsidRPr="00CC7620" w:rsidRDefault="00497758" w:rsidP="00497758">
            <w:pPr>
              <w:rPr>
                <w:rFonts w:ascii="Arial" w:hAnsi="Arial" w:cs="Arial"/>
                <w:lang w:val="pl-PL"/>
              </w:rPr>
            </w:pPr>
          </w:p>
        </w:tc>
      </w:tr>
      <w:tr w:rsidR="00497758" w:rsidRPr="00CC7620" w14:paraId="07826D54" w14:textId="77777777" w:rsidTr="00497758">
        <w:tc>
          <w:tcPr>
            <w:tcW w:w="685" w:type="dxa"/>
            <w:tcMar>
              <w:top w:w="80" w:type="dxa"/>
              <w:left w:w="120" w:type="dxa"/>
              <w:bottom w:w="80" w:type="dxa"/>
              <w:right w:w="120" w:type="dxa"/>
            </w:tcMar>
            <w:vAlign w:val="center"/>
          </w:tcPr>
          <w:p w14:paraId="5871A7BF" w14:textId="77777777" w:rsidR="00497758" w:rsidRPr="00497758" w:rsidRDefault="00497758" w:rsidP="00497758">
            <w:pPr>
              <w:jc w:val="center"/>
              <w:rPr>
                <w:rFonts w:ascii="Arial" w:hAnsi="Arial" w:cs="Arial"/>
                <w:sz w:val="20"/>
                <w:szCs w:val="20"/>
                <w:lang w:val="pl-PL"/>
              </w:rPr>
            </w:pPr>
            <w:r w:rsidRPr="00497758">
              <w:rPr>
                <w:rFonts w:ascii="Arial" w:hAnsi="Arial" w:cs="Arial"/>
                <w:sz w:val="20"/>
                <w:szCs w:val="20"/>
                <w:lang w:val="pl-PL"/>
              </w:rPr>
              <w:t>10</w:t>
            </w:r>
          </w:p>
        </w:tc>
        <w:tc>
          <w:tcPr>
            <w:tcW w:w="1750" w:type="dxa"/>
            <w:tcMar>
              <w:top w:w="80" w:type="dxa"/>
              <w:left w:w="120" w:type="dxa"/>
              <w:bottom w:w="80" w:type="dxa"/>
              <w:right w:w="120" w:type="dxa"/>
            </w:tcMar>
            <w:vAlign w:val="center"/>
          </w:tcPr>
          <w:p w14:paraId="1B3D2ECB" w14:textId="77777777" w:rsidR="00497758" w:rsidRPr="00497758" w:rsidRDefault="00497758" w:rsidP="00497758">
            <w:pPr>
              <w:rPr>
                <w:rFonts w:ascii="Arial" w:hAnsi="Arial" w:cs="Arial"/>
                <w:sz w:val="20"/>
                <w:szCs w:val="20"/>
                <w:lang w:val="pl-PL"/>
              </w:rPr>
            </w:pPr>
            <w:r w:rsidRPr="00497758">
              <w:rPr>
                <w:rFonts w:ascii="Arial" w:hAnsi="Arial" w:cs="Arial"/>
                <w:sz w:val="20"/>
                <w:szCs w:val="20"/>
                <w:lang w:val="pl-PL"/>
              </w:rPr>
              <w:t>Obsługiwane nośniki</w:t>
            </w:r>
          </w:p>
        </w:tc>
        <w:tc>
          <w:tcPr>
            <w:tcW w:w="5362" w:type="dxa"/>
            <w:tcMar>
              <w:top w:w="80" w:type="dxa"/>
              <w:left w:w="120" w:type="dxa"/>
              <w:bottom w:w="80" w:type="dxa"/>
              <w:right w:w="120" w:type="dxa"/>
            </w:tcMar>
            <w:vAlign w:val="center"/>
          </w:tcPr>
          <w:p w14:paraId="1538E483" w14:textId="77777777" w:rsidR="00497758" w:rsidRPr="00497758" w:rsidRDefault="00497758" w:rsidP="00497758">
            <w:pPr>
              <w:rPr>
                <w:rFonts w:ascii="Arial" w:hAnsi="Arial" w:cs="Arial"/>
                <w:sz w:val="20"/>
                <w:szCs w:val="20"/>
                <w:lang w:val="pl-PL"/>
              </w:rPr>
            </w:pPr>
            <w:r w:rsidRPr="00497758">
              <w:rPr>
                <w:rFonts w:ascii="Arial" w:hAnsi="Arial" w:cs="Arial"/>
                <w:sz w:val="20"/>
                <w:szCs w:val="20"/>
                <w:lang w:val="pl-PL"/>
              </w:rPr>
              <w:t>Papier cienki, papier gruby, koperty, etykiety</w:t>
            </w:r>
          </w:p>
        </w:tc>
        <w:tc>
          <w:tcPr>
            <w:tcW w:w="1688" w:type="dxa"/>
            <w:tcMar>
              <w:top w:w="80" w:type="dxa"/>
              <w:left w:w="120" w:type="dxa"/>
              <w:bottom w:w="80" w:type="dxa"/>
              <w:right w:w="120" w:type="dxa"/>
            </w:tcMar>
            <w:vAlign w:val="center"/>
          </w:tcPr>
          <w:p w14:paraId="42A322FF" w14:textId="77777777" w:rsidR="00497758" w:rsidRPr="00CC7620" w:rsidRDefault="00497758" w:rsidP="00497758">
            <w:pPr>
              <w:rPr>
                <w:rFonts w:ascii="Arial" w:hAnsi="Arial" w:cs="Arial"/>
                <w:lang w:val="pl-PL"/>
              </w:rPr>
            </w:pPr>
          </w:p>
        </w:tc>
      </w:tr>
      <w:tr w:rsidR="00497758" w:rsidRPr="00CC7620" w14:paraId="2F640E65" w14:textId="77777777" w:rsidTr="00497758">
        <w:tc>
          <w:tcPr>
            <w:tcW w:w="685" w:type="dxa"/>
            <w:tcMar>
              <w:top w:w="80" w:type="dxa"/>
              <w:left w:w="120" w:type="dxa"/>
              <w:bottom w:w="80" w:type="dxa"/>
              <w:right w:w="120" w:type="dxa"/>
            </w:tcMar>
            <w:vAlign w:val="center"/>
          </w:tcPr>
          <w:p w14:paraId="31A8D714" w14:textId="77777777" w:rsidR="00497758" w:rsidRPr="00497758" w:rsidRDefault="00497758" w:rsidP="00497758">
            <w:pPr>
              <w:jc w:val="center"/>
              <w:rPr>
                <w:rFonts w:ascii="Arial" w:hAnsi="Arial" w:cs="Arial"/>
                <w:sz w:val="20"/>
                <w:szCs w:val="20"/>
                <w:lang w:val="pl-PL"/>
              </w:rPr>
            </w:pPr>
            <w:r w:rsidRPr="00497758">
              <w:rPr>
                <w:rFonts w:ascii="Arial" w:hAnsi="Arial" w:cs="Arial"/>
                <w:sz w:val="20"/>
                <w:szCs w:val="20"/>
                <w:lang w:val="pl-PL"/>
              </w:rPr>
              <w:t>11</w:t>
            </w:r>
          </w:p>
        </w:tc>
        <w:tc>
          <w:tcPr>
            <w:tcW w:w="1750" w:type="dxa"/>
            <w:tcMar>
              <w:top w:w="80" w:type="dxa"/>
              <w:left w:w="120" w:type="dxa"/>
              <w:bottom w:w="80" w:type="dxa"/>
              <w:right w:w="120" w:type="dxa"/>
            </w:tcMar>
            <w:vAlign w:val="center"/>
          </w:tcPr>
          <w:p w14:paraId="354FF082" w14:textId="77777777" w:rsidR="00497758" w:rsidRPr="00497758" w:rsidRDefault="00497758" w:rsidP="00497758">
            <w:pPr>
              <w:rPr>
                <w:rFonts w:ascii="Arial" w:hAnsi="Arial" w:cs="Arial"/>
                <w:sz w:val="20"/>
                <w:szCs w:val="20"/>
                <w:lang w:val="pl-PL"/>
              </w:rPr>
            </w:pPr>
            <w:r w:rsidRPr="00497758">
              <w:rPr>
                <w:rFonts w:ascii="Arial" w:hAnsi="Arial" w:cs="Arial"/>
                <w:sz w:val="20"/>
                <w:szCs w:val="20"/>
                <w:lang w:val="pl-PL"/>
              </w:rPr>
              <w:t>Toner</w:t>
            </w:r>
          </w:p>
        </w:tc>
        <w:tc>
          <w:tcPr>
            <w:tcW w:w="5362" w:type="dxa"/>
            <w:tcMar>
              <w:top w:w="80" w:type="dxa"/>
              <w:left w:w="120" w:type="dxa"/>
              <w:bottom w:w="80" w:type="dxa"/>
              <w:right w:w="120" w:type="dxa"/>
            </w:tcMar>
            <w:vAlign w:val="center"/>
          </w:tcPr>
          <w:p w14:paraId="56CA87B0" w14:textId="77777777" w:rsidR="00497758" w:rsidRPr="00497758" w:rsidRDefault="00497758" w:rsidP="00497758">
            <w:pPr>
              <w:rPr>
                <w:rFonts w:ascii="Arial" w:hAnsi="Arial" w:cs="Arial"/>
                <w:sz w:val="20"/>
                <w:szCs w:val="20"/>
                <w:lang w:val="pl-PL"/>
              </w:rPr>
            </w:pPr>
            <w:r w:rsidRPr="00497758">
              <w:rPr>
                <w:rFonts w:ascii="Arial" w:hAnsi="Arial" w:cs="Arial"/>
                <w:sz w:val="20"/>
                <w:szCs w:val="20"/>
                <w:lang w:val="pl-PL"/>
              </w:rPr>
              <w:t>Kaseta z tonerem o wydajności min 5 000 stron.</w:t>
            </w:r>
          </w:p>
        </w:tc>
        <w:tc>
          <w:tcPr>
            <w:tcW w:w="1688" w:type="dxa"/>
            <w:tcMar>
              <w:top w:w="80" w:type="dxa"/>
              <w:left w:w="120" w:type="dxa"/>
              <w:bottom w:w="80" w:type="dxa"/>
              <w:right w:w="120" w:type="dxa"/>
            </w:tcMar>
            <w:vAlign w:val="center"/>
          </w:tcPr>
          <w:p w14:paraId="32C44A53" w14:textId="77777777" w:rsidR="00497758" w:rsidRPr="00CC7620" w:rsidRDefault="00497758" w:rsidP="00497758">
            <w:pPr>
              <w:rPr>
                <w:rFonts w:ascii="Arial" w:hAnsi="Arial" w:cs="Arial"/>
                <w:lang w:val="pl-PL"/>
              </w:rPr>
            </w:pPr>
          </w:p>
        </w:tc>
      </w:tr>
      <w:tr w:rsidR="00497758" w:rsidRPr="00CC7620" w14:paraId="7C41FB1B" w14:textId="77777777" w:rsidTr="00497758">
        <w:tc>
          <w:tcPr>
            <w:tcW w:w="685" w:type="dxa"/>
            <w:tcMar>
              <w:top w:w="80" w:type="dxa"/>
              <w:left w:w="120" w:type="dxa"/>
              <w:bottom w:w="80" w:type="dxa"/>
              <w:right w:w="120" w:type="dxa"/>
            </w:tcMar>
            <w:vAlign w:val="center"/>
          </w:tcPr>
          <w:p w14:paraId="2C891408" w14:textId="77777777" w:rsidR="00497758" w:rsidRPr="00497758" w:rsidRDefault="00497758" w:rsidP="00497758">
            <w:pPr>
              <w:jc w:val="center"/>
              <w:rPr>
                <w:rFonts w:ascii="Arial" w:hAnsi="Arial" w:cs="Arial"/>
                <w:sz w:val="20"/>
                <w:szCs w:val="20"/>
                <w:lang w:val="pl-PL"/>
              </w:rPr>
            </w:pPr>
            <w:r w:rsidRPr="00497758">
              <w:rPr>
                <w:rFonts w:ascii="Arial" w:hAnsi="Arial" w:cs="Arial"/>
                <w:sz w:val="20"/>
                <w:szCs w:val="20"/>
                <w:lang w:val="pl-PL"/>
              </w:rPr>
              <w:t>12</w:t>
            </w:r>
          </w:p>
        </w:tc>
        <w:tc>
          <w:tcPr>
            <w:tcW w:w="1750" w:type="dxa"/>
            <w:tcMar>
              <w:top w:w="80" w:type="dxa"/>
              <w:left w:w="120" w:type="dxa"/>
              <w:bottom w:w="80" w:type="dxa"/>
              <w:right w:w="120" w:type="dxa"/>
            </w:tcMar>
            <w:vAlign w:val="center"/>
          </w:tcPr>
          <w:p w14:paraId="21D23A7E" w14:textId="77777777" w:rsidR="00497758" w:rsidRPr="00497758" w:rsidRDefault="00497758" w:rsidP="00497758">
            <w:pPr>
              <w:rPr>
                <w:rFonts w:ascii="Arial" w:hAnsi="Arial" w:cs="Arial"/>
                <w:sz w:val="20"/>
                <w:szCs w:val="20"/>
                <w:lang w:val="pl-PL"/>
              </w:rPr>
            </w:pPr>
            <w:r w:rsidRPr="00497758">
              <w:rPr>
                <w:rFonts w:ascii="Arial" w:hAnsi="Arial" w:cs="Arial"/>
                <w:sz w:val="20"/>
                <w:szCs w:val="20"/>
                <w:lang w:val="pl-PL"/>
              </w:rPr>
              <w:t>Bęben</w:t>
            </w:r>
          </w:p>
        </w:tc>
        <w:tc>
          <w:tcPr>
            <w:tcW w:w="5362" w:type="dxa"/>
            <w:tcMar>
              <w:top w:w="80" w:type="dxa"/>
              <w:left w:w="120" w:type="dxa"/>
              <w:bottom w:w="80" w:type="dxa"/>
              <w:right w:w="120" w:type="dxa"/>
            </w:tcMar>
            <w:vAlign w:val="center"/>
          </w:tcPr>
          <w:p w14:paraId="191AC779" w14:textId="77777777" w:rsidR="00497758" w:rsidRPr="00497758" w:rsidRDefault="00497758" w:rsidP="00497758">
            <w:pPr>
              <w:rPr>
                <w:rFonts w:ascii="Arial" w:hAnsi="Arial" w:cs="Arial"/>
                <w:sz w:val="20"/>
                <w:szCs w:val="20"/>
                <w:lang w:val="pl-PL"/>
              </w:rPr>
            </w:pPr>
            <w:r w:rsidRPr="00497758">
              <w:rPr>
                <w:rFonts w:ascii="Arial" w:hAnsi="Arial" w:cs="Arial"/>
                <w:sz w:val="20"/>
                <w:szCs w:val="20"/>
                <w:lang w:val="pl-PL"/>
              </w:rPr>
              <w:t>Wydajność bębna min 50 000 stron</w:t>
            </w:r>
          </w:p>
        </w:tc>
        <w:tc>
          <w:tcPr>
            <w:tcW w:w="1688" w:type="dxa"/>
            <w:tcMar>
              <w:top w:w="80" w:type="dxa"/>
              <w:left w:w="120" w:type="dxa"/>
              <w:bottom w:w="80" w:type="dxa"/>
              <w:right w:w="120" w:type="dxa"/>
            </w:tcMar>
            <w:vAlign w:val="center"/>
          </w:tcPr>
          <w:p w14:paraId="33631C50" w14:textId="77777777" w:rsidR="00497758" w:rsidRPr="00CC7620" w:rsidRDefault="00497758" w:rsidP="00497758">
            <w:pPr>
              <w:rPr>
                <w:rFonts w:ascii="Arial" w:hAnsi="Arial" w:cs="Arial"/>
                <w:lang w:val="pl-PL"/>
              </w:rPr>
            </w:pPr>
          </w:p>
        </w:tc>
      </w:tr>
      <w:tr w:rsidR="00497758" w:rsidRPr="00CC7620" w14:paraId="1DA9D200" w14:textId="77777777" w:rsidTr="00497758">
        <w:tc>
          <w:tcPr>
            <w:tcW w:w="685" w:type="dxa"/>
            <w:tcMar>
              <w:top w:w="80" w:type="dxa"/>
              <w:left w:w="120" w:type="dxa"/>
              <w:bottom w:w="80" w:type="dxa"/>
              <w:right w:w="120" w:type="dxa"/>
            </w:tcMar>
            <w:vAlign w:val="center"/>
          </w:tcPr>
          <w:p w14:paraId="0A4B370B" w14:textId="77777777" w:rsidR="00497758" w:rsidRPr="00497758" w:rsidRDefault="00497758" w:rsidP="00497758">
            <w:pPr>
              <w:jc w:val="center"/>
              <w:rPr>
                <w:rFonts w:ascii="Arial" w:hAnsi="Arial" w:cs="Arial"/>
                <w:sz w:val="20"/>
                <w:szCs w:val="20"/>
                <w:lang w:val="pl-PL"/>
              </w:rPr>
            </w:pPr>
            <w:r w:rsidRPr="00497758">
              <w:rPr>
                <w:rFonts w:ascii="Arial" w:hAnsi="Arial" w:cs="Arial"/>
                <w:sz w:val="20"/>
                <w:szCs w:val="20"/>
                <w:lang w:val="pl-PL"/>
              </w:rPr>
              <w:t>13</w:t>
            </w:r>
          </w:p>
        </w:tc>
        <w:tc>
          <w:tcPr>
            <w:tcW w:w="1750" w:type="dxa"/>
            <w:tcMar>
              <w:top w:w="80" w:type="dxa"/>
              <w:left w:w="120" w:type="dxa"/>
              <w:bottom w:w="80" w:type="dxa"/>
              <w:right w:w="120" w:type="dxa"/>
            </w:tcMar>
            <w:vAlign w:val="center"/>
          </w:tcPr>
          <w:p w14:paraId="028B5AC5" w14:textId="77777777" w:rsidR="00497758" w:rsidRPr="00497758" w:rsidRDefault="00497758" w:rsidP="00497758">
            <w:pPr>
              <w:rPr>
                <w:rFonts w:ascii="Arial" w:hAnsi="Arial" w:cs="Arial"/>
                <w:sz w:val="20"/>
                <w:szCs w:val="20"/>
                <w:lang w:val="pl-PL"/>
              </w:rPr>
            </w:pPr>
            <w:r w:rsidRPr="00497758">
              <w:rPr>
                <w:rFonts w:ascii="Arial" w:hAnsi="Arial" w:cs="Arial"/>
                <w:sz w:val="20"/>
                <w:szCs w:val="20"/>
                <w:lang w:val="pl-PL"/>
              </w:rPr>
              <w:t>Praca sieciowa</w:t>
            </w:r>
          </w:p>
        </w:tc>
        <w:tc>
          <w:tcPr>
            <w:tcW w:w="5362" w:type="dxa"/>
            <w:tcMar>
              <w:top w:w="80" w:type="dxa"/>
              <w:left w:w="120" w:type="dxa"/>
              <w:bottom w:w="80" w:type="dxa"/>
              <w:right w:w="120" w:type="dxa"/>
            </w:tcMar>
            <w:vAlign w:val="center"/>
          </w:tcPr>
          <w:p w14:paraId="3725ECC4" w14:textId="77777777" w:rsidR="00497758" w:rsidRPr="00497758" w:rsidRDefault="00497758" w:rsidP="00497758">
            <w:pPr>
              <w:rPr>
                <w:rFonts w:ascii="Arial" w:hAnsi="Arial" w:cs="Arial"/>
                <w:sz w:val="20"/>
                <w:szCs w:val="20"/>
                <w:lang w:val="pl-PL"/>
              </w:rPr>
            </w:pPr>
            <w:r w:rsidRPr="00497758">
              <w:rPr>
                <w:rFonts w:ascii="Arial" w:hAnsi="Arial" w:cs="Arial"/>
                <w:sz w:val="20"/>
                <w:szCs w:val="20"/>
                <w:lang w:val="pl-PL"/>
              </w:rPr>
              <w:t>TAK</w:t>
            </w:r>
          </w:p>
        </w:tc>
        <w:tc>
          <w:tcPr>
            <w:tcW w:w="1688" w:type="dxa"/>
            <w:tcMar>
              <w:top w:w="80" w:type="dxa"/>
              <w:left w:w="120" w:type="dxa"/>
              <w:bottom w:w="80" w:type="dxa"/>
              <w:right w:w="120" w:type="dxa"/>
            </w:tcMar>
            <w:vAlign w:val="center"/>
          </w:tcPr>
          <w:p w14:paraId="44F8F3B2" w14:textId="77777777" w:rsidR="00497758" w:rsidRPr="00CC7620" w:rsidRDefault="00497758" w:rsidP="00497758">
            <w:pPr>
              <w:rPr>
                <w:rFonts w:ascii="Arial" w:hAnsi="Arial" w:cs="Arial"/>
                <w:lang w:val="pl-PL"/>
              </w:rPr>
            </w:pPr>
          </w:p>
        </w:tc>
      </w:tr>
      <w:tr w:rsidR="00497758" w:rsidRPr="00CC7620" w14:paraId="6D1F9FD0" w14:textId="77777777" w:rsidTr="00497758">
        <w:tc>
          <w:tcPr>
            <w:tcW w:w="685" w:type="dxa"/>
            <w:tcMar>
              <w:top w:w="80" w:type="dxa"/>
              <w:left w:w="120" w:type="dxa"/>
              <w:bottom w:w="80" w:type="dxa"/>
              <w:right w:w="120" w:type="dxa"/>
            </w:tcMar>
            <w:vAlign w:val="center"/>
          </w:tcPr>
          <w:p w14:paraId="16EA17C7" w14:textId="77777777" w:rsidR="00497758" w:rsidRPr="00497758" w:rsidRDefault="00497758" w:rsidP="00497758">
            <w:pPr>
              <w:jc w:val="center"/>
              <w:rPr>
                <w:rFonts w:ascii="Arial" w:hAnsi="Arial" w:cs="Arial"/>
                <w:sz w:val="20"/>
                <w:szCs w:val="20"/>
                <w:lang w:val="pl-PL"/>
              </w:rPr>
            </w:pPr>
            <w:r w:rsidRPr="00497758">
              <w:rPr>
                <w:rFonts w:ascii="Arial" w:hAnsi="Arial" w:cs="Arial"/>
                <w:sz w:val="20"/>
                <w:szCs w:val="20"/>
                <w:lang w:val="pl-PL"/>
              </w:rPr>
              <w:t>14</w:t>
            </w:r>
          </w:p>
        </w:tc>
        <w:tc>
          <w:tcPr>
            <w:tcW w:w="1750" w:type="dxa"/>
            <w:tcMar>
              <w:top w:w="80" w:type="dxa"/>
              <w:left w:w="120" w:type="dxa"/>
              <w:bottom w:w="80" w:type="dxa"/>
              <w:right w:w="120" w:type="dxa"/>
            </w:tcMar>
            <w:vAlign w:val="center"/>
          </w:tcPr>
          <w:p w14:paraId="2D9EF59A" w14:textId="77777777" w:rsidR="00497758" w:rsidRPr="00497758" w:rsidRDefault="00497758" w:rsidP="00497758">
            <w:pPr>
              <w:rPr>
                <w:rFonts w:ascii="Arial" w:hAnsi="Arial" w:cs="Arial"/>
                <w:sz w:val="20"/>
                <w:szCs w:val="20"/>
                <w:lang w:val="pl-PL"/>
              </w:rPr>
            </w:pPr>
            <w:r w:rsidRPr="00497758">
              <w:rPr>
                <w:rFonts w:ascii="Arial" w:hAnsi="Arial" w:cs="Arial"/>
                <w:sz w:val="20"/>
                <w:szCs w:val="20"/>
                <w:lang w:val="pl-PL"/>
              </w:rPr>
              <w:t>Interfejsy</w:t>
            </w:r>
          </w:p>
        </w:tc>
        <w:tc>
          <w:tcPr>
            <w:tcW w:w="5362" w:type="dxa"/>
            <w:tcMar>
              <w:top w:w="80" w:type="dxa"/>
              <w:left w:w="120" w:type="dxa"/>
              <w:bottom w:w="80" w:type="dxa"/>
              <w:right w:w="120" w:type="dxa"/>
            </w:tcMar>
            <w:vAlign w:val="center"/>
          </w:tcPr>
          <w:p w14:paraId="4640D349" w14:textId="77777777" w:rsidR="00497758" w:rsidRPr="00497758" w:rsidRDefault="00497758" w:rsidP="00497758">
            <w:pPr>
              <w:rPr>
                <w:rFonts w:ascii="Arial" w:hAnsi="Arial" w:cs="Arial"/>
                <w:sz w:val="20"/>
                <w:szCs w:val="20"/>
                <w:lang w:val="pl-PL"/>
              </w:rPr>
            </w:pPr>
            <w:r w:rsidRPr="00497758">
              <w:rPr>
                <w:rFonts w:ascii="Arial" w:hAnsi="Arial" w:cs="Arial"/>
                <w:sz w:val="20"/>
                <w:szCs w:val="20"/>
                <w:lang w:val="pl-PL"/>
              </w:rPr>
              <w:t>Gigabit Ethernet, USB 2.0 (Hi-</w:t>
            </w:r>
            <w:proofErr w:type="spellStart"/>
            <w:r w:rsidRPr="00497758">
              <w:rPr>
                <w:rFonts w:ascii="Arial" w:hAnsi="Arial" w:cs="Arial"/>
                <w:sz w:val="20"/>
                <w:szCs w:val="20"/>
                <w:lang w:val="pl-PL"/>
              </w:rPr>
              <w:t>Speed</w:t>
            </w:r>
            <w:proofErr w:type="spellEnd"/>
            <w:r w:rsidRPr="00497758">
              <w:rPr>
                <w:rFonts w:ascii="Arial" w:hAnsi="Arial" w:cs="Arial"/>
                <w:sz w:val="20"/>
                <w:szCs w:val="20"/>
                <w:lang w:val="pl-PL"/>
              </w:rPr>
              <w:t>), Wi-Fi 802.11 b/g/n</w:t>
            </w:r>
          </w:p>
        </w:tc>
        <w:tc>
          <w:tcPr>
            <w:tcW w:w="1688" w:type="dxa"/>
            <w:tcMar>
              <w:top w:w="80" w:type="dxa"/>
              <w:left w:w="120" w:type="dxa"/>
              <w:bottom w:w="80" w:type="dxa"/>
              <w:right w:w="120" w:type="dxa"/>
            </w:tcMar>
            <w:vAlign w:val="center"/>
          </w:tcPr>
          <w:p w14:paraId="3FF67627" w14:textId="77777777" w:rsidR="00497758" w:rsidRPr="00CC7620" w:rsidRDefault="00497758" w:rsidP="00497758">
            <w:pPr>
              <w:rPr>
                <w:rFonts w:ascii="Arial" w:hAnsi="Arial" w:cs="Arial"/>
                <w:lang w:val="pl-PL"/>
              </w:rPr>
            </w:pPr>
          </w:p>
        </w:tc>
      </w:tr>
    </w:tbl>
    <w:p w14:paraId="0DD88A9F" w14:textId="16AFF64F" w:rsidR="00497758" w:rsidRPr="00CC7620" w:rsidRDefault="00497758">
      <w:pPr>
        <w:rPr>
          <w:rFonts w:ascii="Arial" w:hAnsi="Arial" w:cs="Arial"/>
          <w:lang w:val="pl-PL"/>
        </w:rPr>
      </w:pPr>
    </w:p>
    <w:sectPr w:rsidR="00497758" w:rsidRPr="00CC7620" w:rsidSect="004D2558">
      <w:headerReference w:type="default" r:id="rId8"/>
      <w:footerReference w:type="default" r:id="rId9"/>
      <w:pgSz w:w="11906" w:h="16838"/>
      <w:pgMar w:top="1134" w:right="1134" w:bottom="737" w:left="1134" w:header="51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78361" w14:textId="77777777" w:rsidR="001B0723" w:rsidRDefault="001B0723" w:rsidP="00B44ED3">
      <w:pPr>
        <w:spacing w:after="0" w:line="240" w:lineRule="auto"/>
      </w:pPr>
      <w:r>
        <w:separator/>
      </w:r>
    </w:p>
  </w:endnote>
  <w:endnote w:type="continuationSeparator" w:id="0">
    <w:p w14:paraId="5F29A510" w14:textId="77777777" w:rsidR="001B0723" w:rsidRDefault="001B0723" w:rsidP="00B44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GulimChe">
    <w:charset w:val="81"/>
    <w:family w:val="modern"/>
    <w:pitch w:val="fixed"/>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737C9" w14:textId="0F9D057C" w:rsidR="00CA2E3F" w:rsidRDefault="00CA2E3F">
    <w:pPr>
      <w:pStyle w:val="Stopka"/>
      <w:jc w:val="right"/>
    </w:pPr>
    <w:r>
      <w:rPr>
        <w:color w:val="5F6B76"/>
        <w:sz w:val="17"/>
      </w:rPr>
      <w:t xml:space="preserve">Strona </w:t>
    </w:r>
    <w:r>
      <w:rPr>
        <w:color w:val="5F6B76"/>
        <w:sz w:val="17"/>
      </w:rPr>
      <w:fldChar w:fldCharType="begin"/>
    </w:r>
    <w:r>
      <w:rPr>
        <w:color w:val="5F6B76"/>
        <w:sz w:val="17"/>
      </w:rPr>
      <w:instrText>PAGE</w:instrText>
    </w:r>
    <w:r>
      <w:rPr>
        <w:color w:val="5F6B76"/>
        <w:sz w:val="17"/>
      </w:rPr>
      <w:fldChar w:fldCharType="separate"/>
    </w:r>
    <w:r>
      <w:rPr>
        <w:noProof/>
        <w:color w:val="5F6B76"/>
        <w:sz w:val="17"/>
      </w:rPr>
      <w:t>1</w:t>
    </w:r>
    <w:r>
      <w:rPr>
        <w:color w:val="5F6B76"/>
        <w:sz w:val="17"/>
      </w:rPr>
      <w:fldChar w:fldCharType="end"/>
    </w:r>
    <w:r>
      <w:rPr>
        <w:color w:val="5F6B76"/>
        <w:sz w:val="17"/>
      </w:rPr>
      <w:t xml:space="preserve"> z </w:t>
    </w:r>
    <w:r>
      <w:rPr>
        <w:color w:val="5F6B76"/>
        <w:sz w:val="17"/>
      </w:rPr>
      <w:fldChar w:fldCharType="begin"/>
    </w:r>
    <w:r>
      <w:rPr>
        <w:color w:val="5F6B76"/>
        <w:sz w:val="17"/>
      </w:rPr>
      <w:instrText>NUMPAGES</w:instrText>
    </w:r>
    <w:r>
      <w:rPr>
        <w:color w:val="5F6B76"/>
        <w:sz w:val="17"/>
      </w:rPr>
      <w:fldChar w:fldCharType="separate"/>
    </w:r>
    <w:r>
      <w:rPr>
        <w:noProof/>
        <w:color w:val="5F6B76"/>
        <w:sz w:val="17"/>
      </w:rPr>
      <w:t>2</w:t>
    </w:r>
    <w:r>
      <w:rPr>
        <w:color w:val="5F6B76"/>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AE456" w14:textId="77777777" w:rsidR="001B0723" w:rsidRDefault="001B0723" w:rsidP="00B44ED3">
      <w:pPr>
        <w:spacing w:after="0" w:line="240" w:lineRule="auto"/>
      </w:pPr>
      <w:r>
        <w:separator/>
      </w:r>
    </w:p>
  </w:footnote>
  <w:footnote w:type="continuationSeparator" w:id="0">
    <w:p w14:paraId="08CABB41" w14:textId="77777777" w:rsidR="001B0723" w:rsidRDefault="001B0723" w:rsidP="00B44E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FDA5B" w14:textId="65885C46" w:rsidR="00CA2E3F" w:rsidRDefault="00B44ED3">
    <w:pPr>
      <w:pStyle w:val="Nagwek"/>
    </w:pPr>
    <w:r>
      <w:rPr>
        <w:noProof/>
        <w:color w:val="5F6B76"/>
        <w:sz w:val="17"/>
      </w:rPr>
      <w:drawing>
        <wp:inline distT="0" distB="0" distL="0" distR="0" wp14:anchorId="3B48DDA5" wp14:editId="756BD236">
          <wp:extent cx="6118860" cy="579120"/>
          <wp:effectExtent l="0" t="0" r="0" b="0"/>
          <wp:docPr id="1811987608" name="Obraz 1811987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8860" cy="5791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F05C9AB8"/>
    <w:lvl w:ilvl="0">
      <w:start w:val="1"/>
      <w:numFmt w:val="bullet"/>
      <w:pStyle w:val="Listapunktowana"/>
      <w:lvlText w:val=""/>
      <w:lvlJc w:val="left"/>
      <w:pPr>
        <w:tabs>
          <w:tab w:val="num" w:pos="360"/>
        </w:tabs>
        <w:ind w:left="360" w:hanging="360"/>
      </w:pPr>
      <w:rPr>
        <w:rFonts w:ascii="Symbol" w:hAnsi="Symbol" w:hint="default"/>
      </w:rPr>
    </w:lvl>
  </w:abstractNum>
  <w:abstractNum w:abstractNumId="9" w15:restartNumberingAfterBreak="0">
    <w:nsid w:val="00000003"/>
    <w:multiLevelType w:val="multilevel"/>
    <w:tmpl w:val="00000003"/>
    <w:name w:val="WW8Num3"/>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4"/>
    <w:multiLevelType w:val="singleLevel"/>
    <w:tmpl w:val="00000004"/>
    <w:name w:val="WW8Num4"/>
    <w:lvl w:ilvl="0">
      <w:start w:val="1"/>
      <w:numFmt w:val="decimal"/>
      <w:lvlText w:val="%1."/>
      <w:lvlJc w:val="left"/>
      <w:pPr>
        <w:tabs>
          <w:tab w:val="num" w:pos="0"/>
        </w:tabs>
        <w:ind w:left="720" w:hanging="360"/>
      </w:pPr>
    </w:lvl>
  </w:abstractNum>
  <w:num w:numId="1" w16cid:durableId="802188964">
    <w:abstractNumId w:val="8"/>
  </w:num>
  <w:num w:numId="2" w16cid:durableId="2107190716">
    <w:abstractNumId w:val="6"/>
  </w:num>
  <w:num w:numId="3" w16cid:durableId="646130352">
    <w:abstractNumId w:val="5"/>
  </w:num>
  <w:num w:numId="4" w16cid:durableId="846871195">
    <w:abstractNumId w:val="4"/>
  </w:num>
  <w:num w:numId="5" w16cid:durableId="877665950">
    <w:abstractNumId w:val="7"/>
  </w:num>
  <w:num w:numId="6" w16cid:durableId="1333146773">
    <w:abstractNumId w:val="3"/>
  </w:num>
  <w:num w:numId="7" w16cid:durableId="965160898">
    <w:abstractNumId w:val="2"/>
  </w:num>
  <w:num w:numId="8" w16cid:durableId="1358510618">
    <w:abstractNumId w:val="1"/>
  </w:num>
  <w:num w:numId="9" w16cid:durableId="1453554236">
    <w:abstractNumId w:val="0"/>
  </w:num>
  <w:num w:numId="10" w16cid:durableId="946044187">
    <w:abstractNumId w:val="9"/>
  </w:num>
  <w:num w:numId="11" w16cid:durableId="16551435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E3F"/>
    <w:rsid w:val="00140808"/>
    <w:rsid w:val="00143F4D"/>
    <w:rsid w:val="001B0723"/>
    <w:rsid w:val="00293202"/>
    <w:rsid w:val="002A47C5"/>
    <w:rsid w:val="00497758"/>
    <w:rsid w:val="004C189B"/>
    <w:rsid w:val="004D2558"/>
    <w:rsid w:val="00585AAC"/>
    <w:rsid w:val="006A31B6"/>
    <w:rsid w:val="007D6057"/>
    <w:rsid w:val="008102E3"/>
    <w:rsid w:val="00B0622D"/>
    <w:rsid w:val="00B2699E"/>
    <w:rsid w:val="00B44ED3"/>
    <w:rsid w:val="00BF11BD"/>
    <w:rsid w:val="00CA2E3F"/>
    <w:rsid w:val="00CB6CF0"/>
    <w:rsid w:val="00CC7620"/>
    <w:rsid w:val="00D864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C7400"/>
  <w15:chartTrackingRefBased/>
  <w15:docId w15:val="{8A4C6FDD-78EC-45FB-BD44-CB62255DC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C189B"/>
    <w:pPr>
      <w:spacing w:after="120" w:line="264" w:lineRule="auto"/>
    </w:pPr>
    <w:rPr>
      <w:rFonts w:ascii="Calibri" w:eastAsiaTheme="minorEastAsia" w:hAnsi="Calibri"/>
      <w:color w:val="202124"/>
      <w:kern w:val="0"/>
      <w:sz w:val="21"/>
      <w:szCs w:val="22"/>
      <w:lang w:val="en-US"/>
      <w14:ligatures w14:val="none"/>
    </w:rPr>
  </w:style>
  <w:style w:type="paragraph" w:styleId="Nagwek1">
    <w:name w:val="heading 1"/>
    <w:basedOn w:val="Normalny"/>
    <w:next w:val="Normalny"/>
    <w:link w:val="Nagwek1Znak"/>
    <w:uiPriority w:val="9"/>
    <w:qFormat/>
    <w:rsid w:val="00CA2E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CA2E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CA2E3F"/>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A2E3F"/>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A2E3F"/>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A2E3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A2E3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A2E3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A2E3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A2E3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CA2E3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CA2E3F"/>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A2E3F"/>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A2E3F"/>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A2E3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A2E3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A2E3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A2E3F"/>
    <w:rPr>
      <w:rFonts w:eastAsiaTheme="majorEastAsia" w:cstheme="majorBidi"/>
      <w:color w:val="272727" w:themeColor="text1" w:themeTint="D8"/>
    </w:rPr>
  </w:style>
  <w:style w:type="paragraph" w:styleId="Tytu">
    <w:name w:val="Title"/>
    <w:basedOn w:val="Normalny"/>
    <w:next w:val="Normalny"/>
    <w:link w:val="TytuZnak"/>
    <w:uiPriority w:val="10"/>
    <w:qFormat/>
    <w:rsid w:val="00CA2E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A2E3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A2E3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A2E3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A2E3F"/>
    <w:pPr>
      <w:spacing w:before="160"/>
      <w:jc w:val="center"/>
    </w:pPr>
    <w:rPr>
      <w:i/>
      <w:iCs/>
      <w:color w:val="404040" w:themeColor="text1" w:themeTint="BF"/>
    </w:rPr>
  </w:style>
  <w:style w:type="character" w:customStyle="1" w:styleId="CytatZnak">
    <w:name w:val="Cytat Znak"/>
    <w:basedOn w:val="Domylnaczcionkaakapitu"/>
    <w:link w:val="Cytat"/>
    <w:uiPriority w:val="29"/>
    <w:rsid w:val="00CA2E3F"/>
    <w:rPr>
      <w:i/>
      <w:iCs/>
      <w:color w:val="404040" w:themeColor="text1" w:themeTint="BF"/>
    </w:rPr>
  </w:style>
  <w:style w:type="paragraph" w:styleId="Akapitzlist">
    <w:name w:val="List Paragraph"/>
    <w:basedOn w:val="Normalny"/>
    <w:uiPriority w:val="34"/>
    <w:qFormat/>
    <w:rsid w:val="00CA2E3F"/>
    <w:pPr>
      <w:ind w:left="720"/>
      <w:contextualSpacing/>
    </w:pPr>
  </w:style>
  <w:style w:type="character" w:styleId="Wyrnienieintensywne">
    <w:name w:val="Intense Emphasis"/>
    <w:basedOn w:val="Domylnaczcionkaakapitu"/>
    <w:uiPriority w:val="21"/>
    <w:qFormat/>
    <w:rsid w:val="00CA2E3F"/>
    <w:rPr>
      <w:i/>
      <w:iCs/>
      <w:color w:val="0F4761" w:themeColor="accent1" w:themeShade="BF"/>
    </w:rPr>
  </w:style>
  <w:style w:type="paragraph" w:styleId="Cytatintensywny">
    <w:name w:val="Intense Quote"/>
    <w:basedOn w:val="Normalny"/>
    <w:next w:val="Normalny"/>
    <w:link w:val="CytatintensywnyZnak"/>
    <w:uiPriority w:val="30"/>
    <w:qFormat/>
    <w:rsid w:val="00CA2E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A2E3F"/>
    <w:rPr>
      <w:i/>
      <w:iCs/>
      <w:color w:val="0F4761" w:themeColor="accent1" w:themeShade="BF"/>
    </w:rPr>
  </w:style>
  <w:style w:type="character" w:styleId="Odwoanieintensywne">
    <w:name w:val="Intense Reference"/>
    <w:basedOn w:val="Domylnaczcionkaakapitu"/>
    <w:uiPriority w:val="32"/>
    <w:qFormat/>
    <w:rsid w:val="00CA2E3F"/>
    <w:rPr>
      <w:b/>
      <w:bCs/>
      <w:smallCaps/>
      <w:color w:val="0F4761" w:themeColor="accent1" w:themeShade="BF"/>
      <w:spacing w:val="5"/>
    </w:rPr>
  </w:style>
  <w:style w:type="paragraph" w:styleId="Nagwek">
    <w:name w:val="header"/>
    <w:basedOn w:val="Normalny"/>
    <w:link w:val="NagwekZnak"/>
    <w:uiPriority w:val="99"/>
    <w:unhideWhenUsed/>
    <w:rsid w:val="00CA2E3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CA2E3F"/>
    <w:rPr>
      <w:rFonts w:ascii="Calibri" w:eastAsiaTheme="minorEastAsia" w:hAnsi="Calibri"/>
      <w:color w:val="202124"/>
      <w:kern w:val="0"/>
      <w:sz w:val="21"/>
      <w:szCs w:val="22"/>
      <w:lang w:val="en-US"/>
      <w14:ligatures w14:val="none"/>
    </w:rPr>
  </w:style>
  <w:style w:type="paragraph" w:styleId="Stopka">
    <w:name w:val="footer"/>
    <w:basedOn w:val="Normalny"/>
    <w:link w:val="StopkaZnak"/>
    <w:uiPriority w:val="99"/>
    <w:unhideWhenUsed/>
    <w:rsid w:val="00CA2E3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CA2E3F"/>
    <w:rPr>
      <w:rFonts w:ascii="Calibri" w:eastAsiaTheme="minorEastAsia" w:hAnsi="Calibri"/>
      <w:color w:val="202124"/>
      <w:kern w:val="0"/>
      <w:sz w:val="21"/>
      <w:szCs w:val="22"/>
      <w:lang w:val="en-US"/>
      <w14:ligatures w14:val="none"/>
    </w:rPr>
  </w:style>
  <w:style w:type="paragraph" w:styleId="Bezodstpw">
    <w:name w:val="No Spacing"/>
    <w:uiPriority w:val="1"/>
    <w:qFormat/>
    <w:rsid w:val="00CA2E3F"/>
    <w:pPr>
      <w:spacing w:after="0" w:line="240" w:lineRule="auto"/>
    </w:pPr>
    <w:rPr>
      <w:rFonts w:eastAsiaTheme="minorEastAsia"/>
      <w:kern w:val="0"/>
      <w:sz w:val="22"/>
      <w:szCs w:val="22"/>
      <w:lang w:val="en-US"/>
      <w14:ligatures w14:val="none"/>
    </w:rPr>
  </w:style>
  <w:style w:type="paragraph" w:styleId="Tekstpodstawowy">
    <w:name w:val="Body Text"/>
    <w:basedOn w:val="Normalny"/>
    <w:link w:val="TekstpodstawowyZnak"/>
    <w:uiPriority w:val="99"/>
    <w:unhideWhenUsed/>
    <w:rsid w:val="00CA2E3F"/>
  </w:style>
  <w:style w:type="character" w:customStyle="1" w:styleId="TekstpodstawowyZnak">
    <w:name w:val="Tekst podstawowy Znak"/>
    <w:basedOn w:val="Domylnaczcionkaakapitu"/>
    <w:link w:val="Tekstpodstawowy"/>
    <w:uiPriority w:val="99"/>
    <w:rsid w:val="00CA2E3F"/>
    <w:rPr>
      <w:rFonts w:ascii="Calibri" w:eastAsiaTheme="minorEastAsia" w:hAnsi="Calibri"/>
      <w:color w:val="202124"/>
      <w:kern w:val="0"/>
      <w:sz w:val="21"/>
      <w:szCs w:val="22"/>
      <w:lang w:val="en-US"/>
      <w14:ligatures w14:val="none"/>
    </w:rPr>
  </w:style>
  <w:style w:type="paragraph" w:styleId="Tekstpodstawowy2">
    <w:name w:val="Body Text 2"/>
    <w:basedOn w:val="Normalny"/>
    <w:link w:val="Tekstpodstawowy2Znak"/>
    <w:uiPriority w:val="99"/>
    <w:unhideWhenUsed/>
    <w:rsid w:val="00CA2E3F"/>
    <w:pPr>
      <w:spacing w:line="480" w:lineRule="auto"/>
    </w:pPr>
  </w:style>
  <w:style w:type="character" w:customStyle="1" w:styleId="Tekstpodstawowy2Znak">
    <w:name w:val="Tekst podstawowy 2 Znak"/>
    <w:basedOn w:val="Domylnaczcionkaakapitu"/>
    <w:link w:val="Tekstpodstawowy2"/>
    <w:uiPriority w:val="99"/>
    <w:rsid w:val="00CA2E3F"/>
    <w:rPr>
      <w:rFonts w:ascii="Calibri" w:eastAsiaTheme="minorEastAsia" w:hAnsi="Calibri"/>
      <w:color w:val="202124"/>
      <w:kern w:val="0"/>
      <w:sz w:val="21"/>
      <w:szCs w:val="22"/>
      <w:lang w:val="en-US"/>
      <w14:ligatures w14:val="none"/>
    </w:rPr>
  </w:style>
  <w:style w:type="paragraph" w:styleId="Tekstpodstawowy3">
    <w:name w:val="Body Text 3"/>
    <w:basedOn w:val="Normalny"/>
    <w:link w:val="Tekstpodstawowy3Znak"/>
    <w:uiPriority w:val="99"/>
    <w:unhideWhenUsed/>
    <w:rsid w:val="00CA2E3F"/>
    <w:rPr>
      <w:sz w:val="16"/>
      <w:szCs w:val="16"/>
    </w:rPr>
  </w:style>
  <w:style w:type="character" w:customStyle="1" w:styleId="Tekstpodstawowy3Znak">
    <w:name w:val="Tekst podstawowy 3 Znak"/>
    <w:basedOn w:val="Domylnaczcionkaakapitu"/>
    <w:link w:val="Tekstpodstawowy3"/>
    <w:uiPriority w:val="99"/>
    <w:rsid w:val="00CA2E3F"/>
    <w:rPr>
      <w:rFonts w:ascii="Calibri" w:eastAsiaTheme="minorEastAsia" w:hAnsi="Calibri"/>
      <w:color w:val="202124"/>
      <w:kern w:val="0"/>
      <w:sz w:val="16"/>
      <w:szCs w:val="16"/>
      <w:lang w:val="en-US"/>
      <w14:ligatures w14:val="none"/>
    </w:rPr>
  </w:style>
  <w:style w:type="paragraph" w:styleId="Lista">
    <w:name w:val="List"/>
    <w:basedOn w:val="Normalny"/>
    <w:uiPriority w:val="99"/>
    <w:unhideWhenUsed/>
    <w:rsid w:val="00CA2E3F"/>
    <w:pPr>
      <w:ind w:left="360" w:hanging="360"/>
      <w:contextualSpacing/>
    </w:pPr>
  </w:style>
  <w:style w:type="paragraph" w:styleId="Lista2">
    <w:name w:val="List 2"/>
    <w:basedOn w:val="Normalny"/>
    <w:uiPriority w:val="99"/>
    <w:unhideWhenUsed/>
    <w:rsid w:val="00CA2E3F"/>
    <w:pPr>
      <w:ind w:left="720" w:hanging="360"/>
      <w:contextualSpacing/>
    </w:pPr>
  </w:style>
  <w:style w:type="paragraph" w:styleId="Lista3">
    <w:name w:val="List 3"/>
    <w:basedOn w:val="Normalny"/>
    <w:uiPriority w:val="99"/>
    <w:unhideWhenUsed/>
    <w:rsid w:val="00CA2E3F"/>
    <w:pPr>
      <w:ind w:left="1080" w:hanging="360"/>
      <w:contextualSpacing/>
    </w:pPr>
  </w:style>
  <w:style w:type="paragraph" w:styleId="Listapunktowana">
    <w:name w:val="List Bullet"/>
    <w:basedOn w:val="Normalny"/>
    <w:uiPriority w:val="99"/>
    <w:unhideWhenUsed/>
    <w:rsid w:val="00CA2E3F"/>
    <w:pPr>
      <w:numPr>
        <w:numId w:val="1"/>
      </w:numPr>
      <w:tabs>
        <w:tab w:val="clear" w:pos="360"/>
      </w:tabs>
      <w:spacing w:after="80"/>
      <w:ind w:left="0" w:firstLine="0"/>
      <w:contextualSpacing/>
    </w:pPr>
  </w:style>
  <w:style w:type="paragraph" w:styleId="Listapunktowana2">
    <w:name w:val="List Bullet 2"/>
    <w:basedOn w:val="Normalny"/>
    <w:uiPriority w:val="99"/>
    <w:unhideWhenUsed/>
    <w:rsid w:val="00CA2E3F"/>
    <w:pPr>
      <w:numPr>
        <w:numId w:val="2"/>
      </w:numPr>
      <w:tabs>
        <w:tab w:val="clear" w:pos="720"/>
      </w:tabs>
      <w:ind w:left="0" w:firstLine="0"/>
      <w:contextualSpacing/>
    </w:pPr>
  </w:style>
  <w:style w:type="paragraph" w:styleId="Listapunktowana3">
    <w:name w:val="List Bullet 3"/>
    <w:basedOn w:val="Normalny"/>
    <w:uiPriority w:val="99"/>
    <w:unhideWhenUsed/>
    <w:rsid w:val="00CA2E3F"/>
    <w:pPr>
      <w:numPr>
        <w:numId w:val="3"/>
      </w:numPr>
      <w:tabs>
        <w:tab w:val="clear" w:pos="1080"/>
      </w:tabs>
      <w:ind w:left="0" w:firstLine="0"/>
      <w:contextualSpacing/>
    </w:pPr>
  </w:style>
  <w:style w:type="paragraph" w:styleId="Listanumerowana">
    <w:name w:val="List Number"/>
    <w:basedOn w:val="Normalny"/>
    <w:uiPriority w:val="99"/>
    <w:unhideWhenUsed/>
    <w:rsid w:val="00CA2E3F"/>
    <w:pPr>
      <w:numPr>
        <w:numId w:val="5"/>
      </w:numPr>
      <w:tabs>
        <w:tab w:val="clear" w:pos="360"/>
      </w:tabs>
      <w:spacing w:after="80"/>
      <w:ind w:left="0" w:firstLine="0"/>
      <w:contextualSpacing/>
    </w:pPr>
  </w:style>
  <w:style w:type="paragraph" w:styleId="Listanumerowana2">
    <w:name w:val="List Number 2"/>
    <w:basedOn w:val="Normalny"/>
    <w:uiPriority w:val="99"/>
    <w:unhideWhenUsed/>
    <w:rsid w:val="00CA2E3F"/>
    <w:pPr>
      <w:numPr>
        <w:numId w:val="6"/>
      </w:numPr>
      <w:tabs>
        <w:tab w:val="clear" w:pos="720"/>
      </w:tabs>
      <w:ind w:left="0" w:firstLine="0"/>
      <w:contextualSpacing/>
    </w:pPr>
  </w:style>
  <w:style w:type="paragraph" w:styleId="Listanumerowana3">
    <w:name w:val="List Number 3"/>
    <w:basedOn w:val="Normalny"/>
    <w:uiPriority w:val="99"/>
    <w:unhideWhenUsed/>
    <w:rsid w:val="00CA2E3F"/>
    <w:pPr>
      <w:numPr>
        <w:numId w:val="7"/>
      </w:numPr>
      <w:tabs>
        <w:tab w:val="clear" w:pos="1080"/>
      </w:tabs>
      <w:ind w:left="0" w:firstLine="0"/>
      <w:contextualSpacing/>
    </w:pPr>
  </w:style>
  <w:style w:type="paragraph" w:styleId="Lista-kontynuacja">
    <w:name w:val="List Continue"/>
    <w:basedOn w:val="Normalny"/>
    <w:uiPriority w:val="99"/>
    <w:unhideWhenUsed/>
    <w:rsid w:val="00CA2E3F"/>
    <w:pPr>
      <w:ind w:left="360"/>
      <w:contextualSpacing/>
    </w:pPr>
  </w:style>
  <w:style w:type="paragraph" w:styleId="Lista-kontynuacja2">
    <w:name w:val="List Continue 2"/>
    <w:basedOn w:val="Normalny"/>
    <w:uiPriority w:val="99"/>
    <w:unhideWhenUsed/>
    <w:rsid w:val="00CA2E3F"/>
    <w:pPr>
      <w:ind w:left="720"/>
      <w:contextualSpacing/>
    </w:pPr>
  </w:style>
  <w:style w:type="paragraph" w:styleId="Lista-kontynuacja3">
    <w:name w:val="List Continue 3"/>
    <w:basedOn w:val="Normalny"/>
    <w:uiPriority w:val="99"/>
    <w:unhideWhenUsed/>
    <w:rsid w:val="00CA2E3F"/>
    <w:pPr>
      <w:ind w:left="1080"/>
      <w:contextualSpacing/>
    </w:pPr>
  </w:style>
  <w:style w:type="paragraph" w:styleId="Tekstmakra">
    <w:name w:val="macro"/>
    <w:link w:val="TekstmakraZnak"/>
    <w:uiPriority w:val="99"/>
    <w:unhideWhenUsed/>
    <w:rsid w:val="00CA2E3F"/>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kern w:val="0"/>
      <w:sz w:val="20"/>
      <w:szCs w:val="20"/>
      <w:lang w:val="en-US"/>
      <w14:ligatures w14:val="none"/>
    </w:rPr>
  </w:style>
  <w:style w:type="character" w:customStyle="1" w:styleId="TekstmakraZnak">
    <w:name w:val="Tekst makra Znak"/>
    <w:basedOn w:val="Domylnaczcionkaakapitu"/>
    <w:link w:val="Tekstmakra"/>
    <w:uiPriority w:val="99"/>
    <w:rsid w:val="00CA2E3F"/>
    <w:rPr>
      <w:rFonts w:ascii="Courier" w:eastAsiaTheme="minorEastAsia" w:hAnsi="Courier"/>
      <w:kern w:val="0"/>
      <w:sz w:val="20"/>
      <w:szCs w:val="20"/>
      <w:lang w:val="en-US"/>
      <w14:ligatures w14:val="none"/>
    </w:rPr>
  </w:style>
  <w:style w:type="paragraph" w:styleId="Legenda">
    <w:name w:val="caption"/>
    <w:basedOn w:val="Normalny"/>
    <w:next w:val="Normalny"/>
    <w:uiPriority w:val="35"/>
    <w:semiHidden/>
    <w:unhideWhenUsed/>
    <w:qFormat/>
    <w:rsid w:val="00CA2E3F"/>
    <w:pPr>
      <w:spacing w:line="240" w:lineRule="auto"/>
    </w:pPr>
    <w:rPr>
      <w:b/>
      <w:bCs/>
      <w:color w:val="156082" w:themeColor="accent1"/>
      <w:sz w:val="18"/>
      <w:szCs w:val="18"/>
    </w:rPr>
  </w:style>
  <w:style w:type="character" w:styleId="Pogrubienie">
    <w:name w:val="Strong"/>
    <w:basedOn w:val="Domylnaczcionkaakapitu"/>
    <w:uiPriority w:val="22"/>
    <w:qFormat/>
    <w:rsid w:val="00CA2E3F"/>
    <w:rPr>
      <w:b/>
      <w:bCs/>
    </w:rPr>
  </w:style>
  <w:style w:type="character" w:styleId="Uwydatnienie">
    <w:name w:val="Emphasis"/>
    <w:basedOn w:val="Domylnaczcionkaakapitu"/>
    <w:uiPriority w:val="20"/>
    <w:qFormat/>
    <w:rsid w:val="00CA2E3F"/>
    <w:rPr>
      <w:i/>
      <w:iCs/>
    </w:rPr>
  </w:style>
  <w:style w:type="character" w:styleId="Wyrnieniedelikatne">
    <w:name w:val="Subtle Emphasis"/>
    <w:basedOn w:val="Domylnaczcionkaakapitu"/>
    <w:uiPriority w:val="19"/>
    <w:qFormat/>
    <w:rsid w:val="00CA2E3F"/>
    <w:rPr>
      <w:i/>
      <w:iCs/>
      <w:color w:val="808080" w:themeColor="text1" w:themeTint="7F"/>
    </w:rPr>
  </w:style>
  <w:style w:type="character" w:styleId="Odwoaniedelikatne">
    <w:name w:val="Subtle Reference"/>
    <w:basedOn w:val="Domylnaczcionkaakapitu"/>
    <w:uiPriority w:val="31"/>
    <w:qFormat/>
    <w:rsid w:val="00CA2E3F"/>
    <w:rPr>
      <w:smallCaps/>
      <w:color w:val="E97132" w:themeColor="accent2"/>
      <w:u w:val="single"/>
    </w:rPr>
  </w:style>
  <w:style w:type="character" w:styleId="Tytuksiki">
    <w:name w:val="Book Title"/>
    <w:basedOn w:val="Domylnaczcionkaakapitu"/>
    <w:uiPriority w:val="33"/>
    <w:qFormat/>
    <w:rsid w:val="00CA2E3F"/>
    <w:rPr>
      <w:b/>
      <w:bCs/>
      <w:smallCaps/>
      <w:spacing w:val="5"/>
    </w:rPr>
  </w:style>
  <w:style w:type="paragraph" w:styleId="Nagwekspisutreci">
    <w:name w:val="TOC Heading"/>
    <w:basedOn w:val="Nagwek1"/>
    <w:next w:val="Normalny"/>
    <w:uiPriority w:val="39"/>
    <w:semiHidden/>
    <w:unhideWhenUsed/>
    <w:qFormat/>
    <w:rsid w:val="00CA2E3F"/>
    <w:pPr>
      <w:spacing w:before="320" w:after="160"/>
      <w:outlineLvl w:val="9"/>
    </w:pPr>
    <w:rPr>
      <w:b/>
      <w:bCs/>
      <w:color w:val="2E74B5"/>
      <w:sz w:val="32"/>
      <w:szCs w:val="28"/>
    </w:rPr>
  </w:style>
  <w:style w:type="table" w:styleId="Tabela-Siatka">
    <w:name w:val="Table Grid"/>
    <w:basedOn w:val="Standardowy"/>
    <w:uiPriority w:val="59"/>
    <w:rsid w:val="00CA2E3F"/>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CA2E3F"/>
    <w:pPr>
      <w:spacing w:after="0" w:line="240" w:lineRule="auto"/>
    </w:pPr>
    <w:rPr>
      <w:rFonts w:eastAsiaTheme="minorEastAsia"/>
      <w:color w:val="000000" w:themeColor="text1" w:themeShade="BF"/>
      <w:kern w:val="0"/>
      <w:sz w:val="22"/>
      <w:szCs w:val="22"/>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CA2E3F"/>
    <w:pPr>
      <w:spacing w:after="0" w:line="240" w:lineRule="auto"/>
    </w:pPr>
    <w:rPr>
      <w:rFonts w:eastAsiaTheme="minorEastAsia"/>
      <w:color w:val="0F4761" w:themeColor="accent1" w:themeShade="BF"/>
      <w:kern w:val="0"/>
      <w:sz w:val="22"/>
      <w:szCs w:val="22"/>
      <w:lang w:val="en-US"/>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Jasnecieniowanieakcent2">
    <w:name w:val="Light Shading Accent 2"/>
    <w:basedOn w:val="Standardowy"/>
    <w:uiPriority w:val="60"/>
    <w:rsid w:val="00CA2E3F"/>
    <w:pPr>
      <w:spacing w:after="0" w:line="240" w:lineRule="auto"/>
    </w:pPr>
    <w:rPr>
      <w:rFonts w:eastAsiaTheme="minorEastAsia"/>
      <w:color w:val="BF4E14" w:themeColor="accent2" w:themeShade="BF"/>
      <w:kern w:val="0"/>
      <w:sz w:val="22"/>
      <w:szCs w:val="22"/>
      <w:lang w:val="en-US"/>
      <w14:ligatures w14:val="none"/>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Jasnecieniowanieakcent3">
    <w:name w:val="Light Shading Accent 3"/>
    <w:basedOn w:val="Standardowy"/>
    <w:uiPriority w:val="60"/>
    <w:rsid w:val="00CA2E3F"/>
    <w:pPr>
      <w:spacing w:after="0" w:line="240" w:lineRule="auto"/>
    </w:pPr>
    <w:rPr>
      <w:rFonts w:eastAsiaTheme="minorEastAsia"/>
      <w:color w:val="124F1A" w:themeColor="accent3" w:themeShade="BF"/>
      <w:kern w:val="0"/>
      <w:sz w:val="22"/>
      <w:szCs w:val="22"/>
      <w:lang w:val="en-US"/>
      <w14:ligatures w14:val="none"/>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Jasnecieniowanieakcent4">
    <w:name w:val="Light Shading Accent 4"/>
    <w:basedOn w:val="Standardowy"/>
    <w:uiPriority w:val="60"/>
    <w:rsid w:val="00CA2E3F"/>
    <w:pPr>
      <w:spacing w:after="0" w:line="240" w:lineRule="auto"/>
    </w:pPr>
    <w:rPr>
      <w:rFonts w:eastAsiaTheme="minorEastAsia"/>
      <w:color w:val="0B769F" w:themeColor="accent4" w:themeShade="BF"/>
      <w:kern w:val="0"/>
      <w:sz w:val="22"/>
      <w:szCs w:val="22"/>
      <w:lang w:val="en-US"/>
      <w14:ligatures w14:val="none"/>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Jasnecieniowanieakcent5">
    <w:name w:val="Light Shading Accent 5"/>
    <w:basedOn w:val="Standardowy"/>
    <w:uiPriority w:val="60"/>
    <w:rsid w:val="00CA2E3F"/>
    <w:pPr>
      <w:spacing w:after="0" w:line="240" w:lineRule="auto"/>
    </w:pPr>
    <w:rPr>
      <w:rFonts w:eastAsiaTheme="minorEastAsia"/>
      <w:color w:val="77206D" w:themeColor="accent5" w:themeShade="BF"/>
      <w:kern w:val="0"/>
      <w:sz w:val="22"/>
      <w:szCs w:val="22"/>
      <w:lang w:val="en-US"/>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Jasnecieniowanieakcent6">
    <w:name w:val="Light Shading Accent 6"/>
    <w:basedOn w:val="Standardowy"/>
    <w:uiPriority w:val="60"/>
    <w:rsid w:val="00CA2E3F"/>
    <w:pPr>
      <w:spacing w:after="0" w:line="240" w:lineRule="auto"/>
    </w:pPr>
    <w:rPr>
      <w:rFonts w:eastAsiaTheme="minorEastAsia"/>
      <w:color w:val="3A7C22" w:themeColor="accent6" w:themeShade="BF"/>
      <w:kern w:val="0"/>
      <w:sz w:val="22"/>
      <w:szCs w:val="22"/>
      <w:lang w:val="en-US"/>
      <w14:ligatures w14:val="none"/>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Jasnalista">
    <w:name w:val="Light List"/>
    <w:basedOn w:val="Standardowy"/>
    <w:uiPriority w:val="61"/>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Jasnalistaakcent2">
    <w:name w:val="Light List Accent 2"/>
    <w:basedOn w:val="Standardowy"/>
    <w:uiPriority w:val="61"/>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Jasnalistaakcent3">
    <w:name w:val="Light List Accent 3"/>
    <w:basedOn w:val="Standardowy"/>
    <w:uiPriority w:val="61"/>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Jasnalistaakcent4">
    <w:name w:val="Light List Accent 4"/>
    <w:basedOn w:val="Standardowy"/>
    <w:uiPriority w:val="61"/>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Jasnalistaakcent5">
    <w:name w:val="Light List Accent 5"/>
    <w:basedOn w:val="Standardowy"/>
    <w:uiPriority w:val="61"/>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Jasnalistaakcent6">
    <w:name w:val="Light List Accent 6"/>
    <w:basedOn w:val="Standardowy"/>
    <w:uiPriority w:val="61"/>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Jasnasiatka">
    <w:name w:val="Light Grid"/>
    <w:basedOn w:val="Standardowy"/>
    <w:uiPriority w:val="62"/>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Jasnasiatkaakcent2">
    <w:name w:val="Light Grid Accent 2"/>
    <w:basedOn w:val="Standardowy"/>
    <w:uiPriority w:val="62"/>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Jasnasiatkaakcent3">
    <w:name w:val="Light Grid Accent 3"/>
    <w:basedOn w:val="Standardowy"/>
    <w:uiPriority w:val="62"/>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Jasnasiatkaakcent4">
    <w:name w:val="Light Grid Accent 4"/>
    <w:basedOn w:val="Standardowy"/>
    <w:uiPriority w:val="62"/>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Jasnasiatkaakcent5">
    <w:name w:val="Light Grid Accent 5"/>
    <w:basedOn w:val="Standardowy"/>
    <w:uiPriority w:val="62"/>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Jasnasiatkaakcent6">
    <w:name w:val="Light Grid Accent 6"/>
    <w:basedOn w:val="Standardowy"/>
    <w:uiPriority w:val="62"/>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redniecieniowanie1">
    <w:name w:val="Medium Shading 1"/>
    <w:basedOn w:val="Standardowy"/>
    <w:uiPriority w:val="63"/>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rednialista1akcent2">
    <w:name w:val="Medium List 1 Accent 2"/>
    <w:basedOn w:val="Standardowy"/>
    <w:uiPriority w:val="65"/>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rednialista1akcent3">
    <w:name w:val="Medium List 1 Accent 3"/>
    <w:basedOn w:val="Standardowy"/>
    <w:uiPriority w:val="65"/>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rednialista1akcent4">
    <w:name w:val="Medium List 1 Accent 4"/>
    <w:basedOn w:val="Standardowy"/>
    <w:uiPriority w:val="65"/>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rednialista1akcent5">
    <w:name w:val="Medium List 1 Accent 5"/>
    <w:basedOn w:val="Standardowy"/>
    <w:uiPriority w:val="65"/>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rednialista1akcent6">
    <w:name w:val="Medium List 1 Accent 6"/>
    <w:basedOn w:val="Standardowy"/>
    <w:uiPriority w:val="65"/>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rednialista2">
    <w:name w:val="Medium List 2"/>
    <w:basedOn w:val="Standardowy"/>
    <w:uiPriority w:val="66"/>
    <w:rsid w:val="00CA2E3F"/>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A2E3F"/>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A2E3F"/>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A2E3F"/>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A2E3F"/>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A2E3F"/>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A2E3F"/>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redniasiatka1akcent2">
    <w:name w:val="Medium Grid 1 Accent 2"/>
    <w:basedOn w:val="Standardowy"/>
    <w:uiPriority w:val="67"/>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redniasiatka1akcent3">
    <w:name w:val="Medium Grid 1 Accent 3"/>
    <w:basedOn w:val="Standardowy"/>
    <w:uiPriority w:val="67"/>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redniasiatka1akcent4">
    <w:name w:val="Medium Grid 1 Accent 4"/>
    <w:basedOn w:val="Standardowy"/>
    <w:uiPriority w:val="67"/>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redniasiatka1akcent5">
    <w:name w:val="Medium Grid 1 Accent 5"/>
    <w:basedOn w:val="Standardowy"/>
    <w:uiPriority w:val="67"/>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redniasiatka1akcent6">
    <w:name w:val="Medium Grid 1 Accent 6"/>
    <w:basedOn w:val="Standardowy"/>
    <w:uiPriority w:val="67"/>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redniasiatka2">
    <w:name w:val="Medium Grid 2"/>
    <w:basedOn w:val="Standardowy"/>
    <w:uiPriority w:val="68"/>
    <w:rsid w:val="00CA2E3F"/>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A2E3F"/>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A2E3F"/>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A2E3F"/>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A2E3F"/>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A2E3F"/>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A2E3F"/>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redniasiatka3akcent2">
    <w:name w:val="Medium Grid 3 Accent 2"/>
    <w:basedOn w:val="Standardowy"/>
    <w:uiPriority w:val="69"/>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redniasiatka3akcent3">
    <w:name w:val="Medium Grid 3 Accent 3"/>
    <w:basedOn w:val="Standardowy"/>
    <w:uiPriority w:val="69"/>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redniasiatka3akcent4">
    <w:name w:val="Medium Grid 3 Accent 4"/>
    <w:basedOn w:val="Standardowy"/>
    <w:uiPriority w:val="69"/>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redniasiatka3akcent5">
    <w:name w:val="Medium Grid 3 Accent 5"/>
    <w:basedOn w:val="Standardowy"/>
    <w:uiPriority w:val="69"/>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redniasiatka3akcent6">
    <w:name w:val="Medium Grid 3 Accent 6"/>
    <w:basedOn w:val="Standardowy"/>
    <w:uiPriority w:val="69"/>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Ciemnalista">
    <w:name w:val="Dark List"/>
    <w:basedOn w:val="Standardowy"/>
    <w:uiPriority w:val="70"/>
    <w:rsid w:val="00CA2E3F"/>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A2E3F"/>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Ciemnalistaakcent2">
    <w:name w:val="Dark List Accent 2"/>
    <w:basedOn w:val="Standardowy"/>
    <w:uiPriority w:val="70"/>
    <w:rsid w:val="00CA2E3F"/>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Ciemnalistaakcent3">
    <w:name w:val="Dark List Accent 3"/>
    <w:basedOn w:val="Standardowy"/>
    <w:uiPriority w:val="70"/>
    <w:rsid w:val="00CA2E3F"/>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Ciemnalistaakcent4">
    <w:name w:val="Dark List Accent 4"/>
    <w:basedOn w:val="Standardowy"/>
    <w:uiPriority w:val="70"/>
    <w:rsid w:val="00CA2E3F"/>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Ciemnalistaakcent5">
    <w:name w:val="Dark List Accent 5"/>
    <w:basedOn w:val="Standardowy"/>
    <w:uiPriority w:val="70"/>
    <w:rsid w:val="00CA2E3F"/>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Ciemnalistaakcent6">
    <w:name w:val="Dark List Accent 6"/>
    <w:basedOn w:val="Standardowy"/>
    <w:uiPriority w:val="70"/>
    <w:rsid w:val="00CA2E3F"/>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Kolorowecieniowanie">
    <w:name w:val="Colorful Shading"/>
    <w:basedOn w:val="Standardowy"/>
    <w:uiPriority w:val="71"/>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Kolorowecieniowanieakcent4">
    <w:name w:val="Colorful Shading Accent 4"/>
    <w:basedOn w:val="Standardowy"/>
    <w:uiPriority w:val="71"/>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Kolorowalistaakcent2">
    <w:name w:val="Colorful List Accent 2"/>
    <w:basedOn w:val="Standardowy"/>
    <w:uiPriority w:val="72"/>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Kolorowalistaakcent3">
    <w:name w:val="Colorful List Accent 3"/>
    <w:basedOn w:val="Standardowy"/>
    <w:uiPriority w:val="72"/>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Kolorowalistaakcent4">
    <w:name w:val="Colorful List Accent 4"/>
    <w:basedOn w:val="Standardowy"/>
    <w:uiPriority w:val="72"/>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Kolorowalistaakcent5">
    <w:name w:val="Colorful List Accent 5"/>
    <w:basedOn w:val="Standardowy"/>
    <w:uiPriority w:val="72"/>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Kolorowalistaakcent6">
    <w:name w:val="Colorful List Accent 6"/>
    <w:basedOn w:val="Standardowy"/>
    <w:uiPriority w:val="72"/>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Kolorowasiatka">
    <w:name w:val="Colorful Grid"/>
    <w:basedOn w:val="Standardowy"/>
    <w:uiPriority w:val="73"/>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Kolorowasiatkaakcent2">
    <w:name w:val="Colorful Grid Accent 2"/>
    <w:basedOn w:val="Standardowy"/>
    <w:uiPriority w:val="73"/>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Kolorowasiatkaakcent3">
    <w:name w:val="Colorful Grid Accent 3"/>
    <w:basedOn w:val="Standardowy"/>
    <w:uiPriority w:val="73"/>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Kolorowasiatkaakcent4">
    <w:name w:val="Colorful Grid Accent 4"/>
    <w:basedOn w:val="Standardowy"/>
    <w:uiPriority w:val="73"/>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Kolorowasiatkaakcent5">
    <w:name w:val="Colorful Grid Accent 5"/>
    <w:basedOn w:val="Standardowy"/>
    <w:uiPriority w:val="73"/>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Kolorowasiatkaakcent6">
    <w:name w:val="Colorful Grid Accent 6"/>
    <w:basedOn w:val="Standardowy"/>
    <w:uiPriority w:val="73"/>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ECA6C4-039D-49F2-A842-57EF2DAF5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16</Pages>
  <Words>3261</Words>
  <Characters>19572</Characters>
  <Application>Microsoft Office Word</Application>
  <DocSecurity>0</DocSecurity>
  <Lines>163</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Hurt Mazur</dc:creator>
  <cp:keywords/>
  <dc:description/>
  <cp:lastModifiedBy>Hurt Mazur</cp:lastModifiedBy>
  <cp:revision>9</cp:revision>
  <dcterms:created xsi:type="dcterms:W3CDTF">2026-08-09T14:02:00Z</dcterms:created>
  <dcterms:modified xsi:type="dcterms:W3CDTF">2026-08-10T15:01:00Z</dcterms:modified>
</cp:coreProperties>
</file>