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ADCA" w14:textId="77777777" w:rsidR="00361279" w:rsidRPr="00A4366F" w:rsidRDefault="00E359F1">
      <w:pPr>
        <w:jc w:val="right"/>
        <w:rPr>
          <w:lang w:val="pl-PL"/>
        </w:rPr>
      </w:pPr>
      <w:r w:rsidRPr="00A4366F">
        <w:rPr>
          <w:i/>
          <w:sz w:val="18"/>
          <w:lang w:val="pl-PL"/>
        </w:rPr>
        <w:t xml:space="preserve">Załącznik nr </w:t>
      </w:r>
      <w:r w:rsidR="00B653B3" w:rsidRPr="00A4366F">
        <w:rPr>
          <w:i/>
          <w:sz w:val="18"/>
          <w:lang w:val="pl-PL"/>
        </w:rPr>
        <w:t>1</w:t>
      </w:r>
      <w:r w:rsidRPr="00A4366F">
        <w:rPr>
          <w:i/>
          <w:sz w:val="18"/>
          <w:lang w:val="pl-PL"/>
        </w:rPr>
        <w:t xml:space="preserve"> do SWZ</w:t>
      </w:r>
    </w:p>
    <w:p w14:paraId="3221EAD0" w14:textId="2DB52E18" w:rsidR="00361279" w:rsidRPr="00A4366F" w:rsidRDefault="00E359F1">
      <w:pPr>
        <w:pStyle w:val="Tytu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color w:val="auto"/>
          <w:sz w:val="24"/>
          <w:szCs w:val="24"/>
          <w:lang w:val="pl-PL"/>
        </w:rPr>
        <w:t>FORMULARZ OFERTY</w:t>
      </w:r>
      <w:r w:rsidR="00A4366F" w:rsidRPr="00A4366F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5A39EB87" w14:textId="77777777" w:rsidR="00361279" w:rsidRPr="00A4366F" w:rsidRDefault="00E359F1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w postępowaniu o udzielenie zamówienia publicznego na roboty budowlane</w:t>
      </w:r>
    </w:p>
    <w:p w14:paraId="7B0D7C32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Nazwa postępowania: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4F62886B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Numer postępowania: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12184D43" w14:textId="77777777" w:rsidR="00361279" w:rsidRPr="00A4366F" w:rsidRDefault="00E359F1">
      <w:pPr>
        <w:pStyle w:val="Nagwek1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color w:val="auto"/>
          <w:sz w:val="24"/>
          <w:szCs w:val="24"/>
          <w:lang w:val="pl-PL"/>
        </w:rPr>
        <w:t>1. Dane Wykonawcy</w:t>
      </w:r>
    </w:p>
    <w:p w14:paraId="4958B564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Pełna nazwa / firma Wykonawcy: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6B33A40D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Adres siedziby: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3729880D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NIP: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4F5521FB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REGON / KRS (jeżeli dotyczy):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10056A0F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Telefon: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3AC28D0D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Adres e-mail do kontaktu: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54AA1020" w14:textId="77777777" w:rsidR="00361279" w:rsidRPr="00A4366F" w:rsidRDefault="00E359F1">
      <w:pPr>
        <w:pStyle w:val="Nagwek1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color w:val="auto"/>
          <w:sz w:val="24"/>
          <w:szCs w:val="24"/>
          <w:lang w:val="pl-PL"/>
        </w:rPr>
        <w:t>2. Oferta cenowa</w:t>
      </w:r>
    </w:p>
    <w:p w14:paraId="1B3984C1" w14:textId="77777777" w:rsidR="00361279" w:rsidRPr="00A4366F" w:rsidRDefault="00E359F1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Oferujemy wykonanie całego przedmiotu zamówienia zgodnie z SWZ, dokumentacją postępowania oraz projektowanymi postanowieniami umowy za cenę: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361279" w:rsidRPr="000C163B" w14:paraId="47F6684A" w14:textId="77777777">
        <w:trPr>
          <w:jc w:val="center"/>
        </w:trPr>
        <w:tc>
          <w:tcPr>
            <w:tcW w:w="4986" w:type="dxa"/>
            <w:vAlign w:val="center"/>
          </w:tcPr>
          <w:p w14:paraId="08A68D86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4986" w:type="dxa"/>
            <w:vAlign w:val="center"/>
          </w:tcPr>
          <w:p w14:paraId="78900400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____________________________ zł</w:t>
            </w:r>
          </w:p>
        </w:tc>
      </w:tr>
      <w:tr w:rsidR="00361279" w:rsidRPr="000C163B" w14:paraId="733C5060" w14:textId="77777777">
        <w:trPr>
          <w:jc w:val="center"/>
        </w:trPr>
        <w:tc>
          <w:tcPr>
            <w:tcW w:w="4986" w:type="dxa"/>
            <w:vAlign w:val="center"/>
          </w:tcPr>
          <w:p w14:paraId="530BB520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4986" w:type="dxa"/>
            <w:vAlign w:val="center"/>
          </w:tcPr>
          <w:p w14:paraId="03306917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________ % / __________________ zł</w:t>
            </w:r>
          </w:p>
        </w:tc>
      </w:tr>
      <w:tr w:rsidR="00361279" w:rsidRPr="000C163B" w14:paraId="51E4A102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6BE4557B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</w:tc>
        <w:tc>
          <w:tcPr>
            <w:tcW w:w="4986" w:type="dxa"/>
            <w:shd w:val="clear" w:color="auto" w:fill="D9EAF7"/>
            <w:vAlign w:val="center"/>
          </w:tcPr>
          <w:p w14:paraId="31B0421A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 zł</w:t>
            </w:r>
          </w:p>
        </w:tc>
      </w:tr>
    </w:tbl>
    <w:p w14:paraId="4B01A118" w14:textId="77777777" w:rsidR="00361279" w:rsidRPr="000C163B" w:rsidRDefault="00E359F1">
      <w:pPr>
        <w:spacing w:before="100"/>
        <w:rPr>
          <w:rFonts w:ascii="Times New Roman" w:hAnsi="Times New Roman" w:cs="Times New Roman"/>
          <w:sz w:val="24"/>
          <w:szCs w:val="24"/>
        </w:rPr>
      </w:pPr>
      <w:r w:rsidRPr="000C163B">
        <w:rPr>
          <w:rFonts w:ascii="Times New Roman" w:hAnsi="Times New Roman" w:cs="Times New Roman"/>
          <w:b/>
          <w:sz w:val="24"/>
          <w:szCs w:val="24"/>
        </w:rPr>
        <w:t xml:space="preserve">Cena brutto słownie: </w:t>
      </w:r>
      <w:r w:rsidRPr="000C16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8DE79E" w14:textId="77777777" w:rsidR="00361279" w:rsidRPr="000C163B" w:rsidRDefault="00E359F1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0C163B">
        <w:rPr>
          <w:rFonts w:ascii="Times New Roman" w:hAnsi="Times New Roman" w:cs="Times New Roman"/>
          <w:color w:val="auto"/>
          <w:sz w:val="24"/>
          <w:szCs w:val="24"/>
        </w:rPr>
        <w:t>3. Kryterium: okres gwarancji jakości</w:t>
      </w:r>
    </w:p>
    <w:p w14:paraId="16FB6055" w14:textId="77777777" w:rsidR="00361279" w:rsidRPr="00A4366F" w:rsidRDefault="00E359F1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Oferujemy okres gwarancji jakości na wykonane roboty budowlane oraz zastosowane i wbudowane materiały i urządzenia, liczony od dnia odbioru końcowego przedmiotu umowy, w wymiarze:</w:t>
      </w:r>
    </w:p>
    <w:p w14:paraId="44AB5EBE" w14:textId="04DC700C" w:rsidR="00361279" w:rsidRPr="00A4366F" w:rsidRDefault="00E359F1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cs="Times New Roman"/>
          <w:b/>
          <w:sz w:val="24"/>
          <w:szCs w:val="24"/>
          <w:lang w:val="pl-PL"/>
        </w:rPr>
        <w:t>☐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CC3A9F">
        <w:rPr>
          <w:rFonts w:ascii="Times New Roman" w:hAnsi="Times New Roman" w:cs="Times New Roman"/>
          <w:b/>
          <w:sz w:val="24"/>
          <w:szCs w:val="24"/>
          <w:lang w:val="pl-PL"/>
        </w:rPr>
        <w:t xml:space="preserve">48 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miesięcy      </w:t>
      </w:r>
      <w:r w:rsidRPr="00A4366F">
        <w:rPr>
          <w:rFonts w:ascii="Times New Roman" w:cs="Times New Roman"/>
          <w:b/>
          <w:sz w:val="24"/>
          <w:szCs w:val="24"/>
          <w:lang w:val="pl-PL"/>
        </w:rPr>
        <w:t>☐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CC3A9F">
        <w:rPr>
          <w:rFonts w:ascii="Times New Roman" w:hAnsi="Times New Roman" w:cs="Times New Roman"/>
          <w:b/>
          <w:sz w:val="24"/>
          <w:szCs w:val="24"/>
          <w:lang w:val="pl-PL"/>
        </w:rPr>
        <w:t>60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mie</w:t>
      </w:r>
      <w:r w:rsidR="00B653B3" w:rsidRPr="00A4366F">
        <w:rPr>
          <w:rFonts w:ascii="Times New Roman" w:hAnsi="Times New Roman" w:cs="Times New Roman"/>
          <w:b/>
          <w:sz w:val="24"/>
          <w:szCs w:val="24"/>
          <w:lang w:val="pl-PL"/>
        </w:rPr>
        <w:t>siące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</w:t>
      </w:r>
      <w:r w:rsidRPr="00A4366F">
        <w:rPr>
          <w:rFonts w:ascii="Times New Roman" w:cs="Times New Roman"/>
          <w:b/>
          <w:sz w:val="24"/>
          <w:szCs w:val="24"/>
          <w:lang w:val="pl-PL"/>
        </w:rPr>
        <w:t>☐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CC3A9F">
        <w:rPr>
          <w:rFonts w:ascii="Times New Roman" w:hAnsi="Times New Roman" w:cs="Times New Roman"/>
          <w:b/>
          <w:sz w:val="24"/>
          <w:szCs w:val="24"/>
          <w:lang w:val="pl-PL"/>
        </w:rPr>
        <w:t>72</w:t>
      </w: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miesiące</w:t>
      </w:r>
    </w:p>
    <w:p w14:paraId="7D5E6BE5" w14:textId="77777777" w:rsidR="00361279" w:rsidRPr="00A4366F" w:rsidRDefault="00E359F1">
      <w:pPr>
        <w:spacing w:after="4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UWAGA: 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>należy zaznaczyć tylko jeden okres gwarancji. Zasady oceny tego kryterium oraz skutki braku wskazania okresu gwarancji określa SWZ.</w:t>
      </w:r>
    </w:p>
    <w:p w14:paraId="2A5E3E55" w14:textId="77777777" w:rsidR="00361279" w:rsidRPr="000C163B" w:rsidRDefault="00E359F1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0C163B">
        <w:rPr>
          <w:rFonts w:ascii="Times New Roman" w:hAnsi="Times New Roman" w:cs="Times New Roman"/>
          <w:color w:val="auto"/>
          <w:sz w:val="24"/>
          <w:szCs w:val="24"/>
        </w:rPr>
        <w:lastRenderedPageBreak/>
        <w:t>4. Kryteria oceny ofert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361279" w:rsidRPr="000C163B" w14:paraId="27FB3EFE" w14:textId="77777777">
        <w:trPr>
          <w:jc w:val="center"/>
        </w:trPr>
        <w:tc>
          <w:tcPr>
            <w:tcW w:w="3324" w:type="dxa"/>
            <w:shd w:val="clear" w:color="auto" w:fill="D9EAF7"/>
            <w:vAlign w:val="center"/>
          </w:tcPr>
          <w:p w14:paraId="7C8A0C61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3324" w:type="dxa"/>
            <w:shd w:val="clear" w:color="auto" w:fill="D9EAF7"/>
            <w:vAlign w:val="center"/>
          </w:tcPr>
          <w:p w14:paraId="5709ECB5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Waga</w:t>
            </w:r>
          </w:p>
        </w:tc>
        <w:tc>
          <w:tcPr>
            <w:tcW w:w="3324" w:type="dxa"/>
            <w:shd w:val="clear" w:color="auto" w:fill="D9EAF7"/>
            <w:vAlign w:val="center"/>
          </w:tcPr>
          <w:p w14:paraId="32CAC52E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Maksymalna liczba punktów</w:t>
            </w:r>
          </w:p>
        </w:tc>
      </w:tr>
      <w:tr w:rsidR="00361279" w:rsidRPr="000C163B" w14:paraId="18C80F44" w14:textId="77777777">
        <w:trPr>
          <w:jc w:val="center"/>
        </w:trPr>
        <w:tc>
          <w:tcPr>
            <w:tcW w:w="3324" w:type="dxa"/>
            <w:vAlign w:val="center"/>
          </w:tcPr>
          <w:p w14:paraId="6CAC6279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Cena brutto (C)</w:t>
            </w:r>
          </w:p>
        </w:tc>
        <w:tc>
          <w:tcPr>
            <w:tcW w:w="3324" w:type="dxa"/>
            <w:vAlign w:val="center"/>
          </w:tcPr>
          <w:p w14:paraId="2C4AB1BF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324" w:type="dxa"/>
            <w:vAlign w:val="center"/>
          </w:tcPr>
          <w:p w14:paraId="4891B48B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60 pkt</w:t>
            </w:r>
          </w:p>
        </w:tc>
      </w:tr>
      <w:tr w:rsidR="00361279" w:rsidRPr="000C163B" w14:paraId="510962C7" w14:textId="77777777">
        <w:trPr>
          <w:jc w:val="center"/>
        </w:trPr>
        <w:tc>
          <w:tcPr>
            <w:tcW w:w="3324" w:type="dxa"/>
            <w:vAlign w:val="center"/>
          </w:tcPr>
          <w:p w14:paraId="4DFE6437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Okres gwarancji jakości (G)</w:t>
            </w:r>
          </w:p>
        </w:tc>
        <w:tc>
          <w:tcPr>
            <w:tcW w:w="3324" w:type="dxa"/>
            <w:vAlign w:val="center"/>
          </w:tcPr>
          <w:p w14:paraId="33577AE2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3324" w:type="dxa"/>
            <w:vAlign w:val="center"/>
          </w:tcPr>
          <w:p w14:paraId="3E11EEF8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40 pkt</w:t>
            </w:r>
          </w:p>
        </w:tc>
      </w:tr>
    </w:tbl>
    <w:p w14:paraId="701F5F75" w14:textId="77777777" w:rsidR="000C163B" w:rsidRPr="00A4366F" w:rsidRDefault="00E359F1" w:rsidP="000C163B">
      <w:pPr>
        <w:spacing w:before="8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 xml:space="preserve">Łączna punktacja: 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>P = C + G, maksymalnie 100 pkt. Szczegółowy sposób obliczania punktów określa SWZ.</w:t>
      </w:r>
    </w:p>
    <w:p w14:paraId="7E9DEC4F" w14:textId="77777777" w:rsidR="000C163B" w:rsidRPr="00A4366F" w:rsidRDefault="000C163B" w:rsidP="000C16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5. Oświadczenia Wykonawcy</w:t>
      </w:r>
    </w:p>
    <w:p w14:paraId="0B7F869E" w14:textId="77777777" w:rsidR="00E359F1" w:rsidRPr="00A4366F" w:rsidRDefault="00E359F1" w:rsidP="000C16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65C0EE0" w14:textId="77777777" w:rsidR="000C163B" w:rsidRPr="00A4366F" w:rsidRDefault="00692FF0" w:rsidP="000C16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Oświadczamy, że:</w:t>
      </w:r>
    </w:p>
    <w:p w14:paraId="04B3790D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Zapoznaliśmy się z wymaganiami Zamawiającego dotyczącymi wykonania robót będących przedmiotem zamówienia i nie wnosimy do nich zastrzeżeń.</w:t>
      </w:r>
    </w:p>
    <w:p w14:paraId="74379ABF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Zapoznaliśmy ze Specyfikacją Warunków Zamówienia wraz z załącznikami, projektem umowy oraz przyjmujemy je bez zastrzeżeń.</w:t>
      </w:r>
    </w:p>
    <w:p w14:paraId="143885FA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 xml:space="preserve">Wnieśliśmy wadium o wartości </w:t>
      </w: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………………..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 zł w dniu </w:t>
      </w: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……………………………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r.w formie </w:t>
      </w: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………………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7789392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4.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Prosimy o zwrot wadium wpłaconego w gotówce na konto:</w:t>
      </w: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…………………………………………………………..</w:t>
      </w:r>
    </w:p>
    <w:p w14:paraId="47C23A61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Oświadczam/y, że uważamy się za związanych niniejszą ofertą na czas wskazany w Specyfikacji Warunków Zamówienia.</w:t>
      </w:r>
    </w:p>
    <w:p w14:paraId="01467C20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6.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Dokumenty wymienione na stronach …</w:t>
      </w: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………..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……….. umieszczone w oddzielnym pliku (odrębny formularz na platformie) stanowią tajemnicę przedsiębiorstwa i nie mogą być ujawnione osobom trzecim – w tym przypadku Wykonawca musi wykazać w odrębnym piśmie (uzasadnić), iż zastrzeżone informacje stanowią tajemnice przedsiębiorstwa.</w:t>
      </w:r>
    </w:p>
    <w:p w14:paraId="081485C9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7.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Składając niniejszą ofertę, zgodnie z art. 91 ust. 3a ustawy PZP informuję, że wybór oferty: *)</w:t>
      </w:r>
    </w:p>
    <w:p w14:paraId="165D1F4E" w14:textId="77777777" w:rsidR="000C163B" w:rsidRPr="00A4366F" w:rsidRDefault="00692FF0" w:rsidP="00E359F1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a)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ab/>
        <w:t>nie będzie prowadzić do powstania obowiązku podatkowego po stronie Zamawiającego, zgodnie z przepisami o podatku od towarów i usług, który miałby obowiązek rozliczyć,</w:t>
      </w:r>
    </w:p>
    <w:p w14:paraId="0D86A38E" w14:textId="77777777" w:rsidR="000C163B" w:rsidRPr="00A4366F" w:rsidRDefault="00692FF0" w:rsidP="00E359F1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b)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ab/>
        <w:t>będzie prowadzić do powstania obowiązku podatkowego po stronie Zamawiającego, zgodnie z przepisami o podatku od towarów i usług, który miałby obowiązek rozliczyć – w następującym zakresie:………………………………………………………………………………………..</w:t>
      </w:r>
    </w:p>
    <w:p w14:paraId="013D40DD" w14:textId="77777777" w:rsidR="00E359F1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8.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 xml:space="preserve">Przewidujemy powierzenie wykonania części zamówienia podwykonawcy/podwykonawcom </w:t>
      </w:r>
    </w:p>
    <w:p w14:paraId="25EE17F2" w14:textId="77777777" w:rsidR="000C163B" w:rsidRPr="00A4366F" w:rsidRDefault="000C163B" w:rsidP="00E359F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sz w:val="24"/>
          <w:szCs w:val="24"/>
          <w:lang w:val="pl-PL"/>
        </w:rPr>
        <w:t>☐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TAK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4366F">
        <w:rPr>
          <w:rFonts w:ascii="Times New Roman" w:eastAsia="MS Gothic" w:hAnsi="MS Gothic" w:cs="Times New Roman"/>
          <w:sz w:val="24"/>
          <w:szCs w:val="24"/>
          <w:lang w:val="pl-PL"/>
        </w:rPr>
        <w:t>☐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NIE</w:t>
      </w:r>
    </w:p>
    <w:p w14:paraId="3A195CD8" w14:textId="77777777" w:rsidR="000C163B" w:rsidRPr="00A4366F" w:rsidRDefault="00692FF0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(zaznaczyć właściwą odpowiedź wstawiając znak x w odpowiednim miejscu)o wartości ……………….. zł lub w procentowej części zamówienia ………………………..%</w:t>
      </w:r>
    </w:p>
    <w:p w14:paraId="7A0BA175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9.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 xml:space="preserve">Zamierzamy korzystać z zasobów podmiotów trzecich przy wykonywaniu zamówienia </w:t>
      </w:r>
    </w:p>
    <w:p w14:paraId="2B3E0149" w14:textId="77777777" w:rsidR="000C163B" w:rsidRPr="00A4366F" w:rsidRDefault="000C163B" w:rsidP="00E359F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sz w:val="24"/>
          <w:szCs w:val="24"/>
          <w:lang w:val="pl-PL"/>
        </w:rPr>
        <w:t>☐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TAK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4366F">
        <w:rPr>
          <w:rFonts w:ascii="Times New Roman" w:eastAsia="MS Gothic" w:hAnsi="MS Gothic" w:cs="Times New Roman"/>
          <w:sz w:val="24"/>
          <w:szCs w:val="24"/>
          <w:lang w:val="pl-PL"/>
        </w:rPr>
        <w:t>☐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NIE</w:t>
      </w:r>
    </w:p>
    <w:p w14:paraId="04C42A0F" w14:textId="77777777" w:rsidR="000C163B" w:rsidRPr="00A4366F" w:rsidRDefault="00692FF0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(zaznaczyć właściwą odpowiedź wstawiając znak x w odpowiednim miejscu)</w:t>
      </w:r>
    </w:p>
    <w:p w14:paraId="748E416F" w14:textId="77777777" w:rsidR="000C163B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Zapoznaliśmy się z treścią klauzuli informacyjnej, w tym z informacją o celu i sposobach przetwarzania danych osobowych, prawie dostępu do treści swoich danych, prawie ich poprawiania oraz o prawie do wycofania zgody w dowolnym momencie, która nie ma wpływu na zgodność z prawem przetwarzania, którego dokonano na podstawie zgody przed jej wycofaniem.</w:t>
      </w:r>
    </w:p>
    <w:p w14:paraId="1071442D" w14:textId="77777777" w:rsidR="00692FF0" w:rsidRPr="00A4366F" w:rsidRDefault="000C163B" w:rsidP="00E359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Cs/>
          <w:sz w:val="24"/>
          <w:szCs w:val="24"/>
          <w:lang w:val="pl-PL"/>
        </w:rPr>
        <w:t>5.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>11.</w:t>
      </w:r>
      <w:r w:rsidR="00692FF0" w:rsidRPr="00A4366F">
        <w:rPr>
          <w:rFonts w:ascii="Times New Roman" w:hAnsi="Times New Roman" w:cs="Times New Roman"/>
          <w:sz w:val="24"/>
          <w:szCs w:val="24"/>
          <w:lang w:val="pl-PL"/>
        </w:rPr>
        <w:tab/>
        <w:t>Oświadczam, że jestem (należy zaznaczyć właściwe):</w:t>
      </w:r>
    </w:p>
    <w:p w14:paraId="645127C5" w14:textId="77777777" w:rsidR="00692FF0" w:rsidRPr="00A4366F" w:rsidRDefault="000C163B" w:rsidP="00E359F1">
      <w:pPr>
        <w:pStyle w:val="Nagwek1"/>
        <w:spacing w:before="0" w:line="240" w:lineRule="auto"/>
        <w:ind w:left="144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b w:val="0"/>
          <w:bCs w:val="0"/>
          <w:color w:val="auto"/>
          <w:sz w:val="24"/>
          <w:szCs w:val="24"/>
          <w:lang w:val="pl-PL"/>
        </w:rPr>
        <w:lastRenderedPageBreak/>
        <w:t>☐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  Mikroprzedsiębiorstwem (przedsiębiorstwo, które zatrudnia mniej niż 10 osób i którego roczny obrót lub roczna suma bilansowa nie przekracza 2 milionów EUR)</w:t>
      </w:r>
    </w:p>
    <w:p w14:paraId="186F9DF7" w14:textId="77777777" w:rsidR="00692FF0" w:rsidRPr="00A4366F" w:rsidRDefault="000C163B" w:rsidP="00E359F1">
      <w:pPr>
        <w:pStyle w:val="Nagwek1"/>
        <w:spacing w:before="0" w:line="240" w:lineRule="auto"/>
        <w:ind w:left="144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b w:val="0"/>
          <w:bCs w:val="0"/>
          <w:color w:val="auto"/>
          <w:sz w:val="24"/>
          <w:szCs w:val="24"/>
          <w:lang w:val="pl-PL"/>
        </w:rPr>
        <w:t>☐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  Małym przedsiębiorstwem (przedsiębiorstwo, które zatrudnia mniej niż 50 osób i którego roczny obrót lub roczna suma bilansowa nie przekracza 10 milionów EUR)</w:t>
      </w:r>
    </w:p>
    <w:p w14:paraId="0D0BC7B4" w14:textId="77777777" w:rsidR="00692FF0" w:rsidRPr="00A4366F" w:rsidRDefault="000C163B" w:rsidP="00E359F1">
      <w:pPr>
        <w:pStyle w:val="Nagwek1"/>
        <w:spacing w:before="0" w:line="240" w:lineRule="auto"/>
        <w:ind w:left="144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b w:val="0"/>
          <w:bCs w:val="0"/>
          <w:color w:val="auto"/>
          <w:sz w:val="24"/>
          <w:szCs w:val="24"/>
          <w:lang w:val="pl-PL"/>
        </w:rPr>
        <w:t>☐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  Średnim przedsiębiorstwem (przedsiębiorstwo, które nie są mikroprzedsiębiorstwami ani małymi przedsiębiorstwami i które zatrudnia mniej niż 250 osób i których roczny obrót nie przekracza 50 milionów EUR lub roczna suma bilansowa nie przekracza 43 milionów EUR)</w:t>
      </w:r>
    </w:p>
    <w:p w14:paraId="17F8F5FF" w14:textId="77777777" w:rsidR="00692FF0" w:rsidRPr="00A4366F" w:rsidRDefault="000C163B" w:rsidP="00E359F1">
      <w:pPr>
        <w:pStyle w:val="Nagwek1"/>
        <w:spacing w:before="0" w:line="240" w:lineRule="auto"/>
        <w:ind w:left="144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b w:val="0"/>
          <w:bCs w:val="0"/>
          <w:color w:val="auto"/>
          <w:sz w:val="24"/>
          <w:szCs w:val="24"/>
          <w:lang w:val="pl-PL"/>
        </w:rPr>
        <w:t>☐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  Jednoosobową działalnością gospodarczą</w:t>
      </w:r>
    </w:p>
    <w:p w14:paraId="4501F48E" w14:textId="77777777" w:rsidR="00692FF0" w:rsidRPr="00A4366F" w:rsidRDefault="000C163B" w:rsidP="00E359F1">
      <w:pPr>
        <w:pStyle w:val="Nagwek1"/>
        <w:spacing w:before="0" w:line="240" w:lineRule="auto"/>
        <w:ind w:left="144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b w:val="0"/>
          <w:bCs w:val="0"/>
          <w:color w:val="auto"/>
          <w:sz w:val="24"/>
          <w:szCs w:val="24"/>
          <w:lang w:val="pl-PL"/>
        </w:rPr>
        <w:t>☐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 Osobą fizyczną nieprowadzącą działalności gospodarczej</w:t>
      </w:r>
    </w:p>
    <w:p w14:paraId="770FB8E9" w14:textId="77777777" w:rsidR="00692FF0" w:rsidRPr="00A4366F" w:rsidRDefault="000C163B" w:rsidP="00E359F1">
      <w:pPr>
        <w:pStyle w:val="Nagwek1"/>
        <w:spacing w:before="0" w:line="240" w:lineRule="auto"/>
        <w:ind w:left="144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="MS Gothic" w:hAnsi="MS Gothic" w:cs="Times New Roman"/>
          <w:b w:val="0"/>
          <w:bCs w:val="0"/>
          <w:color w:val="auto"/>
          <w:sz w:val="24"/>
          <w:szCs w:val="24"/>
          <w:lang w:val="pl-PL"/>
        </w:rPr>
        <w:t>☐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  Podmiotem innego rodzaju, tj. …………nie dotyczy…………. </w:t>
      </w:r>
    </w:p>
    <w:p w14:paraId="3135ADDE" w14:textId="77777777" w:rsidR="00E359F1" w:rsidRPr="00A4366F" w:rsidRDefault="000C163B" w:rsidP="00E359F1">
      <w:pPr>
        <w:pStyle w:val="Nagwek1"/>
        <w:spacing w:before="0" w:line="240" w:lineRule="auto"/>
        <w:ind w:left="720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 xml:space="preserve">5. 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>12.</w:t>
      </w:r>
      <w:r w:rsidR="00692FF0" w:rsidRPr="00A4366F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  <w:tab/>
        <w:t>Pod groźbą odpowiedzialności karnej oświadczam/y, iż wszystkie załączone do oferty dokumentyi złożone oświadczenia opisują stan faktyczny i prawny, aktualny na dzień składania ofert (art. 297 kk).</w:t>
      </w:r>
    </w:p>
    <w:p w14:paraId="735BF4CA" w14:textId="77777777" w:rsidR="00E359F1" w:rsidRPr="00A4366F" w:rsidRDefault="00E359F1" w:rsidP="00E359F1">
      <w:pPr>
        <w:pStyle w:val="Nagwek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</w:p>
    <w:p w14:paraId="29CACCBD" w14:textId="77777777" w:rsidR="00361279" w:rsidRPr="00A4366F" w:rsidRDefault="00E359F1" w:rsidP="00E359F1">
      <w:pPr>
        <w:pStyle w:val="Nagwek1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color w:val="auto"/>
          <w:sz w:val="24"/>
          <w:szCs w:val="24"/>
          <w:lang w:val="pl-PL"/>
        </w:rPr>
        <w:t>6. Osoba uprawniona do kontaktu</w:t>
      </w:r>
    </w:p>
    <w:p w14:paraId="641D431A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Imię i nazwisko: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51A4317C" w14:textId="77777777" w:rsidR="00361279" w:rsidRPr="00A4366F" w:rsidRDefault="00E359F1">
      <w:pPr>
        <w:spacing w:after="60"/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b/>
          <w:sz w:val="24"/>
          <w:szCs w:val="24"/>
          <w:lang w:val="pl-PL"/>
        </w:rPr>
        <w:t>Telefon / e-mail:</w:t>
      </w:r>
      <w:r w:rsidRPr="00A4366F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___________________________________________________________________________</w:t>
      </w:r>
    </w:p>
    <w:p w14:paraId="230B3140" w14:textId="77777777" w:rsidR="00361279" w:rsidRPr="00A4366F" w:rsidRDefault="00E359F1">
      <w:pPr>
        <w:pStyle w:val="Nagwek1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color w:val="auto"/>
          <w:sz w:val="24"/>
          <w:szCs w:val="24"/>
          <w:lang w:val="pl-PL"/>
        </w:rPr>
        <w:t>7. Załączniki do oferty</w:t>
      </w:r>
    </w:p>
    <w:p w14:paraId="7F6D177F" w14:textId="77777777" w:rsidR="00361279" w:rsidRPr="00A4366F" w:rsidRDefault="00E359F1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4366F">
        <w:rPr>
          <w:rFonts w:ascii="Times New Roman" w:hAnsi="Times New Roman" w:cs="Times New Roman"/>
          <w:sz w:val="24"/>
          <w:szCs w:val="24"/>
          <w:lang w:val="pl-PL"/>
        </w:rPr>
        <w:t>Do oferty załączamy dokumenty i oświadczenia wymagane w SWZ oraz właściwe dla sytuacji Wykonawcy.</w:t>
      </w:r>
    </w:p>
    <w:p w14:paraId="172B6CA2" w14:textId="77777777" w:rsidR="00361279" w:rsidRPr="00A4366F" w:rsidRDefault="00361279">
      <w:pPr>
        <w:spacing w:before="160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61279" w:rsidRPr="000C163B" w14:paraId="2B94677C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34250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Miejscowość i data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3F17F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b/>
                <w:sz w:val="24"/>
                <w:szCs w:val="24"/>
              </w:rPr>
              <w:t>Podpis osoby/osób uprawnionych</w:t>
            </w:r>
          </w:p>
        </w:tc>
      </w:tr>
      <w:tr w:rsidR="00361279" w:rsidRPr="000C163B" w14:paraId="0D056249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CB6C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E419" w14:textId="77777777" w:rsidR="00361279" w:rsidRPr="000C163B" w:rsidRDefault="00E35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3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22983DC6" w14:textId="77777777" w:rsidR="00223231" w:rsidRDefault="00223231"/>
    <w:sectPr w:rsidR="00223231" w:rsidSect="00034616">
      <w:footerReference w:type="default" r:id="rId8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3CA6" w14:textId="77777777" w:rsidR="003C0F9B" w:rsidRDefault="003C0F9B" w:rsidP="00361279">
      <w:pPr>
        <w:spacing w:after="0" w:line="240" w:lineRule="auto"/>
      </w:pPr>
      <w:r>
        <w:separator/>
      </w:r>
    </w:p>
  </w:endnote>
  <w:endnote w:type="continuationSeparator" w:id="0">
    <w:p w14:paraId="45756520" w14:textId="77777777" w:rsidR="003C0F9B" w:rsidRDefault="003C0F9B" w:rsidP="00361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BA69" w14:textId="77777777" w:rsidR="00361279" w:rsidRDefault="0036127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1D51" w14:textId="77777777" w:rsidR="003C0F9B" w:rsidRDefault="003C0F9B" w:rsidP="00361279">
      <w:pPr>
        <w:spacing w:after="0" w:line="240" w:lineRule="auto"/>
      </w:pPr>
      <w:r>
        <w:separator/>
      </w:r>
    </w:p>
  </w:footnote>
  <w:footnote w:type="continuationSeparator" w:id="0">
    <w:p w14:paraId="2CEF1C42" w14:textId="77777777" w:rsidR="003C0F9B" w:rsidRDefault="003C0F9B" w:rsidP="00361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5855126">
    <w:abstractNumId w:val="8"/>
  </w:num>
  <w:num w:numId="2" w16cid:durableId="1317030930">
    <w:abstractNumId w:val="6"/>
  </w:num>
  <w:num w:numId="3" w16cid:durableId="346521565">
    <w:abstractNumId w:val="5"/>
  </w:num>
  <w:num w:numId="4" w16cid:durableId="1220900103">
    <w:abstractNumId w:val="4"/>
  </w:num>
  <w:num w:numId="5" w16cid:durableId="562370656">
    <w:abstractNumId w:val="7"/>
  </w:num>
  <w:num w:numId="6" w16cid:durableId="497842443">
    <w:abstractNumId w:val="3"/>
  </w:num>
  <w:num w:numId="7" w16cid:durableId="2026520441">
    <w:abstractNumId w:val="2"/>
  </w:num>
  <w:num w:numId="8" w16cid:durableId="5064652">
    <w:abstractNumId w:val="1"/>
  </w:num>
  <w:num w:numId="9" w16cid:durableId="45417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C163B"/>
    <w:rsid w:val="0015074B"/>
    <w:rsid w:val="00223231"/>
    <w:rsid w:val="0029639D"/>
    <w:rsid w:val="00326F90"/>
    <w:rsid w:val="00361279"/>
    <w:rsid w:val="003C0F9B"/>
    <w:rsid w:val="005C3948"/>
    <w:rsid w:val="00692FF0"/>
    <w:rsid w:val="0079670F"/>
    <w:rsid w:val="00A4366F"/>
    <w:rsid w:val="00AA1D8D"/>
    <w:rsid w:val="00B47730"/>
    <w:rsid w:val="00B653B3"/>
    <w:rsid w:val="00CB0664"/>
    <w:rsid w:val="00CC3A9F"/>
    <w:rsid w:val="00E359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BA921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BFDC11-CC53-4BE7-A53C-769FE222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796</Words>
  <Characters>4781</Characters>
  <Application>Microsoft Office Word</Application>
  <DocSecurity>0</DocSecurity>
  <Lines>39</Lines>
  <Paragraphs>11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57</vt:i4>
      </vt:variant>
      <vt:variant>
        <vt:lpstr>Title</vt:lpstr>
      </vt:variant>
      <vt:variant>
        <vt:i4>1</vt:i4>
      </vt:variant>
    </vt:vector>
  </HeadingPairs>
  <TitlesOfParts>
    <vt:vector size="59" baseType="lpstr">
      <vt:lpstr/>
      <vt:lpstr>1. Dane Wykonawcy</vt:lpstr>
      <vt:lpstr>2. Oferta cenowa</vt:lpstr>
      <vt:lpstr>3. Kryterium: okres gwarancji jakości</vt:lpstr>
      <vt:lpstr>4. Kryteria oceny ofert</vt:lpstr>
      <vt:lpstr>5. Oświadczenia Wykonawcy</vt:lpstr>
      <vt:lpstr>Oświadczamy, że:</vt:lpstr>
      <vt:lpstr>1.	Zapoznaliśmy się z wymaganiami Zamawiającego dotyczącymi wykonania robót będą</vt:lpstr>
      <vt:lpstr>2.	Zapoznaliśmy ze Specyfikacją Warunków Zamówienia wraz z załącznikami, projekt</vt:lpstr>
      <vt:lpstr>3.	Wnieśliśmy wadium o wartości 5 000,00  zł w dniu 01.06.2026 r.</vt:lpstr>
      <vt:lpstr>w formie pieniężnj.</vt:lpstr>
      <vt:lpstr>4.	Prosimy o zwrot wadium wpłaconego w gotówce na konto:</vt:lpstr>
      <vt:lpstr>4116001421806947570000001</vt:lpstr>
      <vt:lpstr>5.	Oświadczam/y, że uważamy się za związanych niniejszą ofertą na czas wskazany </vt:lpstr>
      <vt:lpstr>6.	Dokumenty wymienione na stronach …nie dotyczy……….. umieszczone w oddzielnym p</vt:lpstr>
      <vt:lpstr>7.	Składając niniejszą ofertę, zgodnie z art. 91 ust. 3a ustawy PZP informuję, ż</vt:lpstr>
      <vt:lpstr>a)	nie będzie prowadzić do powstania obowiązku podatkowego po stronie Zamawiając</vt:lpstr>
      <vt:lpstr>b)	będzie prowadzić do powstania obowiązku podatkowego po stronie Zamawiającego,</vt:lpstr>
      <vt:lpstr/>
      <vt:lpstr>………………………………………………………………………………………..</vt:lpstr>
      <vt:lpstr>8.	Przewidujemy powierzenie wykonania części zamówienia podwykonawcy/podwykonawc</vt:lpstr>
      <vt:lpstr>0 TAK			1 NIE</vt:lpstr>
      <vt:lpstr>(zaznaczyć właściwą odpowiedź wstawiając znak x w odpowiednim miejscu)</vt:lpstr>
      <vt:lpstr/>
      <vt:lpstr>o wartości ……………….. zł lub w procentowej części zamówienia ………………………..%</vt:lpstr>
      <vt:lpstr>9.	Zamierzamy korzystać z zasobów podmiotów trzecich przy wykonywaniu zamówienia</vt:lpstr>
      <vt:lpstr>0 TAK			1 NIE</vt:lpstr>
      <vt:lpstr>(zaznaczyć właściwą odpowiedź wstawiając znak x w odpowiednim miejscu)</vt:lpstr>
      <vt:lpstr>10.	Zapoznaliśmy się z treścią klauzuli informacyjnej, w tym z informacją o celu</vt:lpstr>
      <vt:lpstr>11.	Oświadczam, że jestem (należy zaznaczyć właściwe):</vt:lpstr>
      <vt:lpstr>0  Mikroprzedsiębiorstwem (przedsiębiorstwo, które zatrudnia mniej niż 10 osób i</vt:lpstr>
      <vt:lpstr>1  Małym przedsiębiorstwem (przedsiębiorstwo, które zatrudnia mniej niż 50 osób </vt:lpstr>
      <vt:lpstr>0  Średnim przedsiębiorstwem (przedsiębiorstwo, które nie są mikroprzedsiębiorst</vt:lpstr>
      <vt:lpstr>0  Jednoosobową działalnością gospodarczą</vt:lpstr>
      <vt:lpstr>0  Osobą fizyczną nieprowadzącą działalności gospodarczej</vt:lpstr>
      <vt:lpstr>0  Podmiotem innego rodzaju, tj. …………nie dotyczy…………. </vt:lpstr>
      <vt:lpstr>12.	Pod groźbą odpowiedzialności karnej oświadczam/y, iż wszystkie załączone do </vt:lpstr>
      <vt:lpstr>i złożone oświadczenia opisują stan faktyczny i prawny, aktualny na dzień składa</vt:lpstr>
      <vt:lpstr/>
      <vt:lpstr>Do oferty dołączamy:</vt:lpstr>
      <vt:lpstr>1.	Oświadczenie o aktualności informacji</vt:lpstr>
      <vt:lpstr>2.	Opis techniczny przedmiotu zamówienia – propozycje wykonawcy</vt:lpstr>
      <vt:lpstr>3.	Wadium – potwierdzenie transakcji </vt:lpstr>
      <vt:lpstr>4.	Uchwała Wspólników </vt:lpstr>
      <vt:lpstr>5.	Oświadczenie wykonawcy o przynależności do grupy kapitałowej </vt:lpstr>
      <vt:lpstr>6.	Wykaz robót </vt:lpstr>
      <vt:lpstr>7.	Kopia ubezpieczenia OC firmy </vt:lpstr>
      <vt:lpstr>8.	Oświadczenie wykonawcy dotyczące braku podstaw do wykluczenia</vt:lpstr>
      <vt:lpstr>9.	Oświadczenie wykonawcy dotyczące spełniania warunków udziału w postępowaniu</vt:lpstr>
      <vt:lpstr>Jesteśmy świadomi odpowiedzialności karnej za złożenie fałszywych oświadczeń.</vt:lpstr>
      <vt:lpstr/>
      <vt:lpstr>Warszawa, 02.06.2026 r. </vt:lpstr>
      <vt:lpstr>………………………………………</vt:lpstr>
      <vt:lpstr>(miejscowość i data)</vt:lpstr>
      <vt:lpstr>………………………………………….…….</vt:lpstr>
      <vt:lpstr>(podpis kwalifikowany, zaufany lub osobisty)</vt:lpstr>
      <vt:lpstr>*) niepotrzebne skreślić6. Osoba uprawniona do kontaktu</vt:lpstr>
      <vt:lpstr>7. Załączniki do oferty</vt:lpstr>
      <vt:lpstr/>
    </vt:vector>
  </TitlesOfParts>
  <Company/>
  <LinksUpToDate>false</LinksUpToDate>
  <CharactersWithSpaces>5566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Mariusz Badaczewski</cp:lastModifiedBy>
  <cp:revision>6</cp:revision>
  <dcterms:created xsi:type="dcterms:W3CDTF">2026-08-11T10:27:00Z</dcterms:created>
  <dcterms:modified xsi:type="dcterms:W3CDTF">2026-08-11T21:01:00Z</dcterms:modified>
</cp:coreProperties>
</file>