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D9AA" w14:textId="77777777" w:rsidR="00F87ADF" w:rsidRDefault="001570B6">
      <w:pPr>
        <w:jc w:val="center"/>
        <w:rPr>
          <w:rFonts w:cs="Calibri"/>
        </w:rPr>
      </w:pPr>
      <w:r w:rsidRPr="004B7A77">
        <w:rPr>
          <w:rFonts w:cs="Calibri"/>
          <w:b/>
          <w:sz w:val="28"/>
        </w:rPr>
        <w:t>ZAŁĄCZNIK NR 1 DO SWZ</w:t>
      </w:r>
      <w:r w:rsidRPr="004B7A77">
        <w:rPr>
          <w:rFonts w:cs="Calibri"/>
          <w:b/>
          <w:sz w:val="28"/>
        </w:rPr>
        <w:br/>
      </w:r>
      <w:r w:rsidRPr="004B7A77">
        <w:rPr>
          <w:rFonts w:cs="Calibri"/>
          <w:b/>
          <w:sz w:val="36"/>
        </w:rPr>
        <w:t>FORMULARZ OFERTOWY</w:t>
      </w:r>
      <w:r w:rsidRPr="004B7A77">
        <w:rPr>
          <w:rFonts w:cs="Calibri"/>
          <w:b/>
          <w:sz w:val="36"/>
        </w:rPr>
        <w:br/>
      </w:r>
      <w:proofErr w:type="spellStart"/>
      <w:r w:rsidRPr="004B7A77">
        <w:rPr>
          <w:rFonts w:cs="Calibri"/>
        </w:rPr>
        <w:t>Postępowanie</w:t>
      </w:r>
      <w:proofErr w:type="spellEnd"/>
      <w:r w:rsidRPr="004B7A77">
        <w:rPr>
          <w:rFonts w:cs="Calibri"/>
        </w:rPr>
        <w:t xml:space="preserve"> nr ZP/03/2026</w:t>
      </w:r>
      <w:r w:rsidRPr="004B7A77">
        <w:rPr>
          <w:rFonts w:cs="Calibri"/>
        </w:rPr>
        <w:br/>
      </w:r>
      <w:proofErr w:type="spellStart"/>
      <w:r w:rsidRPr="004B7A77">
        <w:rPr>
          <w:rFonts w:cs="Calibri"/>
        </w:rPr>
        <w:t>Wykonanie</w:t>
      </w:r>
      <w:proofErr w:type="spellEnd"/>
      <w:r w:rsidRPr="004B7A77">
        <w:rPr>
          <w:rFonts w:cs="Calibri"/>
        </w:rPr>
        <w:t xml:space="preserve"> </w:t>
      </w:r>
      <w:proofErr w:type="spellStart"/>
      <w:r w:rsidRPr="004B7A77">
        <w:rPr>
          <w:rFonts w:cs="Calibri"/>
        </w:rPr>
        <w:t>robót</w:t>
      </w:r>
      <w:proofErr w:type="spellEnd"/>
      <w:r w:rsidRPr="004B7A77">
        <w:rPr>
          <w:rFonts w:cs="Calibri"/>
        </w:rPr>
        <w:t xml:space="preserve"> </w:t>
      </w:r>
      <w:proofErr w:type="spellStart"/>
      <w:r w:rsidRPr="004B7A77">
        <w:rPr>
          <w:rFonts w:cs="Calibri"/>
        </w:rPr>
        <w:t>budowlanych</w:t>
      </w:r>
      <w:proofErr w:type="spellEnd"/>
      <w:r w:rsidRPr="004B7A77">
        <w:rPr>
          <w:rFonts w:cs="Calibri"/>
        </w:rPr>
        <w:t xml:space="preserve"> </w:t>
      </w:r>
      <w:proofErr w:type="spellStart"/>
      <w:r w:rsidRPr="004B7A77">
        <w:rPr>
          <w:rFonts w:cs="Calibri"/>
        </w:rPr>
        <w:t>polegających</w:t>
      </w:r>
      <w:proofErr w:type="spellEnd"/>
      <w:r w:rsidRPr="004B7A77">
        <w:rPr>
          <w:rFonts w:cs="Calibri"/>
        </w:rPr>
        <w:t xml:space="preserve"> </w:t>
      </w:r>
      <w:proofErr w:type="spellStart"/>
      <w:r w:rsidRPr="004B7A77">
        <w:rPr>
          <w:rFonts w:cs="Calibri"/>
        </w:rPr>
        <w:t>na</w:t>
      </w:r>
      <w:proofErr w:type="spellEnd"/>
      <w:r w:rsidRPr="004B7A77">
        <w:rPr>
          <w:rFonts w:cs="Calibri"/>
        </w:rPr>
        <w:t xml:space="preserve"> </w:t>
      </w:r>
      <w:proofErr w:type="spellStart"/>
      <w:r w:rsidRPr="004B7A77">
        <w:rPr>
          <w:rFonts w:cs="Calibri"/>
        </w:rPr>
        <w:t>termomodernizacji</w:t>
      </w:r>
      <w:proofErr w:type="spellEnd"/>
      <w:r w:rsidRPr="004B7A77">
        <w:rPr>
          <w:rFonts w:cs="Calibri"/>
        </w:rPr>
        <w:t xml:space="preserve"> </w:t>
      </w:r>
      <w:proofErr w:type="spellStart"/>
      <w:r w:rsidRPr="004B7A77">
        <w:rPr>
          <w:rFonts w:cs="Calibri"/>
        </w:rPr>
        <w:t>budynków</w:t>
      </w:r>
      <w:proofErr w:type="spellEnd"/>
      <w:r w:rsidRPr="004B7A77">
        <w:rPr>
          <w:rFonts w:cs="Calibri"/>
        </w:rPr>
        <w:t xml:space="preserve"> Centrum Zdrowia w Opolu Sp. z </w:t>
      </w:r>
      <w:proofErr w:type="spellStart"/>
      <w:r w:rsidRPr="004B7A77">
        <w:rPr>
          <w:rFonts w:cs="Calibri"/>
        </w:rPr>
        <w:t>o.o.</w:t>
      </w:r>
      <w:proofErr w:type="spellEnd"/>
    </w:p>
    <w:p w14:paraId="038A752B" w14:textId="77777777" w:rsidR="004B7A77" w:rsidRPr="004B7A77" w:rsidRDefault="004B7A77">
      <w:pPr>
        <w:jc w:val="center"/>
        <w:rPr>
          <w:rFonts w:cs="Calibri"/>
        </w:rPr>
      </w:pPr>
    </w:p>
    <w:p w14:paraId="517B908C" w14:textId="77777777" w:rsidR="00DC59F3" w:rsidRPr="004B7A77" w:rsidRDefault="00DC59F3" w:rsidP="00DC59F3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  <w:t>SEKCJA I – DANE WYKONAWCY</w:t>
      </w:r>
      <w:r w:rsidRPr="004B7A77"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  <w:br/>
      </w:r>
    </w:p>
    <w:p w14:paraId="1EFB9BAD" w14:textId="77777777" w:rsidR="00DC59F3" w:rsidRDefault="00DC59F3" w:rsidP="00DC59F3">
      <w:pPr>
        <w:shd w:val="clear" w:color="auto" w:fill="FFFFFF"/>
        <w:spacing w:after="0" w:line="240" w:lineRule="auto"/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1. Pełna nazwa Wykonawcy</w:t>
      </w:r>
    </w:p>
    <w:p w14:paraId="14E74FC1" w14:textId="77777777" w:rsidR="004B7A77" w:rsidRPr="004B7A77" w:rsidRDefault="004B7A77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</w:p>
    <w:p w14:paraId="359000EF" w14:textId="77777777" w:rsidR="00DC59F3" w:rsidRPr="004B7A77" w:rsidRDefault="00DC59F3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....................................................................................................</w:t>
      </w:r>
    </w:p>
    <w:p w14:paraId="00A815F4" w14:textId="77777777" w:rsidR="004B7A77" w:rsidRDefault="004B7A77" w:rsidP="00DC59F3">
      <w:pPr>
        <w:shd w:val="clear" w:color="auto" w:fill="FFFFFF"/>
        <w:spacing w:after="0" w:line="240" w:lineRule="auto"/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</w:pPr>
    </w:p>
    <w:p w14:paraId="7080966E" w14:textId="35E72CA2" w:rsidR="00DC59F3" w:rsidRPr="004B7A77" w:rsidRDefault="00DC59F3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2. Forma organizacyjno-prawna</w:t>
      </w:r>
    </w:p>
    <w:p w14:paraId="1017F05A" w14:textId="77777777" w:rsidR="00DC59F3" w:rsidRPr="004B7A77" w:rsidRDefault="00DC59F3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ascii="Segoe UI Symbol" w:eastAsia="Times New Roman" w:hAnsi="Segoe UI Symbol" w:cs="Segoe UI Symbol"/>
          <w:color w:val="000000"/>
          <w:lang w:val="pl-PL" w:eastAsia="pl-PL"/>
        </w:rPr>
        <w:t>☐</w:t>
      </w:r>
      <w:r w:rsidRPr="004B7A77">
        <w:rPr>
          <w:rFonts w:eastAsia="Times New Roman" w:cs="Calibri"/>
          <w:color w:val="000000"/>
          <w:lang w:val="pl-PL" w:eastAsia="pl-PL"/>
        </w:rPr>
        <w:t xml:space="preserve"> osoba fizyczna prowadząca działalność gospodarczą</w:t>
      </w:r>
    </w:p>
    <w:p w14:paraId="016C5FE0" w14:textId="77777777" w:rsidR="00DC59F3" w:rsidRPr="004B7A77" w:rsidRDefault="00DC59F3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ascii="Segoe UI Symbol" w:eastAsia="Times New Roman" w:hAnsi="Segoe UI Symbol" w:cs="Segoe UI Symbol"/>
          <w:color w:val="000000"/>
          <w:lang w:val="pl-PL" w:eastAsia="pl-PL"/>
        </w:rPr>
        <w:t>☐</w:t>
      </w:r>
      <w:r w:rsidRPr="004B7A77">
        <w:rPr>
          <w:rFonts w:eastAsia="Times New Roman" w:cs="Calibri"/>
          <w:color w:val="000000"/>
          <w:lang w:val="pl-PL" w:eastAsia="pl-PL"/>
        </w:rPr>
        <w:t xml:space="preserve"> spółka cywilna</w:t>
      </w:r>
    </w:p>
    <w:p w14:paraId="35A6CA2D" w14:textId="77777777" w:rsidR="00DC59F3" w:rsidRPr="004B7A77" w:rsidRDefault="00DC59F3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ascii="Segoe UI Symbol" w:eastAsia="Times New Roman" w:hAnsi="Segoe UI Symbol" w:cs="Segoe UI Symbol"/>
          <w:color w:val="000000"/>
          <w:lang w:val="pl-PL" w:eastAsia="pl-PL"/>
        </w:rPr>
        <w:t>☐</w:t>
      </w:r>
      <w:r w:rsidRPr="004B7A77">
        <w:rPr>
          <w:rFonts w:eastAsia="Times New Roman" w:cs="Calibri"/>
          <w:color w:val="000000"/>
          <w:lang w:val="pl-PL" w:eastAsia="pl-PL"/>
        </w:rPr>
        <w:t xml:space="preserve"> spółka jawna</w:t>
      </w:r>
    </w:p>
    <w:p w14:paraId="5AA6E3DC" w14:textId="77777777" w:rsidR="00DC59F3" w:rsidRPr="004B7A77" w:rsidRDefault="00DC59F3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ascii="Segoe UI Symbol" w:eastAsia="Times New Roman" w:hAnsi="Segoe UI Symbol" w:cs="Segoe UI Symbol"/>
          <w:color w:val="000000"/>
          <w:lang w:val="pl-PL" w:eastAsia="pl-PL"/>
        </w:rPr>
        <w:t>☐</w:t>
      </w:r>
      <w:r w:rsidRPr="004B7A77">
        <w:rPr>
          <w:rFonts w:eastAsia="Times New Roman" w:cs="Calibri"/>
          <w:color w:val="000000"/>
          <w:lang w:val="pl-PL" w:eastAsia="pl-PL"/>
        </w:rPr>
        <w:t xml:space="preserve"> spółka partnerska</w:t>
      </w:r>
    </w:p>
    <w:p w14:paraId="4F80471D" w14:textId="77777777" w:rsidR="00DC59F3" w:rsidRPr="004B7A77" w:rsidRDefault="00DC59F3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ascii="Segoe UI Symbol" w:eastAsia="Times New Roman" w:hAnsi="Segoe UI Symbol" w:cs="Segoe UI Symbol"/>
          <w:color w:val="000000"/>
          <w:lang w:val="pl-PL" w:eastAsia="pl-PL"/>
        </w:rPr>
        <w:t>☐</w:t>
      </w:r>
      <w:r w:rsidRPr="004B7A77">
        <w:rPr>
          <w:rFonts w:eastAsia="Times New Roman" w:cs="Calibri"/>
          <w:color w:val="000000"/>
          <w:lang w:val="pl-PL" w:eastAsia="pl-PL"/>
        </w:rPr>
        <w:t xml:space="preserve"> spółka komandytowa</w:t>
      </w:r>
    </w:p>
    <w:p w14:paraId="0734F55C" w14:textId="77777777" w:rsidR="00DC59F3" w:rsidRPr="004B7A77" w:rsidRDefault="00DC59F3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ascii="Segoe UI Symbol" w:eastAsia="Times New Roman" w:hAnsi="Segoe UI Symbol" w:cs="Segoe UI Symbol"/>
          <w:color w:val="000000"/>
          <w:lang w:val="pl-PL" w:eastAsia="pl-PL"/>
        </w:rPr>
        <w:t>☐</w:t>
      </w:r>
      <w:r w:rsidRPr="004B7A77">
        <w:rPr>
          <w:rFonts w:eastAsia="Times New Roman" w:cs="Calibri"/>
          <w:color w:val="000000"/>
          <w:lang w:val="pl-PL" w:eastAsia="pl-PL"/>
        </w:rPr>
        <w:t xml:space="preserve"> spółka komandytowo-akcyjna</w:t>
      </w:r>
    </w:p>
    <w:p w14:paraId="15B58B63" w14:textId="77777777" w:rsidR="00DC59F3" w:rsidRPr="004B7A77" w:rsidRDefault="00DC59F3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ascii="Segoe UI Symbol" w:eastAsia="Times New Roman" w:hAnsi="Segoe UI Symbol" w:cs="Segoe UI Symbol"/>
          <w:color w:val="000000"/>
          <w:lang w:val="pl-PL" w:eastAsia="pl-PL"/>
        </w:rPr>
        <w:t>☐</w:t>
      </w:r>
      <w:r w:rsidRPr="004B7A77">
        <w:rPr>
          <w:rFonts w:eastAsia="Times New Roman" w:cs="Calibri"/>
          <w:color w:val="000000"/>
          <w:lang w:val="pl-PL" w:eastAsia="pl-PL"/>
        </w:rPr>
        <w:t xml:space="preserve"> spółka z ograniczoną odpowiedzialnością</w:t>
      </w:r>
    </w:p>
    <w:p w14:paraId="70B11AF2" w14:textId="77777777" w:rsidR="00DC59F3" w:rsidRPr="004B7A77" w:rsidRDefault="00DC59F3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ascii="Segoe UI Symbol" w:eastAsia="Times New Roman" w:hAnsi="Segoe UI Symbol" w:cs="Segoe UI Symbol"/>
          <w:color w:val="000000"/>
          <w:lang w:val="pl-PL" w:eastAsia="pl-PL"/>
        </w:rPr>
        <w:t>☐</w:t>
      </w:r>
      <w:r w:rsidRPr="004B7A77">
        <w:rPr>
          <w:rFonts w:eastAsia="Times New Roman" w:cs="Calibri"/>
          <w:color w:val="000000"/>
          <w:lang w:val="pl-PL" w:eastAsia="pl-PL"/>
        </w:rPr>
        <w:t xml:space="preserve"> spółka akcyjna</w:t>
      </w:r>
    </w:p>
    <w:p w14:paraId="5563A8C7" w14:textId="77777777" w:rsidR="00DC59F3" w:rsidRPr="004B7A77" w:rsidRDefault="00DC59F3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ascii="Segoe UI Symbol" w:eastAsia="Times New Roman" w:hAnsi="Segoe UI Symbol" w:cs="Segoe UI Symbol"/>
          <w:color w:val="000000"/>
          <w:lang w:val="pl-PL" w:eastAsia="pl-PL"/>
        </w:rPr>
        <w:t>☐</w:t>
      </w:r>
      <w:r w:rsidRPr="004B7A77">
        <w:rPr>
          <w:rFonts w:eastAsia="Times New Roman" w:cs="Calibri"/>
          <w:color w:val="000000"/>
          <w:lang w:val="pl-PL" w:eastAsia="pl-PL"/>
        </w:rPr>
        <w:t xml:space="preserve"> inna: ........................................</w:t>
      </w:r>
    </w:p>
    <w:p w14:paraId="0F4F86B1" w14:textId="77777777" w:rsidR="004B7A77" w:rsidRDefault="004B7A77" w:rsidP="00DC59F3">
      <w:pPr>
        <w:shd w:val="clear" w:color="auto" w:fill="FFFFFF"/>
        <w:spacing w:after="0" w:line="240" w:lineRule="auto"/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</w:pPr>
    </w:p>
    <w:p w14:paraId="6B4EC5AA" w14:textId="4B5ECF9D" w:rsidR="00DC59F3" w:rsidRPr="004B7A77" w:rsidRDefault="00DC59F3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3. Adres siedziby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16"/>
        <w:gridCol w:w="4314"/>
      </w:tblGrid>
      <w:tr w:rsidR="00DC59F3" w:rsidRPr="004B7A77" w14:paraId="7F389FB5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01EFC3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Ulica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D57DFFD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DC59F3" w:rsidRPr="004B7A77" w14:paraId="4782C394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A53E8CD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Nr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16D8AA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DC59F3" w:rsidRPr="004B7A77" w14:paraId="0500380C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E95EC17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Kod pocztowy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8F1AB3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DC59F3" w:rsidRPr="004B7A77" w14:paraId="346E8A24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472D0DD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Miejscowość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C3AA70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DC59F3" w:rsidRPr="004B7A77" w14:paraId="300F59EB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FB65FDF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Województwo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288AADA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DC59F3" w:rsidRPr="004B7A77" w14:paraId="6D8299DF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7F9555A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Państwo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34C3464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</w:tbl>
    <w:p w14:paraId="00EB0736" w14:textId="77777777" w:rsidR="004B7A77" w:rsidRDefault="004B7A77" w:rsidP="00DC59F3">
      <w:pPr>
        <w:shd w:val="clear" w:color="auto" w:fill="FFFFFF"/>
        <w:spacing w:after="0" w:line="240" w:lineRule="auto"/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</w:pPr>
    </w:p>
    <w:p w14:paraId="4655ED08" w14:textId="78EEEC45" w:rsidR="00DC59F3" w:rsidRPr="004B7A77" w:rsidRDefault="00DC59F3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4. Dane identyfikacyjne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15"/>
        <w:gridCol w:w="4315"/>
      </w:tblGrid>
      <w:tr w:rsidR="00DC59F3" w:rsidRPr="004B7A77" w14:paraId="49516AA8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97330D5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NIP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3254EEC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DC59F3" w:rsidRPr="004B7A77" w14:paraId="12115148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3758E57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REGON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E2923E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DC59F3" w:rsidRPr="004B7A77" w14:paraId="304CC9E8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67FB31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KRS / CEIDG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1C5DF1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</w:tbl>
    <w:p w14:paraId="7AD8C664" w14:textId="77777777" w:rsidR="004B7A77" w:rsidRDefault="004B7A77" w:rsidP="00DC59F3">
      <w:pPr>
        <w:shd w:val="clear" w:color="auto" w:fill="FFFFFF"/>
        <w:spacing w:after="0" w:line="240" w:lineRule="auto"/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</w:pPr>
    </w:p>
    <w:p w14:paraId="0CEA9D94" w14:textId="538044B5" w:rsidR="00DC59F3" w:rsidRPr="004B7A77" w:rsidRDefault="00DC59F3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5. Dane kontaktowe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16"/>
        <w:gridCol w:w="4314"/>
      </w:tblGrid>
      <w:tr w:rsidR="00DC59F3" w:rsidRPr="004B7A77" w14:paraId="58B07433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ABF782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Telefon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42E74F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DC59F3" w:rsidRPr="004B7A77" w14:paraId="72619AD7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66B2B4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Adres e-mail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E265A0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DC59F3" w:rsidRPr="004B7A77" w14:paraId="1EDF9165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57E23B7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Adres do e</w:t>
            </w:r>
            <w:r w:rsidRPr="004B7A77">
              <w:rPr>
                <w:rFonts w:eastAsia="Times New Roman" w:cs="Calibri"/>
                <w:color w:val="000000"/>
                <w:lang w:val="pl-PL" w:eastAsia="pl-PL"/>
              </w:rPr>
              <w:noBreakHyphen/>
              <w:t>Doręczeń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2CF5D3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DC59F3" w:rsidRPr="004B7A77" w14:paraId="0AF3CF88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D99F58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 xml:space="preserve">Adres </w:t>
            </w:r>
            <w:proofErr w:type="spellStart"/>
            <w:r w:rsidRPr="004B7A77">
              <w:rPr>
                <w:rFonts w:eastAsia="Times New Roman" w:cs="Calibri"/>
                <w:color w:val="000000"/>
                <w:lang w:val="pl-PL" w:eastAsia="pl-PL"/>
              </w:rPr>
              <w:t>ePUAP</w:t>
            </w:r>
            <w:proofErr w:type="spellEnd"/>
            <w:r w:rsidRPr="004B7A77">
              <w:rPr>
                <w:rFonts w:eastAsia="Times New Roman" w:cs="Calibri"/>
                <w:color w:val="000000"/>
                <w:lang w:val="pl-PL" w:eastAsia="pl-PL"/>
              </w:rPr>
              <w:t xml:space="preserve"> (jeżeli dotyczy)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C2A9AB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</w:tbl>
    <w:p w14:paraId="466D46AF" w14:textId="77777777" w:rsidR="00DC59F3" w:rsidRPr="004B7A77" w:rsidRDefault="00DC59F3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lastRenderedPageBreak/>
        <w:t>6. Osoba uprawniona do reprezentowania Wykonawcy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16"/>
        <w:gridCol w:w="4314"/>
      </w:tblGrid>
      <w:tr w:rsidR="00DC59F3" w:rsidRPr="004B7A77" w14:paraId="38F92FC5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93D7CD7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Imię i nazwisko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EB3911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DC59F3" w:rsidRPr="004B7A77" w14:paraId="1604AAD9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AAA764D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Stanowisko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894ABB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DC59F3" w:rsidRPr="004B7A77" w14:paraId="08A1D66D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1B022D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Telefon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2F4CCB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DC59F3" w:rsidRPr="004B7A77" w14:paraId="04CB2552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ABBC6F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Adres e-mail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68C7F1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</w:tbl>
    <w:p w14:paraId="5548C764" w14:textId="77777777" w:rsidR="004B7A77" w:rsidRDefault="004B7A77" w:rsidP="00DC59F3">
      <w:pPr>
        <w:shd w:val="clear" w:color="auto" w:fill="FFFFFF"/>
        <w:spacing w:after="0" w:line="240" w:lineRule="auto"/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</w:pPr>
    </w:p>
    <w:p w14:paraId="00637A2F" w14:textId="693FF28C" w:rsidR="00DC59F3" w:rsidRPr="004B7A77" w:rsidRDefault="00DC59F3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7. Osoba do kontaktu z Zamawiającym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16"/>
        <w:gridCol w:w="4314"/>
      </w:tblGrid>
      <w:tr w:rsidR="00DC59F3" w:rsidRPr="004B7A77" w14:paraId="24B5618B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35303D1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Imię i nazwisko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C618E2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DC59F3" w:rsidRPr="004B7A77" w14:paraId="6281D330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D6BE813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Telefon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FB3098B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DC59F3" w:rsidRPr="004B7A77" w14:paraId="59D1C54B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8FD366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Adres e-mail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DADA64E" w14:textId="77777777" w:rsidR="00DC59F3" w:rsidRPr="004B7A77" w:rsidRDefault="00DC59F3" w:rsidP="00DC59F3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</w:tbl>
    <w:p w14:paraId="3F3169BC" w14:textId="77777777" w:rsidR="004B7A77" w:rsidRDefault="004B7A77" w:rsidP="00DC59F3">
      <w:pPr>
        <w:shd w:val="clear" w:color="auto" w:fill="FFFFFF"/>
        <w:spacing w:after="0" w:line="240" w:lineRule="auto"/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</w:pPr>
    </w:p>
    <w:p w14:paraId="5F8AA89C" w14:textId="64161BB2" w:rsidR="00DC59F3" w:rsidRPr="004B7A77" w:rsidRDefault="00DC59F3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8. Status przedsiębiorcy (zgodnie z zaleceniem Komisji 2003/361/WE)</w:t>
      </w:r>
    </w:p>
    <w:p w14:paraId="657344C2" w14:textId="77777777" w:rsidR="00DC59F3" w:rsidRPr="004B7A77" w:rsidRDefault="00DC59F3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ascii="Segoe UI Symbol" w:eastAsia="Times New Roman" w:hAnsi="Segoe UI Symbol" w:cs="Segoe UI Symbol"/>
          <w:color w:val="000000"/>
          <w:lang w:val="pl-PL" w:eastAsia="pl-PL"/>
        </w:rPr>
        <w:t>☐</w:t>
      </w:r>
      <w:r w:rsidRPr="004B7A77">
        <w:rPr>
          <w:rFonts w:eastAsia="Times New Roman" w:cs="Calibri"/>
          <w:color w:val="000000"/>
          <w:lang w:val="pl-PL" w:eastAsia="pl-PL"/>
        </w:rPr>
        <w:t xml:space="preserve"> mikroprzedsiębiorstwo</w:t>
      </w:r>
    </w:p>
    <w:p w14:paraId="1221A963" w14:textId="77777777" w:rsidR="00DC59F3" w:rsidRPr="004B7A77" w:rsidRDefault="00DC59F3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ascii="Segoe UI Symbol" w:eastAsia="Times New Roman" w:hAnsi="Segoe UI Symbol" w:cs="Segoe UI Symbol"/>
          <w:color w:val="000000"/>
          <w:lang w:val="pl-PL" w:eastAsia="pl-PL"/>
        </w:rPr>
        <w:t>☐</w:t>
      </w:r>
      <w:r w:rsidRPr="004B7A77">
        <w:rPr>
          <w:rFonts w:eastAsia="Times New Roman" w:cs="Calibri"/>
          <w:color w:val="000000"/>
          <w:lang w:val="pl-PL" w:eastAsia="pl-PL"/>
        </w:rPr>
        <w:t xml:space="preserve"> małe przedsiębiorstwo</w:t>
      </w:r>
    </w:p>
    <w:p w14:paraId="306BE573" w14:textId="77777777" w:rsidR="00DC59F3" w:rsidRPr="004B7A77" w:rsidRDefault="00DC59F3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ascii="Segoe UI Symbol" w:eastAsia="Times New Roman" w:hAnsi="Segoe UI Symbol" w:cs="Segoe UI Symbol"/>
          <w:color w:val="000000"/>
          <w:lang w:val="pl-PL" w:eastAsia="pl-PL"/>
        </w:rPr>
        <w:t>☐</w:t>
      </w:r>
      <w:r w:rsidRPr="004B7A77">
        <w:rPr>
          <w:rFonts w:eastAsia="Times New Roman" w:cs="Calibri"/>
          <w:color w:val="000000"/>
          <w:lang w:val="pl-PL" w:eastAsia="pl-PL"/>
        </w:rPr>
        <w:t xml:space="preserve"> średnie przedsiębiorstwo</w:t>
      </w:r>
    </w:p>
    <w:p w14:paraId="364E463E" w14:textId="77777777" w:rsidR="00DC59F3" w:rsidRPr="004B7A77" w:rsidRDefault="00DC59F3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ascii="Segoe UI Symbol" w:eastAsia="Times New Roman" w:hAnsi="Segoe UI Symbol" w:cs="Segoe UI Symbol"/>
          <w:color w:val="000000"/>
          <w:lang w:val="pl-PL" w:eastAsia="pl-PL"/>
        </w:rPr>
        <w:t>☐</w:t>
      </w:r>
      <w:r w:rsidRPr="004B7A77">
        <w:rPr>
          <w:rFonts w:eastAsia="Times New Roman" w:cs="Calibri"/>
          <w:color w:val="000000"/>
          <w:lang w:val="pl-PL" w:eastAsia="pl-PL"/>
        </w:rPr>
        <w:t xml:space="preserve"> duże przedsiębiorstwo</w:t>
      </w:r>
    </w:p>
    <w:p w14:paraId="672BDA4E" w14:textId="77777777" w:rsidR="0057494B" w:rsidRPr="004B7A77" w:rsidRDefault="0057494B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</w:p>
    <w:p w14:paraId="1F7AD4C8" w14:textId="77777777" w:rsidR="0057494B" w:rsidRDefault="0057494B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</w:p>
    <w:p w14:paraId="174529CC" w14:textId="77777777" w:rsidR="004B7A77" w:rsidRPr="004B7A77" w:rsidRDefault="004B7A77" w:rsidP="00DC59F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</w:p>
    <w:p w14:paraId="674BCA62" w14:textId="77777777" w:rsidR="0057494B" w:rsidRPr="004B7A77" w:rsidRDefault="0057494B" w:rsidP="0057494B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  <w:t>SEKCJA II – PRZEDMIOT OFERTY</w:t>
      </w:r>
      <w:r w:rsidRPr="004B7A77"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  <w:br/>
      </w:r>
    </w:p>
    <w:p w14:paraId="537EED07" w14:textId="77777777" w:rsidR="0057494B" w:rsidRPr="004B7A77" w:rsidRDefault="0057494B" w:rsidP="0057494B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1. Zakres składanej oferty</w:t>
      </w:r>
    </w:p>
    <w:p w14:paraId="4757FABC" w14:textId="77777777" w:rsidR="0057494B" w:rsidRDefault="0057494B" w:rsidP="0057494B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Działając w imieniu i na rzecz Wykonawcy składamy ofertę na wykonanie niżej wskazanych części zamówienia. Wykonawca może złożyć ofertę na jedną, kilka lub wszystkie części zamówienia.</w:t>
      </w:r>
    </w:p>
    <w:p w14:paraId="7E339AA2" w14:textId="77777777" w:rsidR="004B7A77" w:rsidRPr="004B7A77" w:rsidRDefault="004B7A77" w:rsidP="0057494B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876"/>
        <w:gridCol w:w="2878"/>
        <w:gridCol w:w="2876"/>
      </w:tblGrid>
      <w:tr w:rsidR="0057494B" w:rsidRPr="004B7A77" w14:paraId="793812D3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3AEC4B" w14:textId="77777777" w:rsidR="0057494B" w:rsidRPr="004B7A77" w:rsidRDefault="0057494B" w:rsidP="0057494B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Część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087C59A" w14:textId="77777777" w:rsidR="0057494B" w:rsidRPr="004B7A77" w:rsidRDefault="0057494B" w:rsidP="0057494B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Przedmiot zamówienia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B45BF1" w14:textId="77777777" w:rsidR="0057494B" w:rsidRPr="004B7A77" w:rsidRDefault="0057494B" w:rsidP="0057494B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Oferta składana</w:t>
            </w:r>
          </w:p>
        </w:tc>
      </w:tr>
      <w:tr w:rsidR="0057494B" w:rsidRPr="004B7A77" w14:paraId="4C724976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7372687" w14:textId="77777777" w:rsidR="0057494B" w:rsidRPr="004B7A77" w:rsidRDefault="0057494B" w:rsidP="0057494B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9CE0F3E" w14:textId="77777777" w:rsidR="0057494B" w:rsidRPr="004B7A77" w:rsidRDefault="0057494B" w:rsidP="0057494B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Termomodernizacja budynku przy ul. Waryńskiego 30 w Opolu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2B7D4A" w14:textId="77777777" w:rsidR="0057494B" w:rsidRPr="004B7A77" w:rsidRDefault="0057494B" w:rsidP="0057494B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ascii="Segoe UI Symbol" w:eastAsia="Times New Roman" w:hAnsi="Segoe UI Symbol" w:cs="Segoe UI Symbol"/>
                <w:color w:val="000000"/>
                <w:lang w:val="pl-PL" w:eastAsia="pl-PL"/>
              </w:rPr>
              <w:t>☐</w:t>
            </w:r>
          </w:p>
        </w:tc>
      </w:tr>
      <w:tr w:rsidR="0057494B" w:rsidRPr="004B7A77" w14:paraId="59126EA9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7791BF1" w14:textId="77777777" w:rsidR="0057494B" w:rsidRPr="004B7A77" w:rsidRDefault="0057494B" w:rsidP="0057494B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C31D1DA" w14:textId="77777777" w:rsidR="0057494B" w:rsidRPr="004B7A77" w:rsidRDefault="0057494B" w:rsidP="0057494B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Termomodernizacja budynku przy ul. Licealnej 18 w Opolu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E4C8836" w14:textId="77777777" w:rsidR="0057494B" w:rsidRPr="004B7A77" w:rsidRDefault="0057494B" w:rsidP="0057494B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ascii="Segoe UI Symbol" w:eastAsia="Times New Roman" w:hAnsi="Segoe UI Symbol" w:cs="Segoe UI Symbol"/>
                <w:color w:val="000000"/>
                <w:lang w:val="pl-PL" w:eastAsia="pl-PL"/>
              </w:rPr>
              <w:t>☐</w:t>
            </w:r>
          </w:p>
        </w:tc>
      </w:tr>
      <w:tr w:rsidR="0057494B" w:rsidRPr="004B7A77" w14:paraId="75D4200C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32C2ABA" w14:textId="77777777" w:rsidR="0057494B" w:rsidRPr="004B7A77" w:rsidRDefault="0057494B" w:rsidP="0057494B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6FF989" w14:textId="77777777" w:rsidR="0057494B" w:rsidRPr="004B7A77" w:rsidRDefault="0057494B" w:rsidP="0057494B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Termomodernizacja budynku przy ul. Kościuszki 2 w Opolu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C4E00D" w14:textId="77777777" w:rsidR="0057494B" w:rsidRPr="004B7A77" w:rsidRDefault="0057494B" w:rsidP="0057494B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ascii="Segoe UI Symbol" w:eastAsia="Times New Roman" w:hAnsi="Segoe UI Symbol" w:cs="Segoe UI Symbol"/>
                <w:color w:val="000000"/>
                <w:lang w:val="pl-PL" w:eastAsia="pl-PL"/>
              </w:rPr>
              <w:t>☐</w:t>
            </w:r>
          </w:p>
        </w:tc>
      </w:tr>
    </w:tbl>
    <w:p w14:paraId="60E69BD5" w14:textId="77777777" w:rsidR="0057494B" w:rsidRPr="004B7A77" w:rsidRDefault="0057494B" w:rsidP="0057494B">
      <w:pPr>
        <w:shd w:val="clear" w:color="auto" w:fill="FFFFFF"/>
        <w:spacing w:after="0" w:line="240" w:lineRule="auto"/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</w:pPr>
    </w:p>
    <w:p w14:paraId="65DE5794" w14:textId="4641AF15" w:rsidR="0057494B" w:rsidRPr="004B7A77" w:rsidRDefault="0057494B" w:rsidP="0057494B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2. Oświadczenie Wykonawcy</w:t>
      </w:r>
    </w:p>
    <w:p w14:paraId="1DD2C646" w14:textId="77777777" w:rsidR="0057494B" w:rsidRPr="004B7A77" w:rsidRDefault="0057494B" w:rsidP="0057494B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Oświadczamy, że składamy ofertę na wykonanie wszystkich robót objętych częścią (częściami) zamówienia wskazaną (wskazanymi) powyżej, zgodnie z wymaganiami określonymi w Specyfikacji Warunków Zamówienia oraz jej załącznikach.</w:t>
      </w:r>
    </w:p>
    <w:p w14:paraId="404F954A" w14:textId="77777777" w:rsidR="00E90862" w:rsidRPr="004B7A77" w:rsidRDefault="00E90862" w:rsidP="0057494B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</w:p>
    <w:p w14:paraId="1CE9D96E" w14:textId="77777777" w:rsidR="0057494B" w:rsidRPr="004B7A77" w:rsidRDefault="0057494B" w:rsidP="0057494B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</w:p>
    <w:p w14:paraId="5191AF54" w14:textId="77777777" w:rsidR="004B7A77" w:rsidRDefault="004B7A77">
      <w:pPr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</w:pPr>
      <w:r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  <w:br w:type="page"/>
      </w:r>
    </w:p>
    <w:p w14:paraId="74AB7B8F" w14:textId="536129E9" w:rsidR="00E90862" w:rsidRPr="004B7A77" w:rsidRDefault="00E90862" w:rsidP="00E90862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  <w:lastRenderedPageBreak/>
        <w:t>SEKCJA III – CENA OFERTOWA</w:t>
      </w:r>
      <w:r w:rsidRPr="004B7A77"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  <w:br/>
      </w:r>
    </w:p>
    <w:p w14:paraId="0B9D7B74" w14:textId="77777777" w:rsidR="00E90862" w:rsidRPr="004B7A77" w:rsidRDefault="00E90862" w:rsidP="00E90862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1. Cena ofertowa</w:t>
      </w:r>
    </w:p>
    <w:p w14:paraId="3395CEA8" w14:textId="77777777" w:rsidR="00E90862" w:rsidRPr="004B7A77" w:rsidRDefault="00E90862" w:rsidP="00E90862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Oferujemy wykonanie zamówienia za następujące ceny ryczałtowe:</w:t>
      </w:r>
    </w:p>
    <w:tbl>
      <w:tblPr>
        <w:tblW w:w="86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E90862" w:rsidRPr="004B7A77" w14:paraId="425208BE" w14:textId="77777777" w:rsidTr="00B126DE"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25E1BE" w14:textId="77777777" w:rsidR="00E90862" w:rsidRPr="004B7A77" w:rsidRDefault="00E90862" w:rsidP="00E90862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Część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9520046" w14:textId="77777777" w:rsidR="00E90862" w:rsidRPr="004B7A77" w:rsidRDefault="00E90862" w:rsidP="00E90862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Cena netto (zł)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9E17DDC" w14:textId="77777777" w:rsidR="00E90862" w:rsidRPr="004B7A77" w:rsidRDefault="00E90862" w:rsidP="00E90862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Kwota VAT (zł)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A62123" w14:textId="77777777" w:rsidR="00E90862" w:rsidRPr="004B7A77" w:rsidRDefault="00E90862" w:rsidP="00E90862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Cena brutto (zł)</w:t>
            </w:r>
          </w:p>
        </w:tc>
      </w:tr>
      <w:tr w:rsidR="00E90862" w:rsidRPr="004B7A77" w14:paraId="63638076" w14:textId="77777777" w:rsidTr="00B126DE"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26305F" w14:textId="77777777" w:rsidR="00E90862" w:rsidRPr="004B7A77" w:rsidRDefault="00E90862" w:rsidP="00E90862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41A9410" w14:textId="77777777" w:rsidR="00E90862" w:rsidRPr="004B7A77" w:rsidRDefault="00E90862" w:rsidP="00E90862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AF04B2" w14:textId="77777777" w:rsidR="00E90862" w:rsidRPr="004B7A77" w:rsidRDefault="00E90862" w:rsidP="00E9086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7542D88" w14:textId="77777777" w:rsidR="00E90862" w:rsidRPr="004B7A77" w:rsidRDefault="00E90862" w:rsidP="00E9086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</w:tc>
      </w:tr>
      <w:tr w:rsidR="00E90862" w:rsidRPr="004B7A77" w14:paraId="080DED63" w14:textId="77777777" w:rsidTr="00B126DE"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B4428B3" w14:textId="77777777" w:rsidR="00E90862" w:rsidRPr="004B7A77" w:rsidRDefault="00E90862" w:rsidP="00E90862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2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0DA4235" w14:textId="77777777" w:rsidR="00E90862" w:rsidRPr="004B7A77" w:rsidRDefault="00E90862" w:rsidP="00E90862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2AA360" w14:textId="77777777" w:rsidR="00E90862" w:rsidRPr="004B7A77" w:rsidRDefault="00E90862" w:rsidP="00E9086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CA7597" w14:textId="77777777" w:rsidR="00E90862" w:rsidRPr="004B7A77" w:rsidRDefault="00E90862" w:rsidP="00E9086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</w:tc>
      </w:tr>
      <w:tr w:rsidR="00E90862" w:rsidRPr="004B7A77" w14:paraId="57D7A588" w14:textId="77777777" w:rsidTr="00B126DE"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958A60A" w14:textId="77777777" w:rsidR="00E90862" w:rsidRPr="004B7A77" w:rsidRDefault="00E90862" w:rsidP="00E90862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3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8E69483" w14:textId="77777777" w:rsidR="00E90862" w:rsidRPr="004B7A77" w:rsidRDefault="00E90862" w:rsidP="00E90862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DC5F59" w14:textId="77777777" w:rsidR="00E90862" w:rsidRPr="004B7A77" w:rsidRDefault="00E90862" w:rsidP="00E9086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142B99D" w14:textId="77777777" w:rsidR="00E90862" w:rsidRPr="004B7A77" w:rsidRDefault="00E90862" w:rsidP="00E9086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</w:tc>
      </w:tr>
    </w:tbl>
    <w:p w14:paraId="6CA124BC" w14:textId="1E8F13CD" w:rsidR="00E90862" w:rsidRPr="00B126DE" w:rsidRDefault="00B126DE" w:rsidP="00B126DE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4F81BD"/>
          <w:sz w:val="26"/>
          <w:szCs w:val="26"/>
          <w:u w:val="single"/>
          <w:lang w:val="pl-PL" w:eastAsia="pl-PL"/>
        </w:rPr>
      </w:pPr>
      <w:proofErr w:type="spellStart"/>
      <w:r w:rsidRPr="00B126DE">
        <w:rPr>
          <w:u w:val="single"/>
        </w:rPr>
        <w:t>Ceny</w:t>
      </w:r>
      <w:proofErr w:type="spellEnd"/>
      <w:r w:rsidRPr="00B126DE">
        <w:rPr>
          <w:u w:val="single"/>
        </w:rPr>
        <w:t xml:space="preserve"> </w:t>
      </w:r>
      <w:proofErr w:type="spellStart"/>
      <w:r w:rsidRPr="00B126DE">
        <w:rPr>
          <w:u w:val="single"/>
        </w:rPr>
        <w:t>wskazane</w:t>
      </w:r>
      <w:proofErr w:type="spellEnd"/>
      <w:r w:rsidRPr="00B126DE">
        <w:rPr>
          <w:u w:val="single"/>
        </w:rPr>
        <w:t xml:space="preserve"> </w:t>
      </w:r>
      <w:proofErr w:type="spellStart"/>
      <w:r w:rsidRPr="00B126DE">
        <w:rPr>
          <w:u w:val="single"/>
        </w:rPr>
        <w:t>powyżej</w:t>
      </w:r>
      <w:proofErr w:type="spellEnd"/>
      <w:r w:rsidRPr="00B126DE">
        <w:rPr>
          <w:u w:val="single"/>
        </w:rPr>
        <w:t xml:space="preserve"> </w:t>
      </w:r>
      <w:proofErr w:type="spellStart"/>
      <w:r w:rsidRPr="00B126DE">
        <w:rPr>
          <w:u w:val="single"/>
        </w:rPr>
        <w:t>muszą</w:t>
      </w:r>
      <w:proofErr w:type="spellEnd"/>
      <w:r w:rsidRPr="00B126DE">
        <w:rPr>
          <w:u w:val="single"/>
        </w:rPr>
        <w:t xml:space="preserve"> </w:t>
      </w:r>
      <w:proofErr w:type="spellStart"/>
      <w:r w:rsidRPr="00B126DE">
        <w:rPr>
          <w:u w:val="single"/>
        </w:rPr>
        <w:t>być</w:t>
      </w:r>
      <w:proofErr w:type="spellEnd"/>
      <w:r w:rsidRPr="00B126DE">
        <w:rPr>
          <w:u w:val="single"/>
        </w:rPr>
        <w:t xml:space="preserve"> </w:t>
      </w:r>
      <w:proofErr w:type="spellStart"/>
      <w:r w:rsidRPr="00B126DE">
        <w:rPr>
          <w:u w:val="single"/>
        </w:rPr>
        <w:t>zgodne</w:t>
      </w:r>
      <w:proofErr w:type="spellEnd"/>
      <w:r w:rsidRPr="00B126DE">
        <w:rPr>
          <w:u w:val="single"/>
        </w:rPr>
        <w:t xml:space="preserve"> z </w:t>
      </w:r>
      <w:proofErr w:type="spellStart"/>
      <w:r w:rsidRPr="00B126DE">
        <w:rPr>
          <w:u w:val="single"/>
        </w:rPr>
        <w:t>wartościami</w:t>
      </w:r>
      <w:proofErr w:type="spellEnd"/>
      <w:r w:rsidRPr="00B126DE">
        <w:rPr>
          <w:u w:val="single"/>
        </w:rPr>
        <w:t xml:space="preserve"> </w:t>
      </w:r>
      <w:proofErr w:type="spellStart"/>
      <w:r w:rsidRPr="00B126DE">
        <w:rPr>
          <w:u w:val="single"/>
        </w:rPr>
        <w:t>wynikającymi</w:t>
      </w:r>
      <w:proofErr w:type="spellEnd"/>
      <w:r w:rsidRPr="00B126DE">
        <w:rPr>
          <w:u w:val="single"/>
        </w:rPr>
        <w:t xml:space="preserve"> z </w:t>
      </w:r>
      <w:proofErr w:type="spellStart"/>
      <w:r w:rsidRPr="00B126DE">
        <w:rPr>
          <w:u w:val="single"/>
        </w:rPr>
        <w:t>formularza</w:t>
      </w:r>
      <w:proofErr w:type="spellEnd"/>
      <w:r w:rsidRPr="00B126DE">
        <w:rPr>
          <w:u w:val="single"/>
        </w:rPr>
        <w:t xml:space="preserve"> </w:t>
      </w:r>
      <w:proofErr w:type="spellStart"/>
      <w:r w:rsidRPr="00B126DE">
        <w:rPr>
          <w:u w:val="single"/>
        </w:rPr>
        <w:t>cenowego</w:t>
      </w:r>
      <w:proofErr w:type="spellEnd"/>
      <w:r w:rsidRPr="00B126DE">
        <w:rPr>
          <w:u w:val="single"/>
        </w:rPr>
        <w:t xml:space="preserve"> </w:t>
      </w:r>
      <w:proofErr w:type="spellStart"/>
      <w:r w:rsidRPr="00B126DE">
        <w:rPr>
          <w:u w:val="single"/>
        </w:rPr>
        <w:t>właściwego</w:t>
      </w:r>
      <w:proofErr w:type="spellEnd"/>
      <w:r w:rsidRPr="00B126DE">
        <w:rPr>
          <w:u w:val="single"/>
        </w:rPr>
        <w:t xml:space="preserve"> </w:t>
      </w:r>
      <w:proofErr w:type="spellStart"/>
      <w:r w:rsidRPr="00B126DE">
        <w:rPr>
          <w:u w:val="single"/>
        </w:rPr>
        <w:t>dla</w:t>
      </w:r>
      <w:proofErr w:type="spellEnd"/>
      <w:r w:rsidRPr="00B126DE">
        <w:rPr>
          <w:u w:val="single"/>
        </w:rPr>
        <w:t xml:space="preserve"> </w:t>
      </w:r>
      <w:proofErr w:type="spellStart"/>
      <w:r w:rsidRPr="00B126DE">
        <w:rPr>
          <w:u w:val="single"/>
        </w:rPr>
        <w:t>danej</w:t>
      </w:r>
      <w:proofErr w:type="spellEnd"/>
      <w:r w:rsidRPr="00B126DE">
        <w:rPr>
          <w:u w:val="single"/>
        </w:rPr>
        <w:t xml:space="preserve"> </w:t>
      </w:r>
      <w:proofErr w:type="spellStart"/>
      <w:r w:rsidRPr="00B126DE">
        <w:rPr>
          <w:u w:val="single"/>
        </w:rPr>
        <w:t>części</w:t>
      </w:r>
      <w:proofErr w:type="spellEnd"/>
      <w:r w:rsidRPr="00B126DE">
        <w:rPr>
          <w:u w:val="single"/>
        </w:rPr>
        <w:t xml:space="preserve"> </w:t>
      </w:r>
      <w:proofErr w:type="spellStart"/>
      <w:r w:rsidRPr="00B126DE">
        <w:rPr>
          <w:u w:val="single"/>
        </w:rPr>
        <w:t>zamówienia</w:t>
      </w:r>
      <w:proofErr w:type="spellEnd"/>
      <w:r w:rsidRPr="00B126DE">
        <w:rPr>
          <w:u w:val="single"/>
        </w:rPr>
        <w:t>.</w:t>
      </w:r>
    </w:p>
    <w:p w14:paraId="2F81561E" w14:textId="77777777" w:rsidR="00B126DE" w:rsidRPr="004B7A77" w:rsidRDefault="00B126DE" w:rsidP="00E90862">
      <w:pPr>
        <w:shd w:val="clear" w:color="auto" w:fill="FFFFFF"/>
        <w:spacing w:after="0" w:line="240" w:lineRule="auto"/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</w:pPr>
    </w:p>
    <w:p w14:paraId="06F64906" w14:textId="481F1CD0" w:rsidR="00E90862" w:rsidRPr="004B7A77" w:rsidRDefault="00E90862" w:rsidP="00B126DE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2. Oświadczenia dotyczące ceny</w:t>
      </w:r>
    </w:p>
    <w:p w14:paraId="315C0CE6" w14:textId="77777777" w:rsidR="00E90862" w:rsidRPr="004B7A77" w:rsidRDefault="00E90862" w:rsidP="00E90862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Oświadczamy, że zaoferowana cena ma charakter ryczałtowy.</w:t>
      </w:r>
    </w:p>
    <w:p w14:paraId="3367A35B" w14:textId="77777777" w:rsidR="00E90862" w:rsidRPr="004B7A77" w:rsidRDefault="00E90862" w:rsidP="00E90862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 xml:space="preserve">Cena obejmuje wszystkie koszty niezbędne do należytego wykonania przedmiotu zamówienia zgodnie z SWZ, dokumentacją projektową, </w:t>
      </w:r>
      <w:proofErr w:type="spellStart"/>
      <w:r w:rsidRPr="004B7A77">
        <w:rPr>
          <w:rFonts w:eastAsia="Times New Roman" w:cs="Calibri"/>
          <w:color w:val="000000"/>
          <w:lang w:val="pl-PL" w:eastAsia="pl-PL"/>
        </w:rPr>
        <w:t>STWiORB</w:t>
      </w:r>
      <w:proofErr w:type="spellEnd"/>
      <w:r w:rsidRPr="004B7A77">
        <w:rPr>
          <w:rFonts w:eastAsia="Times New Roman" w:cs="Calibri"/>
          <w:color w:val="000000"/>
          <w:lang w:val="pl-PL" w:eastAsia="pl-PL"/>
        </w:rPr>
        <w:t xml:space="preserve"> oraz pozostałymi dokumentami zamówienia.</w:t>
      </w:r>
    </w:p>
    <w:p w14:paraId="29F29EB2" w14:textId="77777777" w:rsidR="00E90862" w:rsidRPr="004B7A77" w:rsidRDefault="00E90862" w:rsidP="00E90862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Cena obejmuje wszystkie koszty robót, materiałów, urządzeń, transportu, organizacji placu budowy, ubezpieczenia, prób, odbiorów oraz wszelkich innych świadczeń niezbędnych do prawidłowego wykonania zamówienia.</w:t>
      </w:r>
    </w:p>
    <w:p w14:paraId="5BBED4D3" w14:textId="77777777" w:rsidR="00E90862" w:rsidRPr="004B7A77" w:rsidRDefault="00E90862" w:rsidP="00E90862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Przedmiary robót mają charakter wyłącznie pomocniczy i nie stanowią podstawy do ustalenia wynagrodzenia Wykonawcy.</w:t>
      </w:r>
    </w:p>
    <w:p w14:paraId="42F78B67" w14:textId="77777777" w:rsidR="00E90862" w:rsidRPr="004B7A77" w:rsidRDefault="00E90862" w:rsidP="00E90862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W przypadku wyboru naszej oferty zobowiązujemy się wykonać zamówienie za ceny wskazane powyżej.</w:t>
      </w:r>
    </w:p>
    <w:p w14:paraId="702257E6" w14:textId="77777777" w:rsidR="006F7654" w:rsidRPr="004B7A77" w:rsidRDefault="006F7654" w:rsidP="006F7654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</w:pPr>
    </w:p>
    <w:p w14:paraId="3CB73C71" w14:textId="3C85B29F" w:rsidR="006F7654" w:rsidRPr="004B7A77" w:rsidRDefault="006F7654" w:rsidP="006F7654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  <w:t>SEKCJA IV – OKRES GWARANCJI JAKOŚCI</w:t>
      </w:r>
      <w:r w:rsidRPr="004B7A77"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  <w:br/>
      </w:r>
    </w:p>
    <w:p w14:paraId="176AA58C" w14:textId="77777777" w:rsidR="006F7654" w:rsidRPr="004B7A77" w:rsidRDefault="006F7654" w:rsidP="006F7654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1. Oferowany okres gwarancji jakości</w:t>
      </w:r>
    </w:p>
    <w:p w14:paraId="715DA627" w14:textId="77777777" w:rsidR="006F7654" w:rsidRPr="004B7A77" w:rsidRDefault="006F7654" w:rsidP="006F7654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Oferujemy następujący okres gwarancji jakości dla części zamówienia, na które składamy ofertę.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876"/>
        <w:gridCol w:w="2878"/>
        <w:gridCol w:w="2876"/>
      </w:tblGrid>
      <w:tr w:rsidR="006F7654" w:rsidRPr="004B7A77" w14:paraId="4811F661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0BC0C26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Część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2AC986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Przedmiot zamówienia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81EA9A" w14:textId="3B24569F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 xml:space="preserve">Oferowany okres gwarancji </w:t>
            </w:r>
            <w:r w:rsidR="001B2555">
              <w:rPr>
                <w:rFonts w:eastAsia="Times New Roman" w:cs="Calibri"/>
                <w:color w:val="000000"/>
                <w:lang w:val="pl-PL" w:eastAsia="pl-PL"/>
              </w:rPr>
              <w:t xml:space="preserve">jakości </w:t>
            </w:r>
            <w:r w:rsidRPr="004B7A77">
              <w:rPr>
                <w:rFonts w:eastAsia="Times New Roman" w:cs="Calibri"/>
                <w:color w:val="000000"/>
                <w:lang w:val="pl-PL" w:eastAsia="pl-PL"/>
              </w:rPr>
              <w:t>(</w:t>
            </w:r>
            <w:r w:rsidR="001B2555">
              <w:rPr>
                <w:rFonts w:eastAsia="Times New Roman" w:cs="Calibri"/>
                <w:color w:val="000000"/>
                <w:lang w:val="pl-PL" w:eastAsia="pl-PL"/>
              </w:rPr>
              <w:t>pełne miesiące</w:t>
            </w:r>
            <w:r w:rsidRPr="004B7A77">
              <w:rPr>
                <w:rFonts w:eastAsia="Times New Roman" w:cs="Calibri"/>
                <w:color w:val="000000"/>
                <w:lang w:val="pl-PL" w:eastAsia="pl-PL"/>
              </w:rPr>
              <w:t>)</w:t>
            </w:r>
          </w:p>
        </w:tc>
      </w:tr>
      <w:tr w:rsidR="006F7654" w:rsidRPr="004B7A77" w14:paraId="2B5FD924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425B84F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1C9D11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Termomodernizacja budynku przy ul. Waryńskiego 30 w Opolu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C28471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6F7654" w:rsidRPr="004B7A77" w14:paraId="3FDA6AF3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719F7BF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A4220AB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Termomodernizacja budynku przy ul. Licealnej 18 w Opolu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5EC287F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6F7654" w:rsidRPr="004B7A77" w14:paraId="24B35999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45CBD0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5A8B4BE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Termomodernizacja budynku przy ul. Kościuszki 2 w Opolu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42AB01E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</w:tbl>
    <w:p w14:paraId="5277AE80" w14:textId="77777777" w:rsidR="006F7654" w:rsidRPr="004B7A77" w:rsidRDefault="006F7654" w:rsidP="006F7654">
      <w:pPr>
        <w:shd w:val="clear" w:color="auto" w:fill="FFFFFF"/>
        <w:spacing w:after="0" w:line="240" w:lineRule="auto"/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</w:pPr>
    </w:p>
    <w:p w14:paraId="0F810F3D" w14:textId="70930019" w:rsidR="006F7654" w:rsidRPr="004B7A77" w:rsidRDefault="006F7654" w:rsidP="006F7654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2. Oświadczenia Wykonawcy</w:t>
      </w:r>
    </w:p>
    <w:p w14:paraId="0C3AABCE" w14:textId="1C25A583" w:rsidR="00536F2A" w:rsidRDefault="00536F2A" w:rsidP="00536F2A">
      <w:pPr>
        <w:pStyle w:val="Akapitzlist"/>
        <w:numPr>
          <w:ilvl w:val="0"/>
          <w:numId w:val="13"/>
        </w:numPr>
        <w:spacing w:after="0" w:line="240" w:lineRule="auto"/>
        <w:ind w:left="284" w:hanging="284"/>
        <w:rPr>
          <w:rFonts w:eastAsia="Times New Roman" w:cs="Calibri"/>
          <w:lang w:val="pl-PL" w:eastAsia="pl-PL"/>
        </w:rPr>
      </w:pPr>
      <w:r w:rsidRPr="00536F2A">
        <w:rPr>
          <w:rFonts w:eastAsia="Times New Roman" w:cs="Calibri"/>
          <w:lang w:val="pl-PL" w:eastAsia="pl-PL"/>
        </w:rPr>
        <w:t xml:space="preserve">Minimalny wymagany okres gwarancji jakości wynosi </w:t>
      </w:r>
      <w:r w:rsidRPr="00536F2A">
        <w:rPr>
          <w:rFonts w:eastAsia="Times New Roman" w:cs="Calibri"/>
          <w:b/>
          <w:bCs/>
          <w:lang w:val="pl-PL" w:eastAsia="pl-PL"/>
        </w:rPr>
        <w:t>36 miesięcy</w:t>
      </w:r>
      <w:r w:rsidRPr="00536F2A">
        <w:rPr>
          <w:rFonts w:eastAsia="Times New Roman" w:cs="Calibri"/>
          <w:lang w:val="pl-PL" w:eastAsia="pl-PL"/>
        </w:rPr>
        <w:t xml:space="preserve">. </w:t>
      </w:r>
    </w:p>
    <w:p w14:paraId="39469292" w14:textId="77777777" w:rsidR="00536F2A" w:rsidRDefault="00536F2A" w:rsidP="00536F2A">
      <w:pPr>
        <w:pStyle w:val="Akapitzlist"/>
        <w:numPr>
          <w:ilvl w:val="0"/>
          <w:numId w:val="13"/>
        </w:numPr>
        <w:spacing w:after="0" w:line="240" w:lineRule="auto"/>
        <w:ind w:left="284" w:hanging="284"/>
        <w:rPr>
          <w:rFonts w:eastAsia="Times New Roman" w:cs="Calibri"/>
          <w:lang w:val="pl-PL" w:eastAsia="pl-PL"/>
        </w:rPr>
      </w:pPr>
      <w:r w:rsidRPr="00536F2A">
        <w:rPr>
          <w:rFonts w:eastAsia="Times New Roman" w:cs="Calibri"/>
          <w:lang w:val="pl-PL" w:eastAsia="pl-PL"/>
        </w:rPr>
        <w:t xml:space="preserve">Maksymalny okres gwarancji jakości uwzględniany przy ocenie ofert wynosi </w:t>
      </w:r>
      <w:r w:rsidRPr="00536F2A">
        <w:rPr>
          <w:rFonts w:eastAsia="Times New Roman" w:cs="Calibri"/>
          <w:b/>
          <w:bCs/>
          <w:lang w:val="pl-PL" w:eastAsia="pl-PL"/>
        </w:rPr>
        <w:t>60 miesięcy</w:t>
      </w:r>
      <w:r w:rsidRPr="00536F2A">
        <w:rPr>
          <w:rFonts w:eastAsia="Times New Roman" w:cs="Calibri"/>
          <w:lang w:val="pl-PL" w:eastAsia="pl-PL"/>
        </w:rPr>
        <w:t>.</w:t>
      </w:r>
    </w:p>
    <w:p w14:paraId="6ED173C9" w14:textId="75A86591" w:rsidR="00536F2A" w:rsidRDefault="00536F2A" w:rsidP="00536F2A">
      <w:pPr>
        <w:pStyle w:val="Akapitzlist"/>
        <w:numPr>
          <w:ilvl w:val="0"/>
          <w:numId w:val="13"/>
        </w:numPr>
        <w:spacing w:after="0" w:line="240" w:lineRule="auto"/>
        <w:ind w:left="284" w:hanging="284"/>
        <w:rPr>
          <w:rFonts w:eastAsia="Times New Roman" w:cs="Calibri"/>
          <w:lang w:val="pl-PL" w:eastAsia="pl-PL"/>
        </w:rPr>
      </w:pPr>
      <w:r w:rsidRPr="00536F2A">
        <w:rPr>
          <w:rFonts w:eastAsia="Times New Roman" w:cs="Calibri"/>
          <w:lang w:val="pl-PL" w:eastAsia="pl-PL"/>
        </w:rPr>
        <w:t xml:space="preserve"> W przypadku niewskazania okresu gwarancji jakości Zamawiający przyjmie minimalny wymagany okres gwarancji wynoszący </w:t>
      </w:r>
      <w:r w:rsidRPr="00536F2A">
        <w:rPr>
          <w:rFonts w:eastAsia="Times New Roman" w:cs="Calibri"/>
          <w:b/>
          <w:bCs/>
          <w:lang w:val="pl-PL" w:eastAsia="pl-PL"/>
        </w:rPr>
        <w:t>36 miesięcy</w:t>
      </w:r>
      <w:r w:rsidRPr="00536F2A">
        <w:rPr>
          <w:rFonts w:eastAsia="Times New Roman" w:cs="Calibri"/>
          <w:lang w:val="pl-PL" w:eastAsia="pl-PL"/>
        </w:rPr>
        <w:t xml:space="preserve">. </w:t>
      </w:r>
    </w:p>
    <w:p w14:paraId="7453E505" w14:textId="7D0C0EF9" w:rsidR="00536F2A" w:rsidRDefault="00536F2A" w:rsidP="00536F2A">
      <w:pPr>
        <w:pStyle w:val="Akapitzlist"/>
        <w:numPr>
          <w:ilvl w:val="0"/>
          <w:numId w:val="13"/>
        </w:numPr>
        <w:spacing w:after="0" w:line="240" w:lineRule="auto"/>
        <w:ind w:left="284" w:hanging="284"/>
        <w:rPr>
          <w:rFonts w:eastAsia="Times New Roman" w:cs="Calibri"/>
          <w:lang w:val="pl-PL" w:eastAsia="pl-PL"/>
        </w:rPr>
      </w:pPr>
      <w:r w:rsidRPr="00536F2A">
        <w:rPr>
          <w:rFonts w:eastAsia="Times New Roman" w:cs="Calibri"/>
          <w:lang w:val="pl-PL" w:eastAsia="pl-PL"/>
        </w:rPr>
        <w:lastRenderedPageBreak/>
        <w:t xml:space="preserve">W przypadku zaoferowania okresu gwarancji jakości krótszego niż </w:t>
      </w:r>
      <w:r w:rsidRPr="00536F2A">
        <w:rPr>
          <w:rFonts w:eastAsia="Times New Roman" w:cs="Calibri"/>
          <w:b/>
          <w:bCs/>
          <w:lang w:val="pl-PL" w:eastAsia="pl-PL"/>
        </w:rPr>
        <w:t>36 miesięcy</w:t>
      </w:r>
      <w:r w:rsidRPr="00536F2A">
        <w:rPr>
          <w:rFonts w:eastAsia="Times New Roman" w:cs="Calibri"/>
          <w:lang w:val="pl-PL" w:eastAsia="pl-PL"/>
        </w:rPr>
        <w:t xml:space="preserve"> oferta będzie podlegała odrzuceniu jako niezgodna z warunkami zamówienia, zgodnie z postanowieniami SWZ i przepisami ustawy Prawo zamówień publicznych. </w:t>
      </w:r>
    </w:p>
    <w:p w14:paraId="2A8CCD2D" w14:textId="65A34614" w:rsidR="006F7654" w:rsidRPr="00536F2A" w:rsidRDefault="00536F2A" w:rsidP="00536F2A">
      <w:pPr>
        <w:pStyle w:val="Akapitzlist"/>
        <w:numPr>
          <w:ilvl w:val="0"/>
          <w:numId w:val="13"/>
        </w:numPr>
        <w:spacing w:after="0" w:line="240" w:lineRule="auto"/>
        <w:ind w:left="284" w:hanging="284"/>
        <w:rPr>
          <w:rFonts w:eastAsia="Times New Roman" w:cs="Calibri"/>
          <w:lang w:val="pl-PL" w:eastAsia="pl-PL"/>
        </w:rPr>
      </w:pPr>
      <w:r w:rsidRPr="00536F2A">
        <w:rPr>
          <w:rFonts w:eastAsia="Times New Roman" w:cs="Calibri"/>
          <w:lang w:val="pl-PL" w:eastAsia="pl-PL"/>
        </w:rPr>
        <w:t xml:space="preserve">W przypadku zaoferowania okresu gwarancji jakości dłuższego niż </w:t>
      </w:r>
      <w:r w:rsidRPr="00536F2A">
        <w:rPr>
          <w:rFonts w:eastAsia="Times New Roman" w:cs="Calibri"/>
          <w:b/>
          <w:bCs/>
          <w:lang w:val="pl-PL" w:eastAsia="pl-PL"/>
        </w:rPr>
        <w:t>60 miesięcy</w:t>
      </w:r>
      <w:r w:rsidRPr="00536F2A">
        <w:rPr>
          <w:rFonts w:eastAsia="Times New Roman" w:cs="Calibri"/>
          <w:lang w:val="pl-PL" w:eastAsia="pl-PL"/>
        </w:rPr>
        <w:t xml:space="preserve">, do oceny ofert Zamawiający przyjmie okres </w:t>
      </w:r>
      <w:r w:rsidRPr="00536F2A">
        <w:rPr>
          <w:rFonts w:eastAsia="Times New Roman" w:cs="Calibri"/>
          <w:b/>
          <w:bCs/>
          <w:lang w:val="pl-PL" w:eastAsia="pl-PL"/>
        </w:rPr>
        <w:t>60 miesięcy</w:t>
      </w:r>
      <w:r w:rsidRPr="00536F2A">
        <w:rPr>
          <w:rFonts w:eastAsia="Times New Roman" w:cs="Calibri"/>
          <w:lang w:val="pl-PL" w:eastAsia="pl-PL"/>
        </w:rPr>
        <w:t>.</w:t>
      </w:r>
    </w:p>
    <w:p w14:paraId="37B3A533" w14:textId="77777777" w:rsidR="001B2555" w:rsidRPr="004B7A77" w:rsidRDefault="001B2555" w:rsidP="001B2555">
      <w:pPr>
        <w:shd w:val="clear" w:color="auto" w:fill="FFFFFF"/>
        <w:spacing w:after="0" w:line="240" w:lineRule="auto"/>
        <w:jc w:val="both"/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</w:pPr>
    </w:p>
    <w:p w14:paraId="607D02EA" w14:textId="3F43E3F4" w:rsidR="006F7654" w:rsidRPr="004B7A77" w:rsidRDefault="006F7654" w:rsidP="006F7654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  <w:t>SEKCJA V – OŚWIADCZENIA WYKONAWCY</w:t>
      </w:r>
      <w:r w:rsidRPr="004B7A77"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  <w:br/>
      </w:r>
    </w:p>
    <w:p w14:paraId="25C08A2D" w14:textId="77777777" w:rsidR="006F7654" w:rsidRPr="004B7A77" w:rsidRDefault="006F7654" w:rsidP="006F7654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Oświadczenia</w:t>
      </w:r>
    </w:p>
    <w:p w14:paraId="668198EB" w14:textId="77777777" w:rsidR="006F7654" w:rsidRPr="004B7A77" w:rsidRDefault="006F7654" w:rsidP="006F7654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Składając ofertę oświadczamy, że:</w:t>
      </w:r>
    </w:p>
    <w:p w14:paraId="14D44E88" w14:textId="77777777" w:rsidR="006F7654" w:rsidRPr="004B7A77" w:rsidRDefault="006F7654" w:rsidP="006F7654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zapoznaliśmy się z treścią SWZ wraz z załącznikami i akceptujemy je bez zastrzeżeń;</w:t>
      </w:r>
    </w:p>
    <w:p w14:paraId="2FD5851C" w14:textId="77777777" w:rsidR="006F7654" w:rsidRPr="004B7A77" w:rsidRDefault="006F7654" w:rsidP="006F7654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uzyskaliśmy wszystkie informacje niezbędne do prawidłowego sporządzenia oferty;</w:t>
      </w:r>
    </w:p>
    <w:p w14:paraId="2D604483" w14:textId="77777777" w:rsidR="006F7654" w:rsidRPr="004B7A77" w:rsidRDefault="006F7654" w:rsidP="006F7654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oferowana cena obejmuje pełny zakres zamówienia i wszystkie koszty jego realizacji;</w:t>
      </w:r>
    </w:p>
    <w:p w14:paraId="6131180D" w14:textId="77777777" w:rsidR="006F7654" w:rsidRPr="004B7A77" w:rsidRDefault="006F7654" w:rsidP="006F7654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zobowiązujemy się wykonać zamówienie w terminie określonym w SWZ;</w:t>
      </w:r>
    </w:p>
    <w:p w14:paraId="337488FC" w14:textId="77777777" w:rsidR="006F7654" w:rsidRPr="004B7A77" w:rsidRDefault="006F7654" w:rsidP="006F7654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akceptujemy projektowane postanowienia umowy;</w:t>
      </w:r>
    </w:p>
    <w:p w14:paraId="18B7F25B" w14:textId="77777777" w:rsidR="006F7654" w:rsidRPr="004B7A77" w:rsidRDefault="006F7654" w:rsidP="006F7654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pozostajemy związani ofertą przez okres określony w SWZ;</w:t>
      </w:r>
    </w:p>
    <w:p w14:paraId="63D9597C" w14:textId="77777777" w:rsidR="006F7654" w:rsidRPr="004B7A77" w:rsidRDefault="006F7654" w:rsidP="006F7654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w przypadku wyboru naszej oferty wniesiemy zabezpieczenie należytego wykonania umowy zgodnie z SWZ;</w:t>
      </w:r>
    </w:p>
    <w:p w14:paraId="64DC1B07" w14:textId="7ED236A4" w:rsidR="006F7654" w:rsidRPr="004B7A77" w:rsidRDefault="006F7654" w:rsidP="00413A74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zamówienie wykonamy zgodnie z obowiązującymi przepisami prawa oraz dokumentacją zamówienia</w:t>
      </w:r>
      <w:r w:rsidR="00413A74" w:rsidRPr="004B7A77">
        <w:rPr>
          <w:rFonts w:eastAsia="Times New Roman" w:cs="Calibri"/>
          <w:color w:val="000000"/>
          <w:lang w:val="pl-PL" w:eastAsia="pl-PL"/>
        </w:rPr>
        <w:t>.</w:t>
      </w:r>
    </w:p>
    <w:p w14:paraId="6B4AFDE5" w14:textId="77777777" w:rsidR="006F7654" w:rsidRPr="004B7A77" w:rsidRDefault="006F7654" w:rsidP="006F7654">
      <w:pPr>
        <w:pStyle w:val="Akapitzlist"/>
        <w:shd w:val="clear" w:color="auto" w:fill="FFFFFF"/>
        <w:spacing w:after="0" w:line="240" w:lineRule="auto"/>
        <w:ind w:left="360"/>
        <w:jc w:val="both"/>
        <w:rPr>
          <w:rFonts w:eastAsia="Times New Roman" w:cs="Calibri"/>
          <w:color w:val="000000"/>
          <w:lang w:val="pl-PL" w:eastAsia="pl-PL"/>
        </w:rPr>
      </w:pPr>
    </w:p>
    <w:p w14:paraId="6B05D9CB" w14:textId="77777777" w:rsidR="006F7654" w:rsidRPr="004B7A77" w:rsidRDefault="006F7654" w:rsidP="006F7654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Informacja dotycząca obowiązku podatkowego</w:t>
      </w:r>
    </w:p>
    <w:p w14:paraId="5A81436B" w14:textId="77777777" w:rsidR="006F7654" w:rsidRPr="004B7A77" w:rsidRDefault="006F7654" w:rsidP="006F7654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ascii="Segoe UI Symbol" w:eastAsia="Times New Roman" w:hAnsi="Segoe UI Symbol" w:cs="Segoe UI Symbol"/>
          <w:color w:val="000000"/>
          <w:lang w:val="pl-PL" w:eastAsia="pl-PL"/>
        </w:rPr>
        <w:t>☐</w:t>
      </w:r>
      <w:r w:rsidRPr="004B7A77">
        <w:rPr>
          <w:rFonts w:eastAsia="Times New Roman" w:cs="Calibri"/>
          <w:color w:val="000000"/>
          <w:lang w:val="pl-PL" w:eastAsia="pl-PL"/>
        </w:rPr>
        <w:t xml:space="preserve"> Wybór naszej oferty nie będzie prowadził do powstania u Zamawiającego obowiązku podatkowego zgodnie z ustawą o podatku od towarów i usług.</w:t>
      </w:r>
    </w:p>
    <w:p w14:paraId="2C0457AF" w14:textId="77777777" w:rsidR="006F7654" w:rsidRPr="004B7A77" w:rsidRDefault="006F7654" w:rsidP="006F7654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ascii="Segoe UI Symbol" w:eastAsia="Times New Roman" w:hAnsi="Segoe UI Symbol" w:cs="Segoe UI Symbol"/>
          <w:color w:val="000000"/>
          <w:lang w:val="pl-PL" w:eastAsia="pl-PL"/>
        </w:rPr>
        <w:t>☐</w:t>
      </w:r>
      <w:r w:rsidRPr="004B7A77">
        <w:rPr>
          <w:rFonts w:eastAsia="Times New Roman" w:cs="Calibri"/>
          <w:color w:val="000000"/>
          <w:lang w:val="pl-PL" w:eastAsia="pl-PL"/>
        </w:rPr>
        <w:t xml:space="preserve"> Wybór naszej oferty będzie prowadził do powstania u Zamawiającego obowiązku podatkowego zgodnie z ustawą o podatku od towarów i usług. W takim przypadku wskazujemy:</w:t>
      </w:r>
    </w:p>
    <w:p w14:paraId="5D07DCF0" w14:textId="77777777" w:rsidR="006F7654" w:rsidRPr="004B7A77" w:rsidRDefault="006F7654" w:rsidP="006F7654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</w:p>
    <w:tbl>
      <w:tblPr>
        <w:tblW w:w="86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15"/>
        <w:gridCol w:w="4315"/>
      </w:tblGrid>
      <w:tr w:rsidR="006F7654" w:rsidRPr="004B7A77" w14:paraId="3F97DD43" w14:textId="77777777" w:rsidTr="006F7654"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A4990F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Rodzaj towaru/usługi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90AF09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Wartość bez VAT (zł)</w:t>
            </w:r>
          </w:p>
        </w:tc>
      </w:tr>
      <w:tr w:rsidR="006F7654" w:rsidRPr="004B7A77" w14:paraId="1C927424" w14:textId="77777777" w:rsidTr="006F7654"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78C28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88E28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6F7654" w:rsidRPr="004B7A77" w14:paraId="3B1AC8CD" w14:textId="77777777" w:rsidTr="006F7654"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1029E2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239513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</w:tc>
      </w:tr>
    </w:tbl>
    <w:p w14:paraId="02422AFF" w14:textId="77777777" w:rsidR="006F7654" w:rsidRPr="004B7A77" w:rsidRDefault="006F7654" w:rsidP="006F7654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</w:pPr>
    </w:p>
    <w:p w14:paraId="6EF425EB" w14:textId="3F781D47" w:rsidR="006F7654" w:rsidRPr="004B7A77" w:rsidRDefault="006F7654" w:rsidP="006F7654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  <w:t>SEKCJA VI – PODWYKONAWCY</w:t>
      </w:r>
      <w:r w:rsidRPr="004B7A77"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  <w:br/>
      </w:r>
    </w:p>
    <w:p w14:paraId="275FA594" w14:textId="77777777" w:rsidR="006F7654" w:rsidRPr="004B7A77" w:rsidRDefault="006F7654" w:rsidP="006F7654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1. Informacja o powierzeniu części zamówienia podwykonawcom</w:t>
      </w:r>
    </w:p>
    <w:p w14:paraId="1B5FE653" w14:textId="77777777" w:rsidR="006F7654" w:rsidRPr="004B7A77" w:rsidRDefault="006F7654" w:rsidP="006F7654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Na podstawie art. 462 ustawy Prawo zamówień publicznych oświadczamy, że:</w:t>
      </w:r>
    </w:p>
    <w:p w14:paraId="4913C389" w14:textId="77777777" w:rsidR="006F7654" w:rsidRPr="004B7A77" w:rsidRDefault="006F7654" w:rsidP="006F7654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ascii="Segoe UI Symbol" w:eastAsia="Times New Roman" w:hAnsi="Segoe UI Symbol" w:cs="Segoe UI Symbol"/>
          <w:color w:val="000000"/>
          <w:lang w:val="pl-PL" w:eastAsia="pl-PL"/>
        </w:rPr>
        <w:t>☐</w:t>
      </w:r>
      <w:r w:rsidRPr="004B7A77">
        <w:rPr>
          <w:rFonts w:eastAsia="Times New Roman" w:cs="Calibri"/>
          <w:color w:val="000000"/>
          <w:lang w:val="pl-PL" w:eastAsia="pl-PL"/>
        </w:rPr>
        <w:t xml:space="preserve"> zamówienie wykonamy samodzielnie (bez udziału podwykonawców).</w:t>
      </w:r>
    </w:p>
    <w:p w14:paraId="16414041" w14:textId="77777777" w:rsidR="006F7654" w:rsidRPr="004B7A77" w:rsidRDefault="006F7654" w:rsidP="006F7654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ascii="Segoe UI Symbol" w:eastAsia="Times New Roman" w:hAnsi="Segoe UI Symbol" w:cs="Segoe UI Symbol"/>
          <w:color w:val="000000"/>
          <w:lang w:val="pl-PL" w:eastAsia="pl-PL"/>
        </w:rPr>
        <w:t>☐</w:t>
      </w:r>
      <w:r w:rsidRPr="004B7A77">
        <w:rPr>
          <w:rFonts w:eastAsia="Times New Roman" w:cs="Calibri"/>
          <w:color w:val="000000"/>
          <w:lang w:val="pl-PL" w:eastAsia="pl-PL"/>
        </w:rPr>
        <w:t xml:space="preserve"> zamierzamy powierzyć wykonanie części zamówienia podwykonawcom.</w:t>
      </w:r>
    </w:p>
    <w:p w14:paraId="13EDC94C" w14:textId="77777777" w:rsidR="006F7654" w:rsidRPr="004B7A77" w:rsidRDefault="006F7654" w:rsidP="006F7654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</w:p>
    <w:p w14:paraId="604ABD27" w14:textId="77777777" w:rsidR="006F7654" w:rsidRPr="004B7A77" w:rsidRDefault="006F7654" w:rsidP="006F7654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2. Zakres powierzany podwykonawcom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6F7654" w:rsidRPr="004B7A77" w14:paraId="4C1695E3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475C35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Lp.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A92B55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Część zamówienia powierzana podwykonawcy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F019B2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Nazwa podwykonawcy (jeżeli jest znana na etapie składania oferty)</w:t>
            </w:r>
          </w:p>
        </w:tc>
      </w:tr>
      <w:tr w:rsidR="006F7654" w:rsidRPr="004B7A77" w14:paraId="235F3F97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980F63D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37354A9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838A58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</w:tc>
      </w:tr>
      <w:tr w:rsidR="006F7654" w:rsidRPr="004B7A77" w14:paraId="6E31C54F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1753CF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F6D868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5D8EE11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</w:tc>
      </w:tr>
      <w:tr w:rsidR="006F7654" w:rsidRPr="004B7A77" w14:paraId="1EF60B0D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6B5E51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0DEB38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059A1D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</w:tc>
      </w:tr>
      <w:tr w:rsidR="006F7654" w:rsidRPr="004B7A77" w14:paraId="6B8E465A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12B442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lastRenderedPageBreak/>
              <w:t>4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9A2D34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DC50CF0" w14:textId="77777777" w:rsidR="006F7654" w:rsidRPr="004B7A77" w:rsidRDefault="006F7654" w:rsidP="006F765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</w:tc>
      </w:tr>
    </w:tbl>
    <w:p w14:paraId="3360267D" w14:textId="77777777" w:rsidR="006F7654" w:rsidRPr="004B7A77" w:rsidRDefault="006F7654" w:rsidP="006F7654">
      <w:pPr>
        <w:shd w:val="clear" w:color="auto" w:fill="FFFFFF"/>
        <w:spacing w:after="0" w:line="240" w:lineRule="auto"/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</w:pPr>
    </w:p>
    <w:p w14:paraId="4C2DCB81" w14:textId="24503078" w:rsidR="006F7654" w:rsidRPr="004B7A77" w:rsidRDefault="006F7654" w:rsidP="006F7654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3. Oświadczenie</w:t>
      </w:r>
    </w:p>
    <w:p w14:paraId="13E4E16B" w14:textId="77777777" w:rsidR="006F7654" w:rsidRPr="004B7A77" w:rsidRDefault="006F7654" w:rsidP="006F7654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Jeżeli na etapie składania oferty nazwy podwykonawców nie są znane, Wykonawca wskazuje wyłącznie zakres zamówienia, który zamierza powierzyć podwykonawcom.</w:t>
      </w:r>
    </w:p>
    <w:p w14:paraId="3E90E05A" w14:textId="77777777" w:rsidR="00436B7C" w:rsidRPr="004B7A77" w:rsidRDefault="00436B7C" w:rsidP="00436B7C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</w:pPr>
    </w:p>
    <w:p w14:paraId="49ABCCC6" w14:textId="58BF50F0" w:rsidR="00436B7C" w:rsidRPr="004B7A77" w:rsidRDefault="00436B7C" w:rsidP="00436B7C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  <w:t>SEKCJA VII – POLEGANIE NA ZASOBACH INNYCH PODMIOTÓW</w:t>
      </w:r>
      <w:r w:rsidRPr="004B7A77"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  <w:br/>
      </w:r>
    </w:p>
    <w:p w14:paraId="296704EC" w14:textId="77777777" w:rsidR="00436B7C" w:rsidRPr="004B7A77" w:rsidRDefault="00436B7C" w:rsidP="00436B7C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1. Oświadczenie Wykonawcy</w:t>
      </w:r>
    </w:p>
    <w:p w14:paraId="7034A5A7" w14:textId="77777777" w:rsidR="00436B7C" w:rsidRPr="004B7A77" w:rsidRDefault="00436B7C" w:rsidP="00436B7C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Na potrzeby spełnienia warunków udziału w postępowaniu oświadczamy, że:</w:t>
      </w:r>
    </w:p>
    <w:p w14:paraId="2EC3E24B" w14:textId="77777777" w:rsidR="00436B7C" w:rsidRPr="004B7A77" w:rsidRDefault="00436B7C" w:rsidP="00436B7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ascii="Segoe UI Symbol" w:eastAsia="Times New Roman" w:hAnsi="Segoe UI Symbol" w:cs="Segoe UI Symbol"/>
          <w:color w:val="000000"/>
          <w:lang w:val="pl-PL" w:eastAsia="pl-PL"/>
        </w:rPr>
        <w:t>☐</w:t>
      </w:r>
      <w:r w:rsidRPr="004B7A77">
        <w:rPr>
          <w:rFonts w:eastAsia="Times New Roman" w:cs="Calibri"/>
          <w:color w:val="000000"/>
          <w:lang w:val="pl-PL" w:eastAsia="pl-PL"/>
        </w:rPr>
        <w:t xml:space="preserve"> nie polegamy na zdolnościach technicznych lub zawodowych, sytuacji ekonomicznej lub finansowej innych podmiotów.</w:t>
      </w:r>
    </w:p>
    <w:p w14:paraId="2BCD1D02" w14:textId="77777777" w:rsidR="00436B7C" w:rsidRDefault="00436B7C" w:rsidP="00436B7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ascii="Segoe UI Symbol" w:eastAsia="Times New Roman" w:hAnsi="Segoe UI Symbol" w:cs="Segoe UI Symbol"/>
          <w:color w:val="000000"/>
          <w:lang w:val="pl-PL" w:eastAsia="pl-PL"/>
        </w:rPr>
        <w:t>☐</w:t>
      </w:r>
      <w:r w:rsidRPr="004B7A77">
        <w:rPr>
          <w:rFonts w:eastAsia="Times New Roman" w:cs="Calibri"/>
          <w:color w:val="000000"/>
          <w:lang w:val="pl-PL" w:eastAsia="pl-PL"/>
        </w:rPr>
        <w:t xml:space="preserve"> polegamy na zdolnościach technicznych lub zawodowych, sytuacji ekonomicznej lub finansowej innych podmiotów, na zasadach określonych w art. 118 ustawy Prawo zamówień publicznych.</w:t>
      </w:r>
    </w:p>
    <w:p w14:paraId="644B6EB4" w14:textId="77777777" w:rsidR="004B7A77" w:rsidRPr="004B7A77" w:rsidRDefault="004B7A77" w:rsidP="00436B7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</w:p>
    <w:p w14:paraId="76DE8D52" w14:textId="77777777" w:rsidR="00436B7C" w:rsidRPr="004B7A77" w:rsidRDefault="00436B7C" w:rsidP="00436B7C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2. Dane podmiotu udostępniającego zasoby</w:t>
      </w:r>
    </w:p>
    <w:tbl>
      <w:tblPr>
        <w:tblW w:w="86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876"/>
        <w:gridCol w:w="2876"/>
        <w:gridCol w:w="2878"/>
      </w:tblGrid>
      <w:tr w:rsidR="00436B7C" w:rsidRPr="004B7A77" w14:paraId="308AED56" w14:textId="77777777" w:rsidTr="00436B7C"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E07A73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Nazwa podmiotu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C66AC4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Adres siedziby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FAA4A4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Zakres udostępnianych zasobów</w:t>
            </w:r>
          </w:p>
        </w:tc>
      </w:tr>
      <w:tr w:rsidR="00436B7C" w:rsidRPr="004B7A77" w14:paraId="71E068B9" w14:textId="77777777" w:rsidTr="00436B7C"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C0117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2AAD7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0F1FE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436B7C" w:rsidRPr="004B7A77" w14:paraId="24AD095D" w14:textId="77777777" w:rsidTr="00436B7C"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F140A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09F33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819A8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436B7C" w:rsidRPr="004B7A77" w14:paraId="5CF0041F" w14:textId="77777777" w:rsidTr="00436B7C"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D854E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FF94C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BAB1A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436B7C" w:rsidRPr="004B7A77" w14:paraId="29E10D2A" w14:textId="77777777" w:rsidTr="00436B7C"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CBFDA33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22CE30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4CE45A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</w:tc>
      </w:tr>
      <w:tr w:rsidR="00436B7C" w:rsidRPr="004B7A77" w14:paraId="309B5EE7" w14:textId="77777777" w:rsidTr="00436B7C"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C2CE23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6AF24E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EDE48CA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</w:tc>
      </w:tr>
      <w:tr w:rsidR="00436B7C" w:rsidRPr="004B7A77" w14:paraId="521FCB43" w14:textId="77777777" w:rsidTr="00436B7C"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3948A20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83CF09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FAA44D7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</w:tc>
      </w:tr>
    </w:tbl>
    <w:p w14:paraId="2FC3E6F9" w14:textId="77777777" w:rsidR="00436B7C" w:rsidRPr="004B7A77" w:rsidRDefault="00436B7C" w:rsidP="00436B7C">
      <w:pPr>
        <w:shd w:val="clear" w:color="auto" w:fill="FFFFFF"/>
        <w:spacing w:after="0" w:line="240" w:lineRule="auto"/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</w:pPr>
    </w:p>
    <w:p w14:paraId="28C5BD68" w14:textId="1D4D0BA1" w:rsidR="00436B7C" w:rsidRPr="004B7A77" w:rsidRDefault="00436B7C" w:rsidP="00436B7C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3. Oświadczenie</w:t>
      </w:r>
    </w:p>
    <w:p w14:paraId="4500001E" w14:textId="77777777" w:rsidR="00436B7C" w:rsidRPr="004B7A77" w:rsidRDefault="00436B7C" w:rsidP="00436B7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W przypadku polegania na zasobach innych podmiotów do oferty dołączono zobowiązanie podmiotu udostępniającego zasoby lub inny dokument potwierdzający, że Wykonawca będzie dysponował tymi zasobami na potrzeby realizacji zamówienia, zgodnie z art. 118 ustawy Prawo zamówień publicznych.</w:t>
      </w:r>
    </w:p>
    <w:p w14:paraId="09D1801C" w14:textId="77777777" w:rsidR="00436B7C" w:rsidRPr="004B7A77" w:rsidRDefault="00436B7C" w:rsidP="00436B7C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</w:pPr>
    </w:p>
    <w:p w14:paraId="412EE546" w14:textId="452C6E57" w:rsidR="00436B7C" w:rsidRPr="004B7A77" w:rsidRDefault="00436B7C" w:rsidP="00436B7C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  <w:t>SEKCJA VIII – TAJEMNICA PRZEDSIĘBIORSTWA</w:t>
      </w:r>
      <w:r w:rsidRPr="004B7A77">
        <w:rPr>
          <w:rFonts w:eastAsia="Times New Roman" w:cs="Calibri"/>
          <w:b/>
          <w:bCs/>
          <w:color w:val="000000"/>
          <w:sz w:val="32"/>
          <w:szCs w:val="32"/>
          <w:lang w:val="pl-PL" w:eastAsia="pl-PL"/>
        </w:rPr>
        <w:br/>
      </w:r>
    </w:p>
    <w:p w14:paraId="3F1E807A" w14:textId="77777777" w:rsidR="00436B7C" w:rsidRPr="004B7A77" w:rsidRDefault="00436B7C" w:rsidP="00436B7C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Oświadczenie Wykonawcy</w:t>
      </w:r>
    </w:p>
    <w:p w14:paraId="10339E31" w14:textId="77777777" w:rsidR="00436B7C" w:rsidRPr="004B7A77" w:rsidRDefault="00436B7C" w:rsidP="00436B7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Oświadczamy, że informacje zawarte w naszej ofercie:</w:t>
      </w:r>
    </w:p>
    <w:p w14:paraId="2748776C" w14:textId="77777777" w:rsidR="00436B7C" w:rsidRPr="004B7A77" w:rsidRDefault="00436B7C" w:rsidP="00436B7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ascii="Segoe UI Symbol" w:eastAsia="Times New Roman" w:hAnsi="Segoe UI Symbol" w:cs="Segoe UI Symbol"/>
          <w:color w:val="000000"/>
          <w:lang w:val="pl-PL" w:eastAsia="pl-PL"/>
        </w:rPr>
        <w:t>☐</w:t>
      </w:r>
      <w:r w:rsidRPr="004B7A77">
        <w:rPr>
          <w:rFonts w:eastAsia="Times New Roman" w:cs="Calibri"/>
          <w:color w:val="000000"/>
          <w:lang w:val="pl-PL" w:eastAsia="pl-PL"/>
        </w:rPr>
        <w:t xml:space="preserve"> nie stanowią tajemnicy przedsiębiorstwa w rozumieniu art. 11 ust. 2 ustawy z dnia 16 kwietnia 1993 r. o zwalczaniu nieuczciwej konkurencji.</w:t>
      </w:r>
    </w:p>
    <w:p w14:paraId="221A37DD" w14:textId="77777777" w:rsidR="00436B7C" w:rsidRPr="004B7A77" w:rsidRDefault="00436B7C" w:rsidP="00436B7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ascii="Segoe UI Symbol" w:eastAsia="Times New Roman" w:hAnsi="Segoe UI Symbol" w:cs="Segoe UI Symbol"/>
          <w:color w:val="000000"/>
          <w:lang w:val="pl-PL" w:eastAsia="pl-PL"/>
        </w:rPr>
        <w:t>☐</w:t>
      </w:r>
      <w:r w:rsidRPr="004B7A77">
        <w:rPr>
          <w:rFonts w:eastAsia="Times New Roman" w:cs="Calibri"/>
          <w:color w:val="000000"/>
          <w:lang w:val="pl-PL" w:eastAsia="pl-PL"/>
        </w:rPr>
        <w:t xml:space="preserve"> stanowią tajemnicę przedsiębiorstwa i nie mogą być udostępniane innym uczestnikom postępowania.</w:t>
      </w:r>
    </w:p>
    <w:p w14:paraId="797DE586" w14:textId="77777777" w:rsidR="00436B7C" w:rsidRPr="004B7A77" w:rsidRDefault="00436B7C" w:rsidP="00436B7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</w:p>
    <w:p w14:paraId="62DDD3A7" w14:textId="77777777" w:rsidR="00436B7C" w:rsidRPr="004B7A77" w:rsidRDefault="00436B7C" w:rsidP="00436B7C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t>W przypadku zaznaczenia drugiej opcji należy wskazać:</w:t>
      </w:r>
    </w:p>
    <w:tbl>
      <w:tblPr>
        <w:tblW w:w="86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16"/>
        <w:gridCol w:w="4314"/>
      </w:tblGrid>
      <w:tr w:rsidR="00436B7C" w:rsidRPr="004B7A77" w14:paraId="24A06624" w14:textId="77777777" w:rsidTr="00436B7C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0D9A9C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Dokument / informacje objęte tajemnicą przedsiębiorstwa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F156EB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436B7C" w:rsidRPr="004B7A77" w14:paraId="7C313F97" w14:textId="77777777" w:rsidTr="00436B7C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87B34CB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Uzasadnienie zastrzeżenia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9A50EAF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436B7C" w:rsidRPr="004B7A77" w14:paraId="161E566F" w14:textId="77777777" w:rsidTr="00436B7C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6172E7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Miejsce w ofercie (nr strony / nazwa pliku)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81C2E4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436B7C" w:rsidRPr="004B7A77" w14:paraId="28020540" w14:textId="77777777" w:rsidTr="00436B7C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382FF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53292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436B7C" w:rsidRPr="004B7A77" w14:paraId="1798100F" w14:textId="77777777" w:rsidTr="00436B7C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4E69D3E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2B20DA" w14:textId="77777777" w:rsidR="00436B7C" w:rsidRPr="004B7A77" w:rsidRDefault="00436B7C" w:rsidP="00436B7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</w:tc>
      </w:tr>
    </w:tbl>
    <w:p w14:paraId="0F1AAC07" w14:textId="77777777" w:rsidR="00436B7C" w:rsidRPr="004B7A77" w:rsidRDefault="00436B7C" w:rsidP="00436B7C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</w:p>
    <w:p w14:paraId="3FACC027" w14:textId="6DDB3F5C" w:rsidR="00436B7C" w:rsidRPr="004B7A77" w:rsidRDefault="00436B7C" w:rsidP="00436B7C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color w:val="000000"/>
          <w:lang w:val="pl-PL" w:eastAsia="pl-PL"/>
        </w:rPr>
        <w:lastRenderedPageBreak/>
        <w:t>Wykonawca przyjmuje do wiadomości, że zastrzeżenie informacji jako tajemnicy przedsiębiorstwa jest skuteczne wyłącznie w przypadku wykazania, że informacje te spełniają przesłanki określone w ustawie o zwalczaniu nieuczciwej konkurencji oraz ustawie Prawo zamówień publicznych.</w:t>
      </w:r>
    </w:p>
    <w:p w14:paraId="7891CE5B" w14:textId="77777777" w:rsidR="00413A74" w:rsidRPr="004B7A77" w:rsidRDefault="00413A74" w:rsidP="00436B7C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val="pl-PL" w:eastAsia="pl-PL"/>
        </w:rPr>
      </w:pPr>
    </w:p>
    <w:p w14:paraId="3F58320C" w14:textId="1FA981CF" w:rsidR="006F7654" w:rsidRPr="004B7A77" w:rsidRDefault="00413A74" w:rsidP="00413A74">
      <w:pPr>
        <w:pStyle w:val="Nagwek2"/>
        <w:jc w:val="center"/>
        <w:rPr>
          <w:rFonts w:ascii="Calibri" w:hAnsi="Calibri" w:cs="Calibri"/>
        </w:rPr>
      </w:pPr>
      <w:r w:rsidRPr="004B7A77">
        <w:rPr>
          <w:rFonts w:ascii="Calibri" w:eastAsia="Times New Roman" w:hAnsi="Calibri" w:cs="Calibri"/>
          <w:color w:val="000000"/>
          <w:sz w:val="32"/>
          <w:szCs w:val="32"/>
          <w:lang w:val="pl-PL" w:eastAsia="pl-PL"/>
        </w:rPr>
        <w:t>SEKCJA IX – PODPIS WYKONAWCY</w:t>
      </w:r>
    </w:p>
    <w:p w14:paraId="31CFD534" w14:textId="77777777" w:rsidR="00413A74" w:rsidRPr="004B7A77" w:rsidRDefault="00413A74" w:rsidP="00413A74">
      <w:p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val="pl-PL" w:eastAsia="pl-PL"/>
        </w:rPr>
      </w:pPr>
      <w:r w:rsidRPr="004B7A77">
        <w:rPr>
          <w:rFonts w:eastAsia="Times New Roman" w:cs="Calibri"/>
          <w:sz w:val="24"/>
          <w:szCs w:val="24"/>
          <w:lang w:val="pl-PL" w:eastAsia="pl-PL"/>
        </w:rPr>
        <w:t>Oświadczamy, że:</w:t>
      </w:r>
    </w:p>
    <w:p w14:paraId="0D32F925" w14:textId="77777777" w:rsidR="00413A74" w:rsidRPr="004B7A77" w:rsidRDefault="00413A74" w:rsidP="00413A7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val="pl-PL" w:eastAsia="pl-PL"/>
        </w:rPr>
      </w:pPr>
      <w:r w:rsidRPr="004B7A77">
        <w:rPr>
          <w:rFonts w:eastAsia="Times New Roman" w:cs="Calibri"/>
          <w:sz w:val="24"/>
          <w:szCs w:val="24"/>
          <w:lang w:val="pl-PL" w:eastAsia="pl-PL"/>
        </w:rPr>
        <w:t xml:space="preserve">wszystkie informacje zawarte w niniejszej ofercie są zgodne z prawdą; </w:t>
      </w:r>
    </w:p>
    <w:p w14:paraId="778CBE54" w14:textId="77777777" w:rsidR="00413A74" w:rsidRPr="004B7A77" w:rsidRDefault="00413A74" w:rsidP="008C074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val="pl-PL" w:eastAsia="pl-PL"/>
        </w:rPr>
      </w:pPr>
      <w:r w:rsidRPr="004B7A77">
        <w:rPr>
          <w:rFonts w:eastAsia="Times New Roman" w:cs="Calibri"/>
          <w:sz w:val="24"/>
          <w:szCs w:val="24"/>
          <w:lang w:val="pl-PL" w:eastAsia="pl-PL"/>
        </w:rPr>
        <w:t xml:space="preserve">oferta została sporządzona zgodnie z wymaganiami określonymi w Specyfikacji Warunków Zamówienia. 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15"/>
        <w:gridCol w:w="4315"/>
      </w:tblGrid>
      <w:tr w:rsidR="008C0747" w:rsidRPr="004B7A77" w14:paraId="7C6E4682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A0BFE3" w14:textId="77777777" w:rsidR="008C0747" w:rsidRPr="004B7A77" w:rsidRDefault="008C0747" w:rsidP="008C0747">
            <w:pPr>
              <w:spacing w:after="0" w:line="240" w:lineRule="auto"/>
              <w:ind w:left="360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Miejscowość i data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7EE4F8B" w14:textId="77777777" w:rsidR="008C0747" w:rsidRPr="004B7A77" w:rsidRDefault="008C0747" w:rsidP="008C0747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t>Podpis osoby uprawnionej do reprezentowania Wykonawcy</w:t>
            </w:r>
          </w:p>
        </w:tc>
      </w:tr>
      <w:tr w:rsidR="008C0747" w:rsidRPr="004B7A77" w14:paraId="258A29B1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5F22FB6" w14:textId="77777777" w:rsidR="004B7A77" w:rsidRDefault="008C0747" w:rsidP="008C0747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br/>
            </w:r>
          </w:p>
          <w:p w14:paraId="2D93E037" w14:textId="3CE2DAD7" w:rsidR="008C0747" w:rsidRPr="004B7A77" w:rsidRDefault="008C0747" w:rsidP="008C0747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br/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0D628B" w14:textId="77777777" w:rsidR="008C0747" w:rsidRPr="004B7A77" w:rsidRDefault="008C0747" w:rsidP="008C0747">
            <w:pPr>
              <w:spacing w:after="0" w:line="240" w:lineRule="auto"/>
              <w:rPr>
                <w:rFonts w:eastAsia="Times New Roman" w:cs="Calibri"/>
                <w:color w:val="000000"/>
                <w:lang w:val="pl-PL" w:eastAsia="pl-PL"/>
              </w:rPr>
            </w:pPr>
            <w:r w:rsidRPr="004B7A77">
              <w:rPr>
                <w:rFonts w:eastAsia="Times New Roman" w:cs="Calibri"/>
                <w:color w:val="000000"/>
                <w:lang w:val="pl-PL" w:eastAsia="pl-PL"/>
              </w:rPr>
              <w:br/>
            </w:r>
            <w:r w:rsidRPr="004B7A77">
              <w:rPr>
                <w:rFonts w:eastAsia="Times New Roman" w:cs="Calibri"/>
                <w:color w:val="000000"/>
                <w:lang w:val="pl-PL" w:eastAsia="pl-PL"/>
              </w:rPr>
              <w:br/>
            </w:r>
          </w:p>
        </w:tc>
      </w:tr>
    </w:tbl>
    <w:p w14:paraId="406E31CF" w14:textId="77777777" w:rsidR="008C0747" w:rsidRPr="004B7A77" w:rsidRDefault="008C0747" w:rsidP="008C0747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val="pl-PL" w:eastAsia="pl-PL"/>
        </w:rPr>
      </w:pPr>
      <w:r w:rsidRPr="004B7A77">
        <w:rPr>
          <w:rFonts w:eastAsia="Times New Roman" w:cs="Calibri"/>
          <w:b/>
          <w:bCs/>
          <w:color w:val="000000"/>
          <w:lang w:val="pl-PL" w:eastAsia="pl-PL"/>
        </w:rPr>
        <w:t xml:space="preserve">Uwaga: </w:t>
      </w:r>
      <w:r w:rsidRPr="004B7A77">
        <w:rPr>
          <w:rFonts w:eastAsia="Times New Roman" w:cs="Calibri"/>
          <w:color w:val="000000"/>
          <w:lang w:val="pl-PL" w:eastAsia="pl-PL"/>
        </w:rPr>
        <w:t>Dokument należy podpisać kwalifikowanym podpisem elektronicznym, podpisem zaufanym albo podpisem osobistym przez osobę uprawnioną do reprezentowania Wykonawcy.</w:t>
      </w:r>
    </w:p>
    <w:p w14:paraId="40096AAB" w14:textId="77777777" w:rsidR="006F7654" w:rsidRPr="004B7A77" w:rsidRDefault="006F7654">
      <w:pPr>
        <w:pStyle w:val="Nagwek2"/>
        <w:rPr>
          <w:rFonts w:ascii="Calibri" w:hAnsi="Calibri" w:cs="Calibri"/>
        </w:rPr>
      </w:pPr>
    </w:p>
    <w:p w14:paraId="0065CB6C" w14:textId="77777777" w:rsidR="006F7654" w:rsidRPr="004B7A77" w:rsidRDefault="006F7654">
      <w:pPr>
        <w:pStyle w:val="Nagwek2"/>
        <w:rPr>
          <w:rFonts w:ascii="Calibri" w:hAnsi="Calibri" w:cs="Calibri"/>
        </w:rPr>
      </w:pPr>
    </w:p>
    <w:sectPr w:rsidR="006F7654" w:rsidRPr="004B7A7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69F3183"/>
    <w:multiLevelType w:val="hybridMultilevel"/>
    <w:tmpl w:val="333CDF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6D0FCA"/>
    <w:multiLevelType w:val="multilevel"/>
    <w:tmpl w:val="F1EC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D101D7"/>
    <w:multiLevelType w:val="hybridMultilevel"/>
    <w:tmpl w:val="A8205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86214"/>
    <w:multiLevelType w:val="hybridMultilevel"/>
    <w:tmpl w:val="84FAEE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0798749">
    <w:abstractNumId w:val="8"/>
  </w:num>
  <w:num w:numId="2" w16cid:durableId="1633558595">
    <w:abstractNumId w:val="6"/>
  </w:num>
  <w:num w:numId="3" w16cid:durableId="1870947276">
    <w:abstractNumId w:val="5"/>
  </w:num>
  <w:num w:numId="4" w16cid:durableId="518085315">
    <w:abstractNumId w:val="4"/>
  </w:num>
  <w:num w:numId="5" w16cid:durableId="731008477">
    <w:abstractNumId w:val="7"/>
  </w:num>
  <w:num w:numId="6" w16cid:durableId="1174805882">
    <w:abstractNumId w:val="3"/>
  </w:num>
  <w:num w:numId="7" w16cid:durableId="584723850">
    <w:abstractNumId w:val="2"/>
  </w:num>
  <w:num w:numId="8" w16cid:durableId="1665354893">
    <w:abstractNumId w:val="1"/>
  </w:num>
  <w:num w:numId="9" w16cid:durableId="339626349">
    <w:abstractNumId w:val="0"/>
  </w:num>
  <w:num w:numId="10" w16cid:durableId="1286737309">
    <w:abstractNumId w:val="12"/>
  </w:num>
  <w:num w:numId="11" w16cid:durableId="904099011">
    <w:abstractNumId w:val="9"/>
  </w:num>
  <w:num w:numId="12" w16cid:durableId="1748839685">
    <w:abstractNumId w:val="10"/>
  </w:num>
  <w:num w:numId="13" w16cid:durableId="15652167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70B6"/>
    <w:rsid w:val="001B2555"/>
    <w:rsid w:val="0029639D"/>
    <w:rsid w:val="00326F90"/>
    <w:rsid w:val="00413A74"/>
    <w:rsid w:val="00436B7C"/>
    <w:rsid w:val="004B7A77"/>
    <w:rsid w:val="00536F2A"/>
    <w:rsid w:val="0057494B"/>
    <w:rsid w:val="005F2B9E"/>
    <w:rsid w:val="00607725"/>
    <w:rsid w:val="006A14F0"/>
    <w:rsid w:val="006D26FF"/>
    <w:rsid w:val="006F7654"/>
    <w:rsid w:val="008C0747"/>
    <w:rsid w:val="00AA1D8D"/>
    <w:rsid w:val="00AE52E4"/>
    <w:rsid w:val="00B126DE"/>
    <w:rsid w:val="00B47730"/>
    <w:rsid w:val="00C2684D"/>
    <w:rsid w:val="00CB0664"/>
    <w:rsid w:val="00CF56C0"/>
    <w:rsid w:val="00DC59F3"/>
    <w:rsid w:val="00E90862"/>
    <w:rsid w:val="00F436CC"/>
    <w:rsid w:val="00F87A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8AC302"/>
  <w14:defaultImageDpi w14:val="300"/>
  <w15:docId w15:val="{185ACE9E-371A-4DCC-8A69-7CDEC829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semiHidden/>
    <w:unhideWhenUsed/>
    <w:rsid w:val="006F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artifact-docx-previewheading2">
    <w:name w:val="artifact-docx-preview_heading2"/>
    <w:basedOn w:val="Normalny"/>
    <w:rsid w:val="006F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artifact-docx-previewlistbullet">
    <w:name w:val="artifact-docx-preview_listbullet"/>
    <w:basedOn w:val="Normalny"/>
    <w:rsid w:val="006F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pdq2pgselectionanchorcontainer">
    <w:name w:val="pdq2pg_selectionanchorcontainer"/>
    <w:basedOn w:val="Normalny"/>
    <w:rsid w:val="00536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1133</Words>
  <Characters>6804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Centrum Zdrowia</cp:lastModifiedBy>
  <cp:revision>9</cp:revision>
  <dcterms:created xsi:type="dcterms:W3CDTF">2026-07-21T12:04:00Z</dcterms:created>
  <dcterms:modified xsi:type="dcterms:W3CDTF">2026-08-05T05:48:00Z</dcterms:modified>
  <cp:category/>
</cp:coreProperties>
</file>