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9AA" w14:textId="51ED4FBB" w:rsidR="00F87ADF" w:rsidRPr="007C1771" w:rsidRDefault="001570B6" w:rsidP="007C1771">
      <w:pPr>
        <w:spacing w:after="0"/>
        <w:jc w:val="center"/>
        <w:rPr>
          <w:rFonts w:cs="Calibri"/>
        </w:rPr>
      </w:pPr>
      <w:r w:rsidRPr="003955B8">
        <w:rPr>
          <w:rFonts w:cs="Calibri"/>
          <w:b/>
          <w:sz w:val="28"/>
          <w:szCs w:val="28"/>
        </w:rPr>
        <w:t xml:space="preserve">ZAŁĄCZNIK NR </w:t>
      </w:r>
      <w:r w:rsidR="007C1771" w:rsidRPr="003955B8">
        <w:rPr>
          <w:rFonts w:cs="Calibri"/>
          <w:b/>
          <w:sz w:val="28"/>
          <w:szCs w:val="28"/>
        </w:rPr>
        <w:t>2.</w:t>
      </w:r>
      <w:r w:rsidRPr="003955B8">
        <w:rPr>
          <w:rFonts w:cs="Calibri"/>
          <w:b/>
          <w:sz w:val="28"/>
          <w:szCs w:val="28"/>
        </w:rPr>
        <w:t>1 DO SWZ</w:t>
      </w:r>
      <w:r w:rsidRPr="003955B8">
        <w:rPr>
          <w:rFonts w:cs="Calibri"/>
          <w:b/>
          <w:sz w:val="28"/>
          <w:szCs w:val="28"/>
        </w:rPr>
        <w:br/>
      </w:r>
      <w:r w:rsidRPr="003955B8">
        <w:rPr>
          <w:rFonts w:cs="Calibri"/>
          <w:b/>
          <w:sz w:val="36"/>
          <w:szCs w:val="36"/>
        </w:rPr>
        <w:t xml:space="preserve">FORMULARZ </w:t>
      </w:r>
      <w:r w:rsidR="007C1771" w:rsidRPr="003955B8">
        <w:rPr>
          <w:rFonts w:cs="Calibri"/>
          <w:b/>
          <w:sz w:val="36"/>
          <w:szCs w:val="36"/>
        </w:rPr>
        <w:t>CENOWY</w:t>
      </w:r>
      <w:r w:rsidRPr="003955B8">
        <w:rPr>
          <w:rFonts w:cs="Calibri"/>
          <w:b/>
          <w:sz w:val="36"/>
          <w:szCs w:val="36"/>
        </w:rPr>
        <w:br/>
      </w:r>
      <w:proofErr w:type="spellStart"/>
      <w:r w:rsidRPr="007C1771">
        <w:rPr>
          <w:rFonts w:cs="Calibri"/>
        </w:rPr>
        <w:t>Postępowanie</w:t>
      </w:r>
      <w:proofErr w:type="spellEnd"/>
      <w:r w:rsidRPr="007C1771">
        <w:rPr>
          <w:rFonts w:cs="Calibri"/>
        </w:rPr>
        <w:t xml:space="preserve"> nr ZP/03/2026</w:t>
      </w:r>
      <w:r w:rsidRPr="007C1771">
        <w:rPr>
          <w:rFonts w:cs="Calibri"/>
        </w:rPr>
        <w:br/>
      </w:r>
      <w:proofErr w:type="spellStart"/>
      <w:r w:rsidRPr="007C1771">
        <w:rPr>
          <w:rFonts w:cs="Calibri"/>
        </w:rPr>
        <w:t>Wykonanie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robót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budowlanych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polegających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na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termomodernizacji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budynków</w:t>
      </w:r>
      <w:proofErr w:type="spellEnd"/>
      <w:r w:rsidRPr="007C1771">
        <w:rPr>
          <w:rFonts w:cs="Calibri"/>
        </w:rPr>
        <w:t xml:space="preserve"> Centrum Zdrowia w Opolu Sp. z </w:t>
      </w:r>
      <w:proofErr w:type="spellStart"/>
      <w:r w:rsidRPr="007C1771">
        <w:rPr>
          <w:rFonts w:cs="Calibri"/>
        </w:rPr>
        <w:t>o.o.</w:t>
      </w:r>
      <w:proofErr w:type="spellEnd"/>
    </w:p>
    <w:p w14:paraId="198E2313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52F59FC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27397A77" w14:textId="175C820B" w:rsidR="007C1771" w:rsidRPr="003955B8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I. DANE WYKONAWCY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220550F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1BE91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Nazwa (firma)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CA0A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B7A889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01101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D23650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CB4414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D7919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NIP/REGON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F8AA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02BC42AC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3A5C3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F0DF8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8FF3DC9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5660E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156E5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6F6695C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F2383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63740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5B083CC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FE881F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D8D6C81" w14:textId="7CE43D15" w:rsidR="007C1771" w:rsidRPr="003955B8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II. CZĘŚĆ ZAMÓWIENIA</w:t>
      </w:r>
    </w:p>
    <w:p w14:paraId="45887019" w14:textId="77777777" w:rsidR="007C1771" w:rsidRP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>Część nr 1 – Termomodernizacja budynku Przychodni Centrum Zdrowia w Opolu Sp. z o.o. przy ul. Waryńskiego 30 w Opolu</w:t>
      </w:r>
    </w:p>
    <w:p w14:paraId="1B34C335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BD15BFF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1E4143C1" w14:textId="6610525E" w:rsidR="007C1771" w:rsidRPr="003955B8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III. KALKULACJA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0"/>
        <w:gridCol w:w="2127"/>
        <w:gridCol w:w="1516"/>
        <w:gridCol w:w="2157"/>
      </w:tblGrid>
      <w:tr w:rsidR="007C1771" w:rsidRPr="007C1771" w14:paraId="4A31BEF2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D1005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Pozycja kosztowa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67FB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netto (zł)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5E6A3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VAT (zł)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1DBEE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(zł)</w:t>
            </w:r>
          </w:p>
        </w:tc>
      </w:tr>
      <w:tr w:rsidR="007C1771" w:rsidRPr="007C1771" w14:paraId="7DFC47C7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771CA2" w14:textId="5F26DC70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kwalifikowane</w:t>
            </w:r>
            <w:r w:rsidR="00B673BE">
              <w:rPr>
                <w:rFonts w:eastAsia="Times New Roman" w:cs="Calibri"/>
                <w:color w:val="000000"/>
                <w:lang w:val="pl-PL" w:eastAsia="pl-PL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2781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15493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A7AF4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38A90E46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A8957" w14:textId="4DA57283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>A.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3A5B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0A73B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7147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486559FD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55345" w14:textId="1FC70DFA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>B. Branża elektryczna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A84E9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DCC0F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48F9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1C4B522F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A195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niekwalifikowane –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EB4E6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2B0AE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4DF8B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0C0CFF73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C967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4602D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E7CC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35413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50223E1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0C8D88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9B08823" w14:textId="523180AD" w:rsidR="007C1771" w:rsidRPr="003955B8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IV. PODSUMOWANIE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527181A6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6396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netto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87C3D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4AF0473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9C24" w14:textId="3A83021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Wartość netto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FFA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FA1BF75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879618" w14:textId="676BBF8C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Podatek VAT</w:t>
            </w: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%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95F9EC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3DADDA8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456E" w14:textId="7F5A03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VAT zł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77F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37065A4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3AB47B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brutto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ACFB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6ECC9BB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F838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9EF36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30B83E1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503C275" w14:textId="483F0F81" w:rsidR="007C1771" w:rsidRPr="003955B8" w:rsidRDefault="007C1771" w:rsidP="00045F5D">
      <w:pPr>
        <w:spacing w:after="0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  <w:r>
        <w:rPr>
          <w:rFonts w:eastAsia="Times New Roman" w:cs="Calibri"/>
          <w:b/>
          <w:bCs/>
          <w:color w:val="4F81BD"/>
          <w:lang w:val="pl-PL" w:eastAsia="pl-PL"/>
        </w:rPr>
        <w:br w:type="page"/>
      </w: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lastRenderedPageBreak/>
        <w:t>V. OŚWIADCZENIE WYKONAWCY</w:t>
      </w:r>
    </w:p>
    <w:p w14:paraId="5C47E3D6" w14:textId="77777777" w:rsidR="007C1771" w:rsidRPr="007C1771" w:rsidRDefault="007C1771" w:rsidP="00045F5D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 xml:space="preserve">Oświadczamy, że przedstawiona kalkulacja obejmuje wszystkie koszty niezbędne do wykonania przedmiotu zamówienia zgodnie z SWZ, dokumentacją projektową, </w:t>
      </w:r>
      <w:proofErr w:type="spellStart"/>
      <w:r w:rsidRPr="007C1771">
        <w:rPr>
          <w:rFonts w:eastAsia="Times New Roman" w:cs="Calibri"/>
          <w:color w:val="000000"/>
          <w:lang w:val="pl-PL" w:eastAsia="pl-PL"/>
        </w:rPr>
        <w:t>STWiORB</w:t>
      </w:r>
      <w:proofErr w:type="spellEnd"/>
      <w:r w:rsidRPr="007C1771">
        <w:rPr>
          <w:rFonts w:eastAsia="Times New Roman" w:cs="Calibri"/>
          <w:color w:val="000000"/>
          <w:lang w:val="pl-PL" w:eastAsia="pl-PL"/>
        </w:rPr>
        <w:t xml:space="preserve"> oraz projektowanymi postanowieniami umowy. Ceny mają charakter ryczałtowy.</w:t>
      </w:r>
    </w:p>
    <w:p w14:paraId="76D2FDB8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757563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CFC60B5" w14:textId="273351B9" w:rsidR="007C1771" w:rsidRPr="003955B8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955B8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VI. PODPIS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7C1771" w:rsidRPr="007C1771" w14:paraId="6E7ABB70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9C6BA3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Miejscowość i data</w:t>
            </w:r>
          </w:p>
          <w:p w14:paraId="0A8014F4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252611F6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5187F962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383724C9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BE42EDA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916E30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109D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Podpis osoby uprawnionej / kwalifikowany podpis elektroniczny</w:t>
            </w:r>
          </w:p>
        </w:tc>
      </w:tr>
      <w:tr w:rsidR="007C1771" w:rsidRPr="007C1771" w14:paraId="2EF9B4C1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75B51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B21C6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038A752B" w14:textId="77777777" w:rsidR="004B7A77" w:rsidRPr="007C1771" w:rsidRDefault="004B7A77" w:rsidP="007C1771">
      <w:pPr>
        <w:spacing w:after="0"/>
        <w:jc w:val="both"/>
        <w:rPr>
          <w:rFonts w:cs="Calibri"/>
        </w:rPr>
      </w:pPr>
    </w:p>
    <w:sectPr w:rsidR="004B7A77" w:rsidRPr="007C17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9F3183"/>
    <w:multiLevelType w:val="hybridMultilevel"/>
    <w:tmpl w:val="333CD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D0FCA"/>
    <w:multiLevelType w:val="multilevel"/>
    <w:tmpl w:val="F1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101D7"/>
    <w:multiLevelType w:val="hybridMultilevel"/>
    <w:tmpl w:val="A8205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86214"/>
    <w:multiLevelType w:val="hybridMultilevel"/>
    <w:tmpl w:val="84FAEE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798749">
    <w:abstractNumId w:val="8"/>
  </w:num>
  <w:num w:numId="2" w16cid:durableId="1633558595">
    <w:abstractNumId w:val="6"/>
  </w:num>
  <w:num w:numId="3" w16cid:durableId="1870947276">
    <w:abstractNumId w:val="5"/>
  </w:num>
  <w:num w:numId="4" w16cid:durableId="518085315">
    <w:abstractNumId w:val="4"/>
  </w:num>
  <w:num w:numId="5" w16cid:durableId="731008477">
    <w:abstractNumId w:val="7"/>
  </w:num>
  <w:num w:numId="6" w16cid:durableId="1174805882">
    <w:abstractNumId w:val="3"/>
  </w:num>
  <w:num w:numId="7" w16cid:durableId="584723850">
    <w:abstractNumId w:val="2"/>
  </w:num>
  <w:num w:numId="8" w16cid:durableId="1665354893">
    <w:abstractNumId w:val="1"/>
  </w:num>
  <w:num w:numId="9" w16cid:durableId="339626349">
    <w:abstractNumId w:val="0"/>
  </w:num>
  <w:num w:numId="10" w16cid:durableId="1286737309">
    <w:abstractNumId w:val="12"/>
  </w:num>
  <w:num w:numId="11" w16cid:durableId="904099011">
    <w:abstractNumId w:val="9"/>
  </w:num>
  <w:num w:numId="12" w16cid:durableId="1748839685">
    <w:abstractNumId w:val="10"/>
  </w:num>
  <w:num w:numId="13" w16cid:durableId="1565216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F5D"/>
    <w:rsid w:val="0006063C"/>
    <w:rsid w:val="0015074B"/>
    <w:rsid w:val="001570B6"/>
    <w:rsid w:val="001B2555"/>
    <w:rsid w:val="0029639D"/>
    <w:rsid w:val="002D0242"/>
    <w:rsid w:val="00326F90"/>
    <w:rsid w:val="003347D0"/>
    <w:rsid w:val="003955B8"/>
    <w:rsid w:val="00413A74"/>
    <w:rsid w:val="00436B7C"/>
    <w:rsid w:val="004B7A77"/>
    <w:rsid w:val="00536F2A"/>
    <w:rsid w:val="0057494B"/>
    <w:rsid w:val="005F2B9E"/>
    <w:rsid w:val="00607725"/>
    <w:rsid w:val="006A14F0"/>
    <w:rsid w:val="006D26FF"/>
    <w:rsid w:val="006F7654"/>
    <w:rsid w:val="007C1771"/>
    <w:rsid w:val="008C0747"/>
    <w:rsid w:val="00AA1D8D"/>
    <w:rsid w:val="00AE52E4"/>
    <w:rsid w:val="00B47730"/>
    <w:rsid w:val="00B673BE"/>
    <w:rsid w:val="00B80358"/>
    <w:rsid w:val="00C2684D"/>
    <w:rsid w:val="00CB0664"/>
    <w:rsid w:val="00CF56C0"/>
    <w:rsid w:val="00DC59F3"/>
    <w:rsid w:val="00E90862"/>
    <w:rsid w:val="00F87A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AC302"/>
  <w14:defaultImageDpi w14:val="300"/>
  <w15:docId w15:val="{185ACE9E-371A-4DCC-8A69-7CDEC829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heading2">
    <w:name w:val="artifact-docx-preview_heading2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listbullet">
    <w:name w:val="artifact-docx-preview_listbullet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dq2pgselectionanchorcontainer">
    <w:name w:val="pdq2pg_selectionanchorcontainer"/>
    <w:basedOn w:val="Normalny"/>
    <w:rsid w:val="005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167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Centrum Zdrowia</cp:lastModifiedBy>
  <cp:revision>11</cp:revision>
  <dcterms:created xsi:type="dcterms:W3CDTF">2026-07-21T12:04:00Z</dcterms:created>
  <dcterms:modified xsi:type="dcterms:W3CDTF">2026-08-10T06:16:00Z</dcterms:modified>
  <cp:category/>
</cp:coreProperties>
</file>