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9AA" w14:textId="1CBAFA53" w:rsidR="00F87ADF" w:rsidRPr="007C1771" w:rsidRDefault="001570B6" w:rsidP="007C1771">
      <w:pPr>
        <w:spacing w:after="0"/>
        <w:jc w:val="center"/>
        <w:rPr>
          <w:rFonts w:cs="Calibri"/>
        </w:rPr>
      </w:pPr>
      <w:r w:rsidRPr="003D503C">
        <w:rPr>
          <w:rFonts w:cs="Calibri"/>
          <w:b/>
          <w:sz w:val="28"/>
          <w:szCs w:val="28"/>
        </w:rPr>
        <w:t xml:space="preserve">ZAŁĄCZNIK NR </w:t>
      </w:r>
      <w:r w:rsidR="007C1771" w:rsidRPr="003D503C">
        <w:rPr>
          <w:rFonts w:cs="Calibri"/>
          <w:b/>
          <w:sz w:val="28"/>
          <w:szCs w:val="28"/>
        </w:rPr>
        <w:t>2.</w:t>
      </w:r>
      <w:r w:rsidR="00A13494" w:rsidRPr="003D503C">
        <w:rPr>
          <w:rFonts w:cs="Calibri"/>
          <w:b/>
          <w:sz w:val="28"/>
          <w:szCs w:val="28"/>
        </w:rPr>
        <w:t>2</w:t>
      </w:r>
      <w:r w:rsidRPr="003D503C">
        <w:rPr>
          <w:rFonts w:cs="Calibri"/>
          <w:b/>
          <w:sz w:val="28"/>
          <w:szCs w:val="28"/>
        </w:rPr>
        <w:t xml:space="preserve"> DO SWZ</w:t>
      </w:r>
      <w:r w:rsidRPr="007C1771">
        <w:rPr>
          <w:rFonts w:cs="Calibri"/>
          <w:b/>
        </w:rPr>
        <w:br/>
      </w:r>
      <w:r w:rsidRPr="003D503C">
        <w:rPr>
          <w:rFonts w:cs="Calibri"/>
          <w:b/>
          <w:sz w:val="36"/>
          <w:szCs w:val="36"/>
        </w:rPr>
        <w:t xml:space="preserve">FORMULARZ </w:t>
      </w:r>
      <w:r w:rsidR="007C1771" w:rsidRPr="003D503C">
        <w:rPr>
          <w:rFonts w:cs="Calibri"/>
          <w:b/>
          <w:sz w:val="36"/>
          <w:szCs w:val="36"/>
        </w:rPr>
        <w:t>CENOWY</w:t>
      </w:r>
      <w:r w:rsidRPr="007C1771">
        <w:rPr>
          <w:rFonts w:cs="Calibri"/>
          <w:b/>
        </w:rPr>
        <w:br/>
      </w:r>
      <w:proofErr w:type="spellStart"/>
      <w:r w:rsidRPr="007C1771">
        <w:rPr>
          <w:rFonts w:cs="Calibri"/>
        </w:rPr>
        <w:t>Postępowanie</w:t>
      </w:r>
      <w:proofErr w:type="spellEnd"/>
      <w:r w:rsidRPr="007C1771">
        <w:rPr>
          <w:rFonts w:cs="Calibri"/>
        </w:rPr>
        <w:t xml:space="preserve"> nr ZP/03/2026</w:t>
      </w:r>
      <w:r w:rsidRPr="007C1771">
        <w:rPr>
          <w:rFonts w:cs="Calibri"/>
        </w:rPr>
        <w:br/>
      </w:r>
      <w:proofErr w:type="spellStart"/>
      <w:r w:rsidRPr="007C1771">
        <w:rPr>
          <w:rFonts w:cs="Calibri"/>
        </w:rPr>
        <w:t>Wykonanie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robót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budowlanych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polegających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na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termomodernizacji</w:t>
      </w:r>
      <w:proofErr w:type="spellEnd"/>
      <w:r w:rsidRPr="007C1771">
        <w:rPr>
          <w:rFonts w:cs="Calibri"/>
        </w:rPr>
        <w:t xml:space="preserve"> </w:t>
      </w:r>
      <w:proofErr w:type="spellStart"/>
      <w:r w:rsidRPr="007C1771">
        <w:rPr>
          <w:rFonts w:cs="Calibri"/>
        </w:rPr>
        <w:t>budynków</w:t>
      </w:r>
      <w:proofErr w:type="spellEnd"/>
      <w:r w:rsidRPr="007C1771">
        <w:rPr>
          <w:rFonts w:cs="Calibri"/>
        </w:rPr>
        <w:t xml:space="preserve"> Centrum Zdrowia w Opolu Sp. z </w:t>
      </w:r>
      <w:proofErr w:type="spellStart"/>
      <w:r w:rsidRPr="007C1771">
        <w:rPr>
          <w:rFonts w:cs="Calibri"/>
        </w:rPr>
        <w:t>o.o.</w:t>
      </w:r>
      <w:proofErr w:type="spellEnd"/>
    </w:p>
    <w:p w14:paraId="198E2313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52F59FC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27397A77" w14:textId="175C820B" w:rsidR="007C1771" w:rsidRPr="003D503C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D503C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I. DANE WYKONAWCY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7C1771" w:rsidRPr="007C1771" w14:paraId="220550FF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1BE91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Nazwa (firma)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CA0A9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B7A889B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01101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Adres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D23650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CB4414F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D7919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NIP/REGON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F8AA9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02BC42AC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3A5C3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KRS/CEIDG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F0DF8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8FF3DC9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5660E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D156E5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6F6695CA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F2383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Telefon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63740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5B083CC6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FE881F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D8D6C81" w14:textId="7CE43D15" w:rsidR="007C1771" w:rsidRPr="003D503C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D503C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II. CZĘŚĆ ZAMÓWIENIA</w:t>
      </w:r>
    </w:p>
    <w:p w14:paraId="45887019" w14:textId="538CA47F" w:rsidR="007C1771" w:rsidRP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lang w:val="pl-PL" w:eastAsia="pl-PL"/>
        </w:rPr>
      </w:pPr>
      <w:r w:rsidRPr="007C1771">
        <w:rPr>
          <w:rFonts w:eastAsia="Times New Roman" w:cs="Calibri"/>
          <w:color w:val="000000"/>
          <w:lang w:val="pl-PL" w:eastAsia="pl-PL"/>
        </w:rPr>
        <w:t xml:space="preserve">Część nr </w:t>
      </w:r>
      <w:r w:rsidR="00A13494">
        <w:rPr>
          <w:rFonts w:eastAsia="Times New Roman" w:cs="Calibri"/>
          <w:color w:val="000000"/>
          <w:lang w:val="pl-PL" w:eastAsia="pl-PL"/>
        </w:rPr>
        <w:t>2</w:t>
      </w:r>
      <w:r w:rsidRPr="007C1771">
        <w:rPr>
          <w:rFonts w:eastAsia="Times New Roman" w:cs="Calibri"/>
          <w:color w:val="000000"/>
          <w:lang w:val="pl-PL" w:eastAsia="pl-PL"/>
        </w:rPr>
        <w:t xml:space="preserve"> – Termomodernizacja budynku Przychodni Centrum Zdrowia w Opolu Sp. z o.o. przy ul. </w:t>
      </w:r>
      <w:r w:rsidR="00A13494">
        <w:rPr>
          <w:rFonts w:eastAsia="Times New Roman" w:cs="Calibri"/>
          <w:color w:val="000000"/>
          <w:lang w:val="pl-PL" w:eastAsia="pl-PL"/>
        </w:rPr>
        <w:t>Licealnej 18</w:t>
      </w:r>
      <w:r w:rsidRPr="007C1771">
        <w:rPr>
          <w:rFonts w:eastAsia="Times New Roman" w:cs="Calibri"/>
          <w:color w:val="000000"/>
          <w:lang w:val="pl-PL" w:eastAsia="pl-PL"/>
        </w:rPr>
        <w:t xml:space="preserve"> w Opolu</w:t>
      </w:r>
    </w:p>
    <w:p w14:paraId="1B34C335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BD15BFF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1E4143C1" w14:textId="6610525E" w:rsidR="007C1771" w:rsidRPr="003D503C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D503C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III. KALKULACJA CENY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30"/>
        <w:gridCol w:w="2127"/>
        <w:gridCol w:w="1516"/>
        <w:gridCol w:w="2157"/>
      </w:tblGrid>
      <w:tr w:rsidR="007C1771" w:rsidRPr="007C1771" w14:paraId="4A31BEF2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D1005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Pozycja kosztowa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067FB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netto (zł)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5E6A3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VAT (zł)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1DBEE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brutto (zł)</w:t>
            </w:r>
          </w:p>
        </w:tc>
      </w:tr>
      <w:tr w:rsidR="007C1771" w:rsidRPr="007C1771" w14:paraId="7DFC47C7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771CA2" w14:textId="5F26DC70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Koszty kwalifikowane</w:t>
            </w:r>
            <w:r w:rsidR="00B673BE">
              <w:rPr>
                <w:rFonts w:eastAsia="Times New Roman" w:cs="Calibri"/>
                <w:color w:val="000000"/>
                <w:lang w:val="pl-PL" w:eastAsia="pl-PL"/>
              </w:rPr>
              <w:t>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92781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15493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A7AF4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38A90E46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5A8957" w14:textId="4DA57283" w:rsidR="007C1771" w:rsidRPr="007C1771" w:rsidRDefault="00B673BE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        </w:t>
            </w:r>
            <w:r w:rsidR="007C1771" w:rsidRPr="007C1771">
              <w:rPr>
                <w:rFonts w:eastAsia="Times New Roman" w:cs="Calibri"/>
                <w:color w:val="000000"/>
                <w:lang w:val="pl-PL" w:eastAsia="pl-PL"/>
              </w:rPr>
              <w:t>A. Branża budowlana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53A5B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0A73B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07147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486559FD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955345" w14:textId="1FC70DFA" w:rsidR="007C1771" w:rsidRPr="007C1771" w:rsidRDefault="00B673BE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        </w:t>
            </w:r>
            <w:r w:rsidR="007C1771" w:rsidRPr="007C1771">
              <w:rPr>
                <w:rFonts w:eastAsia="Times New Roman" w:cs="Calibri"/>
                <w:color w:val="000000"/>
                <w:lang w:val="pl-PL" w:eastAsia="pl-PL"/>
              </w:rPr>
              <w:t>B. Branża elektryczna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A84E9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DCC0FE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E48F9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1C4B522F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A1959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Koszty niekwalifikowane – branża budowlana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EB4E64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2B0AE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4DF8B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  <w:tr w:rsidR="007C1771" w:rsidRPr="007C1771" w14:paraId="0C0CFF73" w14:textId="77777777" w:rsidTr="007C1771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9C967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4602D7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E7CC3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935413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</w:tbl>
    <w:p w14:paraId="50223E12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30C8D88B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9B08823" w14:textId="523180AD" w:rsidR="007C1771" w:rsidRPr="003D503C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D503C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IV. PODSUMOWANIE CENY</w:t>
      </w:r>
    </w:p>
    <w:tbl>
      <w:tblPr>
        <w:tblW w:w="86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6"/>
        <w:gridCol w:w="4314"/>
      </w:tblGrid>
      <w:tr w:rsidR="007C1771" w:rsidRPr="007C1771" w14:paraId="527181A6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63963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zamówienia netto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87C3D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4AF04738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9C24" w14:textId="3A83021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>Wartość netto słownie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FFA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2FA1BF75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879618" w14:textId="676BBF8C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Podatek VAT</w:t>
            </w:r>
            <w:r>
              <w:rPr>
                <w:rFonts w:eastAsia="Times New Roman" w:cs="Calibri"/>
                <w:color w:val="000000"/>
                <w:lang w:val="pl-PL" w:eastAsia="pl-PL"/>
              </w:rPr>
              <w:t xml:space="preserve"> %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95F9EC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3DADDA88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456E" w14:textId="7F5A03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>
              <w:rPr>
                <w:rFonts w:eastAsia="Times New Roman" w:cs="Calibri"/>
                <w:color w:val="000000"/>
                <w:lang w:val="pl-PL" w:eastAsia="pl-PL"/>
              </w:rPr>
              <w:t>VAT zł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77F6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737065A4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3AB47B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zamówienia brutto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2ACFB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  <w:tr w:rsidR="007C1771" w:rsidRPr="007C1771" w14:paraId="26ECC9BB" w14:textId="77777777" w:rsidTr="007C1771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F83891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Wartość brutto słownie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9EF36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</w:tr>
    </w:tbl>
    <w:p w14:paraId="30B83E1B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6503C275" w14:textId="2AF46A85" w:rsidR="007C1771" w:rsidRPr="003D503C" w:rsidRDefault="007C1771" w:rsidP="00A24A5C">
      <w:pPr>
        <w:spacing w:after="0"/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</w:pPr>
      <w:r>
        <w:rPr>
          <w:rFonts w:eastAsia="Times New Roman" w:cs="Calibri"/>
          <w:b/>
          <w:bCs/>
          <w:color w:val="4F81BD"/>
          <w:lang w:val="pl-PL" w:eastAsia="pl-PL"/>
        </w:rPr>
        <w:br w:type="page"/>
      </w:r>
      <w:r w:rsidRPr="003D503C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lastRenderedPageBreak/>
        <w:t>V. OŚWIADCZENIE WYKONAWCY</w:t>
      </w:r>
    </w:p>
    <w:p w14:paraId="5C47E3D6" w14:textId="77777777" w:rsidR="007C1771" w:rsidRPr="007C1771" w:rsidRDefault="007C1771" w:rsidP="00A24A5C">
      <w:pPr>
        <w:shd w:val="clear" w:color="auto" w:fill="FFFFFF"/>
        <w:spacing w:after="0"/>
        <w:jc w:val="both"/>
        <w:rPr>
          <w:rFonts w:eastAsia="Times New Roman" w:cs="Calibri"/>
          <w:color w:val="000000"/>
          <w:lang w:val="pl-PL" w:eastAsia="pl-PL"/>
        </w:rPr>
      </w:pPr>
      <w:r w:rsidRPr="007C1771">
        <w:rPr>
          <w:rFonts w:eastAsia="Times New Roman" w:cs="Calibri"/>
          <w:color w:val="000000"/>
          <w:lang w:val="pl-PL" w:eastAsia="pl-PL"/>
        </w:rPr>
        <w:t xml:space="preserve">Oświadczamy, że przedstawiona kalkulacja obejmuje wszystkie koszty niezbędne do wykonania przedmiotu zamówienia zgodnie z SWZ, dokumentacją projektową, </w:t>
      </w:r>
      <w:proofErr w:type="spellStart"/>
      <w:r w:rsidRPr="007C1771">
        <w:rPr>
          <w:rFonts w:eastAsia="Times New Roman" w:cs="Calibri"/>
          <w:color w:val="000000"/>
          <w:lang w:val="pl-PL" w:eastAsia="pl-PL"/>
        </w:rPr>
        <w:t>STWiORB</w:t>
      </w:r>
      <w:proofErr w:type="spellEnd"/>
      <w:r w:rsidRPr="007C1771">
        <w:rPr>
          <w:rFonts w:eastAsia="Times New Roman" w:cs="Calibri"/>
          <w:color w:val="000000"/>
          <w:lang w:val="pl-PL" w:eastAsia="pl-PL"/>
        </w:rPr>
        <w:t xml:space="preserve"> oraz projektowanymi postanowieniami umowy. Ceny mają charakter ryczałtowy.</w:t>
      </w:r>
    </w:p>
    <w:p w14:paraId="76D2FDB8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37575636" w14:textId="77777777" w:rsidR="007C1771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b/>
          <w:bCs/>
          <w:color w:val="4F81BD"/>
          <w:lang w:val="pl-PL" w:eastAsia="pl-PL"/>
        </w:rPr>
      </w:pPr>
    </w:p>
    <w:p w14:paraId="4CFC60B5" w14:textId="273351B9" w:rsidR="007C1771" w:rsidRPr="003D503C" w:rsidRDefault="007C1771" w:rsidP="007C1771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6"/>
          <w:szCs w:val="26"/>
          <w:lang w:val="pl-PL" w:eastAsia="pl-PL"/>
        </w:rPr>
      </w:pPr>
      <w:r w:rsidRPr="003D503C">
        <w:rPr>
          <w:rFonts w:eastAsia="Times New Roman" w:cs="Calibri"/>
          <w:b/>
          <w:bCs/>
          <w:color w:val="4F81BD"/>
          <w:sz w:val="26"/>
          <w:szCs w:val="26"/>
          <w:lang w:val="pl-PL" w:eastAsia="pl-PL"/>
        </w:rPr>
        <w:t>VI. PODPIS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5"/>
        <w:gridCol w:w="4315"/>
      </w:tblGrid>
      <w:tr w:rsidR="007C1771" w:rsidRPr="007C1771" w14:paraId="6E7ABB70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9C6BA3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Miejscowość i data</w:t>
            </w:r>
          </w:p>
          <w:p w14:paraId="0A8014F4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252611F6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5187F962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383724C9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0BE42EDA" w14:textId="77777777" w:rsid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  <w:p w14:paraId="0916E30A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109D98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  <w:r w:rsidRPr="007C1771">
              <w:rPr>
                <w:rFonts w:eastAsia="Times New Roman" w:cs="Calibri"/>
                <w:color w:val="000000"/>
                <w:lang w:val="pl-PL" w:eastAsia="pl-PL"/>
              </w:rPr>
              <w:t>Podpis osoby uprawnionej / kwalifikowany podpis elektroniczny</w:t>
            </w:r>
          </w:p>
        </w:tc>
      </w:tr>
      <w:tr w:rsidR="007C1771" w:rsidRPr="007C1771" w14:paraId="2EF9B4C1" w14:textId="7777777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75B51D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color w:val="000000"/>
                <w:lang w:val="pl-PL" w:eastAsia="pl-PL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B21C6F" w14:textId="77777777" w:rsidR="007C1771" w:rsidRPr="007C1771" w:rsidRDefault="007C1771" w:rsidP="007C1771">
            <w:pPr>
              <w:spacing w:after="0"/>
              <w:jc w:val="both"/>
              <w:rPr>
                <w:rFonts w:eastAsia="Times New Roman" w:cs="Calibri"/>
                <w:lang w:val="pl-PL" w:eastAsia="pl-PL"/>
              </w:rPr>
            </w:pPr>
          </w:p>
        </w:tc>
      </w:tr>
    </w:tbl>
    <w:p w14:paraId="038A752B" w14:textId="77777777" w:rsidR="004B7A77" w:rsidRPr="007C1771" w:rsidRDefault="004B7A77" w:rsidP="007C1771">
      <w:pPr>
        <w:spacing w:after="0"/>
        <w:jc w:val="both"/>
        <w:rPr>
          <w:rFonts w:cs="Calibri"/>
        </w:rPr>
      </w:pPr>
    </w:p>
    <w:sectPr w:rsidR="004B7A77" w:rsidRPr="007C17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9F3183"/>
    <w:multiLevelType w:val="hybridMultilevel"/>
    <w:tmpl w:val="333CDF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6D0FCA"/>
    <w:multiLevelType w:val="multilevel"/>
    <w:tmpl w:val="F1E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101D7"/>
    <w:multiLevelType w:val="hybridMultilevel"/>
    <w:tmpl w:val="A8205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86214"/>
    <w:multiLevelType w:val="hybridMultilevel"/>
    <w:tmpl w:val="84FAEE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0798749">
    <w:abstractNumId w:val="8"/>
  </w:num>
  <w:num w:numId="2" w16cid:durableId="1633558595">
    <w:abstractNumId w:val="6"/>
  </w:num>
  <w:num w:numId="3" w16cid:durableId="1870947276">
    <w:abstractNumId w:val="5"/>
  </w:num>
  <w:num w:numId="4" w16cid:durableId="518085315">
    <w:abstractNumId w:val="4"/>
  </w:num>
  <w:num w:numId="5" w16cid:durableId="731008477">
    <w:abstractNumId w:val="7"/>
  </w:num>
  <w:num w:numId="6" w16cid:durableId="1174805882">
    <w:abstractNumId w:val="3"/>
  </w:num>
  <w:num w:numId="7" w16cid:durableId="584723850">
    <w:abstractNumId w:val="2"/>
  </w:num>
  <w:num w:numId="8" w16cid:durableId="1665354893">
    <w:abstractNumId w:val="1"/>
  </w:num>
  <w:num w:numId="9" w16cid:durableId="339626349">
    <w:abstractNumId w:val="0"/>
  </w:num>
  <w:num w:numId="10" w16cid:durableId="1286737309">
    <w:abstractNumId w:val="12"/>
  </w:num>
  <w:num w:numId="11" w16cid:durableId="904099011">
    <w:abstractNumId w:val="9"/>
  </w:num>
  <w:num w:numId="12" w16cid:durableId="1748839685">
    <w:abstractNumId w:val="10"/>
  </w:num>
  <w:num w:numId="13" w16cid:durableId="1565216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0B6"/>
    <w:rsid w:val="001B2555"/>
    <w:rsid w:val="0029639D"/>
    <w:rsid w:val="002D0242"/>
    <w:rsid w:val="00326F90"/>
    <w:rsid w:val="003347D0"/>
    <w:rsid w:val="003D503C"/>
    <w:rsid w:val="00413A74"/>
    <w:rsid w:val="00436B7C"/>
    <w:rsid w:val="004B7A77"/>
    <w:rsid w:val="00536F2A"/>
    <w:rsid w:val="0057494B"/>
    <w:rsid w:val="005F2B9E"/>
    <w:rsid w:val="00607725"/>
    <w:rsid w:val="006A14F0"/>
    <w:rsid w:val="006D26FF"/>
    <w:rsid w:val="006F7654"/>
    <w:rsid w:val="007C1771"/>
    <w:rsid w:val="008C0747"/>
    <w:rsid w:val="00A13494"/>
    <w:rsid w:val="00A24A5C"/>
    <w:rsid w:val="00AA1D8D"/>
    <w:rsid w:val="00AE52E4"/>
    <w:rsid w:val="00B47730"/>
    <w:rsid w:val="00B673BE"/>
    <w:rsid w:val="00C2684D"/>
    <w:rsid w:val="00CB0664"/>
    <w:rsid w:val="00CF56C0"/>
    <w:rsid w:val="00DC59F3"/>
    <w:rsid w:val="00E90862"/>
    <w:rsid w:val="00F87A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AC302"/>
  <w14:defaultImageDpi w14:val="300"/>
  <w15:docId w15:val="{185ACE9E-371A-4DCC-8A69-7CDEC829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tifact-docx-previewheading2">
    <w:name w:val="artifact-docx-preview_heading2"/>
    <w:basedOn w:val="Normalny"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tifact-docx-previewlistbullet">
    <w:name w:val="artifact-docx-preview_listbullet"/>
    <w:basedOn w:val="Normalny"/>
    <w:rsid w:val="006F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pdq2pgselectionanchorcontainer">
    <w:name w:val="pdq2pg_selectionanchorcontainer"/>
    <w:basedOn w:val="Normalny"/>
    <w:rsid w:val="0053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167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Centrum Zdrowia</cp:lastModifiedBy>
  <cp:revision>12</cp:revision>
  <dcterms:created xsi:type="dcterms:W3CDTF">2026-07-21T12:04:00Z</dcterms:created>
  <dcterms:modified xsi:type="dcterms:W3CDTF">2026-08-10T06:16:00Z</dcterms:modified>
  <cp:category/>
</cp:coreProperties>
</file>