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AE1CD" w14:textId="775D5FA0" w:rsidR="0080366E" w:rsidRPr="00AD784A" w:rsidRDefault="0080366E" w:rsidP="0080366E">
      <w:pPr>
        <w:pStyle w:val="Nagwek1"/>
        <w:spacing w:after="240"/>
        <w:jc w:val="right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AD784A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Załącznik nr </w:t>
      </w:r>
      <w:r w:rsidR="00B3227B" w:rsidRPr="00AD784A">
        <w:rPr>
          <w:rFonts w:ascii="Times New Roman" w:hAnsi="Times New Roman" w:cs="Times New Roman"/>
          <w:color w:val="auto"/>
          <w:sz w:val="22"/>
          <w:szCs w:val="22"/>
          <w:lang w:val="pl-PL"/>
        </w:rPr>
        <w:t>7</w:t>
      </w:r>
      <w:r w:rsidRPr="00AD784A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 do SWZ</w:t>
      </w:r>
    </w:p>
    <w:p w14:paraId="24CE144D" w14:textId="782CB335" w:rsidR="00B87F5D" w:rsidRPr="00AD784A" w:rsidRDefault="00646582" w:rsidP="00873998">
      <w:pPr>
        <w:pStyle w:val="Nagwek1"/>
        <w:spacing w:after="240"/>
        <w:jc w:val="center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AD784A">
        <w:rPr>
          <w:rFonts w:ascii="Times New Roman" w:hAnsi="Times New Roman" w:cs="Times New Roman"/>
          <w:color w:val="auto"/>
          <w:sz w:val="22"/>
          <w:szCs w:val="22"/>
          <w:lang w:val="pl-PL"/>
        </w:rPr>
        <w:t>OŚWIADCZENIE O ZGODNOŚCI OFEROWA</w:t>
      </w:r>
      <w:r w:rsidR="00B3227B" w:rsidRPr="00AD784A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NYCH PRODUKTÓW </w:t>
      </w:r>
      <w:r w:rsidRPr="00AD784A">
        <w:rPr>
          <w:rFonts w:ascii="Times New Roman" w:hAnsi="Times New Roman" w:cs="Times New Roman"/>
          <w:color w:val="auto"/>
          <w:sz w:val="22"/>
          <w:szCs w:val="22"/>
          <w:lang w:val="pl-PL"/>
        </w:rPr>
        <w:t>Z ZASADĄ DNSH</w:t>
      </w:r>
    </w:p>
    <w:p w14:paraId="3E6387F4" w14:textId="77777777" w:rsidR="00873998" w:rsidRPr="00AD784A" w:rsidRDefault="00873998" w:rsidP="00873998">
      <w:pPr>
        <w:rPr>
          <w:rFonts w:ascii="Times New Roman" w:hAnsi="Times New Roman" w:cs="Times New Roman"/>
          <w:b/>
          <w:i/>
          <w:lang w:val="pl-PL"/>
        </w:rPr>
      </w:pPr>
      <w:r w:rsidRPr="00AD784A">
        <w:rPr>
          <w:rFonts w:ascii="Times New Roman" w:hAnsi="Times New Roman" w:cs="Times New Roman"/>
          <w:lang w:val="pl-PL"/>
        </w:rPr>
        <w:t>Dotyczy zamówienia publicznego prowadzonego w trybie przetargu nieograniczonego pn.:</w:t>
      </w:r>
      <w:r w:rsidRPr="00AD784A">
        <w:rPr>
          <w:rFonts w:ascii="Times New Roman" w:hAnsi="Times New Roman" w:cs="Times New Roman"/>
          <w:b/>
          <w:i/>
          <w:lang w:val="pl-PL"/>
        </w:rPr>
        <w:t xml:space="preserve"> </w:t>
      </w:r>
    </w:p>
    <w:p w14:paraId="15759F52" w14:textId="1F907D8C" w:rsidR="00B41DD8" w:rsidRPr="00AD784A" w:rsidRDefault="00B3227B" w:rsidP="00B41DD8">
      <w:pPr>
        <w:jc w:val="both"/>
        <w:rPr>
          <w:rFonts w:ascii="Times New Roman" w:hAnsi="Times New Roman" w:cs="Times New Roman"/>
          <w:b/>
          <w:bCs/>
          <w:lang w:val="pl-PL"/>
        </w:rPr>
      </w:pPr>
      <w:bookmarkStart w:id="0" w:name="_Hlk208056452"/>
      <w:r w:rsidRPr="00AD784A">
        <w:rPr>
          <w:rFonts w:ascii="Times New Roman" w:hAnsi="Times New Roman" w:cs="Times New Roman"/>
          <w:b/>
          <w:bCs/>
          <w:lang w:val="pl-PL"/>
        </w:rPr>
        <w:t>Modernizacja oświetlenia w tym oświetlenia awaryjnego wewnątrz budynku Szpitala oraz oświetlenia zewnętrznego terenu Regionalnego Centrum Medycznego w Białogardzie Sp. z o.o. ul. Chopina 29</w:t>
      </w:r>
    </w:p>
    <w:bookmarkEnd w:id="0"/>
    <w:p w14:paraId="03BF7C9E" w14:textId="77777777" w:rsidR="00B87F5D" w:rsidRPr="00AD784A" w:rsidRDefault="00646582">
      <w:pPr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Ja, niżej podpisany/a:</w:t>
      </w:r>
    </w:p>
    <w:p w14:paraId="641C5977" w14:textId="77777777" w:rsidR="00B87F5D" w:rsidRPr="00AD784A" w:rsidRDefault="00646582">
      <w:pPr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Imię i nazwisko: .........................................................</w:t>
      </w:r>
    </w:p>
    <w:p w14:paraId="2EA1208B" w14:textId="77777777" w:rsidR="00B87F5D" w:rsidRPr="00AD784A" w:rsidRDefault="00646582" w:rsidP="00B814CF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Stanowisko: .........................................................</w:t>
      </w:r>
    </w:p>
    <w:p w14:paraId="766A4710" w14:textId="77777777" w:rsidR="00B87F5D" w:rsidRPr="00AD784A" w:rsidRDefault="00646582" w:rsidP="00B814CF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Działający/a w imieniu i na rzecz (nazwa wykonawcy): .........................................................</w:t>
      </w:r>
    </w:p>
    <w:p w14:paraId="66353775" w14:textId="77777777" w:rsidR="00B87F5D" w:rsidRPr="00AD784A" w:rsidRDefault="00646582" w:rsidP="00B814CF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Adres siedziby: .........................................................</w:t>
      </w:r>
    </w:p>
    <w:p w14:paraId="229D6D14" w14:textId="77777777" w:rsidR="00B87F5D" w:rsidRPr="00AD784A" w:rsidRDefault="00646582" w:rsidP="00B814CF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Numer NIP/REGON: .........................................................</w:t>
      </w:r>
    </w:p>
    <w:p w14:paraId="52F10588" w14:textId="3FF9197F" w:rsidR="00646582" w:rsidRPr="00AD784A" w:rsidRDefault="00646582" w:rsidP="00B814CF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oświadczam, że oferowan</w:t>
      </w:r>
      <w:r w:rsidR="00CC4E60">
        <w:rPr>
          <w:rFonts w:ascii="Times New Roman" w:hAnsi="Times New Roman" w:cs="Times New Roman"/>
          <w:lang w:val="pl-PL"/>
        </w:rPr>
        <w:t>e produkty:</w:t>
      </w:r>
    </w:p>
    <w:p w14:paraId="3D1E328E" w14:textId="0BD08CB5" w:rsidR="00646582" w:rsidRPr="00AD784A" w:rsidRDefault="00646582" w:rsidP="00B814CF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73460A75" w14:textId="2B281046" w:rsidR="00646582" w:rsidRPr="00AD784A" w:rsidRDefault="00646582" w:rsidP="00646582">
      <w:pPr>
        <w:jc w:val="center"/>
        <w:rPr>
          <w:rFonts w:ascii="Times New Roman" w:hAnsi="Times New Roman" w:cs="Times New Roman"/>
          <w:u w:val="single"/>
          <w:lang w:val="pl-PL"/>
        </w:rPr>
      </w:pPr>
      <w:r w:rsidRPr="00AD784A">
        <w:rPr>
          <w:rFonts w:ascii="Times New Roman" w:hAnsi="Times New Roman" w:cs="Times New Roman"/>
          <w:u w:val="single"/>
          <w:lang w:val="pl-PL"/>
        </w:rPr>
        <w:t xml:space="preserve">[należy podać </w:t>
      </w:r>
      <w:r w:rsidR="00873998" w:rsidRPr="00AD784A">
        <w:rPr>
          <w:rFonts w:ascii="Times New Roman" w:hAnsi="Times New Roman" w:cs="Times New Roman"/>
          <w:u w:val="single"/>
          <w:lang w:val="pl-PL"/>
        </w:rPr>
        <w:t>nazwę</w:t>
      </w:r>
      <w:r w:rsidRPr="00AD784A">
        <w:rPr>
          <w:rFonts w:ascii="Times New Roman" w:hAnsi="Times New Roman" w:cs="Times New Roman"/>
          <w:u w:val="single"/>
          <w:lang w:val="pl-PL"/>
        </w:rPr>
        <w:t xml:space="preserve">, typ, producent oferowanego </w:t>
      </w:r>
      <w:r w:rsidR="00B3227B" w:rsidRPr="00AD784A">
        <w:rPr>
          <w:rFonts w:ascii="Times New Roman" w:hAnsi="Times New Roman" w:cs="Times New Roman"/>
          <w:u w:val="single"/>
          <w:lang w:val="pl-PL"/>
        </w:rPr>
        <w:t>proutku/produktów</w:t>
      </w:r>
      <w:r w:rsidRPr="00AD784A">
        <w:rPr>
          <w:rFonts w:ascii="Times New Roman" w:hAnsi="Times New Roman" w:cs="Times New Roman"/>
          <w:u w:val="single"/>
          <w:lang w:val="pl-PL"/>
        </w:rPr>
        <w:t>]</w:t>
      </w:r>
    </w:p>
    <w:p w14:paraId="0C6E6F7C" w14:textId="2FFBD554" w:rsidR="00B87F5D" w:rsidRPr="00AD784A" w:rsidRDefault="00646582" w:rsidP="00AD784A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jest zgodny z zasadą „nieczynienia poważnych szkód” dla środowiska (DNSH – Do No Significant Harm), zgodnie z art. 17 rozporządzenia Parlamentu Europejskiego i Rady (UE) 2020/852 z dnia 18 czerwca 2020 r., ustanawiającego ramy ułatwiające zrównoważone inwestycje, oraz spełnia</w:t>
      </w:r>
      <w:r w:rsidR="00AD784A" w:rsidRPr="00AD784A">
        <w:rPr>
          <w:rFonts w:ascii="Times New Roman" w:hAnsi="Times New Roman" w:cs="Times New Roman"/>
          <w:lang w:val="pl-PL"/>
        </w:rPr>
        <w:t xml:space="preserve"> </w:t>
      </w:r>
      <w:r w:rsidRPr="00AD784A">
        <w:rPr>
          <w:rFonts w:ascii="Times New Roman" w:hAnsi="Times New Roman" w:cs="Times New Roman"/>
          <w:lang w:val="pl-PL"/>
        </w:rPr>
        <w:t>następujące</w:t>
      </w:r>
      <w:r w:rsidR="00AD784A" w:rsidRPr="00AD784A">
        <w:rPr>
          <w:rFonts w:ascii="Times New Roman" w:hAnsi="Times New Roman" w:cs="Times New Roman"/>
          <w:lang w:val="pl-PL"/>
        </w:rPr>
        <w:t xml:space="preserve"> </w:t>
      </w:r>
      <w:r w:rsidRPr="00AD784A">
        <w:rPr>
          <w:rFonts w:ascii="Times New Roman" w:hAnsi="Times New Roman" w:cs="Times New Roman"/>
          <w:lang w:val="pl-PL"/>
        </w:rPr>
        <w:t>warunki:</w:t>
      </w:r>
      <w:r w:rsidRPr="00AD784A">
        <w:rPr>
          <w:rFonts w:ascii="Times New Roman" w:hAnsi="Times New Roman" w:cs="Times New Roman"/>
          <w:lang w:val="pl-PL"/>
        </w:rPr>
        <w:br/>
      </w:r>
    </w:p>
    <w:p w14:paraId="1F0CFFAC" w14:textId="76C2C8EE" w:rsidR="00B3227B" w:rsidRPr="00AD784A" w:rsidRDefault="00AD784A" w:rsidP="00B3227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Z</w:t>
      </w:r>
      <w:r w:rsidR="00B3227B" w:rsidRPr="00AD784A">
        <w:rPr>
          <w:rFonts w:ascii="Times New Roman" w:hAnsi="Times New Roman" w:cs="Times New Roman"/>
          <w:lang w:val="pl-PL"/>
        </w:rPr>
        <w:t>astosowane oprawy i źródła światła wykonane są w technologii energooszczędnej, a ich zastosowanie prowadzi do ograniczenia zużycia energii elektrycznej w stosunku do dotychczas użytkowanego oświetlenia i nie powoduje znaczących emisji gazów cieplarnianych.</w:t>
      </w:r>
    </w:p>
    <w:p w14:paraId="5D4D14A7" w14:textId="7673DA6F" w:rsidR="00AD784A" w:rsidRPr="00AD784A" w:rsidRDefault="00AD784A" w:rsidP="00B3227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O</w:t>
      </w:r>
      <w:r w:rsidRPr="00AD784A">
        <w:rPr>
          <w:rFonts w:ascii="Times New Roman" w:hAnsi="Times New Roman" w:cs="Times New Roman"/>
          <w:lang w:val="pl-PL"/>
        </w:rPr>
        <w:t>ferowane oprawy oraz pozostałe elementy instalacji są przystosowane do warunków środowiskowych występujących w miejscu ich użytkowania oraz spełniają wymagania odpowiednich norm i przepisów technicznych.</w:t>
      </w:r>
    </w:p>
    <w:p w14:paraId="43281689" w14:textId="09A83311" w:rsidR="00AD784A" w:rsidRPr="00AD784A" w:rsidRDefault="00AD784A" w:rsidP="00B3227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R</w:t>
      </w:r>
      <w:r w:rsidRPr="00AD784A">
        <w:rPr>
          <w:rFonts w:ascii="Times New Roman" w:hAnsi="Times New Roman" w:cs="Times New Roman"/>
          <w:lang w:val="pl-PL"/>
        </w:rPr>
        <w:t>ealizacja przedmiotu zamówienia oraz użytkowanie dostarczonych opraw oświetleniowych nie powodują znaczącego negatywnego wpływu na stan zasobów wodnych i morskich.</w:t>
      </w:r>
    </w:p>
    <w:p w14:paraId="77F79377" w14:textId="03C65A93" w:rsidR="00AD784A" w:rsidRPr="00AD784A" w:rsidRDefault="00AD784A" w:rsidP="00B3227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D</w:t>
      </w:r>
      <w:r w:rsidRPr="00AD784A">
        <w:rPr>
          <w:rFonts w:ascii="Times New Roman" w:hAnsi="Times New Roman" w:cs="Times New Roman"/>
          <w:lang w:val="pl-PL"/>
        </w:rPr>
        <w:t xml:space="preserve">ostarczone oprawy i pozostały sprzęt elektryczny i elektroniczny spełniają wymagania wynikające z właściwych przepisów dotyczących zużytego sprzętu elektrycznego i elektronicznego oraz ograniczenia stosowania substancji niebezpiecznych, w szczególności wynikające z dyrektyw </w:t>
      </w:r>
      <w:r w:rsidRPr="00AD784A">
        <w:rPr>
          <w:rFonts w:ascii="Times New Roman" w:hAnsi="Times New Roman" w:cs="Times New Roman"/>
          <w:b/>
          <w:bCs/>
          <w:lang w:val="pl-PL"/>
        </w:rPr>
        <w:t>WEEE 2012/19/UE oraz RoHS 2011/65/UE</w:t>
      </w:r>
      <w:r w:rsidRPr="00AD784A">
        <w:rPr>
          <w:rFonts w:ascii="Times New Roman" w:hAnsi="Times New Roman" w:cs="Times New Roman"/>
          <w:lang w:val="pl-PL"/>
        </w:rPr>
        <w:t xml:space="preserve">. Odpady powstałe podczas realizacji zamówienia, w </w:t>
      </w:r>
      <w:r w:rsidRPr="00AD784A">
        <w:rPr>
          <w:rFonts w:ascii="Times New Roman" w:hAnsi="Times New Roman" w:cs="Times New Roman"/>
          <w:lang w:val="pl-PL"/>
        </w:rPr>
        <w:lastRenderedPageBreak/>
        <w:t>szczególności zdemontowane oprawy, źródła światła, elementy instalacji oraz opakowania, zostaną zagospodarowane zgodnie z obowiązującymi przepisami dotyczącymi gospodarki odpadami.</w:t>
      </w:r>
    </w:p>
    <w:p w14:paraId="30D06549" w14:textId="2CD01751" w:rsidR="00AD784A" w:rsidRPr="00AD784A" w:rsidRDefault="00AD784A" w:rsidP="00B3227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O</w:t>
      </w:r>
      <w:r w:rsidRPr="00AD784A">
        <w:rPr>
          <w:rFonts w:ascii="Times New Roman" w:hAnsi="Times New Roman" w:cs="Times New Roman"/>
          <w:lang w:val="pl-PL"/>
        </w:rPr>
        <w:t>ferowane produkty spełniają obowiązujące wymagania dotyczące ograniczenia stosowania substancji niebezpiecznych, a realizacja zamówienia będzie prowadzona w sposób ograniczający powstawanie odpadów oraz ryzyko zanieczyszczenia powietrza, gleby i wód.</w:t>
      </w:r>
    </w:p>
    <w:p w14:paraId="46969527" w14:textId="1DF429F8" w:rsidR="00AD784A" w:rsidRPr="00AD784A" w:rsidRDefault="00AD784A" w:rsidP="00B3227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D</w:t>
      </w:r>
      <w:r w:rsidRPr="00AD784A">
        <w:rPr>
          <w:rFonts w:ascii="Times New Roman" w:hAnsi="Times New Roman" w:cs="Times New Roman"/>
          <w:lang w:val="pl-PL"/>
        </w:rPr>
        <w:t>ostawa, montaż oraz użytkowanie przedmiotu zamówienia nie będą powodowały znaczących szkód dla bioróżnorodności i ekosystemów.</w:t>
      </w:r>
    </w:p>
    <w:p w14:paraId="75EF2D0F" w14:textId="3AFAD680" w:rsidR="00AD784A" w:rsidRPr="00AD784A" w:rsidRDefault="00AD784A" w:rsidP="00AD784A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Wykonawca zobowiązuje się do przestrzegania zasady DNSH przez cały okres realizacji zamówienia oraz do przedstawienia, na żądanie Zamawiającego, dokumentów potwierdzających spełnienie powyższych wymagań, w szczególności dokumentów dotyczących właściwości oferowanych produktów oraz prawidłowego zagospodarowania odpadów powstałych w wyniku realizacji zamówienia.</w:t>
      </w:r>
    </w:p>
    <w:p w14:paraId="40952149" w14:textId="73A08145" w:rsidR="00052227" w:rsidRPr="00AD784A" w:rsidRDefault="00AD784A" w:rsidP="00AD784A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Oświadczam, że powyższe informacje są zgodne z aktualnym stanem wiedzy, informacjami przekazanymi przez producenta oferowanych produktów oraz obowiązującym stanem prawnym.</w:t>
      </w:r>
    </w:p>
    <w:p w14:paraId="1011A7BA" w14:textId="77777777" w:rsidR="00646582" w:rsidRPr="00AD784A" w:rsidRDefault="00646582" w:rsidP="00646582">
      <w:pPr>
        <w:ind w:left="3402"/>
        <w:jc w:val="center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br/>
        <w:t>…………………………………….</w:t>
      </w:r>
    </w:p>
    <w:p w14:paraId="105C3E93" w14:textId="6075226C" w:rsidR="00646582" w:rsidRPr="00AD784A" w:rsidRDefault="00646582" w:rsidP="00646582">
      <w:pPr>
        <w:ind w:left="3402"/>
        <w:jc w:val="center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i/>
          <w:lang w:val="pl-PL"/>
        </w:rPr>
        <w:t xml:space="preserve">Data; </w:t>
      </w:r>
      <w:bookmarkStart w:id="1" w:name="_Hlk102639179"/>
      <w:r w:rsidRPr="00AD784A">
        <w:rPr>
          <w:rFonts w:ascii="Times New Roman" w:hAnsi="Times New Roman" w:cs="Times New Roman"/>
          <w:i/>
          <w:lang w:val="pl-PL"/>
        </w:rPr>
        <w:t xml:space="preserve"> podpis elektroniczny</w:t>
      </w:r>
      <w:bookmarkEnd w:id="1"/>
    </w:p>
    <w:p w14:paraId="0B7CA43A" w14:textId="3125807B" w:rsidR="00646582" w:rsidRPr="00AD784A" w:rsidRDefault="00646582" w:rsidP="00646582">
      <w:pPr>
        <w:rPr>
          <w:rFonts w:ascii="Times New Roman" w:hAnsi="Times New Roman" w:cs="Times New Roman"/>
          <w:lang w:val="pl-PL"/>
        </w:rPr>
      </w:pPr>
    </w:p>
    <w:p w14:paraId="47B4F300" w14:textId="7A4D74E2" w:rsidR="00B87F5D" w:rsidRPr="00AD784A" w:rsidRDefault="00B87F5D">
      <w:pPr>
        <w:rPr>
          <w:rFonts w:ascii="Times New Roman" w:hAnsi="Times New Roman" w:cs="Times New Roman"/>
          <w:lang w:val="pl-PL"/>
        </w:rPr>
      </w:pPr>
    </w:p>
    <w:sectPr w:rsidR="00B87F5D" w:rsidRPr="00AD784A" w:rsidSect="007E4E31">
      <w:head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F30F4" w14:textId="77777777" w:rsidR="0003248F" w:rsidRDefault="0003248F" w:rsidP="007E4E31">
      <w:pPr>
        <w:spacing w:after="0" w:line="240" w:lineRule="auto"/>
      </w:pPr>
      <w:r>
        <w:separator/>
      </w:r>
    </w:p>
  </w:endnote>
  <w:endnote w:type="continuationSeparator" w:id="0">
    <w:p w14:paraId="6CA92E25" w14:textId="77777777" w:rsidR="0003248F" w:rsidRDefault="0003248F" w:rsidP="007E4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7FE02" w14:textId="77777777" w:rsidR="0003248F" w:rsidRDefault="0003248F" w:rsidP="007E4E31">
      <w:pPr>
        <w:spacing w:after="0" w:line="240" w:lineRule="auto"/>
      </w:pPr>
      <w:r>
        <w:separator/>
      </w:r>
    </w:p>
  </w:footnote>
  <w:footnote w:type="continuationSeparator" w:id="0">
    <w:p w14:paraId="5A2C67E7" w14:textId="77777777" w:rsidR="0003248F" w:rsidRDefault="0003248F" w:rsidP="007E4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06B39" w14:textId="0B5D3CC9" w:rsidR="007E4E31" w:rsidRDefault="00B3227B">
    <w:pPr>
      <w:pStyle w:val="Nagwek"/>
    </w:pPr>
    <w:r>
      <w:rPr>
        <w:noProof/>
      </w:rPr>
      <w:drawing>
        <wp:inline distT="0" distB="0" distL="0" distR="0" wp14:anchorId="12F19EF3" wp14:editId="5A6B7F08">
          <wp:extent cx="5791835" cy="506095"/>
          <wp:effectExtent l="0" t="0" r="0" b="8255"/>
          <wp:docPr id="16769035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83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A4E5347"/>
    <w:multiLevelType w:val="hybridMultilevel"/>
    <w:tmpl w:val="7616BC4A"/>
    <w:lvl w:ilvl="0" w:tplc="CA9C45F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C0F37"/>
    <w:multiLevelType w:val="hybridMultilevel"/>
    <w:tmpl w:val="D2745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391073">
    <w:abstractNumId w:val="8"/>
  </w:num>
  <w:num w:numId="2" w16cid:durableId="80680921">
    <w:abstractNumId w:val="6"/>
  </w:num>
  <w:num w:numId="3" w16cid:durableId="1803691557">
    <w:abstractNumId w:val="5"/>
  </w:num>
  <w:num w:numId="4" w16cid:durableId="1935091515">
    <w:abstractNumId w:val="4"/>
  </w:num>
  <w:num w:numId="5" w16cid:durableId="1109131320">
    <w:abstractNumId w:val="7"/>
  </w:num>
  <w:num w:numId="6" w16cid:durableId="2062633471">
    <w:abstractNumId w:val="3"/>
  </w:num>
  <w:num w:numId="7" w16cid:durableId="2096590061">
    <w:abstractNumId w:val="2"/>
  </w:num>
  <w:num w:numId="8" w16cid:durableId="1764453441">
    <w:abstractNumId w:val="1"/>
  </w:num>
  <w:num w:numId="9" w16cid:durableId="321547737">
    <w:abstractNumId w:val="0"/>
  </w:num>
  <w:num w:numId="10" w16cid:durableId="1517770155">
    <w:abstractNumId w:val="9"/>
  </w:num>
  <w:num w:numId="11" w16cid:durableId="7424878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48F"/>
    <w:rsid w:val="00034616"/>
    <w:rsid w:val="00052227"/>
    <w:rsid w:val="0006063C"/>
    <w:rsid w:val="00060BAA"/>
    <w:rsid w:val="000866F1"/>
    <w:rsid w:val="000E5BB1"/>
    <w:rsid w:val="0012431B"/>
    <w:rsid w:val="00140757"/>
    <w:rsid w:val="00142913"/>
    <w:rsid w:val="0015074B"/>
    <w:rsid w:val="001F6D43"/>
    <w:rsid w:val="0029639D"/>
    <w:rsid w:val="00326F90"/>
    <w:rsid w:val="00437BBF"/>
    <w:rsid w:val="005D08CE"/>
    <w:rsid w:val="005F699C"/>
    <w:rsid w:val="006421B1"/>
    <w:rsid w:val="00646582"/>
    <w:rsid w:val="0064704B"/>
    <w:rsid w:val="007E4E31"/>
    <w:rsid w:val="0080366E"/>
    <w:rsid w:val="008679E5"/>
    <w:rsid w:val="00873998"/>
    <w:rsid w:val="0092151B"/>
    <w:rsid w:val="00925B3F"/>
    <w:rsid w:val="00977224"/>
    <w:rsid w:val="009A19B2"/>
    <w:rsid w:val="009B16B6"/>
    <w:rsid w:val="009D4561"/>
    <w:rsid w:val="00AA1D8D"/>
    <w:rsid w:val="00AC6EB3"/>
    <w:rsid w:val="00AD784A"/>
    <w:rsid w:val="00B3227B"/>
    <w:rsid w:val="00B3791F"/>
    <w:rsid w:val="00B41DD8"/>
    <w:rsid w:val="00B47730"/>
    <w:rsid w:val="00B814CF"/>
    <w:rsid w:val="00B87F5D"/>
    <w:rsid w:val="00C60089"/>
    <w:rsid w:val="00CB0664"/>
    <w:rsid w:val="00CC4E60"/>
    <w:rsid w:val="00D51DFD"/>
    <w:rsid w:val="00D71F0A"/>
    <w:rsid w:val="00DE5315"/>
    <w:rsid w:val="00E82239"/>
    <w:rsid w:val="00EE4FA2"/>
    <w:rsid w:val="00F24B07"/>
    <w:rsid w:val="00FC693F"/>
    <w:rsid w:val="00FD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154BB1"/>
  <w14:defaultImageDpi w14:val="300"/>
  <w15:docId w15:val="{CA1BBE31-BE39-4225-903C-3B104ED6C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B37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0DDE00-13A9-42D6-80D3-C28ECB072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483</Words>
  <Characters>2901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szymanowski</dc:creator>
  <dc:description>generated by python-docx</dc:description>
  <cp:lastModifiedBy>Aleksandra</cp:lastModifiedBy>
  <cp:revision>13</cp:revision>
  <dcterms:created xsi:type="dcterms:W3CDTF">2025-12-19T11:50:00Z</dcterms:created>
  <dcterms:modified xsi:type="dcterms:W3CDTF">2026-08-24T09:25:00Z</dcterms:modified>
</cp:coreProperties>
</file>