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98E64" w14:textId="77777777" w:rsidR="0086064F" w:rsidRPr="0086064F" w:rsidRDefault="0086064F" w:rsidP="0086064F">
      <w:pPr>
        <w:pStyle w:val="Nagwek1"/>
        <w:spacing w:line="240" w:lineRule="auto"/>
        <w:jc w:val="right"/>
        <w:rPr>
          <w:rFonts w:cstheme="majorHAnsi"/>
          <w:sz w:val="24"/>
          <w:szCs w:val="24"/>
        </w:rPr>
      </w:pPr>
      <w:r w:rsidRPr="0086064F">
        <w:rPr>
          <w:rFonts w:cstheme="majorHAnsi"/>
          <w:sz w:val="24"/>
          <w:szCs w:val="24"/>
        </w:rPr>
        <w:t xml:space="preserve">Załącznik nr 1 </w:t>
      </w:r>
    </w:p>
    <w:p w14:paraId="3C117DD0" w14:textId="267A93EC" w:rsidR="0086064F" w:rsidRPr="0086064F" w:rsidRDefault="0086064F" w:rsidP="0086064F">
      <w:pPr>
        <w:pStyle w:val="Nagwek1"/>
        <w:spacing w:line="240" w:lineRule="auto"/>
        <w:jc w:val="right"/>
        <w:rPr>
          <w:rFonts w:cstheme="majorHAnsi"/>
          <w:sz w:val="24"/>
          <w:szCs w:val="24"/>
        </w:rPr>
      </w:pPr>
      <w:r w:rsidRPr="0086064F">
        <w:rPr>
          <w:rFonts w:cstheme="majorHAnsi"/>
          <w:sz w:val="24"/>
          <w:szCs w:val="24"/>
        </w:rPr>
        <w:t xml:space="preserve"> Opis Przedmiotu Zamówienia </w:t>
      </w:r>
    </w:p>
    <w:p w14:paraId="5EE11AD0" w14:textId="77777777" w:rsidR="0086064F" w:rsidRPr="0086064F" w:rsidRDefault="0086064F" w:rsidP="0086064F">
      <w:pPr>
        <w:rPr>
          <w:rFonts w:asciiTheme="majorHAnsi" w:hAnsiTheme="majorHAnsi" w:cstheme="majorHAnsi"/>
          <w:sz w:val="28"/>
          <w:szCs w:val="28"/>
        </w:rPr>
      </w:pPr>
    </w:p>
    <w:p w14:paraId="0A3EE4EE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1. Cel i charakter zamówienia</w:t>
      </w:r>
    </w:p>
    <w:p w14:paraId="29E12547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Przedmiotem zamówienia jest wykonanie na rzecz Gminy Kadzidło specjalistycznej, pogłębionej analizy przedinwestycyjnej dotyczącej dalszego rozwoju Kurpiowskiej Spółdzielni Energetycznej Gminy Kadzidło. Opracowanie ma stanowić rozwinięcie i uszczegółowienie posiadanych przez Zamawiającego dokumentów: raportu z analizy sytuacji gospodarczo-energetycznej, koncepcji rozwoju Spółdzielni oraz dokumentacji statutowej.</w:t>
      </w:r>
    </w:p>
    <w:p w14:paraId="3D5FCBB7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Celem jest przejście z etapu ogólnego planowania do etapu operacyjnego i przedinwestycyjnego oraz przygotowanie materiału umożliwiającego podejmowanie decyzji inwestycyjnych i ubieganie się o finansowanie przyszłych przedsięwzięć.</w:t>
      </w:r>
    </w:p>
    <w:p w14:paraId="1F170ACB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2. Dokumenty i dane wyjściowe</w:t>
      </w:r>
    </w:p>
    <w:p w14:paraId="5205C305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Raport z analizy sytuacji gospodarczo-energetycznej Gminy Kadzidło pod kątem utworzenia społeczności energetycznej.</w:t>
      </w:r>
    </w:p>
    <w:p w14:paraId="42177646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Koncepcja Rozwoju Kurpiowskiej Spółdzielni Energetycznej Gminy Kadzidło.</w:t>
      </w:r>
    </w:p>
    <w:p w14:paraId="19214502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Statut Kurpiowskiej Spółdzielni Energetycznej Gminy Kadzidło.</w:t>
      </w:r>
    </w:p>
    <w:p w14:paraId="2C610E95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Dane dotyczące członków Spółdzielni, punktów poboru energii, zużycia i produkcji energii – w zakresie posiadanym przez Zamawiającego.</w:t>
      </w:r>
    </w:p>
    <w:p w14:paraId="22792E17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Dane dotyczące nieruchomości rozpatrywanych pod nowe instalacje OZE.</w:t>
      </w:r>
    </w:p>
    <w:p w14:paraId="1DE9F888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Inne dane będące w posiadaniu Zamawiającego, niezbędne do realizacji zamówienia.</w:t>
      </w:r>
    </w:p>
    <w:p w14:paraId="33F03A85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Wykonawca jest zobowiązany zweryfikować aktualność danych i nie może ograniczyć się do powielenia wcześniejszych opracowań.</w:t>
      </w:r>
    </w:p>
    <w:p w14:paraId="2201D43D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 Minimalny zakres merytoryczny</w:t>
      </w:r>
    </w:p>
    <w:p w14:paraId="3B37EC6C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3.1. Inwentaryzacja i aktualizacja charakterystyki energetycznej</w:t>
      </w:r>
    </w:p>
    <w:p w14:paraId="6B75B0EA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Analiza aktualnej sytuacji energetycznej członków Spółdzielni, istniejących punktów poboru, źródeł OZE, wielkości i struktury zużycia, produkcji oraz aktualnego bilansu energetycznego.</w:t>
      </w:r>
    </w:p>
    <w:p w14:paraId="1D10FE5E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lastRenderedPageBreak/>
        <w:t>3.2. Profile zużycia i produkcji</w:t>
      </w:r>
    </w:p>
    <w:p w14:paraId="2FFB0B48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Opracowanie możliwie szczegółowych profili zużycia i produkcji energii, preferencyjnie w ujęciu godzinowym dla reprezentatywnego pełnego roku. Braki danych należy uzupełniać metodami referencyjnymi, z opisem źródeł i założeń.</w:t>
      </w:r>
    </w:p>
    <w:p w14:paraId="4CEC864C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3.3. Fotowoltaika</w:t>
      </w:r>
    </w:p>
    <w:p w14:paraId="28E8F3D8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Weryfikacja zasadności i optymalnej mocy nowych instalacji PV, w tym planowanej instalacji gruntowej i instalacji obiektowych, na podstawie rzeczywistego zapotrzebowania, profili zużycia, autokonsumpcji, warunków lokalizacyjnych i modelu funkcjonowania Spółdzielni.</w:t>
      </w:r>
    </w:p>
    <w:p w14:paraId="0BDF5DF8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3.4. Analiza lokalizacyjna i techniczna</w:t>
      </w:r>
    </w:p>
    <w:p w14:paraId="1324A4ED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Analiza nieruchomości wskazanych przez Zamawiającego pod kątem technicznym, przestrzennym, środowiskowym, infrastrukturalnym i przyłączeniowym oraz identyfikacja ryzyk i barier.</w:t>
      </w:r>
    </w:p>
    <w:p w14:paraId="7FD7C38D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3.5. Biogaz i biometan</w:t>
      </w:r>
    </w:p>
    <w:p w14:paraId="137605EA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Analiza potencjału lokalnych substratów pochodzenia biologicznego, w szczególności związanych z rolniczym charakterem gminy i produkcją mleczarską; określenie możliwej skali instalacji, produkcji biogazu, energii elektrycznej, ciepła lub biometanu, logistyki substratów i zagospodarowania pofermentu.</w:t>
      </w:r>
    </w:p>
    <w:p w14:paraId="31CDA811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3.6. Magazynowanie energii</w:t>
      </w:r>
    </w:p>
    <w:p w14:paraId="39B567A6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Ocena zasadności magazynów energii elektrycznej oraz innych form magazynowania, z określeniem rekomendowanych parametrów i wpływu na bilans oraz autokonsumpcję.</w:t>
      </w:r>
    </w:p>
    <w:p w14:paraId="7F560C1D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3.7. Model bilansowania</w:t>
      </w:r>
    </w:p>
    <w:p w14:paraId="231BB94F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Opracowanie edytowalnego modelu bilansowania uwzględniającego zużycie, wytwarzanie, autokonsumpcję, nadwyżki, niedobory i magazynowanie. Model ma umożliwiać zmianę podstawowych parametrów wejściowych.</w:t>
      </w:r>
    </w:p>
    <w:p w14:paraId="79A0E071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3.8. Model rozliczeń i funkcjonowania</w:t>
      </w:r>
    </w:p>
    <w:p w14:paraId="2BCF399A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Analiza obowiązującego modelu prawnego i ekonomicznego Spółdzielni oraz rekomendacje dotyczące rozliczeń wewnętrznych i możliwego przyszłego rozszerzenia składu członkowskiego.</w:t>
      </w:r>
    </w:p>
    <w:p w14:paraId="47E187CF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3.9. Analiza wariantowa</w:t>
      </w:r>
    </w:p>
    <w:p w14:paraId="3223F940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Opracowanie wariantu bazowego oraz racjonalnych wariantów rozwoju obejmujących kombinacje technologii wynikające z analiz. Dla każdego wariantu należy wskazać parametry techniczne, energetyczne, ekonomiczne, koszty, korzyści i ryzyka.</w:t>
      </w:r>
    </w:p>
    <w:p w14:paraId="291DD90E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lastRenderedPageBreak/>
        <w:t>3.10. Analiza ekonomiczna i finansowa</w:t>
      </w:r>
    </w:p>
    <w:p w14:paraId="791CA887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Oszacowanie nakładów inwestycyjnych i eksploatacyjnych, korzyści finansowych i podstawowych wskaźników efektywności, wraz z analizą wrażliwości.</w:t>
      </w:r>
    </w:p>
    <w:p w14:paraId="5B7A36F5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3.11. Analiza formalnoprawna i ścieżka inwestycyjna</w:t>
      </w:r>
    </w:p>
    <w:p w14:paraId="7A9B2ED7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Określenie wymaganych decyzji, uzgodnień, warunków przyłączenia, pozwoleń i kolejności działań dla rekomendowanych przedsięwzięć.</w:t>
      </w:r>
    </w:p>
    <w:p w14:paraId="2E60E624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3.12. Możliwości finansowania</w:t>
      </w:r>
    </w:p>
    <w:p w14:paraId="5669CC9E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Wskazanie aktualnych lub przewidywanych instrumentów finansowania oraz dokumentów i działań wymaganych do ubiegania się o finansowanie inwestycji.</w:t>
      </w:r>
    </w:p>
    <w:p w14:paraId="33DBA590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3.13. Elektromobilność</w:t>
      </w:r>
    </w:p>
    <w:p w14:paraId="0C6B48D4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Uwzględnienie możliwości rozwoju infrastruktury ładowania pojazdów elektrycznych przy obiektach użyteczności publicznej i jej wpływu na bilans.</w:t>
      </w:r>
    </w:p>
    <w:p w14:paraId="0AD59362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3.14. Harmonogram rozwoju</w:t>
      </w:r>
    </w:p>
    <w:p w14:paraId="3E83CA14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Opracowanie harmonogramu działań przygotowawczych i inwestycyjnych oraz ich wzajemnych zależności.</w:t>
      </w:r>
    </w:p>
    <w:p w14:paraId="60EC32F0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4. Rezultat</w:t>
      </w:r>
    </w:p>
    <w:p w14:paraId="606AFA93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Końcowym rezultatem ma być kompletna pogłębiona analiza przedinwestycyjna o charakterze studium wykonalności, zawierająca jednoznaczną rekomendację optymalnego kierunku rozwoju Kurpiowskiej Spółdzielni Energetycznej, wraz z uzasadnieniem technicznym, energetycznym, ekonomicznym, finansowym i formalnoprawnym.</w:t>
      </w:r>
    </w:p>
    <w:p w14:paraId="031BCDFF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5. Forma przekazania</w:t>
      </w:r>
    </w:p>
    <w:p w14:paraId="5CBA5506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kompletne opracowanie w PDF;</w:t>
      </w:r>
    </w:p>
    <w:p w14:paraId="735CB985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wersja edytowalna opracowania;</w:t>
      </w:r>
    </w:p>
    <w:p w14:paraId="47461B34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edytowalne arkusze kalkulacyjne z zachowaniem formuł i możliwości zmiany parametrów;</w:t>
      </w:r>
    </w:p>
    <w:p w14:paraId="678E6557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zestawienia danych, wykresy, mapy i schematy stanowiące podstawę analiz;</w:t>
      </w:r>
    </w:p>
    <w:p w14:paraId="5CD2B76F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prezentacja podsumowująca wyniki i rekomendacje;</w:t>
      </w:r>
    </w:p>
    <w:p w14:paraId="1AD40EB1" w14:textId="77777777" w:rsidR="00AA7463" w:rsidRPr="0086064F" w:rsidRDefault="00000000">
      <w:pPr>
        <w:pStyle w:val="Listapunktowana"/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spotkanie prezentujące wyniki Zamawiającemu.</w:t>
      </w:r>
    </w:p>
    <w:p w14:paraId="54446F52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6. Wymagania jakościowe i odbiór</w:t>
      </w:r>
    </w:p>
    <w:p w14:paraId="606F8084" w14:textId="27ACF833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 xml:space="preserve">Opracowanie musi być kompletne, spójne, oparte na aktualnym stanie prawnym i aktualnych danych technicznych. Wszystkie założenia, źródła danych i metody obliczeń należy opisać w </w:t>
      </w:r>
      <w:r w:rsidRPr="0086064F">
        <w:rPr>
          <w:rFonts w:asciiTheme="majorHAnsi" w:hAnsiTheme="majorHAnsi" w:cstheme="majorHAnsi"/>
          <w:sz w:val="24"/>
          <w:szCs w:val="24"/>
        </w:rPr>
        <w:lastRenderedPageBreak/>
        <w:t xml:space="preserve">sposób umożliwiający ich weryfikację. </w:t>
      </w:r>
      <w:r w:rsidR="00EA5649" w:rsidRPr="00EA5649">
        <w:rPr>
          <w:rFonts w:asciiTheme="majorHAnsi" w:hAnsiTheme="majorHAnsi" w:cstheme="majorHAnsi"/>
          <w:sz w:val="24"/>
          <w:szCs w:val="24"/>
        </w:rPr>
        <w:t>Wykonawca usuwa stwierdzone przy odbiorze błędy, braki i niespójności bez dodatkowego wynagrodzenia, w terminie 3 dni roboczych od dnia przekazania uwag przez Zamawiającego.</w:t>
      </w:r>
    </w:p>
    <w:p w14:paraId="30A23F17" w14:textId="77777777" w:rsidR="00AA7463" w:rsidRPr="0086064F" w:rsidRDefault="00000000">
      <w:pPr>
        <w:pStyle w:val="Nagwek2"/>
        <w:rPr>
          <w:rFonts w:cstheme="majorHAnsi"/>
          <w:sz w:val="28"/>
          <w:szCs w:val="28"/>
        </w:rPr>
      </w:pPr>
      <w:r w:rsidRPr="0086064F">
        <w:rPr>
          <w:rFonts w:cstheme="majorHAnsi"/>
          <w:sz w:val="28"/>
          <w:szCs w:val="28"/>
        </w:rPr>
        <w:t>7. Termin</w:t>
      </w:r>
    </w:p>
    <w:p w14:paraId="5B5B27DA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t>Do 13 listopada 2026 r.</w:t>
      </w:r>
    </w:p>
    <w:p w14:paraId="5314AF82" w14:textId="77777777" w:rsidR="00AA7463" w:rsidRPr="0086064F" w:rsidRDefault="00000000">
      <w:pPr>
        <w:rPr>
          <w:rFonts w:asciiTheme="majorHAnsi" w:hAnsiTheme="majorHAnsi" w:cstheme="majorHAnsi"/>
          <w:sz w:val="24"/>
          <w:szCs w:val="24"/>
        </w:rPr>
      </w:pPr>
      <w:r w:rsidRPr="0086064F">
        <w:rPr>
          <w:rFonts w:asciiTheme="majorHAnsi" w:hAnsiTheme="majorHAnsi" w:cstheme="majorHAnsi"/>
          <w:sz w:val="24"/>
          <w:szCs w:val="24"/>
        </w:rPr>
        <w:br w:type="page"/>
      </w:r>
    </w:p>
    <w:p w14:paraId="4E62531E" w14:textId="77777777" w:rsidR="008E33D2" w:rsidRDefault="00000000">
      <w:pPr>
        <w:spacing w:after="80" w:line="240" w:lineRule="auto"/>
        <w:jc w:val="right"/>
        <w:rPr>
          <w:b/>
          <w:sz w:val="20"/>
        </w:rPr>
        <w:pageBreakBefore/>
      </w:pPr>
      <w:r>
        <w:rPr>
          <w:b/>
          <w:sz w:val="20"/>
        </w:rPr>
        <w:t>Załącznik nr 2 do SWZ</w:t>
      </w:r>
    </w:p>
    <w:p w14:paraId="50847786" w14:textId="77777777" w:rsidR="00AB3688" w:rsidRDefault="00AB3688">
      <w:pPr>
        <w:spacing w:after="80" w:line="240" w:lineRule="auto"/>
        <w:jc w:val="right"/>
        <w:rPr>
          <w:b/>
          <w:sz w:val="20"/>
        </w:rPr>
      </w:pPr>
    </w:p>
    <w:p w14:paraId="2A07B9CC" w14:textId="77777777" w:rsidR="00AB3688" w:rsidRDefault="00AB3688">
      <w:pPr>
        <w:spacing w:after="80" w:line="240" w:lineRule="auto"/>
        <w:jc w:val="right"/>
        <w:rPr>
          <w:b/>
          <w:sz w:val="20"/>
        </w:rPr>
      </w:pPr>
    </w:p>
    <w:p w14:paraId="2D1B8595" w14:textId="77777777" w:rsidR="00E524E0" w:rsidRDefault="00E524E0">
      <w:pPr>
        <w:spacing w:after="80" w:line="240" w:lineRule="auto"/>
        <w:jc w:val="right"/>
      </w:pPr>
    </w:p>
    <w:p w14:paraId="13E07D3F" w14:textId="77777777" w:rsidR="008E33D2" w:rsidRDefault="00000000">
      <w:pPr>
        <w:spacing w:after="80" w:line="240" w:lineRule="auto"/>
        <w:jc w:val="center"/>
        <w:rPr>
          <w:b/>
          <w:sz w:val="28"/>
        </w:rPr>
      </w:pPr>
      <w:r>
        <w:rPr>
          <w:b/>
          <w:sz w:val="28"/>
        </w:rPr>
        <w:t>FORMULARZ OFERT</w:t>
      </w:r>
      <w:r w:rsidR="00E524E0">
        <w:rPr>
          <w:b/>
          <w:sz w:val="28"/>
        </w:rPr>
        <w:t>Y</w:t>
      </w:r>
    </w:p>
    <w:p w14:paraId="2631A4BE" w14:textId="77777777" w:rsidR="00E524E0" w:rsidRDefault="00E524E0">
      <w:pPr>
        <w:spacing w:after="80" w:line="240" w:lineRule="auto"/>
        <w:jc w:val="center"/>
      </w:pPr>
    </w:p>
    <w:p w14:paraId="5989D21B" w14:textId="77777777" w:rsidR="008E33D2" w:rsidRDefault="00000000">
      <w:pPr>
        <w:spacing w:after="80" w:line="240" w:lineRule="auto"/>
        <w:jc w:val="center"/>
      </w:pPr>
      <w:r>
        <w:rPr>
          <w:b/>
        </w:rPr>
        <w:t>Postępowanie nr IG.271.11.2026</w:t>
      </w:r>
    </w:p>
    <w:p w14:paraId="174E41C8" w14:textId="77777777" w:rsidR="008E33D2" w:rsidRDefault="00000000">
      <w:pPr>
        <w:spacing w:after="80" w:line="240" w:lineRule="auto"/>
        <w:jc w:val="center"/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303E65AE" w14:textId="77777777" w:rsidR="008E33D2" w:rsidRDefault="00000000">
      <w:pPr>
        <w:spacing w:after="80" w:line="240" w:lineRule="auto"/>
      </w:pPr>
      <w:r>
        <w:rPr>
          <w:b/>
          <w:sz w:val="22"/>
        </w:rPr>
        <w:t>I. Dane Wykonawcy</w:t>
      </w:r>
    </w:p>
    <w:p w14:paraId="64CF9DC0" w14:textId="77777777" w:rsidR="008E33D2" w:rsidRDefault="00000000">
      <w:pPr>
        <w:spacing w:after="80" w:line="240" w:lineRule="auto"/>
      </w:pPr>
      <w:r>
        <w:rPr>
          <w:b/>
        </w:rPr>
        <w:t xml:space="preserve">Pełna nazwa / firma Wykonawcy: </w:t>
      </w:r>
      <w:r>
        <w:t>................................................................................</w:t>
      </w:r>
    </w:p>
    <w:p w14:paraId="0BE3AAEA" w14:textId="77777777" w:rsidR="008E33D2" w:rsidRDefault="00000000">
      <w:pPr>
        <w:spacing w:after="80" w:line="240" w:lineRule="auto"/>
      </w:pPr>
      <w:r>
        <w:rPr>
          <w:b/>
        </w:rPr>
        <w:t xml:space="preserve">Adres siedziby: </w:t>
      </w:r>
      <w:r>
        <w:t>................................................................................</w:t>
      </w:r>
    </w:p>
    <w:p w14:paraId="38209685" w14:textId="77777777" w:rsidR="008E33D2" w:rsidRDefault="00000000">
      <w:pPr>
        <w:spacing w:after="80" w:line="240" w:lineRule="auto"/>
      </w:pPr>
      <w:r>
        <w:rPr>
          <w:b/>
        </w:rPr>
        <w:t xml:space="preserve">NIP: </w:t>
      </w:r>
      <w:r>
        <w:t>................................................................................</w:t>
      </w:r>
    </w:p>
    <w:p w14:paraId="553B390B" w14:textId="77777777" w:rsidR="008E33D2" w:rsidRDefault="00000000">
      <w:pPr>
        <w:spacing w:after="80" w:line="240" w:lineRule="auto"/>
      </w:pPr>
      <w:r>
        <w:rPr>
          <w:b/>
        </w:rPr>
        <w:t xml:space="preserve">REGON: </w:t>
      </w:r>
      <w:r>
        <w:t>................................................................................</w:t>
      </w:r>
    </w:p>
    <w:p w14:paraId="5C0834D5" w14:textId="77777777" w:rsidR="008E33D2" w:rsidRDefault="00000000">
      <w:pPr>
        <w:spacing w:after="80" w:line="240" w:lineRule="auto"/>
      </w:pPr>
      <w:r>
        <w:rPr>
          <w:b/>
        </w:rPr>
        <w:t xml:space="preserve">Adres e-mail do kontaktu: </w:t>
      </w:r>
      <w:r>
        <w:t>................................................................................</w:t>
      </w:r>
    </w:p>
    <w:p w14:paraId="41DFC76A" w14:textId="77777777" w:rsidR="008E33D2" w:rsidRDefault="00000000">
      <w:pPr>
        <w:spacing w:after="80" w:line="240" w:lineRule="auto"/>
      </w:pPr>
      <w:r>
        <w:rPr>
          <w:b/>
        </w:rPr>
        <w:t xml:space="preserve">Numer telefonu: </w:t>
      </w:r>
      <w:r>
        <w:t>................................................................................</w:t>
      </w:r>
    </w:p>
    <w:p w14:paraId="40F206E6" w14:textId="77777777" w:rsidR="008E33D2" w:rsidRDefault="00000000">
      <w:pPr>
        <w:spacing w:after="80" w:line="240" w:lineRule="auto"/>
      </w:pPr>
      <w:r>
        <w:rPr>
          <w:b/>
        </w:rPr>
        <w:t xml:space="preserve">Osoba uprawniona do reprezentowania Wykonawcy: </w:t>
      </w:r>
      <w:r>
        <w:t>................................................................................</w:t>
      </w:r>
    </w:p>
    <w:p w14:paraId="1FFF73C8" w14:textId="77777777" w:rsidR="008E33D2" w:rsidRDefault="00000000">
      <w:pPr>
        <w:spacing w:after="80" w:line="240" w:lineRule="auto"/>
      </w:pPr>
      <w:r>
        <w:rPr>
          <w:b/>
        </w:rPr>
        <w:t xml:space="preserve">Pełnomocnik (jeżeli dotyczy): </w:t>
      </w:r>
      <w:r>
        <w:t>................................................................................</w:t>
      </w:r>
    </w:p>
    <w:p w14:paraId="26098B69" w14:textId="77777777" w:rsidR="008E33D2" w:rsidRDefault="00000000">
      <w:pPr>
        <w:spacing w:after="80" w:line="240" w:lineRule="auto"/>
      </w:pPr>
      <w:r>
        <w:rPr>
          <w:b/>
        </w:rPr>
        <w:t xml:space="preserve">Wykonawca jest: </w:t>
      </w:r>
      <w:r>
        <w:t xml:space="preserve">☐ mikroprzedsiębiorstwem   ☐ małym przedsiębiorstwem   ☐ średnim przedsiębiorstwem   ☐ </w:t>
      </w:r>
      <w:proofErr w:type="spellStart"/>
      <w:r>
        <w:t>nie</w:t>
      </w:r>
      <w:proofErr w:type="spellEnd"/>
      <w:r>
        <w:t xml:space="preserve"> dotyczy</w:t>
      </w:r>
    </w:p>
    <w:p w14:paraId="5736071F" w14:textId="77777777" w:rsidR="00E524E0" w:rsidRDefault="00E524E0">
      <w:pPr>
        <w:spacing w:after="80" w:line="240" w:lineRule="auto"/>
      </w:pPr>
    </w:p>
    <w:p w14:paraId="4EBC1125" w14:textId="77777777" w:rsidR="008E33D2" w:rsidRDefault="00000000">
      <w:pPr>
        <w:spacing w:after="80" w:line="240" w:lineRule="auto"/>
      </w:pPr>
      <w:r>
        <w:rPr>
          <w:b/>
          <w:sz w:val="22"/>
        </w:rPr>
        <w:t>II. Cena oferty</w:t>
      </w:r>
    </w:p>
    <w:p w14:paraId="1FEA8CF6" w14:textId="77777777" w:rsidR="008E33D2" w:rsidRDefault="00000000">
      <w:pPr>
        <w:spacing w:after="80" w:line="240" w:lineRule="auto"/>
      </w:pPr>
      <w:r>
        <w:t>Oferuję wykonanie całego przedmiotu zamówienia zgodnie z SWZ, Opisem Przedmiotu Zamówienia oraz projektowanymi postanowieniami umowy za wynagrodzeniem ryczałtowym: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6"/>
        <w:gridCol w:w="4884"/>
      </w:tblGrid>
      <w:tr w:rsidR="008E33D2" w14:paraId="3F38189C" w14:textId="77777777">
        <w:trPr>
          <w:jc w:val="center"/>
        </w:trPr>
        <w:tc>
          <w:tcPr>
            <w:tcW w:w="4816" w:type="dxa"/>
            <w:vAlign w:val="center"/>
          </w:tcPr>
          <w:p w14:paraId="042E8F04" w14:textId="77777777" w:rsidR="008E33D2" w:rsidRDefault="00000000">
            <w:r>
              <w:t>Cena netto</w:t>
            </w:r>
          </w:p>
        </w:tc>
        <w:tc>
          <w:tcPr>
            <w:tcW w:w="4816" w:type="dxa"/>
            <w:vAlign w:val="center"/>
          </w:tcPr>
          <w:p w14:paraId="0931312C" w14:textId="77777777" w:rsidR="008E33D2" w:rsidRDefault="00000000">
            <w:r>
              <w:t>.............................. zł</w:t>
            </w:r>
          </w:p>
        </w:tc>
      </w:tr>
      <w:tr w:rsidR="008E33D2" w14:paraId="1D3C8650" w14:textId="77777777">
        <w:trPr>
          <w:jc w:val="center"/>
        </w:trPr>
        <w:tc>
          <w:tcPr>
            <w:tcW w:w="4816" w:type="dxa"/>
            <w:vAlign w:val="center"/>
          </w:tcPr>
          <w:p w14:paraId="6614F847" w14:textId="77777777" w:rsidR="008E33D2" w:rsidRDefault="00000000">
            <w:r>
              <w:t>Stawka i kwota VAT</w:t>
            </w:r>
          </w:p>
        </w:tc>
        <w:tc>
          <w:tcPr>
            <w:tcW w:w="4816" w:type="dxa"/>
            <w:vAlign w:val="center"/>
          </w:tcPr>
          <w:p w14:paraId="4D85B34E" w14:textId="77777777" w:rsidR="008E33D2" w:rsidRDefault="00000000">
            <w:r>
              <w:t>........ %   /   .............................. zł</w:t>
            </w:r>
          </w:p>
        </w:tc>
      </w:tr>
      <w:tr w:rsidR="008E33D2" w14:paraId="1FA4CC15" w14:textId="77777777">
        <w:trPr>
          <w:jc w:val="center"/>
        </w:trPr>
        <w:tc>
          <w:tcPr>
            <w:tcW w:w="4816" w:type="dxa"/>
            <w:vAlign w:val="center"/>
          </w:tcPr>
          <w:p w14:paraId="35F96FC6" w14:textId="77777777" w:rsidR="008E33D2" w:rsidRDefault="00000000">
            <w:r>
              <w:t>Cena brutto</w:t>
            </w:r>
          </w:p>
        </w:tc>
        <w:tc>
          <w:tcPr>
            <w:tcW w:w="4816" w:type="dxa"/>
            <w:vAlign w:val="center"/>
          </w:tcPr>
          <w:p w14:paraId="3D41C80F" w14:textId="77777777" w:rsidR="008E33D2" w:rsidRDefault="00000000">
            <w:r>
              <w:t>.............................. zł</w:t>
            </w:r>
          </w:p>
        </w:tc>
      </w:tr>
      <w:tr w:rsidR="008E33D2" w14:paraId="4E51EF3E" w14:textId="77777777">
        <w:trPr>
          <w:jc w:val="center"/>
        </w:trPr>
        <w:tc>
          <w:tcPr>
            <w:tcW w:w="4816" w:type="dxa"/>
            <w:vAlign w:val="center"/>
          </w:tcPr>
          <w:p w14:paraId="1035F2EF" w14:textId="77777777" w:rsidR="008E33D2" w:rsidRDefault="00000000">
            <w:r>
              <w:t>Cena brutto słownie</w:t>
            </w:r>
          </w:p>
        </w:tc>
        <w:tc>
          <w:tcPr>
            <w:tcW w:w="4816" w:type="dxa"/>
            <w:vAlign w:val="center"/>
          </w:tcPr>
          <w:p w14:paraId="00B5823C" w14:textId="77777777" w:rsidR="008E33D2" w:rsidRDefault="00000000">
            <w:r>
              <w:t>................................................................................</w:t>
            </w:r>
          </w:p>
        </w:tc>
      </w:tr>
    </w:tbl>
    <w:p w14:paraId="38540740" w14:textId="77777777" w:rsidR="00E524E0" w:rsidRDefault="00E524E0">
      <w:pPr>
        <w:spacing w:after="80" w:line="240" w:lineRule="auto"/>
        <w:rPr>
          <w:b/>
          <w:sz w:val="22"/>
        </w:rPr>
      </w:pPr>
    </w:p>
    <w:p w14:paraId="0AA6EC82" w14:textId="77777777" w:rsidR="008E33D2" w:rsidRDefault="00000000">
      <w:pPr>
        <w:spacing w:after="80" w:line="240" w:lineRule="auto"/>
      </w:pPr>
      <w:r>
        <w:rPr>
          <w:b/>
          <w:sz w:val="22"/>
        </w:rPr>
        <w:t>III. Oświadczenia Wykonawcy</w:t>
      </w:r>
    </w:p>
    <w:p w14:paraId="40CBEAED" w14:textId="77777777" w:rsidR="008E33D2" w:rsidRDefault="00000000">
      <w:pPr>
        <w:spacing w:after="80" w:line="240" w:lineRule="auto"/>
      </w:pPr>
      <w:r>
        <w:t>1. zapoznałem/am się z SWZ wraz z załącznikami, w tym z OPZ i projektowanymi postanowieniami umowy, i nie wnoszę do nich zastrzeżeń;</w:t>
      </w:r>
    </w:p>
    <w:p w14:paraId="6A006CAC" w14:textId="77777777" w:rsidR="008E33D2" w:rsidRDefault="00000000">
      <w:pPr>
        <w:spacing w:after="80" w:line="240" w:lineRule="auto"/>
      </w:pPr>
      <w:r>
        <w:t>2. oferuję wykonanie przedmiotu zamówienia w pełnym zakresie i na warunkach określonych w dokumentach zamówienia;</w:t>
      </w:r>
    </w:p>
    <w:p w14:paraId="2D55F5E0" w14:textId="77777777" w:rsidR="008E33D2" w:rsidRDefault="00000000">
      <w:pPr>
        <w:spacing w:after="80" w:line="240" w:lineRule="auto"/>
      </w:pPr>
      <w:r>
        <w:t>3. zobowiązuję się wykonać przedmiot zamówienia w terminie do 13 listopada 2026 r.;</w:t>
      </w:r>
    </w:p>
    <w:p w14:paraId="55C661B9" w14:textId="77777777" w:rsidR="008E33D2" w:rsidRDefault="00000000">
      <w:pPr>
        <w:spacing w:after="80" w:line="240" w:lineRule="auto"/>
      </w:pPr>
      <w:r>
        <w:t>4. uważam się za związanego/ą niniejszą ofertą do terminu wskazanego w SWZ;</w:t>
      </w:r>
    </w:p>
    <w:p w14:paraId="369FDDC2" w14:textId="77777777" w:rsidR="008E33D2" w:rsidRDefault="00000000">
      <w:pPr>
        <w:spacing w:after="80" w:line="240" w:lineRule="auto"/>
      </w:pPr>
      <w:r>
        <w:t>5. w cenie oferty uwzględniłem/am wszystkie koszty niezbędne do prawidłowego i kompletnego wykonania zamówienia;</w:t>
      </w:r>
    </w:p>
    <w:p w14:paraId="2E0B365E" w14:textId="77777777" w:rsidR="008E33D2" w:rsidRDefault="00000000">
      <w:pPr>
        <w:spacing w:after="80" w:line="240" w:lineRule="auto"/>
      </w:pPr>
      <w:r>
        <w:lastRenderedPageBreak/>
        <w:t>6. w przypadku wyboru mojej/naszej oferty zobowiązuję się do zawarcia umowy na warunkach określonych w projektowanych postanowieniach umowy;</w:t>
      </w:r>
    </w:p>
    <w:p w14:paraId="7F317449" w14:textId="77777777" w:rsidR="008E33D2" w:rsidRDefault="00000000">
      <w:pPr>
        <w:spacing w:after="80" w:line="240" w:lineRule="auto"/>
      </w:pPr>
      <w:r>
        <w:t>7. wszystkie informacje podane w ofercie i załączonych dokumentach są aktualne i zgodne ze stanem faktycznym.</w:t>
      </w:r>
    </w:p>
    <w:p w14:paraId="274700F1" w14:textId="77777777" w:rsidR="00E524E0" w:rsidRDefault="00E524E0">
      <w:pPr>
        <w:spacing w:after="80" w:line="240" w:lineRule="auto"/>
      </w:pPr>
    </w:p>
    <w:p w14:paraId="69FBF118" w14:textId="77777777" w:rsidR="008E33D2" w:rsidRDefault="00000000">
      <w:pPr>
        <w:spacing w:after="80" w:line="240" w:lineRule="auto"/>
      </w:pPr>
      <w:r>
        <w:rPr>
          <w:b/>
          <w:sz w:val="22"/>
        </w:rPr>
        <w:t>IV. Podwykonawcy</w:t>
      </w:r>
    </w:p>
    <w:p w14:paraId="015D13DE" w14:textId="77777777" w:rsidR="008E33D2" w:rsidRDefault="00000000">
      <w:pPr>
        <w:spacing w:after="80" w:line="240" w:lineRule="auto"/>
      </w:pPr>
      <w:r>
        <w:rPr>
          <w:b/>
        </w:rPr>
        <w:t xml:space="preserve">Zamierzam powierzyć wykonanie części zamówienia podwykonawcom: </w:t>
      </w:r>
      <w:r>
        <w:t>☐ NIE   ☐ TAK</w:t>
      </w:r>
    </w:p>
    <w:p w14:paraId="6ACFDF92" w14:textId="77777777" w:rsidR="008E33D2" w:rsidRDefault="00000000">
      <w:pPr>
        <w:spacing w:after="80" w:line="240" w:lineRule="auto"/>
      </w:pPr>
      <w:r>
        <w:t>Jeżeli TAK, wskazuję część zamówienia, której wykonanie zamierzam powierzyć podwykonawcy, oraz nazwę podwykonawcy, jeżeli jest już znany:</w:t>
      </w:r>
    </w:p>
    <w:p w14:paraId="43C0DF86" w14:textId="77777777" w:rsidR="008E33D2" w:rsidRDefault="00000000">
      <w:pPr>
        <w:spacing w:after="80" w:line="240" w:lineRule="auto"/>
      </w:pPr>
      <w:r>
        <w:t>.........................................................................................................</w:t>
      </w:r>
    </w:p>
    <w:p w14:paraId="594BE3E1" w14:textId="77777777" w:rsidR="008E33D2" w:rsidRDefault="00000000">
      <w:pPr>
        <w:spacing w:after="80" w:line="240" w:lineRule="auto"/>
      </w:pPr>
      <w:r>
        <w:t>.........................................................................................................</w:t>
      </w:r>
    </w:p>
    <w:p w14:paraId="4F722486" w14:textId="77777777" w:rsidR="008E33D2" w:rsidRDefault="00000000">
      <w:pPr>
        <w:spacing w:after="80" w:line="240" w:lineRule="auto"/>
      </w:pPr>
      <w:r>
        <w:rPr>
          <w:b/>
          <w:sz w:val="22"/>
        </w:rPr>
        <w:t>V. Tajemnica przedsiębiorstwa</w:t>
      </w:r>
    </w:p>
    <w:p w14:paraId="68F01732" w14:textId="77777777" w:rsidR="008E33D2" w:rsidRDefault="00000000">
      <w:pPr>
        <w:spacing w:after="80" w:line="240" w:lineRule="auto"/>
      </w:pPr>
      <w:r>
        <w:rPr>
          <w:b/>
        </w:rPr>
        <w:t xml:space="preserve">Informacje stanowiące tajemnicę przedsiębiorstwa zostały zastrzeżone: </w:t>
      </w:r>
      <w:r>
        <w:t>☐ NIE   ☐ TAK</w:t>
      </w:r>
    </w:p>
    <w:p w14:paraId="5DB6D64B" w14:textId="77777777" w:rsidR="008E33D2" w:rsidRDefault="00000000">
      <w:pPr>
        <w:spacing w:after="80" w:line="240" w:lineRule="auto"/>
      </w:pPr>
      <w:r>
        <w:t>Jeżeli TAK, wskazuję dokumenty lub informacje objęte zastrzeżeniem: ....................................................................................................................</w:t>
      </w:r>
    </w:p>
    <w:p w14:paraId="4A47E21F" w14:textId="77777777" w:rsidR="008E33D2" w:rsidRDefault="00000000">
      <w:pPr>
        <w:spacing w:after="80" w:line="240" w:lineRule="auto"/>
      </w:pPr>
      <w:r>
        <w:t>Uzasadnienie zastrzeżenia tajemnicy przedsiębiorstwa zostało dołączone do oferty zgodnie z wymaganiami SWZ.</w:t>
      </w:r>
    </w:p>
    <w:p w14:paraId="42BAA829" w14:textId="77777777" w:rsidR="00E524E0" w:rsidRDefault="00E524E0">
      <w:pPr>
        <w:spacing w:after="80" w:line="240" w:lineRule="auto"/>
      </w:pPr>
    </w:p>
    <w:p w14:paraId="0DD21220" w14:textId="77777777" w:rsidR="008E33D2" w:rsidRDefault="00000000">
      <w:pPr>
        <w:spacing w:after="80" w:line="240" w:lineRule="auto"/>
      </w:pPr>
      <w:r>
        <w:rPr>
          <w:b/>
          <w:sz w:val="22"/>
        </w:rPr>
        <w:t>VI. Kryterium jakościowe – doświadczenie eksperta kluczowego</w:t>
      </w:r>
    </w:p>
    <w:p w14:paraId="4F0E1850" w14:textId="77777777" w:rsidR="008E33D2" w:rsidRDefault="00000000">
      <w:pPr>
        <w:spacing w:after="80" w:line="240" w:lineRule="auto"/>
      </w:pPr>
      <w:r>
        <w:t>W celu uzyskania punktów w kryterium „Doświadczenie eksperta kluczowego” składam wraz z ofertą Załącznik nr 5 do SWZ – Doświadczenie eksperta kluczowego. Ocena tego kryterium nastąpi na zasadach określonych w SWZ.</w:t>
      </w:r>
    </w:p>
    <w:p w14:paraId="6AC781DD" w14:textId="77777777" w:rsidR="008E33D2" w:rsidRDefault="00000000">
      <w:pPr>
        <w:spacing w:after="80" w:line="240" w:lineRule="auto"/>
      </w:pPr>
      <w:r>
        <w:rPr>
          <w:b/>
        </w:rPr>
        <w:t xml:space="preserve">Załącznik nr 5 składam: </w:t>
      </w:r>
      <w:r>
        <w:t>☐ TAK   ☐ NIE</w:t>
      </w:r>
    </w:p>
    <w:p w14:paraId="02CDDC19" w14:textId="77777777" w:rsidR="00E524E0" w:rsidRDefault="00E524E0">
      <w:pPr>
        <w:spacing w:after="80" w:line="240" w:lineRule="auto"/>
      </w:pPr>
    </w:p>
    <w:p w14:paraId="2E815245" w14:textId="77777777" w:rsidR="008E33D2" w:rsidRDefault="00000000">
      <w:pPr>
        <w:spacing w:after="80" w:line="240" w:lineRule="auto"/>
      </w:pPr>
      <w:r>
        <w:rPr>
          <w:b/>
          <w:sz w:val="22"/>
        </w:rPr>
        <w:t>VII. Dokumenty i oświadczenia załączone do oferty</w:t>
      </w:r>
    </w:p>
    <w:p w14:paraId="323DFAD6" w14:textId="77777777" w:rsidR="008E33D2" w:rsidRDefault="00000000">
      <w:pPr>
        <w:spacing w:after="80" w:line="240" w:lineRule="auto"/>
      </w:pPr>
      <w:r>
        <w:t>1. oświadczenie, o którym mowa w art. 125 ust. 1 ustawy Pzp – Załącznik nr 3 do SWZ;</w:t>
      </w:r>
    </w:p>
    <w:p w14:paraId="0ECC9F17" w14:textId="77777777" w:rsidR="008E33D2" w:rsidRDefault="00000000">
      <w:pPr>
        <w:spacing w:after="80" w:line="240" w:lineRule="auto"/>
      </w:pPr>
      <w:r>
        <w:t>2. Załącznik nr 5 – Doświadczenie eksperta kluczowego – jeżeli Wykonawca ubiega się o punkty w kryterium jakościowym;</w:t>
      </w:r>
    </w:p>
    <w:p w14:paraId="5AFFE36F" w14:textId="77777777" w:rsidR="008E33D2" w:rsidRDefault="00000000">
      <w:pPr>
        <w:spacing w:after="80" w:line="240" w:lineRule="auto"/>
      </w:pPr>
      <w:r>
        <w:t>3. pełnomocnictwo – jeżeli dotyczy;</w:t>
      </w:r>
    </w:p>
    <w:p w14:paraId="25C50E5D" w14:textId="77777777" w:rsidR="008E33D2" w:rsidRDefault="00000000">
      <w:pPr>
        <w:spacing w:after="80" w:line="240" w:lineRule="auto"/>
      </w:pPr>
      <w:r>
        <w:t>4. zobowiązanie podmiotu udostępniającego zasoby – Załącznik nr 7 do SWZ – jeżeli dotyczy;</w:t>
      </w:r>
    </w:p>
    <w:p w14:paraId="13C4D4FD" w14:textId="77777777" w:rsidR="008E33D2" w:rsidRDefault="00000000">
      <w:pPr>
        <w:spacing w:after="80" w:line="240" w:lineRule="auto"/>
      </w:pPr>
      <w:r>
        <w:t>5. oświadczenie podmiotu udostępniającego zasoby, o którym mowa w art. 125 ust. 5 Pzp – Załącznik nr 8 do SWZ – jeżeli dotyczy;</w:t>
      </w:r>
    </w:p>
    <w:p w14:paraId="012BA12A" w14:textId="77777777" w:rsidR="00470443" w:rsidRDefault="00000000">
      <w:r>
        <w:t>6. oświadczenie Wykonawców wspólnie ubiegających się o udzielenie zamówienia, o którym mowa w art. 117 ust. 4 Pzp – Załącznik nr 9 do SWZ – jeżeli dotyczy;</w:t>
      </w:r>
    </w:p>
    <w:p w14:paraId="01D28507" w14:textId="77777777" w:rsidR="00470443" w:rsidRDefault="00000000">
      <w:r>
        <w:t>7. inne dokumenty wymagane zgodnie z SWZ – jeżeli dotyczy.</w:t>
      </w:r>
    </w:p>
    <w:p w14:paraId="04461CF0" w14:textId="77777777" w:rsidR="008E33D2" w:rsidRDefault="00000000">
      <w:pPr>
        <w:spacing w:after="80" w:line="240" w:lineRule="auto"/>
      </w:pPr>
      <w:r>
        <w:rPr>
          <w:b/>
          <w:sz w:val="22"/>
        </w:rPr>
        <w:t>VIII. Informacje końcowe</w:t>
      </w:r>
    </w:p>
    <w:p w14:paraId="10D0D56E" w14:textId="77777777" w:rsidR="008E33D2" w:rsidRDefault="00000000">
      <w:pPr>
        <w:spacing w:after="80" w:line="240" w:lineRule="auto"/>
      </w:pPr>
      <w:r>
        <w:t>Oferta została sporządzona i złożona w sposób określony w SWZ oraz za pośrednictwem Platformy e-Zamówienia.</w:t>
      </w:r>
    </w:p>
    <w:p w14:paraId="36988492" w14:textId="77777777" w:rsidR="00E524E0" w:rsidRDefault="00E524E0">
      <w:pPr>
        <w:spacing w:after="80" w:line="240" w:lineRule="auto"/>
      </w:pPr>
    </w:p>
    <w:p w14:paraId="1422AAD6" w14:textId="77777777" w:rsidR="00E524E0" w:rsidRDefault="00E524E0">
      <w:pPr>
        <w:spacing w:after="80" w:line="240" w:lineRule="auto"/>
      </w:pPr>
    </w:p>
    <w:p w14:paraId="11008666" w14:textId="77777777" w:rsidR="00E524E0" w:rsidRDefault="00E524E0">
      <w:pPr>
        <w:spacing w:after="80" w:line="240" w:lineRule="auto"/>
      </w:pPr>
    </w:p>
    <w:p w14:paraId="5C30A270" w14:textId="77777777" w:rsidR="00E524E0" w:rsidRDefault="00E524E0">
      <w:pPr>
        <w:spacing w:after="80" w:line="240" w:lineRule="auto"/>
      </w:pPr>
    </w:p>
    <w:p w14:paraId="50D4830B" w14:textId="77777777" w:rsidR="008E33D2" w:rsidRDefault="008E33D2">
      <w:pPr>
        <w:spacing w:after="80" w:line="240" w:lineRule="auto"/>
      </w:pPr>
    </w:p>
    <w:p w14:paraId="03B42D78" w14:textId="77777777" w:rsidR="008E33D2" w:rsidRDefault="00000000">
      <w:pPr>
        <w:spacing w:after="80" w:line="240" w:lineRule="auto"/>
        <w:jc w:val="right"/>
      </w:pPr>
      <w:r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 Wykonawcy</w:t>
      </w:r>
    </w:p>
    <w:p w14:paraId="6BFB4418" w14:textId="77777777" w:rsidR="00566F58" w:rsidRDefault="00566F58">
      <w:pPr>
        <w:jc w:val="right"/>
        <w:rPr>
          <w:b/>
        </w:rPr>
        <w:pageBreakBefore/>
      </w:pPr>
    </w:p>
    <w:p w14:paraId="57F0C71C" w14:textId="46DECA14" w:rsidR="0071591D" w:rsidRDefault="00000000">
      <w:pPr>
        <w:jc w:val="right"/>
      </w:pPr>
      <w:r>
        <w:rPr>
          <w:b/>
        </w:rPr>
        <w:t>Załącznik nr 3 do SWZ</w:t>
      </w:r>
    </w:p>
    <w:p w14:paraId="4B137030" w14:textId="77777777" w:rsidR="0071591D" w:rsidRDefault="00000000">
      <w:pPr>
        <w:jc w:val="center"/>
      </w:pPr>
      <w:r>
        <w:rPr>
          <w:b/>
          <w:sz w:val="26"/>
        </w:rPr>
        <w:t>OŚWIADCZENIE WYKONAWCY</w:t>
      </w:r>
      <w:r>
        <w:rPr>
          <w:b/>
          <w:sz w:val="26"/>
        </w:rPr>
        <w:br/>
        <w:t>składane na podstawie art. 125 ust. 1 ustawy Pzp</w:t>
      </w:r>
    </w:p>
    <w:p w14:paraId="43C3B44F" w14:textId="77777777" w:rsidR="0071591D" w:rsidRDefault="00000000">
      <w:pPr>
        <w:jc w:val="center"/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45E9107E" w14:textId="77777777" w:rsidR="0071591D" w:rsidRDefault="00000000">
      <w:r>
        <w:t>Zamawiający: Gmina Kadzidło, ul. Targowa 4, 07-420 Kadzidło</w:t>
      </w:r>
    </w:p>
    <w:p w14:paraId="192A8ACA" w14:textId="77777777" w:rsidR="0071591D" w:rsidRDefault="00000000">
      <w:r>
        <w:t>Wykonawca: ........................................................................................................................................</w:t>
      </w:r>
    </w:p>
    <w:p w14:paraId="101B3922" w14:textId="77777777" w:rsidR="0071591D" w:rsidRDefault="00000000">
      <w:r>
        <w:t>Działając w imieniu Wykonawcy oświadczam, że na dzień składania ofert:</w:t>
      </w:r>
    </w:p>
    <w:p w14:paraId="7F6B8758" w14:textId="77777777" w:rsidR="0071591D" w:rsidRDefault="00000000">
      <w:r>
        <w:t>1. nie podlegam wykluczeniu z postępowania na podstawie art. 108 ust. 1 ustawy Prawo zamówień publicznych;</w:t>
      </w:r>
    </w:p>
    <w:p w14:paraId="5B342B6F" w14:textId="77777777" w:rsidR="0071591D" w:rsidRDefault="00000000">
      <w:r>
        <w:t>2. nie podlegam wykluczeniu z postępowania na podstawie art. 7 ust. 1 ustawy z dnia 13 kwietnia 2022 r. o szczególnych rozwiązaniach w zakresie przeciwdziałania wspieraniu agresji na Ukrainę oraz służących ochronie bezpieczeństwa narodowego;</w:t>
      </w:r>
    </w:p>
    <w:p w14:paraId="7B7333E3" w14:textId="77777777" w:rsidR="0071591D" w:rsidRDefault="00000000">
      <w:r>
        <w:t>3. spełniam warunek udziału w postępowaniu dotyczący zdolności technicznej lub zawodowej określony w SWZ;</w:t>
      </w:r>
    </w:p>
    <w:p w14:paraId="0D9A8141" w14:textId="77777777" w:rsidR="0071591D" w:rsidRDefault="00000000">
      <w:r>
        <w:t>4. wszystkie informacje podane w niniejszym oświadczeniu są aktualne i zgodne z prawdą.</w:t>
      </w:r>
    </w:p>
    <w:p w14:paraId="7B5D62C4" w14:textId="77777777" w:rsidR="0071591D" w:rsidRDefault="00000000">
      <w:r>
        <w:t>Poleganie na zasobach innych podmiotów: ☐ NIE   ☐ TAK, podmiot/podmioty: ........................................................</w:t>
      </w:r>
    </w:p>
    <w:p w14:paraId="69DF871A" w14:textId="77777777" w:rsidR="00566F58" w:rsidRDefault="00566F58"/>
    <w:p w14:paraId="4E0934CD" w14:textId="77777777" w:rsidR="00566F58" w:rsidRDefault="00566F58"/>
    <w:p w14:paraId="4F647F28" w14:textId="77777777" w:rsidR="00566F58" w:rsidRDefault="00566F58"/>
    <w:p w14:paraId="48A2F655" w14:textId="77777777" w:rsidR="0071591D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</w:t>
      </w:r>
    </w:p>
    <w:p w14:paraId="1A62C235" w14:textId="77777777" w:rsidR="004E6E72" w:rsidRDefault="00000000">
      <w:pPr>
        <w:jc w:val="right"/>
        <w:pageBreakBefore/>
      </w:pPr>
      <w:r>
        <w:rPr>
          <w:b/>
        </w:rPr>
        <w:t>Załącznik nr 4 do SWZ</w:t>
      </w:r>
    </w:p>
    <w:p w14:paraId="59C11F07" w14:textId="77777777" w:rsidR="004E6E72" w:rsidRDefault="00000000">
      <w:pPr>
        <w:jc w:val="center"/>
        <w:rPr>
          <w:b/>
          <w:sz w:val="26"/>
        </w:rPr>
      </w:pPr>
      <w:r>
        <w:rPr>
          <w:b/>
          <w:sz w:val="26"/>
        </w:rPr>
        <w:t>WYKAZ USŁUG</w:t>
      </w:r>
    </w:p>
    <w:p w14:paraId="334165D8" w14:textId="77777777" w:rsidR="00BC6D0F" w:rsidRDefault="00BC6D0F">
      <w:pPr>
        <w:jc w:val="center"/>
      </w:pPr>
    </w:p>
    <w:p w14:paraId="60D03D16" w14:textId="77777777" w:rsidR="004E6E72" w:rsidRDefault="00000000">
      <w:pPr>
        <w:jc w:val="center"/>
        <w:rPr>
          <w:b/>
        </w:rPr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114972AD" w14:textId="77777777" w:rsidR="00BC6D0F" w:rsidRDefault="00BC6D0F">
      <w:pPr>
        <w:jc w:val="center"/>
        <w:rPr>
          <w:b/>
        </w:rPr>
      </w:pPr>
    </w:p>
    <w:p w14:paraId="0FFA89B4" w14:textId="77777777" w:rsidR="00BC6D0F" w:rsidRDefault="00BC6D0F">
      <w:pPr>
        <w:jc w:val="center"/>
      </w:pPr>
    </w:p>
    <w:p w14:paraId="2FC46443" w14:textId="77777777" w:rsidR="004E6E72" w:rsidRDefault="00000000">
      <w:r>
        <w:t>Zamawiający: Gmina Kadzidło, ul. Targowa 4, 07-420 Kadzidło</w:t>
      </w:r>
    </w:p>
    <w:p w14:paraId="1C472E11" w14:textId="77777777" w:rsidR="004E6E72" w:rsidRDefault="00000000">
      <w:r>
        <w:t>Wykonawca: ........................................................................................................................................</w:t>
      </w:r>
    </w:p>
    <w:p w14:paraId="17A3902F" w14:textId="77777777" w:rsidR="00BC6D0F" w:rsidRDefault="00BC6D0F"/>
    <w:p w14:paraId="71BEFFD7" w14:textId="77777777" w:rsidR="004E6E72" w:rsidRDefault="00000000">
      <w:r>
        <w:t>Dokument przedkładany na wezwanie Zamawiającego w celu potwierdzenia spełniania warunku udziału w postępowaniu dotyczącego zdolności technicznej lub zawodowej.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4E6E72" w14:paraId="131B794D" w14:textId="77777777">
        <w:trPr>
          <w:jc w:val="center"/>
        </w:trPr>
        <w:tc>
          <w:tcPr>
            <w:tcW w:w="1994" w:type="dxa"/>
          </w:tcPr>
          <w:p w14:paraId="4769C7C0" w14:textId="77777777" w:rsidR="004E6E72" w:rsidRDefault="00000000">
            <w:r>
              <w:t>Lp.</w:t>
            </w:r>
          </w:p>
        </w:tc>
        <w:tc>
          <w:tcPr>
            <w:tcW w:w="1994" w:type="dxa"/>
          </w:tcPr>
          <w:p w14:paraId="4020F946" w14:textId="77777777" w:rsidR="004E6E72" w:rsidRDefault="00000000">
            <w:r>
              <w:t>Przedmiot i zakres usługi</w:t>
            </w:r>
          </w:p>
        </w:tc>
        <w:tc>
          <w:tcPr>
            <w:tcW w:w="1994" w:type="dxa"/>
          </w:tcPr>
          <w:p w14:paraId="4C07DB2E" w14:textId="77777777" w:rsidR="004E6E72" w:rsidRDefault="00000000">
            <w:r>
              <w:t>Data wykonania</w:t>
            </w:r>
          </w:p>
        </w:tc>
        <w:tc>
          <w:tcPr>
            <w:tcW w:w="1994" w:type="dxa"/>
          </w:tcPr>
          <w:p w14:paraId="64704B00" w14:textId="77777777" w:rsidR="004E6E72" w:rsidRDefault="00000000">
            <w:r>
              <w:t>Podmiot, na rzecz którego wykonano usługę</w:t>
            </w:r>
          </w:p>
        </w:tc>
        <w:tc>
          <w:tcPr>
            <w:tcW w:w="1994" w:type="dxa"/>
          </w:tcPr>
          <w:p w14:paraId="42FA304B" w14:textId="77777777" w:rsidR="004E6E72" w:rsidRDefault="00000000">
            <w:r>
              <w:t>Dowód należytego wykonania</w:t>
            </w:r>
          </w:p>
        </w:tc>
      </w:tr>
      <w:tr w:rsidR="004E6E72" w14:paraId="26C8FCFA" w14:textId="77777777">
        <w:trPr>
          <w:jc w:val="center"/>
        </w:trPr>
        <w:tc>
          <w:tcPr>
            <w:tcW w:w="1994" w:type="dxa"/>
          </w:tcPr>
          <w:p w14:paraId="20094076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1DFABF45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378869B9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074CA5C4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22801597" w14:textId="77777777" w:rsidR="004E6E72" w:rsidRDefault="00000000">
            <w:r>
              <w:br/>
            </w:r>
            <w:r>
              <w:br/>
            </w:r>
          </w:p>
        </w:tc>
      </w:tr>
      <w:tr w:rsidR="004E6E72" w14:paraId="78359D4C" w14:textId="77777777">
        <w:trPr>
          <w:jc w:val="center"/>
        </w:trPr>
        <w:tc>
          <w:tcPr>
            <w:tcW w:w="1994" w:type="dxa"/>
          </w:tcPr>
          <w:p w14:paraId="079DC25D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4A361E76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193B62F2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164F9BBC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07162928" w14:textId="77777777" w:rsidR="004E6E72" w:rsidRDefault="00000000">
            <w:r>
              <w:br/>
            </w:r>
            <w:r>
              <w:br/>
            </w:r>
          </w:p>
        </w:tc>
      </w:tr>
      <w:tr w:rsidR="004E6E72" w14:paraId="6FDB2327" w14:textId="77777777">
        <w:trPr>
          <w:jc w:val="center"/>
        </w:trPr>
        <w:tc>
          <w:tcPr>
            <w:tcW w:w="1994" w:type="dxa"/>
          </w:tcPr>
          <w:p w14:paraId="3BE06E89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2BFD5669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30E8CF6A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6E69E41B" w14:textId="77777777" w:rsidR="004E6E72" w:rsidRDefault="00000000">
            <w:r>
              <w:br/>
            </w:r>
            <w:r>
              <w:br/>
            </w:r>
          </w:p>
        </w:tc>
        <w:tc>
          <w:tcPr>
            <w:tcW w:w="1994" w:type="dxa"/>
          </w:tcPr>
          <w:p w14:paraId="6F60CE66" w14:textId="77777777" w:rsidR="004E6E72" w:rsidRDefault="00000000">
            <w:r>
              <w:br/>
            </w:r>
            <w:r>
              <w:br/>
            </w:r>
          </w:p>
        </w:tc>
      </w:tr>
    </w:tbl>
    <w:p w14:paraId="20C242F3" w14:textId="77777777" w:rsidR="00BC6D0F" w:rsidRDefault="00BC6D0F"/>
    <w:p w14:paraId="44E07200" w14:textId="78DF11FE" w:rsidR="004E6E72" w:rsidRDefault="00000000">
      <w:r>
        <w:t>Do wykazu należy dołączyć dowody określające, czy wykazane usługi zostały wykonane należycie, zgodnie z wymaganiami SWZ i właściwymi przepisami dotyczącymi podmiotowych środków dowodowych.</w:t>
      </w:r>
    </w:p>
    <w:p w14:paraId="718233F4" w14:textId="77777777" w:rsidR="004E6E72" w:rsidRDefault="00000000">
      <w:r>
        <w:t>Jeżeli Wykonawca powołuje się na doświadczenie w realizacji usług wykonywanych wspólnie z innymi wykonawcami, wykazuje usługi, w których wykonaniu bezpośrednio uczestniczył.</w:t>
      </w:r>
    </w:p>
    <w:p w14:paraId="27D415AF" w14:textId="77777777" w:rsidR="00BC6D0F" w:rsidRDefault="00BC6D0F"/>
    <w:p w14:paraId="45C1FF3C" w14:textId="77777777" w:rsidR="00BC6D0F" w:rsidRDefault="00BC6D0F"/>
    <w:p w14:paraId="720AF46F" w14:textId="77777777" w:rsidR="00BC6D0F" w:rsidRDefault="00BC6D0F"/>
    <w:p w14:paraId="2B0FFC32" w14:textId="77777777" w:rsidR="004E6E72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</w:t>
      </w:r>
    </w:p>
    <w:p w14:paraId="6022C0ED" w14:textId="77777777" w:rsidR="007413B2" w:rsidRDefault="00000000">
      <w:pPr>
        <w:jc w:val="right"/>
        <w:rPr>
          <w:b/>
        </w:rPr>
        <w:pageBreakBefore/>
      </w:pPr>
      <w:r>
        <w:rPr>
          <w:b/>
        </w:rPr>
        <w:t>Załącznik nr 5 do SWZ</w:t>
      </w:r>
    </w:p>
    <w:p w14:paraId="1B263691" w14:textId="77777777" w:rsidR="00166874" w:rsidRDefault="00166874">
      <w:pPr>
        <w:jc w:val="right"/>
      </w:pPr>
    </w:p>
    <w:p w14:paraId="30502787" w14:textId="77777777" w:rsidR="007413B2" w:rsidRDefault="00000000">
      <w:pPr>
        <w:jc w:val="center"/>
      </w:pPr>
      <w:r>
        <w:rPr>
          <w:b/>
          <w:sz w:val="28"/>
        </w:rPr>
        <w:t>DOŚWIADCZENIE EKSPERTA KLUCZOWEGO</w:t>
      </w:r>
    </w:p>
    <w:p w14:paraId="0E09414F" w14:textId="77777777" w:rsidR="007413B2" w:rsidRDefault="00000000">
      <w:pPr>
        <w:jc w:val="center"/>
        <w:rPr>
          <w:b/>
        </w:rPr>
      </w:pPr>
      <w:r>
        <w:rPr>
          <w:b/>
        </w:rPr>
        <w:t>Dokument składany wraz z ofertą – służy ocenie oferty w kryterium jakościowym</w:t>
      </w:r>
      <w:r>
        <w:rPr>
          <w:b/>
        </w:rPr>
        <w:br/>
        <w:t>„Doświadczenie eksperta kluczowego”</w:t>
      </w:r>
    </w:p>
    <w:p w14:paraId="19AB075D" w14:textId="77777777" w:rsidR="0051509D" w:rsidRDefault="0051509D">
      <w:pPr>
        <w:jc w:val="center"/>
      </w:pPr>
    </w:p>
    <w:p w14:paraId="141B3052" w14:textId="77777777" w:rsidR="007413B2" w:rsidRDefault="00000000">
      <w:r>
        <w:t>Postępowanie nr IG.271.11.2026</w:t>
      </w:r>
    </w:p>
    <w:p w14:paraId="0FA28CE6" w14:textId="77777777" w:rsidR="0051509D" w:rsidRDefault="0051509D"/>
    <w:p w14:paraId="72196B3D" w14:textId="77777777" w:rsidR="007413B2" w:rsidRDefault="00000000">
      <w:r>
        <w:t>Wykonawca: ........................................................................................................................................</w:t>
      </w:r>
    </w:p>
    <w:p w14:paraId="5433FEDE" w14:textId="77777777" w:rsidR="007413B2" w:rsidRDefault="00000000">
      <w:r>
        <w:t>Imię i nazwisko eksperta kluczowego: ................................................................................................</w:t>
      </w:r>
    </w:p>
    <w:p w14:paraId="69C5604A" w14:textId="77777777" w:rsidR="007413B2" w:rsidRDefault="00000000">
      <w:r>
        <w:t>Funkcja przy realizacji zamówienia: ekspert kluczowy.</w:t>
      </w:r>
    </w:p>
    <w:p w14:paraId="540BE853" w14:textId="77777777" w:rsidR="007413B2" w:rsidRDefault="00000000">
      <w:r>
        <w:t>Wykaz opracowań służących przyznaniu punktów w kryterium „Doświadczenie eksperta kluczowego”: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7413B2" w14:paraId="493BEAC8" w14:textId="77777777">
        <w:trPr>
          <w:jc w:val="center"/>
        </w:trPr>
        <w:tc>
          <w:tcPr>
            <w:tcW w:w="1994" w:type="dxa"/>
            <w:vAlign w:val="center"/>
          </w:tcPr>
          <w:p w14:paraId="67DC9224" w14:textId="77777777" w:rsidR="007413B2" w:rsidRDefault="00000000">
            <w:r>
              <w:t>Lp.</w:t>
            </w:r>
          </w:p>
        </w:tc>
        <w:tc>
          <w:tcPr>
            <w:tcW w:w="1994" w:type="dxa"/>
            <w:vAlign w:val="center"/>
          </w:tcPr>
          <w:p w14:paraId="13DF4EB1" w14:textId="77777777" w:rsidR="007413B2" w:rsidRDefault="00000000">
            <w:r>
              <w:t>Nazwa i zakres opracowania</w:t>
            </w:r>
          </w:p>
        </w:tc>
        <w:tc>
          <w:tcPr>
            <w:tcW w:w="1994" w:type="dxa"/>
            <w:vAlign w:val="center"/>
          </w:tcPr>
          <w:p w14:paraId="78DA8715" w14:textId="77777777" w:rsidR="007413B2" w:rsidRDefault="00000000">
            <w:r>
              <w:t>Podmiot, dla którego wykonano opracowanie</w:t>
            </w:r>
          </w:p>
        </w:tc>
        <w:tc>
          <w:tcPr>
            <w:tcW w:w="1994" w:type="dxa"/>
            <w:vAlign w:val="center"/>
          </w:tcPr>
          <w:p w14:paraId="727D25F7" w14:textId="77777777" w:rsidR="007413B2" w:rsidRDefault="00000000">
            <w:r>
              <w:t>Rola i zakres udziału eksperta</w:t>
            </w:r>
          </w:p>
        </w:tc>
        <w:tc>
          <w:tcPr>
            <w:tcW w:w="1994" w:type="dxa"/>
            <w:vAlign w:val="center"/>
          </w:tcPr>
          <w:p w14:paraId="46265FF4" w14:textId="77777777" w:rsidR="007413B2" w:rsidRDefault="00000000">
            <w:r>
              <w:t>Data wykonania</w:t>
            </w:r>
          </w:p>
        </w:tc>
      </w:tr>
      <w:tr w:rsidR="007413B2" w14:paraId="199D23B3" w14:textId="77777777">
        <w:trPr>
          <w:jc w:val="center"/>
        </w:trPr>
        <w:tc>
          <w:tcPr>
            <w:tcW w:w="1994" w:type="dxa"/>
            <w:vAlign w:val="center"/>
          </w:tcPr>
          <w:p w14:paraId="1AAADE04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2813ED63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1F86AFB5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0D0F63D6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2275BB3F" w14:textId="77777777" w:rsidR="007413B2" w:rsidRDefault="00000000">
            <w:r>
              <w:br/>
            </w:r>
            <w:r>
              <w:br/>
            </w:r>
          </w:p>
        </w:tc>
      </w:tr>
      <w:tr w:rsidR="007413B2" w14:paraId="46E21E00" w14:textId="77777777">
        <w:trPr>
          <w:jc w:val="center"/>
        </w:trPr>
        <w:tc>
          <w:tcPr>
            <w:tcW w:w="1994" w:type="dxa"/>
            <w:vAlign w:val="center"/>
          </w:tcPr>
          <w:p w14:paraId="3C6F4C44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14CD9610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2E02909F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3372EF11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5B4A27B4" w14:textId="77777777" w:rsidR="007413B2" w:rsidRDefault="00000000">
            <w:r>
              <w:br/>
            </w:r>
            <w:r>
              <w:br/>
            </w:r>
          </w:p>
        </w:tc>
      </w:tr>
      <w:tr w:rsidR="007413B2" w14:paraId="2CC65DB4" w14:textId="77777777">
        <w:trPr>
          <w:jc w:val="center"/>
        </w:trPr>
        <w:tc>
          <w:tcPr>
            <w:tcW w:w="1994" w:type="dxa"/>
            <w:vAlign w:val="center"/>
          </w:tcPr>
          <w:p w14:paraId="6BA5B845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4F9B19D7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0C3B20CE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53662E31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1206DFDA" w14:textId="77777777" w:rsidR="007413B2" w:rsidRDefault="00000000">
            <w:r>
              <w:br/>
            </w:r>
            <w:r>
              <w:br/>
            </w:r>
          </w:p>
        </w:tc>
      </w:tr>
      <w:tr w:rsidR="007413B2" w14:paraId="0D9E89DC" w14:textId="77777777">
        <w:trPr>
          <w:jc w:val="center"/>
        </w:trPr>
        <w:tc>
          <w:tcPr>
            <w:tcW w:w="1994" w:type="dxa"/>
            <w:vAlign w:val="center"/>
          </w:tcPr>
          <w:p w14:paraId="51057C03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5A734CB7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1452E937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4BC9A990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127AD733" w14:textId="77777777" w:rsidR="007413B2" w:rsidRDefault="00000000">
            <w:r>
              <w:br/>
            </w:r>
            <w:r>
              <w:br/>
            </w:r>
          </w:p>
        </w:tc>
      </w:tr>
      <w:tr w:rsidR="007413B2" w14:paraId="6CFB0273" w14:textId="77777777">
        <w:trPr>
          <w:jc w:val="center"/>
        </w:trPr>
        <w:tc>
          <w:tcPr>
            <w:tcW w:w="1994" w:type="dxa"/>
            <w:vAlign w:val="center"/>
          </w:tcPr>
          <w:p w14:paraId="161B7798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36C7BE50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27DCD077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5D36310E" w14:textId="77777777" w:rsidR="007413B2" w:rsidRDefault="00000000">
            <w:r>
              <w:br/>
            </w:r>
            <w:r>
              <w:br/>
            </w:r>
          </w:p>
        </w:tc>
        <w:tc>
          <w:tcPr>
            <w:tcW w:w="1994" w:type="dxa"/>
            <w:vAlign w:val="center"/>
          </w:tcPr>
          <w:p w14:paraId="0304DF66" w14:textId="77777777" w:rsidR="007413B2" w:rsidRDefault="00000000">
            <w:r>
              <w:br/>
            </w:r>
            <w:r>
              <w:br/>
            </w:r>
          </w:p>
        </w:tc>
      </w:tr>
    </w:tbl>
    <w:p w14:paraId="7499F109" w14:textId="77777777" w:rsidR="007413B2" w:rsidRDefault="007413B2"/>
    <w:p w14:paraId="50C0CF65" w14:textId="77777777" w:rsidR="007413B2" w:rsidRDefault="00000000">
      <w:r>
        <w:rPr>
          <w:b/>
        </w:rPr>
        <w:t xml:space="preserve">Zasady oceny: </w:t>
      </w:r>
      <w:r>
        <w:t>za kwalifikowane opracowanie uznaje się opracowanie dotyczące społeczności energetycznej, spółdzielni energetycznej, klastra energii lub bilansowania energii, w którym wskazany ekspert brał rzeczywisty udział merytoryczny.</w:t>
      </w:r>
    </w:p>
    <w:p w14:paraId="0FE1298A" w14:textId="77777777" w:rsidR="007413B2" w:rsidRDefault="00000000">
      <w:r>
        <w:rPr>
          <w:b/>
        </w:rPr>
        <w:t xml:space="preserve">Punktacja: </w:t>
      </w:r>
      <w:r>
        <w:t>2 kwalifikowane opracowania – 0 pkt; 3 kwalifikowane opracowania – 20 pkt; 4 lub więcej kwalifikowanych opracowań – 40 pkt.</w:t>
      </w:r>
    </w:p>
    <w:p w14:paraId="4C03506C" w14:textId="77777777" w:rsidR="007413B2" w:rsidRDefault="00000000">
      <w:r>
        <w:t>Oświadczam, że:</w:t>
      </w:r>
    </w:p>
    <w:p w14:paraId="36312F67" w14:textId="77777777" w:rsidR="007413B2" w:rsidRDefault="00000000">
      <w:r>
        <w:t>1. informacje wskazane w niniejszym formularzu są prawdziwe i umożliwiają ich jednoznaczną weryfikację;</w:t>
      </w:r>
    </w:p>
    <w:p w14:paraId="17F4590A" w14:textId="77777777" w:rsidR="007413B2" w:rsidRDefault="00000000">
      <w:r>
        <w:t>2. wskazany ekspert kluczowy brał rzeczywisty udział merytoryczny w wykazanych opracowaniach;</w:t>
      </w:r>
    </w:p>
    <w:p w14:paraId="14088736" w14:textId="77777777" w:rsidR="007413B2" w:rsidRDefault="00000000">
      <w:r>
        <w:t>3. wskazany ekspert kluczowy będzie uczestniczył w realizacji przedmiotowego zamówienia na zasadach określonych w SWZ i umowie.</w:t>
      </w:r>
    </w:p>
    <w:p w14:paraId="2637ED66" w14:textId="77777777" w:rsidR="007413B2" w:rsidRDefault="00000000">
      <w:r>
        <w:rPr>
          <w:b/>
        </w:rPr>
        <w:lastRenderedPageBreak/>
        <w:t xml:space="preserve">UWAGA: </w:t>
      </w:r>
      <w:r>
        <w:t>Formularz należy złożyć wraz z ofertą. Jeżeli Wykonawca nie złoży informacji pozwalających na przyznanie punktów albo informacje nie pozwolą na jednoznaczną weryfikację doświadczenia, Zamawiający przyzna 0 pkt w tym kryterium – zgodnie z SWZ.</w:t>
      </w:r>
    </w:p>
    <w:p w14:paraId="4A9B202C" w14:textId="77777777" w:rsidR="007413B2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 Wykonawcy</w:t>
      </w:r>
    </w:p>
    <w:p w14:paraId="46F0BE0B" w14:textId="77777777" w:rsidR="006F3CAC" w:rsidRDefault="00000000">
      <w:pPr>
        <w:jc w:val="right"/>
        <w:rPr>
          <w:b/>
        </w:rPr>
        <w:pageBreakBefore/>
      </w:pPr>
      <w:r>
        <w:rPr>
          <w:b/>
        </w:rPr>
        <w:t>Załącznik nr 7 do SWZ</w:t>
      </w:r>
    </w:p>
    <w:p w14:paraId="27693E2A" w14:textId="77777777" w:rsidR="003C6FAE" w:rsidRDefault="003C6FAE">
      <w:pPr>
        <w:jc w:val="right"/>
      </w:pPr>
    </w:p>
    <w:p w14:paraId="1CB780E4" w14:textId="77777777" w:rsidR="006F3CAC" w:rsidRDefault="00000000">
      <w:pPr>
        <w:jc w:val="center"/>
      </w:pPr>
      <w:r>
        <w:rPr>
          <w:b/>
          <w:sz w:val="26"/>
        </w:rPr>
        <w:t>ZOBOWIĄZANIE PODMIOTU UDOSTĘPNIAJĄCEGO ZASOBY</w:t>
      </w:r>
    </w:p>
    <w:p w14:paraId="46D87CF3" w14:textId="77777777" w:rsidR="006F3CAC" w:rsidRDefault="00000000">
      <w:pPr>
        <w:jc w:val="center"/>
        <w:rPr>
          <w:b/>
        </w:rPr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29C34B1E" w14:textId="77777777" w:rsidR="003C6FAE" w:rsidRDefault="003C6FAE">
      <w:pPr>
        <w:jc w:val="center"/>
      </w:pPr>
    </w:p>
    <w:p w14:paraId="7A3E531C" w14:textId="77777777" w:rsidR="006F3CAC" w:rsidRDefault="00000000">
      <w:r>
        <w:t>Zamawiający: Gmina Kadzidło, ul. Targowa 4, 07-420 Kadzidło</w:t>
      </w:r>
    </w:p>
    <w:p w14:paraId="44075B66" w14:textId="77777777" w:rsidR="006F3CAC" w:rsidRDefault="00000000">
      <w:r>
        <w:t>1. Nazwa i adres podmiotu udostępniającego zasoby: ........................................................................................</w:t>
      </w:r>
    </w:p>
    <w:p w14:paraId="694A2634" w14:textId="77777777" w:rsidR="006F3CAC" w:rsidRDefault="00000000">
      <w:r>
        <w:t>2. Nazwa Wykonawcy, któremu zasoby są udostępniane: ...................................................................................</w:t>
      </w:r>
    </w:p>
    <w:p w14:paraId="5CA88409" w14:textId="77777777" w:rsidR="006F3CAC" w:rsidRDefault="00000000">
      <w:r>
        <w:t>3. Zakres zasobów udostępnianych Wykonawcy: ................................................................................................</w:t>
      </w:r>
    </w:p>
    <w:p w14:paraId="47DE43BB" w14:textId="77777777" w:rsidR="006F3CAC" w:rsidRDefault="00000000">
      <w:r>
        <w:t>4. Sposób i okres udostępnienia oraz wykorzystania zasobów przy wykonywaniu zamówienia:</w:t>
      </w:r>
      <w:r>
        <w:br/>
        <w:t>................................................................................................................................................................</w:t>
      </w:r>
    </w:p>
    <w:p w14:paraId="34D93D71" w14:textId="77777777" w:rsidR="006F3CAC" w:rsidRDefault="00000000">
      <w:r>
        <w:t>5. Zakres usług, które podmiot udostępniający zasoby zrealizuje, jeżeli udostępniane zdolności dotyczą doświadczenia lub kwalifikacji zawodowych:</w:t>
      </w:r>
      <w:r>
        <w:br/>
        <w:t>................................................................................................................................................................</w:t>
      </w:r>
    </w:p>
    <w:p w14:paraId="6D2D4E04" w14:textId="77777777" w:rsidR="003C6FAE" w:rsidRDefault="003C6FAE"/>
    <w:p w14:paraId="0D16F018" w14:textId="77777777" w:rsidR="006F3CAC" w:rsidRDefault="00000000">
      <w:r>
        <w:t>Oświadczam, że stosunek łączący podmiot udostępniający zasoby z Wykonawcą gwarantuje Wykonawcy rzeczywisty dostęp do wskazanych zasobów na potrzeby realizacji zamówienia.</w:t>
      </w:r>
    </w:p>
    <w:p w14:paraId="4F9EC118" w14:textId="77777777" w:rsidR="003C6FAE" w:rsidRDefault="003C6FAE"/>
    <w:p w14:paraId="16DCC1A0" w14:textId="77777777" w:rsidR="003C6FAE" w:rsidRDefault="003C6FAE"/>
    <w:p w14:paraId="44058C9B" w14:textId="77777777" w:rsidR="006F3CAC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 podmiotu udostępniającego zasoby</w:t>
      </w:r>
    </w:p>
    <w:p w14:paraId="1F4081A0" w14:textId="77777777" w:rsidR="00D34CFD" w:rsidRDefault="00000000">
      <w:pPr>
        <w:jc w:val="right"/>
        <w:rPr>
          <w:b/>
        </w:rPr>
        <w:pageBreakBefore/>
      </w:pPr>
      <w:r>
        <w:rPr>
          <w:b/>
        </w:rPr>
        <w:t>Załącznik nr 8 do SWZ</w:t>
      </w:r>
    </w:p>
    <w:p w14:paraId="6759DEC5" w14:textId="77777777" w:rsidR="00D25AE0" w:rsidRDefault="00D25AE0">
      <w:pPr>
        <w:jc w:val="right"/>
      </w:pPr>
    </w:p>
    <w:p w14:paraId="08B998C4" w14:textId="77777777" w:rsidR="00D34CFD" w:rsidRDefault="00000000">
      <w:pPr>
        <w:jc w:val="center"/>
        <w:rPr>
          <w:b/>
          <w:sz w:val="26"/>
        </w:rPr>
      </w:pPr>
      <w:r>
        <w:rPr>
          <w:b/>
          <w:sz w:val="26"/>
        </w:rPr>
        <w:t>OŚWIADCZENIE PODMIOTU UDOSTĘPNIAJĄCEGO ZASOBY</w:t>
      </w:r>
      <w:r>
        <w:rPr>
          <w:b/>
          <w:sz w:val="26"/>
        </w:rPr>
        <w:br/>
        <w:t>składane na podstawie art. 125 ust. 5 ustawy Pzp</w:t>
      </w:r>
    </w:p>
    <w:p w14:paraId="658BA761" w14:textId="77777777" w:rsidR="00D25AE0" w:rsidRDefault="00D25AE0">
      <w:pPr>
        <w:jc w:val="center"/>
      </w:pPr>
    </w:p>
    <w:p w14:paraId="53264F2C" w14:textId="77777777" w:rsidR="00D34CFD" w:rsidRDefault="00000000">
      <w:pPr>
        <w:jc w:val="center"/>
        <w:rPr>
          <w:b/>
        </w:rPr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7751B123" w14:textId="77777777" w:rsidR="00D25AE0" w:rsidRDefault="00D25AE0">
      <w:pPr>
        <w:jc w:val="center"/>
        <w:rPr>
          <w:b/>
        </w:rPr>
      </w:pPr>
    </w:p>
    <w:p w14:paraId="2FD0766B" w14:textId="77777777" w:rsidR="00D25AE0" w:rsidRDefault="00D25AE0">
      <w:pPr>
        <w:jc w:val="center"/>
      </w:pPr>
    </w:p>
    <w:p w14:paraId="7FB83F1F" w14:textId="77777777" w:rsidR="00D34CFD" w:rsidRDefault="00000000">
      <w:r>
        <w:t>Zamawiający: Gmina Kadzidło, ul. Targowa 4, 07-420 Kadzidło</w:t>
      </w:r>
    </w:p>
    <w:p w14:paraId="5A5A76EE" w14:textId="77777777" w:rsidR="00D34CFD" w:rsidRDefault="00000000">
      <w:r>
        <w:t>Podmiot udostępniający zasoby: ......................................................................................................................</w:t>
      </w:r>
    </w:p>
    <w:p w14:paraId="5B916D3D" w14:textId="77777777" w:rsidR="00D34CFD" w:rsidRDefault="00000000">
      <w:r>
        <w:t>1. nie podlega wykluczeniu z postępowania na podstawie art. 108 ust. 1 ustawy Pzp;</w:t>
      </w:r>
    </w:p>
    <w:p w14:paraId="7518A2C3" w14:textId="77777777" w:rsidR="00D34CFD" w:rsidRDefault="00000000">
      <w:r>
        <w:t>2. nie podlega wykluczeniu na podstawie art. 7 ust. 1 ustawy z dnia 13 kwietnia 2022 r. o szczególnych rozwiązaniach w zakresie przeciwdziałania wspieraniu agresji na Ukrainę oraz służących ochronie bezpieczeństwa narodowego;</w:t>
      </w:r>
    </w:p>
    <w:p w14:paraId="4D28F85E" w14:textId="77777777" w:rsidR="00D34CFD" w:rsidRDefault="00000000">
      <w:r>
        <w:t>3. spełnia warunek udziału w postępowaniu w zakresie, w jakim Wykonawca powołuje się na jego zasoby;</w:t>
      </w:r>
    </w:p>
    <w:p w14:paraId="37CD0CC9" w14:textId="77777777" w:rsidR="00D34CFD" w:rsidRDefault="00000000">
      <w:r>
        <w:t>4. wszystkie informacje podane w niniejszym oświadczeniu są aktualne i zgodne z prawdą.</w:t>
      </w:r>
    </w:p>
    <w:p w14:paraId="50703E4E" w14:textId="77777777" w:rsidR="00D34CFD" w:rsidRDefault="00000000">
      <w:r>
        <w:t>Zakres udostępnianych zasobów / warunku: ........................................................................................................</w:t>
      </w:r>
    </w:p>
    <w:p w14:paraId="37D7D07E" w14:textId="77777777" w:rsidR="00D25AE0" w:rsidRDefault="00D25AE0"/>
    <w:p w14:paraId="059B384D" w14:textId="77777777" w:rsidR="00D25AE0" w:rsidRDefault="00D25AE0"/>
    <w:p w14:paraId="538D2A4F" w14:textId="77777777" w:rsidR="00D25AE0" w:rsidRDefault="00D25AE0"/>
    <w:p w14:paraId="7D131484" w14:textId="77777777" w:rsidR="00D34CFD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 podmiotu udostępniającego zasoby</w:t>
      </w:r>
    </w:p>
    <w:p w14:paraId="546C31E2" w14:textId="77777777" w:rsidR="00F74CC8" w:rsidRDefault="00000000">
      <w:pPr>
        <w:jc w:val="right"/>
        <w:rPr>
          <w:b/>
        </w:rPr>
        <w:pageBreakBefore/>
      </w:pPr>
      <w:r>
        <w:rPr>
          <w:b/>
        </w:rPr>
        <w:t>Załącznik nr 9 do SWZ</w:t>
      </w:r>
    </w:p>
    <w:p w14:paraId="5306EE4C" w14:textId="77777777" w:rsidR="00EF3AA4" w:rsidRDefault="00EF3AA4">
      <w:pPr>
        <w:jc w:val="right"/>
      </w:pPr>
    </w:p>
    <w:p w14:paraId="55C28889" w14:textId="77777777" w:rsidR="00F74CC8" w:rsidRDefault="00000000">
      <w:pPr>
        <w:jc w:val="center"/>
        <w:rPr>
          <w:b/>
          <w:sz w:val="26"/>
        </w:rPr>
      </w:pPr>
      <w:r>
        <w:rPr>
          <w:b/>
          <w:sz w:val="26"/>
        </w:rPr>
        <w:t>OŚWIADCZENIE WYKONAWCÓW WSPÓLNIE UBIEGAJĄCYCH SIĘ O UDZIELENIE ZAMÓWIENIA</w:t>
      </w:r>
      <w:r>
        <w:rPr>
          <w:b/>
          <w:sz w:val="26"/>
        </w:rPr>
        <w:br/>
        <w:t>(art. 117 ust. 4 ustawy Pzp)</w:t>
      </w:r>
    </w:p>
    <w:p w14:paraId="796D820D" w14:textId="77777777" w:rsidR="00EF3AA4" w:rsidRDefault="00EF3AA4">
      <w:pPr>
        <w:jc w:val="center"/>
      </w:pPr>
    </w:p>
    <w:p w14:paraId="22FCDD04" w14:textId="77777777" w:rsidR="00F74CC8" w:rsidRDefault="00000000">
      <w:pPr>
        <w:jc w:val="center"/>
      </w:pPr>
      <w:r>
        <w:rPr>
          <w:b/>
        </w:rPr>
        <w:t>„Przygotowanie pogłębionej analizy przedinwestycyjnej w zakresie tworzenia nowych oraz dostosowania istniejących źródeł OZE w ramach Kurpiowskiej Spółdzielni Energetycznej Gminy Kadzidło”</w:t>
      </w:r>
    </w:p>
    <w:p w14:paraId="59B7B5D9" w14:textId="77777777" w:rsidR="00F74CC8" w:rsidRDefault="00000000">
      <w:r>
        <w:t>Zamawiający: Gmina Kadzidło, ul. Targowa 4, 07-420 Kadzidło</w:t>
      </w:r>
    </w:p>
    <w:p w14:paraId="77C82609" w14:textId="77777777" w:rsidR="00F74CC8" w:rsidRDefault="00000000">
      <w:r>
        <w:t>Wykonawcy wspólnie ubiegający się o udzielenie zamówienia oświadczają, że poszczególne usługi wchodzące w zakres zamówienia wykonają: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F74CC8" w14:paraId="7CA24A5F" w14:textId="77777777">
        <w:tc>
          <w:tcPr>
            <w:tcW w:w="3324" w:type="dxa"/>
          </w:tcPr>
          <w:p w14:paraId="5468302A" w14:textId="77777777" w:rsidR="00F74CC8" w:rsidRDefault="00000000">
            <w:r>
              <w:t>Lp.</w:t>
            </w:r>
          </w:p>
        </w:tc>
        <w:tc>
          <w:tcPr>
            <w:tcW w:w="3324" w:type="dxa"/>
          </w:tcPr>
          <w:p w14:paraId="3C0C8FB4" w14:textId="77777777" w:rsidR="00F74CC8" w:rsidRDefault="00000000">
            <w:r>
              <w:t>Nazwa / imię i nazwisko Wykonawcy</w:t>
            </w:r>
          </w:p>
        </w:tc>
        <w:tc>
          <w:tcPr>
            <w:tcW w:w="3324" w:type="dxa"/>
          </w:tcPr>
          <w:p w14:paraId="48F1BB11" w14:textId="77777777" w:rsidR="00F74CC8" w:rsidRDefault="00000000">
            <w:r>
              <w:t>Zakres usług, które wykona</w:t>
            </w:r>
          </w:p>
        </w:tc>
      </w:tr>
      <w:tr w:rsidR="00F74CC8" w14:paraId="065BBC71" w14:textId="77777777">
        <w:tc>
          <w:tcPr>
            <w:tcW w:w="3324" w:type="dxa"/>
          </w:tcPr>
          <w:p w14:paraId="790C1E7C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60FA848A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05BB87F7" w14:textId="77777777" w:rsidR="00F74CC8" w:rsidRDefault="00000000">
            <w:r>
              <w:br/>
            </w:r>
            <w:r>
              <w:br/>
            </w:r>
          </w:p>
        </w:tc>
      </w:tr>
      <w:tr w:rsidR="00F74CC8" w14:paraId="1720678F" w14:textId="77777777">
        <w:tc>
          <w:tcPr>
            <w:tcW w:w="3324" w:type="dxa"/>
          </w:tcPr>
          <w:p w14:paraId="0858E6E3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559E4FE8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356C4F06" w14:textId="77777777" w:rsidR="00F74CC8" w:rsidRDefault="00000000">
            <w:r>
              <w:br/>
            </w:r>
            <w:r>
              <w:br/>
            </w:r>
          </w:p>
        </w:tc>
      </w:tr>
      <w:tr w:rsidR="00F74CC8" w14:paraId="75188165" w14:textId="77777777">
        <w:tc>
          <w:tcPr>
            <w:tcW w:w="3324" w:type="dxa"/>
          </w:tcPr>
          <w:p w14:paraId="51318C46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74DF4386" w14:textId="77777777" w:rsidR="00F74CC8" w:rsidRDefault="00000000">
            <w:r>
              <w:br/>
            </w:r>
            <w:r>
              <w:br/>
            </w:r>
          </w:p>
        </w:tc>
        <w:tc>
          <w:tcPr>
            <w:tcW w:w="3324" w:type="dxa"/>
          </w:tcPr>
          <w:p w14:paraId="342E73AD" w14:textId="77777777" w:rsidR="00F74CC8" w:rsidRDefault="00000000">
            <w:r>
              <w:br/>
            </w:r>
            <w:r>
              <w:br/>
            </w:r>
          </w:p>
        </w:tc>
      </w:tr>
    </w:tbl>
    <w:p w14:paraId="3510ADE6" w14:textId="77777777" w:rsidR="00EF3AA4" w:rsidRDefault="00EF3AA4"/>
    <w:p w14:paraId="4828FFD2" w14:textId="76123F3B" w:rsidR="00F74CC8" w:rsidRDefault="00000000">
      <w:r>
        <w:t>Oświadczenie należy złożyć wraz z ofertą, jeżeli zachodzi przypadek, o którym mowa w art. 117 ust. 4 ustawy Pzp.</w:t>
      </w:r>
    </w:p>
    <w:p w14:paraId="6B01A161" w14:textId="77777777" w:rsidR="00EF3AA4" w:rsidRDefault="00EF3AA4"/>
    <w:p w14:paraId="600C40A5" w14:textId="77777777" w:rsidR="00EF3AA4" w:rsidRDefault="00EF3AA4"/>
    <w:p w14:paraId="4078D1B7" w14:textId="77777777" w:rsidR="00EF3AA4" w:rsidRDefault="00EF3AA4"/>
    <w:p w14:paraId="67EAE624" w14:textId="77777777" w:rsidR="00F74CC8" w:rsidRDefault="00000000">
      <w:pPr>
        <w:jc w:val="right"/>
      </w:pPr>
      <w:r>
        <w:br/>
        <w:t>........................................................................</w:t>
      </w:r>
      <w:r>
        <w:br/>
        <w:t>kwalifikowany podpis elektroniczny, podpis zaufany lub podpis osobisty</w:t>
      </w:r>
      <w:r>
        <w:br/>
        <w:t>osoby/osób uprawnionych do reprezentowania Wykonawców wspólnie ubiegających się o zamówienie</w:t>
      </w:r>
    </w:p>
    <w:sectPr w:rsidR="00AA7463" w:rsidRPr="0086064F" w:rsidSect="00034616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83DE" w14:textId="77777777" w:rsidR="00FD7393" w:rsidRDefault="00FD7393">
      <w:pPr>
        <w:spacing w:after="0" w:line="240" w:lineRule="auto"/>
      </w:pPr>
      <w:r>
        <w:separator/>
      </w:r>
    </w:p>
  </w:endnote>
  <w:endnote w:type="continuationSeparator" w:id="0">
    <w:p w14:paraId="1BFA0CCB" w14:textId="77777777" w:rsidR="00FD7393" w:rsidRDefault="00FD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811E" w14:textId="77777777" w:rsidR="00AA7463" w:rsidRDefault="00AA7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72AC" w14:textId="77777777" w:rsidR="00AA7463" w:rsidRDefault="00AA7463">
    <w:pPr>
      <w:jc w:val="right"/>
    </w:pPr>
    <w:r>
      <w:t xml:space="preserve">Strona </w:t>
    </w:r>
    <w:fldSimple w:instr="PAGE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970A" w14:textId="77777777" w:rsidR="00AA7463" w:rsidRDefault="00AA74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8BA8" w14:textId="77777777" w:rsidR="00FD7393" w:rsidRDefault="00FD7393">
      <w:pPr>
        <w:spacing w:after="0" w:line="240" w:lineRule="auto"/>
      </w:pPr>
      <w:r>
        <w:separator/>
      </w:r>
    </w:p>
  </w:footnote>
  <w:footnote w:type="continuationSeparator" w:id="0">
    <w:p w14:paraId="2FEB1343" w14:textId="77777777" w:rsidR="00FD7393" w:rsidRDefault="00FD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208"/>
      <w:gridCol w:w="1152"/>
    </w:tblGrid>
    <w:tr w:rsidR="00AA7463" w14:paraId="4769101C" w14:textId="77777777">
      <w:trPr>
        <w:jc w:val="center"/>
      </w:trPr>
      <w:tc>
        <w:tcPr>
          <w:tcW w:w="820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1B81CB" w14:textId="77777777" w:rsidR="00AA7463" w:rsidRDefault="00000000">
          <w:r>
            <w:rPr>
              <w:noProof/>
            </w:rPr>
            <w:drawing>
              <wp:inline distT="0" distB="0" distL="0" distR="0" wp14:anchorId="55CACF44" wp14:editId="607E590A">
                <wp:extent cx="4480560" cy="85760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z_dlaspolecznoscienergetycznych_dwielinie_2025-11-26_14_56_36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80560" cy="857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4F547C" w14:textId="77777777" w:rsidR="00AA7463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6A2ABFB4" wp14:editId="05094BE3">
                <wp:extent cx="594360" cy="68033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erb_mazowsza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803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9BCDB4" w14:textId="77777777" w:rsidR="00AA7463" w:rsidRDefault="00AA746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4749660">
    <w:abstractNumId w:val="8"/>
  </w:num>
  <w:num w:numId="2" w16cid:durableId="532421234">
    <w:abstractNumId w:val="6"/>
  </w:num>
  <w:num w:numId="3" w16cid:durableId="458307789">
    <w:abstractNumId w:val="5"/>
  </w:num>
  <w:num w:numId="4" w16cid:durableId="1732459132">
    <w:abstractNumId w:val="4"/>
  </w:num>
  <w:num w:numId="5" w16cid:durableId="1369598574">
    <w:abstractNumId w:val="7"/>
  </w:num>
  <w:num w:numId="6" w16cid:durableId="1974216305">
    <w:abstractNumId w:val="3"/>
  </w:num>
  <w:num w:numId="7" w16cid:durableId="357120420">
    <w:abstractNumId w:val="2"/>
  </w:num>
  <w:num w:numId="8" w16cid:durableId="1732533055">
    <w:abstractNumId w:val="1"/>
  </w:num>
  <w:num w:numId="9" w16cid:durableId="94635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03EE7"/>
    <w:rsid w:val="0086064F"/>
    <w:rsid w:val="008D17C2"/>
    <w:rsid w:val="00AA1D8D"/>
    <w:rsid w:val="00AA7463"/>
    <w:rsid w:val="00B47730"/>
    <w:rsid w:val="00CB0664"/>
    <w:rsid w:val="00EA5649"/>
    <w:rsid w:val="00FC693F"/>
    <w:rsid w:val="00FD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C3A9A"/>
  <w14:defaultImageDpi w14:val="300"/>
  <w15:docId w15:val="{3ABABE42-6CBC-47AD-A8A8-A487EE91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– Kurpiowska Spółdzielnia Energetyczna – wersja poprawiona</dc:title>
  <dc:subject/>
  <dc:creator>python-docx</dc:creator>
  <cp:keywords/>
  <dc:description>generated by python-docx</dc:description>
  <cp:lastModifiedBy>Gmina Kadzidło</cp:lastModifiedBy>
  <cp:revision>3</cp:revision>
  <dcterms:created xsi:type="dcterms:W3CDTF">2013-12-23T23:15:00Z</dcterms:created>
  <dcterms:modified xsi:type="dcterms:W3CDTF">2026-08-13T15:05:00Z</dcterms:modified>
  <cp:category/>
</cp:coreProperties>
</file>