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615062" w:rsidRPr="008E52FE" w14:paraId="0998428F" w14:textId="77777777">
        <w:trPr>
          <w:jc w:val="center"/>
        </w:trPr>
        <w:tc>
          <w:tcPr>
            <w:tcW w:w="5100" w:type="dxa"/>
            <w:vAlign w:val="center"/>
          </w:tcPr>
          <w:p w14:paraId="2B7E681D" w14:textId="1B71DDF0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8"/>
                <w:lang w:val="pl-PL"/>
              </w:rPr>
              <w:t xml:space="preserve">Nr sprawy: </w:t>
            </w:r>
            <w:r w:rsidR="00C443AA" w:rsidRPr="008E52FE">
              <w:rPr>
                <w:sz w:val="18"/>
                <w:lang w:val="pl-PL"/>
              </w:rPr>
              <w:t>2</w:t>
            </w:r>
            <w:r w:rsidR="008E52FE" w:rsidRPr="008E52FE">
              <w:rPr>
                <w:sz w:val="18"/>
                <w:lang w:val="pl-PL"/>
              </w:rPr>
              <w:t>1</w:t>
            </w:r>
            <w:r w:rsidRPr="008E52FE">
              <w:rPr>
                <w:sz w:val="18"/>
                <w:lang w:val="pl-PL"/>
              </w:rPr>
              <w:t>/AG/2026</w:t>
            </w:r>
          </w:p>
        </w:tc>
        <w:tc>
          <w:tcPr>
            <w:tcW w:w="5100" w:type="dxa"/>
            <w:vAlign w:val="center"/>
          </w:tcPr>
          <w:p w14:paraId="2B6CD79C" w14:textId="77777777" w:rsidR="00615062" w:rsidRPr="008E52FE" w:rsidRDefault="00000000">
            <w:pPr>
              <w:jc w:val="right"/>
              <w:rPr>
                <w:lang w:val="pl-PL"/>
              </w:rPr>
            </w:pPr>
            <w:r w:rsidRPr="008E52FE">
              <w:rPr>
                <w:b/>
                <w:lang w:val="pl-PL"/>
              </w:rPr>
              <w:t>Załącznik nr 9 do SWZ</w:t>
            </w:r>
          </w:p>
        </w:tc>
      </w:tr>
    </w:tbl>
    <w:p w14:paraId="313E14FB" w14:textId="77777777" w:rsidR="00615062" w:rsidRPr="008E52FE" w:rsidRDefault="00000000">
      <w:pPr>
        <w:jc w:val="center"/>
        <w:rPr>
          <w:lang w:val="pl-PL"/>
        </w:rPr>
      </w:pPr>
      <w:r w:rsidRPr="008E52FE">
        <w:rPr>
          <w:b/>
          <w:sz w:val="21"/>
          <w:lang w:val="pl-PL"/>
        </w:rPr>
        <w:t>TEATR IM. STEFANA JARACZA W OLSZTYNIE</w:t>
      </w:r>
    </w:p>
    <w:p w14:paraId="35B7C164" w14:textId="77777777" w:rsidR="00615062" w:rsidRPr="008E52FE" w:rsidRDefault="00000000">
      <w:pPr>
        <w:jc w:val="center"/>
        <w:rPr>
          <w:lang w:val="pl-PL"/>
        </w:rPr>
      </w:pPr>
      <w:r w:rsidRPr="008E52FE">
        <w:rPr>
          <w:sz w:val="17"/>
          <w:lang w:val="pl-PL"/>
        </w:rPr>
        <w:t>ul. 1 Maja 4, 10-118 Olsztyn</w:t>
      </w:r>
      <w:r w:rsidRPr="008E52FE">
        <w:rPr>
          <w:sz w:val="17"/>
          <w:lang w:val="pl-PL"/>
        </w:rPr>
        <w:br/>
        <w:t>NIP: 7390304325, REGON: 510981641</w:t>
      </w:r>
      <w:r w:rsidRPr="008E52FE">
        <w:rPr>
          <w:sz w:val="17"/>
          <w:lang w:val="pl-PL"/>
        </w:rPr>
        <w:br/>
        <w:t>www.teatr.olsztyn.pl | e-mail: sekretariat.jaracza@teatr.olsztyn.pl | tel.: 89 527 59 58</w:t>
      </w:r>
    </w:p>
    <w:p w14:paraId="6582FBDB" w14:textId="77777777" w:rsidR="00615062" w:rsidRPr="008E52FE" w:rsidRDefault="00000000">
      <w:pPr>
        <w:jc w:val="center"/>
        <w:rPr>
          <w:lang w:val="pl-PL"/>
        </w:rPr>
      </w:pPr>
      <w:r w:rsidRPr="008E52FE">
        <w:rPr>
          <w:b/>
          <w:sz w:val="24"/>
          <w:u w:val="single"/>
          <w:lang w:val="pl-PL"/>
        </w:rPr>
        <w:t>WYKAZ OSÓB</w:t>
      </w:r>
    </w:p>
    <w:p w14:paraId="6D04FB4A" w14:textId="77777777" w:rsidR="00615062" w:rsidRPr="008E52FE" w:rsidRDefault="00000000">
      <w:pPr>
        <w:jc w:val="center"/>
        <w:rPr>
          <w:lang w:val="pl-PL"/>
        </w:rPr>
      </w:pPr>
      <w:r w:rsidRPr="008E52FE">
        <w:rPr>
          <w:lang w:val="pl-PL"/>
        </w:rPr>
        <w:t>do postępowania prowadzonego w trybie podstawowym pn.:</w:t>
      </w:r>
    </w:p>
    <w:p w14:paraId="732933F3" w14:textId="6BCAEA95" w:rsidR="00615062" w:rsidRPr="008E52FE" w:rsidRDefault="00000000">
      <w:pPr>
        <w:jc w:val="center"/>
        <w:rPr>
          <w:lang w:val="pl-PL"/>
        </w:rPr>
      </w:pPr>
      <w:r w:rsidRPr="008E52FE">
        <w:rPr>
          <w:b/>
          <w:sz w:val="21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C443AA" w:rsidRPr="008E52FE">
        <w:rPr>
          <w:b/>
          <w:sz w:val="21"/>
          <w:lang w:val="pl-PL"/>
        </w:rPr>
        <w:t>- powtórzenie</w:t>
      </w:r>
      <w:r w:rsidRPr="008E52FE">
        <w:rPr>
          <w:b/>
          <w:sz w:val="21"/>
          <w:lang w:val="pl-PL"/>
        </w:rPr>
        <w:t>”</w:t>
      </w:r>
    </w:p>
    <w:p w14:paraId="0EBAEB0A" w14:textId="77777777" w:rsidR="00615062" w:rsidRPr="008E52FE" w:rsidRDefault="00615062">
      <w:pPr>
        <w:rPr>
          <w:lang w:val="pl-PL"/>
        </w:rPr>
      </w:pPr>
    </w:p>
    <w:p w14:paraId="33D7988E" w14:textId="77777777" w:rsidR="00615062" w:rsidRPr="008E52FE" w:rsidRDefault="00000000">
      <w:pPr>
        <w:rPr>
          <w:lang w:val="pl-PL"/>
        </w:rPr>
      </w:pPr>
      <w:r w:rsidRPr="008E52FE">
        <w:rPr>
          <w:b/>
          <w:sz w:val="21"/>
          <w:u w:val="single"/>
          <w:lang w:val="pl-PL"/>
        </w:rPr>
        <w:t>Wykonawca / członek konsorcjum / podmiot udostępniający zasoby*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615062" w:rsidRPr="008E52FE" w14:paraId="1C3FE7AA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10442B8" w14:textId="77777777" w:rsidR="00615062" w:rsidRPr="008E52FE" w:rsidRDefault="00000000" w:rsidP="0088116B">
            <w:pPr>
              <w:spacing w:after="0"/>
              <w:rPr>
                <w:lang w:val="pl-PL"/>
              </w:rPr>
            </w:pPr>
            <w:r w:rsidRPr="008E52FE">
              <w:rPr>
                <w:sz w:val="18"/>
                <w:lang w:val="pl-PL"/>
              </w:rPr>
              <w:t>Pełna nazwa/firma</w:t>
            </w:r>
          </w:p>
        </w:tc>
        <w:tc>
          <w:tcPr>
            <w:tcW w:w="5100" w:type="dxa"/>
          </w:tcPr>
          <w:p w14:paraId="4B808374" w14:textId="77777777" w:rsidR="00615062" w:rsidRPr="008E52FE" w:rsidRDefault="00615062" w:rsidP="0088116B">
            <w:pPr>
              <w:spacing w:after="0"/>
              <w:rPr>
                <w:lang w:val="pl-PL"/>
              </w:rPr>
            </w:pPr>
          </w:p>
        </w:tc>
      </w:tr>
      <w:tr w:rsidR="00615062" w:rsidRPr="008E52FE" w14:paraId="7767EA77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5AA71529" w14:textId="77777777" w:rsidR="00615062" w:rsidRPr="008E52FE" w:rsidRDefault="00000000" w:rsidP="0088116B">
            <w:pPr>
              <w:spacing w:after="0"/>
              <w:rPr>
                <w:lang w:val="pl-PL"/>
              </w:rPr>
            </w:pPr>
            <w:r w:rsidRPr="008E52FE">
              <w:rPr>
                <w:sz w:val="18"/>
                <w:lang w:val="pl-PL"/>
              </w:rPr>
              <w:t>Adres/siedziba</w:t>
            </w:r>
          </w:p>
        </w:tc>
        <w:tc>
          <w:tcPr>
            <w:tcW w:w="5100" w:type="dxa"/>
          </w:tcPr>
          <w:p w14:paraId="56E3ACC5" w14:textId="77777777" w:rsidR="00615062" w:rsidRPr="008E52FE" w:rsidRDefault="00615062" w:rsidP="0088116B">
            <w:pPr>
              <w:spacing w:after="0"/>
              <w:rPr>
                <w:lang w:val="pl-PL"/>
              </w:rPr>
            </w:pPr>
          </w:p>
        </w:tc>
      </w:tr>
      <w:tr w:rsidR="00615062" w:rsidRPr="008E52FE" w14:paraId="1C439D43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89ABC75" w14:textId="77777777" w:rsidR="00615062" w:rsidRPr="008E52FE" w:rsidRDefault="00000000" w:rsidP="0088116B">
            <w:pPr>
              <w:spacing w:after="0"/>
              <w:rPr>
                <w:lang w:val="pl-PL"/>
              </w:rPr>
            </w:pPr>
            <w:r w:rsidRPr="008E52FE">
              <w:rPr>
                <w:sz w:val="18"/>
                <w:lang w:val="pl-PL"/>
              </w:rPr>
              <w:t>NIP/PESEL</w:t>
            </w:r>
          </w:p>
        </w:tc>
        <w:tc>
          <w:tcPr>
            <w:tcW w:w="5100" w:type="dxa"/>
          </w:tcPr>
          <w:p w14:paraId="133CBDA2" w14:textId="77777777" w:rsidR="00615062" w:rsidRPr="008E52FE" w:rsidRDefault="00615062" w:rsidP="0088116B">
            <w:pPr>
              <w:spacing w:after="0"/>
              <w:rPr>
                <w:lang w:val="pl-PL"/>
              </w:rPr>
            </w:pPr>
          </w:p>
        </w:tc>
      </w:tr>
      <w:tr w:rsidR="00615062" w:rsidRPr="008E52FE" w14:paraId="3E2FABD1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8F4C9A9" w14:textId="77777777" w:rsidR="00615062" w:rsidRPr="008E52FE" w:rsidRDefault="00000000" w:rsidP="0088116B">
            <w:pPr>
              <w:spacing w:after="0"/>
              <w:rPr>
                <w:lang w:val="pl-PL"/>
              </w:rPr>
            </w:pPr>
            <w:r w:rsidRPr="008E52FE">
              <w:rPr>
                <w:sz w:val="18"/>
                <w:lang w:val="pl-PL"/>
              </w:rPr>
              <w:t>KRS/CEIDG</w:t>
            </w:r>
          </w:p>
        </w:tc>
        <w:tc>
          <w:tcPr>
            <w:tcW w:w="5100" w:type="dxa"/>
          </w:tcPr>
          <w:p w14:paraId="11E94CB0" w14:textId="77777777" w:rsidR="00615062" w:rsidRPr="008E52FE" w:rsidRDefault="00615062" w:rsidP="0088116B">
            <w:pPr>
              <w:spacing w:after="0"/>
              <w:rPr>
                <w:lang w:val="pl-PL"/>
              </w:rPr>
            </w:pPr>
          </w:p>
        </w:tc>
      </w:tr>
      <w:tr w:rsidR="00615062" w:rsidRPr="008E52FE" w14:paraId="3C356EF0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45DF4D63" w14:textId="77777777" w:rsidR="00615062" w:rsidRPr="008E52FE" w:rsidRDefault="00000000" w:rsidP="0088116B">
            <w:pPr>
              <w:spacing w:after="0"/>
              <w:rPr>
                <w:lang w:val="pl-PL"/>
              </w:rPr>
            </w:pPr>
            <w:r w:rsidRPr="008E52FE">
              <w:rPr>
                <w:sz w:val="18"/>
                <w:lang w:val="pl-PL"/>
              </w:rPr>
              <w:t>Osoba reprezentująca i podstawa reprezentacji</w:t>
            </w:r>
          </w:p>
        </w:tc>
        <w:tc>
          <w:tcPr>
            <w:tcW w:w="5100" w:type="dxa"/>
          </w:tcPr>
          <w:p w14:paraId="22A8AE5A" w14:textId="77777777" w:rsidR="00615062" w:rsidRPr="008E52FE" w:rsidRDefault="00615062" w:rsidP="0088116B">
            <w:pPr>
              <w:spacing w:after="0"/>
              <w:rPr>
                <w:lang w:val="pl-PL"/>
              </w:rPr>
            </w:pPr>
          </w:p>
        </w:tc>
      </w:tr>
    </w:tbl>
    <w:p w14:paraId="68EDC886" w14:textId="77777777" w:rsidR="00615062" w:rsidRPr="008E52FE" w:rsidRDefault="00000000">
      <w:pPr>
        <w:rPr>
          <w:lang w:val="pl-PL"/>
        </w:rPr>
      </w:pPr>
      <w:r w:rsidRPr="008E52FE">
        <w:rPr>
          <w:i/>
          <w:sz w:val="17"/>
          <w:lang w:val="pl-PL"/>
        </w:rPr>
        <w:t>* Niepotrzebne skreślić. W przypadku Wykonawców wspólnie ubiegających się o zamówienie dokument składa każdy z Wykonawców, jeżeli SWZ tego wymaga.</w:t>
      </w:r>
    </w:p>
    <w:p w14:paraId="0532A6A2" w14:textId="77777777" w:rsidR="00615062" w:rsidRPr="008E52FE" w:rsidRDefault="00000000">
      <w:pPr>
        <w:jc w:val="center"/>
        <w:rPr>
          <w:lang w:val="pl-PL"/>
        </w:rPr>
      </w:pPr>
      <w:r w:rsidRPr="008E52FE">
        <w:rPr>
          <w:b/>
          <w:sz w:val="24"/>
          <w:u w:val="single"/>
          <w:lang w:val="pl-PL"/>
        </w:rPr>
        <w:t>Wykaz osób skierowanych przez Wykonawcę do realizacji zamówienia</w:t>
      </w:r>
    </w:p>
    <w:p w14:paraId="032F4230" w14:textId="77777777" w:rsidR="00615062" w:rsidRPr="008E52FE" w:rsidRDefault="00000000">
      <w:pPr>
        <w:rPr>
          <w:lang w:val="pl-PL"/>
        </w:rPr>
      </w:pPr>
      <w:r w:rsidRPr="008E52FE">
        <w:rPr>
          <w:lang w:val="pl-PL"/>
        </w:rPr>
        <w:t>Na potrzeby wykazania spełniania warunku udziału w postępowaniu dotyczącego osób zdolnych do wykonania zamówienia wskazuję następujące osoby: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26"/>
        <w:gridCol w:w="2124"/>
        <w:gridCol w:w="1275"/>
        <w:gridCol w:w="1275"/>
        <w:gridCol w:w="1275"/>
        <w:gridCol w:w="1275"/>
        <w:gridCol w:w="1275"/>
        <w:gridCol w:w="1275"/>
      </w:tblGrid>
      <w:tr w:rsidR="00615062" w:rsidRPr="008E52FE" w14:paraId="7B4055FE" w14:textId="77777777" w:rsidTr="0088116B">
        <w:trPr>
          <w:jc w:val="center"/>
        </w:trPr>
        <w:tc>
          <w:tcPr>
            <w:tcW w:w="426" w:type="dxa"/>
            <w:shd w:val="clear" w:color="auto" w:fill="D9D9D9"/>
          </w:tcPr>
          <w:p w14:paraId="470ADACB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Lp.</w:t>
            </w:r>
          </w:p>
        </w:tc>
        <w:tc>
          <w:tcPr>
            <w:tcW w:w="2124" w:type="dxa"/>
            <w:shd w:val="clear" w:color="auto" w:fill="D9D9D9"/>
          </w:tcPr>
          <w:p w14:paraId="06786FCC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Funkcja</w:t>
            </w:r>
          </w:p>
        </w:tc>
        <w:tc>
          <w:tcPr>
            <w:tcW w:w="1275" w:type="dxa"/>
            <w:shd w:val="clear" w:color="auto" w:fill="D9D9D9"/>
          </w:tcPr>
          <w:p w14:paraId="5565AB9E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Imię i nazwisko</w:t>
            </w:r>
          </w:p>
        </w:tc>
        <w:tc>
          <w:tcPr>
            <w:tcW w:w="1275" w:type="dxa"/>
            <w:shd w:val="clear" w:color="auto" w:fill="D9D9D9"/>
          </w:tcPr>
          <w:p w14:paraId="3875A351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Uprawnienia / nr uprawnień</w:t>
            </w:r>
          </w:p>
        </w:tc>
        <w:tc>
          <w:tcPr>
            <w:tcW w:w="1275" w:type="dxa"/>
            <w:shd w:val="clear" w:color="auto" w:fill="D9D9D9"/>
          </w:tcPr>
          <w:p w14:paraId="140728E1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Izba</w:t>
            </w:r>
          </w:p>
        </w:tc>
        <w:tc>
          <w:tcPr>
            <w:tcW w:w="1275" w:type="dxa"/>
            <w:shd w:val="clear" w:color="auto" w:fill="D9D9D9"/>
          </w:tcPr>
          <w:p w14:paraId="71B7FA08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Art. 37c / doświadczenie</w:t>
            </w:r>
          </w:p>
        </w:tc>
        <w:tc>
          <w:tcPr>
            <w:tcW w:w="1275" w:type="dxa"/>
            <w:shd w:val="clear" w:color="auto" w:fill="D9D9D9"/>
          </w:tcPr>
          <w:p w14:paraId="39FFEAE2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Zakres czynności</w:t>
            </w:r>
          </w:p>
        </w:tc>
        <w:tc>
          <w:tcPr>
            <w:tcW w:w="1275" w:type="dxa"/>
            <w:shd w:val="clear" w:color="auto" w:fill="D9D9D9"/>
          </w:tcPr>
          <w:p w14:paraId="29E2C22F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b/>
                <w:sz w:val="14"/>
                <w:lang w:val="pl-PL"/>
              </w:rPr>
              <w:t>Podstawa dysponowania</w:t>
            </w:r>
          </w:p>
        </w:tc>
      </w:tr>
      <w:tr w:rsidR="00615062" w:rsidRPr="008E52FE" w14:paraId="0D6DFD71" w14:textId="77777777" w:rsidTr="0088116B">
        <w:trPr>
          <w:jc w:val="center"/>
        </w:trPr>
        <w:tc>
          <w:tcPr>
            <w:tcW w:w="426" w:type="dxa"/>
          </w:tcPr>
          <w:p w14:paraId="6E2FF811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>1</w:t>
            </w:r>
          </w:p>
        </w:tc>
        <w:tc>
          <w:tcPr>
            <w:tcW w:w="2124" w:type="dxa"/>
          </w:tcPr>
          <w:p w14:paraId="414C9BB0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>Kierownik robót / kierownik budowy</w:t>
            </w:r>
          </w:p>
        </w:tc>
        <w:tc>
          <w:tcPr>
            <w:tcW w:w="1275" w:type="dxa"/>
          </w:tcPr>
          <w:p w14:paraId="32FD7DFD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41D71E97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74BD4BDD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D14424A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D3FE507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074216B6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</w:tr>
      <w:tr w:rsidR="00615062" w:rsidRPr="008E52FE" w14:paraId="109930DF" w14:textId="77777777" w:rsidTr="0088116B">
        <w:trPr>
          <w:jc w:val="center"/>
        </w:trPr>
        <w:tc>
          <w:tcPr>
            <w:tcW w:w="426" w:type="dxa"/>
          </w:tcPr>
          <w:p w14:paraId="4FA089CD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>2</w:t>
            </w:r>
          </w:p>
        </w:tc>
        <w:tc>
          <w:tcPr>
            <w:tcW w:w="2124" w:type="dxa"/>
          </w:tcPr>
          <w:p w14:paraId="5CD36EB0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>Osoba spełniająca wymagania art. 37c ustawy o ochronie zabytków</w:t>
            </w:r>
          </w:p>
        </w:tc>
        <w:tc>
          <w:tcPr>
            <w:tcW w:w="1275" w:type="dxa"/>
          </w:tcPr>
          <w:p w14:paraId="364A4163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59BB3892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7E762F6C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7064224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662414F3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1449F1F" w14:textId="77777777" w:rsidR="00615062" w:rsidRPr="008E52FE" w:rsidRDefault="00000000">
            <w:pPr>
              <w:rPr>
                <w:lang w:val="pl-PL"/>
              </w:rPr>
            </w:pPr>
            <w:r w:rsidRPr="008E52FE">
              <w:rPr>
                <w:sz w:val="14"/>
                <w:lang w:val="pl-PL"/>
              </w:rPr>
              <w:t xml:space="preserve"> </w:t>
            </w:r>
          </w:p>
        </w:tc>
      </w:tr>
    </w:tbl>
    <w:p w14:paraId="428C1E17" w14:textId="77777777" w:rsidR="00615062" w:rsidRPr="008E52FE" w:rsidRDefault="00000000">
      <w:pPr>
        <w:rPr>
          <w:lang w:val="pl-PL"/>
        </w:rPr>
      </w:pPr>
      <w:r w:rsidRPr="008E52FE">
        <w:rPr>
          <w:i/>
          <w:sz w:val="17"/>
          <w:lang w:val="pl-PL"/>
        </w:rPr>
        <w:t>Dopuszcza się, aby funkcję kierownika robót budowlanych/kierownika budowy oraz funkcję osoby spełniającej wymagania art. 37c ustawy o ochronie zabytków pełniła ta sama osoba, pod warunkiem że osoba ta spełnia łącznie wszystkie wymagania określone w SWZ.</w:t>
      </w:r>
    </w:p>
    <w:p w14:paraId="146B2024" w14:textId="77777777" w:rsidR="00615062" w:rsidRPr="008E52FE" w:rsidRDefault="00000000">
      <w:pPr>
        <w:rPr>
          <w:lang w:val="pl-PL"/>
        </w:rPr>
      </w:pPr>
      <w:r w:rsidRPr="008E52FE">
        <w:rPr>
          <w:i/>
          <w:sz w:val="17"/>
          <w:lang w:val="pl-PL"/>
        </w:rPr>
        <w:t>Wykonawca wskazuje kwalifikacje zawodowe, uprawnienia, doświadczenie, zakres wykonywanych czynności oraz podstawę dysponowania osobą. W kolumnie „Art. 37c / doświadczenie” należy wskazać podstawę spełnienia wymagań do kierowania robotami budowlanymi przy zabytku nieruchomym wpisanym do rejestru, w tym co najmniej 18-miesięczny udział w robotach budowlanych prowadzonych przy zabytkach.</w:t>
      </w:r>
    </w:p>
    <w:p w14:paraId="6CBCB900" w14:textId="77777777" w:rsidR="00615062" w:rsidRPr="008E52FE" w:rsidRDefault="00000000">
      <w:pPr>
        <w:rPr>
          <w:lang w:val="pl-PL"/>
        </w:rPr>
      </w:pPr>
      <w:r w:rsidRPr="008E52FE">
        <w:rPr>
          <w:lang w:val="pl-PL"/>
        </w:rPr>
        <w:t>Oświadczam, że osoby wskazane w wykazie będą skierowane do realizacji zamówienia i spełniają wymagania określone w SWZ.</w:t>
      </w:r>
    </w:p>
    <w:p w14:paraId="1F12307C" w14:textId="77777777" w:rsidR="00615062" w:rsidRPr="008E52FE" w:rsidRDefault="00000000">
      <w:pPr>
        <w:rPr>
          <w:lang w:val="pl-PL"/>
        </w:rPr>
      </w:pPr>
      <w:r w:rsidRPr="008E52FE">
        <w:rPr>
          <w:lang w:val="pl-PL"/>
        </w:rPr>
        <w:br/>
      </w:r>
    </w:p>
    <w:p w14:paraId="17DAC5B6" w14:textId="77777777" w:rsidR="00615062" w:rsidRPr="008E52FE" w:rsidRDefault="00000000">
      <w:pPr>
        <w:jc w:val="right"/>
        <w:rPr>
          <w:lang w:val="pl-PL"/>
        </w:rPr>
      </w:pPr>
      <w:r w:rsidRPr="008E52FE">
        <w:rPr>
          <w:sz w:val="17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615062" w:rsidRPr="008E52FE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1447972">
    <w:abstractNumId w:val="8"/>
  </w:num>
  <w:num w:numId="2" w16cid:durableId="358823691">
    <w:abstractNumId w:val="6"/>
  </w:num>
  <w:num w:numId="3" w16cid:durableId="1711879051">
    <w:abstractNumId w:val="5"/>
  </w:num>
  <w:num w:numId="4" w16cid:durableId="543057067">
    <w:abstractNumId w:val="4"/>
  </w:num>
  <w:num w:numId="5" w16cid:durableId="1835148834">
    <w:abstractNumId w:val="7"/>
  </w:num>
  <w:num w:numId="6" w16cid:durableId="127086888">
    <w:abstractNumId w:val="3"/>
  </w:num>
  <w:num w:numId="7" w16cid:durableId="1564297521">
    <w:abstractNumId w:val="2"/>
  </w:num>
  <w:num w:numId="8" w16cid:durableId="851724266">
    <w:abstractNumId w:val="1"/>
  </w:num>
  <w:num w:numId="9" w16cid:durableId="128812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378"/>
    <w:rsid w:val="00034616"/>
    <w:rsid w:val="0006063C"/>
    <w:rsid w:val="0015074B"/>
    <w:rsid w:val="0029639D"/>
    <w:rsid w:val="00326F90"/>
    <w:rsid w:val="00615062"/>
    <w:rsid w:val="0088116B"/>
    <w:rsid w:val="008E52FE"/>
    <w:rsid w:val="00A51933"/>
    <w:rsid w:val="00AA1D8D"/>
    <w:rsid w:val="00B47730"/>
    <w:rsid w:val="00C443AA"/>
    <w:rsid w:val="00CB0664"/>
    <w:rsid w:val="00EA4D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6EF0B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4</cp:revision>
  <dcterms:created xsi:type="dcterms:W3CDTF">2013-12-23T23:15:00Z</dcterms:created>
  <dcterms:modified xsi:type="dcterms:W3CDTF">2026-08-14T11:40:00Z</dcterms:modified>
  <cp:category/>
</cp:coreProperties>
</file>