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6A060A" w:rsidRPr="008E2CDC" w14:paraId="4C397CF0" w14:textId="77777777">
        <w:trPr>
          <w:jc w:val="center"/>
        </w:trPr>
        <w:tc>
          <w:tcPr>
            <w:tcW w:w="5100" w:type="dxa"/>
            <w:vAlign w:val="center"/>
          </w:tcPr>
          <w:p w14:paraId="485D237B" w14:textId="78995819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Nr sprawy: </w:t>
            </w:r>
            <w:r w:rsidR="00BD5E8A" w:rsidRPr="008E2CDC">
              <w:rPr>
                <w:rFonts w:cs="Arial"/>
                <w:sz w:val="18"/>
                <w:szCs w:val="18"/>
                <w:lang w:val="pl-PL"/>
              </w:rPr>
              <w:t>2</w:t>
            </w:r>
            <w:r w:rsidR="008E2CDC" w:rsidRPr="008E2CDC">
              <w:rPr>
                <w:rFonts w:cs="Arial"/>
                <w:sz w:val="18"/>
                <w:szCs w:val="18"/>
                <w:lang w:val="pl-PL"/>
              </w:rPr>
              <w:t>1/</w:t>
            </w:r>
            <w:r w:rsidRPr="008E2CDC">
              <w:rPr>
                <w:rFonts w:cs="Arial"/>
                <w:sz w:val="18"/>
                <w:szCs w:val="18"/>
                <w:lang w:val="pl-PL"/>
              </w:rPr>
              <w:t>AG/2026</w:t>
            </w:r>
          </w:p>
        </w:tc>
        <w:tc>
          <w:tcPr>
            <w:tcW w:w="5100" w:type="dxa"/>
            <w:vAlign w:val="center"/>
          </w:tcPr>
          <w:p w14:paraId="382706B7" w14:textId="77777777" w:rsidR="006A060A" w:rsidRPr="008E2CDC" w:rsidRDefault="00000000">
            <w:pPr>
              <w:jc w:val="right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Załącznik nr 1 do SWZ</w:t>
            </w:r>
          </w:p>
        </w:tc>
      </w:tr>
    </w:tbl>
    <w:p w14:paraId="547AD096" w14:textId="77777777" w:rsidR="006A060A" w:rsidRPr="008E2CDC" w:rsidRDefault="00000000">
      <w:pPr>
        <w:jc w:val="center"/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lang w:val="pl-PL"/>
        </w:rPr>
        <w:t>TEATR IM. STEFANA JARACZA W OLSZTYNIE</w:t>
      </w:r>
    </w:p>
    <w:p w14:paraId="06A0FCB0" w14:textId="77777777" w:rsidR="006A060A" w:rsidRPr="008E2CDC" w:rsidRDefault="00000000">
      <w:pPr>
        <w:jc w:val="center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ul. 1 Maja 4, 10-118 Olsztyn</w:t>
      </w:r>
      <w:r w:rsidRPr="008E2CDC">
        <w:rPr>
          <w:rFonts w:cs="Arial"/>
          <w:sz w:val="18"/>
          <w:szCs w:val="18"/>
          <w:lang w:val="pl-PL"/>
        </w:rPr>
        <w:br/>
        <w:t>NIP: 7390304325, REGON: 510981641</w:t>
      </w:r>
      <w:r w:rsidRPr="008E2CDC">
        <w:rPr>
          <w:rFonts w:cs="Arial"/>
          <w:sz w:val="18"/>
          <w:szCs w:val="18"/>
          <w:lang w:val="pl-PL"/>
        </w:rPr>
        <w:br/>
        <w:t>www.teatr.olsztyn.pl | e-mail: sekretariat.jaracza@teatr.olsztyn.pl | tel.: 89 527 59 58</w:t>
      </w:r>
    </w:p>
    <w:p w14:paraId="690A9885" w14:textId="77777777" w:rsidR="006A060A" w:rsidRPr="008E2CDC" w:rsidRDefault="00000000">
      <w:pPr>
        <w:jc w:val="center"/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FORMULARZ OFERTY</w:t>
      </w:r>
    </w:p>
    <w:p w14:paraId="568A0314" w14:textId="77777777" w:rsidR="006A060A" w:rsidRPr="008E2CDC" w:rsidRDefault="00000000">
      <w:pPr>
        <w:jc w:val="center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do postępowania prowadzonego w trybie podstawowym pn.:</w:t>
      </w:r>
    </w:p>
    <w:p w14:paraId="07A4EB2A" w14:textId="77CBE0F5" w:rsidR="006A060A" w:rsidRPr="008E2CDC" w:rsidRDefault="00000000">
      <w:pPr>
        <w:jc w:val="center"/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lang w:val="pl-PL"/>
        </w:rPr>
        <w:t>„Przebudowa wraz ze zmianą sposobu użytkowania pomieszczeń biurowych na dostępną przestrzeń dla widzów wraz z miejscem na kawiarnię w części budynku Teatru im. Stefana Jaracza w Olsztynie</w:t>
      </w:r>
      <w:r w:rsidR="00BD5E8A" w:rsidRPr="008E2CDC">
        <w:rPr>
          <w:rFonts w:cs="Arial"/>
          <w:b/>
          <w:sz w:val="18"/>
          <w:szCs w:val="18"/>
          <w:lang w:val="pl-PL"/>
        </w:rPr>
        <w:t xml:space="preserve"> - </w:t>
      </w:r>
      <w:r w:rsidR="008E2CDC" w:rsidRPr="008E2CDC">
        <w:rPr>
          <w:rFonts w:cs="Arial"/>
          <w:b/>
          <w:sz w:val="18"/>
          <w:szCs w:val="18"/>
          <w:lang w:val="pl-PL"/>
        </w:rPr>
        <w:t>powtórzenie</w:t>
      </w:r>
      <w:r w:rsidRPr="008E2CDC">
        <w:rPr>
          <w:rFonts w:cs="Arial"/>
          <w:b/>
          <w:sz w:val="18"/>
          <w:szCs w:val="18"/>
          <w:lang w:val="pl-PL"/>
        </w:rPr>
        <w:t>”</w:t>
      </w:r>
    </w:p>
    <w:p w14:paraId="5CDE5604" w14:textId="77777777" w:rsidR="006A060A" w:rsidRPr="008E2CDC" w:rsidRDefault="006A060A">
      <w:pPr>
        <w:rPr>
          <w:rFonts w:cs="Arial"/>
          <w:sz w:val="18"/>
          <w:szCs w:val="18"/>
          <w:lang w:val="pl-PL"/>
        </w:rPr>
      </w:pPr>
    </w:p>
    <w:p w14:paraId="5896B44A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1. ZAMAWIAJĄCY:</w:t>
      </w:r>
    </w:p>
    <w:p w14:paraId="288F56BF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Teatr im. Stefana Jaracza w Olsztynie</w:t>
      </w:r>
      <w:r w:rsidRPr="008E2CDC">
        <w:rPr>
          <w:rFonts w:cs="Arial"/>
          <w:sz w:val="18"/>
          <w:szCs w:val="18"/>
          <w:lang w:val="pl-PL"/>
        </w:rPr>
        <w:br/>
        <w:t>ul. 1 Maja 4, 10-118 Olsztyn</w:t>
      </w:r>
      <w:r w:rsidRPr="008E2CDC">
        <w:rPr>
          <w:rFonts w:cs="Arial"/>
          <w:sz w:val="18"/>
          <w:szCs w:val="18"/>
          <w:lang w:val="pl-PL"/>
        </w:rPr>
        <w:br/>
        <w:t>NIP: 7390304325, REGON: 510981641</w:t>
      </w:r>
      <w:r w:rsidRPr="008E2CDC">
        <w:rPr>
          <w:rFonts w:cs="Arial"/>
          <w:sz w:val="18"/>
          <w:szCs w:val="18"/>
          <w:lang w:val="pl-PL"/>
        </w:rPr>
        <w:br/>
        <w:t>www.teatr.olsztyn.pl</w:t>
      </w:r>
      <w:r w:rsidRPr="008E2CDC">
        <w:rPr>
          <w:rFonts w:cs="Arial"/>
          <w:sz w:val="18"/>
          <w:szCs w:val="18"/>
          <w:lang w:val="pl-PL"/>
        </w:rPr>
        <w:br/>
        <w:t>e-mail: sekretariat.jaracza@teatr.olsztyn.pl, tel.: 89 527 59 58</w:t>
      </w:r>
    </w:p>
    <w:p w14:paraId="1DFFAB64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2. WYKONAWCA:</w:t>
      </w:r>
    </w:p>
    <w:p w14:paraId="745ED22C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Niniejsza oferta zostaje złożona przez: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00"/>
        <w:gridCol w:w="5100"/>
      </w:tblGrid>
      <w:tr w:rsidR="006A060A" w:rsidRPr="008E2CDC" w14:paraId="5DCF2EB1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74B1E0AF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Nazwa Wykonawcy</w:t>
            </w:r>
          </w:p>
        </w:tc>
        <w:tc>
          <w:tcPr>
            <w:tcW w:w="5100" w:type="dxa"/>
          </w:tcPr>
          <w:p w14:paraId="67059FC5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56B588F5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703F2C3E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Siedziba</w:t>
            </w:r>
          </w:p>
        </w:tc>
        <w:tc>
          <w:tcPr>
            <w:tcW w:w="5100" w:type="dxa"/>
          </w:tcPr>
          <w:p w14:paraId="42912E99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3DA14DF0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0D5415FE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Adres poczty elektronicznej</w:t>
            </w:r>
          </w:p>
        </w:tc>
        <w:tc>
          <w:tcPr>
            <w:tcW w:w="5100" w:type="dxa"/>
          </w:tcPr>
          <w:p w14:paraId="6DDC75D5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39987383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7037B6D8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Numer telefonu</w:t>
            </w:r>
          </w:p>
        </w:tc>
        <w:tc>
          <w:tcPr>
            <w:tcW w:w="5100" w:type="dxa"/>
          </w:tcPr>
          <w:p w14:paraId="246E6153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7176D9D7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28943192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Numer REGON</w:t>
            </w:r>
          </w:p>
        </w:tc>
        <w:tc>
          <w:tcPr>
            <w:tcW w:w="5100" w:type="dxa"/>
          </w:tcPr>
          <w:p w14:paraId="583E84BB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424C4ED6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778FFA20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Numer NIP</w:t>
            </w:r>
          </w:p>
        </w:tc>
        <w:tc>
          <w:tcPr>
            <w:tcW w:w="5100" w:type="dxa"/>
          </w:tcPr>
          <w:p w14:paraId="697B828D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</w:tbl>
    <w:p w14:paraId="04794C00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i/>
          <w:sz w:val="18"/>
          <w:szCs w:val="18"/>
          <w:lang w:val="pl-PL"/>
        </w:rPr>
        <w:t>W przypadku Wykonawców wspólnie ubiegających się o udzielenie zamówienia tabelę należy powielić albo wskazać wszystkich Wykonawców.</w:t>
      </w:r>
    </w:p>
    <w:p w14:paraId="3C6550D3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3. DANE KONTAKTOWE WYKONAWCY: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00"/>
        <w:gridCol w:w="5100"/>
      </w:tblGrid>
      <w:tr w:rsidR="006A060A" w:rsidRPr="008E2CDC" w14:paraId="1F2ABCA3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15DA8AAB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Osoba do kontaktów</w:t>
            </w:r>
          </w:p>
        </w:tc>
        <w:tc>
          <w:tcPr>
            <w:tcW w:w="5100" w:type="dxa"/>
          </w:tcPr>
          <w:p w14:paraId="7C0677B1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68AF41B8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45936C17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Adres korespondencyjny</w:t>
            </w:r>
          </w:p>
        </w:tc>
        <w:tc>
          <w:tcPr>
            <w:tcW w:w="5100" w:type="dxa"/>
          </w:tcPr>
          <w:p w14:paraId="43A69502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18C5799E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26792170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Nr telefonu</w:t>
            </w:r>
          </w:p>
        </w:tc>
        <w:tc>
          <w:tcPr>
            <w:tcW w:w="5100" w:type="dxa"/>
          </w:tcPr>
          <w:p w14:paraId="10048741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0919495D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6AD7744B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Adres e-mail</w:t>
            </w:r>
          </w:p>
        </w:tc>
        <w:tc>
          <w:tcPr>
            <w:tcW w:w="5100" w:type="dxa"/>
          </w:tcPr>
          <w:p w14:paraId="66954F8A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</w:tbl>
    <w:p w14:paraId="2A201B4D" w14:textId="77777777" w:rsidR="006A060A" w:rsidRPr="008E2CDC" w:rsidRDefault="00000000" w:rsidP="00EC2C2F">
      <w:pPr>
        <w:spacing w:before="240"/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4. WARUNKI WYKONANIA ZAMÓWIENIA:</w:t>
      </w:r>
    </w:p>
    <w:p w14:paraId="2CC41A63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1) Oferuję wykonanie całości zamówienia objętego przedmiotem zamówienia zgodnie z wymaganiami zawartymi w SWZ za cenę: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472"/>
        <w:gridCol w:w="3472"/>
        <w:gridCol w:w="3472"/>
      </w:tblGrid>
      <w:tr w:rsidR="006A060A" w:rsidRPr="008E2CDC" w14:paraId="6E241816" w14:textId="77777777">
        <w:trPr>
          <w:jc w:val="center"/>
        </w:trPr>
        <w:tc>
          <w:tcPr>
            <w:tcW w:w="3400" w:type="dxa"/>
            <w:shd w:val="clear" w:color="auto" w:fill="D9D9D9"/>
          </w:tcPr>
          <w:p w14:paraId="7A351164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Cena netto [PLN]</w:t>
            </w:r>
          </w:p>
        </w:tc>
        <w:tc>
          <w:tcPr>
            <w:tcW w:w="3400" w:type="dxa"/>
            <w:shd w:val="clear" w:color="auto" w:fill="D9D9D9"/>
          </w:tcPr>
          <w:p w14:paraId="60E929D4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Podatek VAT [PLN / stawka]</w:t>
            </w:r>
          </w:p>
        </w:tc>
        <w:tc>
          <w:tcPr>
            <w:tcW w:w="3400" w:type="dxa"/>
            <w:shd w:val="clear" w:color="auto" w:fill="D9D9D9"/>
          </w:tcPr>
          <w:p w14:paraId="6BF697A2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Cena brutto [PLN]</w:t>
            </w:r>
          </w:p>
        </w:tc>
      </w:tr>
      <w:tr w:rsidR="006A060A" w:rsidRPr="008E2CDC" w14:paraId="3199C438" w14:textId="77777777">
        <w:trPr>
          <w:jc w:val="center"/>
        </w:trPr>
        <w:tc>
          <w:tcPr>
            <w:tcW w:w="3400" w:type="dxa"/>
          </w:tcPr>
          <w:p w14:paraId="79BCF61B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………………………………</w:t>
            </w:r>
          </w:p>
        </w:tc>
        <w:tc>
          <w:tcPr>
            <w:tcW w:w="3400" w:type="dxa"/>
          </w:tcPr>
          <w:p w14:paraId="613A5C39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………………………………</w:t>
            </w:r>
          </w:p>
        </w:tc>
        <w:tc>
          <w:tcPr>
            <w:tcW w:w="3400" w:type="dxa"/>
          </w:tcPr>
          <w:p w14:paraId="16F0DEA3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………………………………</w:t>
            </w:r>
          </w:p>
        </w:tc>
      </w:tr>
      <w:tr w:rsidR="006A060A" w:rsidRPr="008E2CDC" w14:paraId="4B3D9474" w14:textId="77777777">
        <w:trPr>
          <w:jc w:val="center"/>
        </w:trPr>
        <w:tc>
          <w:tcPr>
            <w:tcW w:w="10200" w:type="dxa"/>
            <w:gridSpan w:val="3"/>
          </w:tcPr>
          <w:p w14:paraId="73096A3D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Cena brutto słownie: 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A060A" w:rsidRPr="008E2CDC" w14:paraId="69B4F906" w14:textId="77777777">
        <w:trPr>
          <w:jc w:val="center"/>
        </w:trPr>
        <w:tc>
          <w:tcPr>
            <w:tcW w:w="10200" w:type="dxa"/>
            <w:gridSpan w:val="3"/>
          </w:tcPr>
          <w:p w14:paraId="14750E5E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Oświadczam, że cena obejmuje wszystkie koszty wykonania przedmiotu zamówienia, w tym koszty zabezpieczeń, prac tymczasowych, transportu, utylizacji odpadów, prób, badań, dokumentacji, koordynacji branżowej, gwarancji oraz </w:t>
            </w:r>
            <w:proofErr w:type="spellStart"/>
            <w:r w:rsidRPr="008E2CDC">
              <w:rPr>
                <w:rFonts w:cs="Arial"/>
                <w:sz w:val="18"/>
                <w:szCs w:val="18"/>
                <w:lang w:val="pl-PL"/>
              </w:rPr>
              <w:t>ryzyk</w:t>
            </w:r>
            <w:proofErr w:type="spellEnd"/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wynikających z realizacji robót w czynnym i zabytkowym obiekcie, z wyłączeniem technologii kuchni oraz wyposażenia </w:t>
            </w:r>
            <w:r w:rsidRPr="008E2CDC">
              <w:rPr>
                <w:rFonts w:cs="Arial"/>
                <w:sz w:val="18"/>
                <w:szCs w:val="18"/>
                <w:lang w:val="pl-PL"/>
              </w:rPr>
              <w:lastRenderedPageBreak/>
              <w:t>kuchni/kawiarni, które nie są objęte przedmiotem zamówienia.</w:t>
            </w:r>
          </w:p>
        </w:tc>
      </w:tr>
    </w:tbl>
    <w:p w14:paraId="5EC242F4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lastRenderedPageBreak/>
        <w:t>2) Oferuję okres rękojmi i gwarancji jakości na wykonany przedmiot zamówienia, zgodnie z kryterium oceny ofert „Przedłużenie rękojmi i gwarancji (RG)”:</w:t>
      </w:r>
    </w:p>
    <w:p w14:paraId="5D8F7A6F" w14:textId="77777777" w:rsidR="006A060A" w:rsidRPr="008E2CDC" w:rsidRDefault="00000000">
      <w:pPr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60 miesięcy, licząc od dnia podpisania protokołu odbioru końcowego bez zastrzeżeń – 0 pkt;</w:t>
      </w:r>
    </w:p>
    <w:p w14:paraId="6458CE76" w14:textId="77777777" w:rsidR="006A060A" w:rsidRPr="008E2CDC" w:rsidRDefault="00000000">
      <w:pPr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72 miesiące, licząc od dnia podpisania protokołu odbioru końcowego bez zastrzeżeń – 10 pkt;</w:t>
      </w:r>
    </w:p>
    <w:p w14:paraId="3DF5726A" w14:textId="77777777" w:rsidR="006A060A" w:rsidRPr="008E2CDC" w:rsidRDefault="00000000">
      <w:pPr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84 miesiące, licząc od dnia podpisania protokołu odbioru końcowego bez zastrzeżeń – 20 pkt.</w:t>
      </w:r>
    </w:p>
    <w:p w14:paraId="0C33156B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i/>
          <w:sz w:val="18"/>
          <w:szCs w:val="18"/>
          <w:lang w:val="pl-PL"/>
        </w:rPr>
        <w:t>Należy zaznaczyć jedną z powyższych opcji. W przypadku braku zaznaczenia albo zaznaczenia więcej niż jednej opcji Zamawiający przyjmie minimalny okres 60 miesięcy i przyzna 0 pkt w kryterium RG.</w:t>
      </w:r>
    </w:p>
    <w:p w14:paraId="1EC9533C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3) Na potrzeby oceny oferty w kryterium „Doświadczenie osoby skierowanej do kierowania robotami budowlanymi przy zabytku (D)” wskazuję następującą osobę: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00"/>
        <w:gridCol w:w="5100"/>
      </w:tblGrid>
      <w:tr w:rsidR="006A060A" w:rsidRPr="008E2CDC" w14:paraId="20264AF8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2C8AE277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Imię i nazwisko osoby</w:t>
            </w:r>
          </w:p>
        </w:tc>
        <w:tc>
          <w:tcPr>
            <w:tcW w:w="5100" w:type="dxa"/>
          </w:tcPr>
          <w:p w14:paraId="671EB583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4CA12129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7816C08A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Funkcja w realizacji zamówienia</w:t>
            </w:r>
          </w:p>
        </w:tc>
        <w:tc>
          <w:tcPr>
            <w:tcW w:w="5100" w:type="dxa"/>
          </w:tcPr>
          <w:p w14:paraId="1BE57408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36D43D28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5C81FBF5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Nr uprawnień budowlanych</w:t>
            </w:r>
          </w:p>
        </w:tc>
        <w:tc>
          <w:tcPr>
            <w:tcW w:w="5100" w:type="dxa"/>
          </w:tcPr>
          <w:p w14:paraId="01ABCC96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28FD5312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073AF6E3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Specjalność i zakres uprawnień</w:t>
            </w:r>
          </w:p>
        </w:tc>
        <w:tc>
          <w:tcPr>
            <w:tcW w:w="5100" w:type="dxa"/>
          </w:tcPr>
          <w:p w14:paraId="7C1E144A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4C85AD55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19689A81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Podstawa dysponowania osobą</w:t>
            </w:r>
          </w:p>
        </w:tc>
        <w:tc>
          <w:tcPr>
            <w:tcW w:w="5100" w:type="dxa"/>
          </w:tcPr>
          <w:p w14:paraId="5CFC0CD8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6A060A" w:rsidRPr="008E2CDC" w14:paraId="6F547CDD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3F57812D" w14:textId="77777777" w:rsidR="006A060A" w:rsidRPr="008E2CDC" w:rsidRDefault="00000000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Podstawa spełnienia art. 37c ustawy o ochronie zabytków</w:t>
            </w:r>
          </w:p>
        </w:tc>
        <w:tc>
          <w:tcPr>
            <w:tcW w:w="5100" w:type="dxa"/>
          </w:tcPr>
          <w:p w14:paraId="1B037963" w14:textId="77777777" w:rsidR="006A060A" w:rsidRPr="008E2CDC" w:rsidRDefault="006A060A" w:rsidP="00EC2C2F">
            <w:pPr>
              <w:spacing w:after="0"/>
              <w:rPr>
                <w:rFonts w:cs="Arial"/>
                <w:sz w:val="18"/>
                <w:szCs w:val="18"/>
                <w:lang w:val="pl-PL"/>
              </w:rPr>
            </w:pPr>
          </w:p>
        </w:tc>
      </w:tr>
    </w:tbl>
    <w:p w14:paraId="17472971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4) Wykaz inwestycji zrealizowanych przy udziale osoby wskazanej powyżej: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86"/>
        <w:gridCol w:w="2124"/>
        <w:gridCol w:w="1275"/>
        <w:gridCol w:w="1275"/>
        <w:gridCol w:w="1275"/>
        <w:gridCol w:w="1275"/>
        <w:gridCol w:w="1275"/>
        <w:gridCol w:w="1275"/>
      </w:tblGrid>
      <w:tr w:rsidR="006A060A" w:rsidRPr="008E2CDC" w14:paraId="758F0E50" w14:textId="77777777" w:rsidTr="00EC2C2F">
        <w:trPr>
          <w:tblHeader/>
          <w:jc w:val="center"/>
        </w:trPr>
        <w:tc>
          <w:tcPr>
            <w:tcW w:w="426" w:type="dxa"/>
            <w:shd w:val="clear" w:color="auto" w:fill="D9D9D9"/>
            <w:vAlign w:val="center"/>
          </w:tcPr>
          <w:p w14:paraId="200D90F8" w14:textId="77777777" w:rsidR="006A060A" w:rsidRPr="008E2CDC" w:rsidRDefault="00000000" w:rsidP="00EC2C2F">
            <w:pPr>
              <w:spacing w:after="0"/>
              <w:jc w:val="center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Lp.</w:t>
            </w:r>
          </w:p>
        </w:tc>
        <w:tc>
          <w:tcPr>
            <w:tcW w:w="2124" w:type="dxa"/>
            <w:shd w:val="clear" w:color="auto" w:fill="D9D9D9"/>
            <w:vAlign w:val="center"/>
          </w:tcPr>
          <w:p w14:paraId="437F476B" w14:textId="77777777" w:rsidR="006A060A" w:rsidRPr="008E2CDC" w:rsidRDefault="00000000" w:rsidP="00EC2C2F">
            <w:pPr>
              <w:spacing w:after="0"/>
              <w:jc w:val="center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Nazwa inwestycji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4E3BF19" w14:textId="77777777" w:rsidR="006A060A" w:rsidRPr="008E2CDC" w:rsidRDefault="00000000" w:rsidP="00EC2C2F">
            <w:pPr>
              <w:spacing w:after="0"/>
              <w:jc w:val="center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Obiekt / miejsce realizacji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3026D2C9" w14:textId="77777777" w:rsidR="006A060A" w:rsidRPr="008E2CDC" w:rsidRDefault="00000000" w:rsidP="00EC2C2F">
            <w:pPr>
              <w:spacing w:after="0"/>
              <w:jc w:val="center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Podmiot, na rzecz którego realizowano inwestycję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C714568" w14:textId="77777777" w:rsidR="006A060A" w:rsidRPr="008E2CDC" w:rsidRDefault="00000000" w:rsidP="00EC2C2F">
            <w:pPr>
              <w:spacing w:after="0"/>
              <w:jc w:val="center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Nr wpisu do rejestru zabytków / inwentarza muzeum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0807F33" w14:textId="77777777" w:rsidR="006A060A" w:rsidRPr="008E2CDC" w:rsidRDefault="00000000" w:rsidP="00EC2C2F">
            <w:pPr>
              <w:spacing w:after="0"/>
              <w:jc w:val="center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Zakres robót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C9C87E4" w14:textId="77777777" w:rsidR="006A060A" w:rsidRPr="008E2CDC" w:rsidRDefault="00000000" w:rsidP="00EC2C2F">
            <w:pPr>
              <w:spacing w:after="0"/>
              <w:jc w:val="center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Funkcja i zakres udziału osoby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7C1610CA" w14:textId="77777777" w:rsidR="006A060A" w:rsidRPr="008E2CDC" w:rsidRDefault="00000000" w:rsidP="00EC2C2F">
            <w:pPr>
              <w:spacing w:after="0"/>
              <w:jc w:val="center"/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Okres udziału osoby</w:t>
            </w:r>
          </w:p>
        </w:tc>
      </w:tr>
      <w:tr w:rsidR="006A060A" w:rsidRPr="008E2CDC" w14:paraId="733FED52" w14:textId="77777777" w:rsidTr="00EC2C2F">
        <w:trPr>
          <w:jc w:val="center"/>
        </w:trPr>
        <w:tc>
          <w:tcPr>
            <w:tcW w:w="426" w:type="dxa"/>
          </w:tcPr>
          <w:p w14:paraId="0C2519DD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1</w:t>
            </w:r>
          </w:p>
        </w:tc>
        <w:tc>
          <w:tcPr>
            <w:tcW w:w="2124" w:type="dxa"/>
          </w:tcPr>
          <w:p w14:paraId="065DDE13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5A1D2783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2B81B7AA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2A6FBDE4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BD49219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44F57A63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864EF60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</w:tr>
      <w:tr w:rsidR="006A060A" w:rsidRPr="008E2CDC" w14:paraId="2DE4780C" w14:textId="77777777" w:rsidTr="00EC2C2F">
        <w:trPr>
          <w:jc w:val="center"/>
        </w:trPr>
        <w:tc>
          <w:tcPr>
            <w:tcW w:w="426" w:type="dxa"/>
          </w:tcPr>
          <w:p w14:paraId="76804C83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2</w:t>
            </w:r>
          </w:p>
        </w:tc>
        <w:tc>
          <w:tcPr>
            <w:tcW w:w="2124" w:type="dxa"/>
          </w:tcPr>
          <w:p w14:paraId="330422D2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40B8950D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043AE77F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62CFA975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53A4E1CB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7776FEFC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2B210C60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</w:tr>
      <w:tr w:rsidR="006A060A" w:rsidRPr="008E2CDC" w14:paraId="172E4ED4" w14:textId="77777777" w:rsidTr="00EC2C2F">
        <w:trPr>
          <w:jc w:val="center"/>
        </w:trPr>
        <w:tc>
          <w:tcPr>
            <w:tcW w:w="426" w:type="dxa"/>
          </w:tcPr>
          <w:p w14:paraId="30DE2E8A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3</w:t>
            </w:r>
          </w:p>
        </w:tc>
        <w:tc>
          <w:tcPr>
            <w:tcW w:w="2124" w:type="dxa"/>
          </w:tcPr>
          <w:p w14:paraId="56AC373A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27CF96C5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61D7D037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2F5BC737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6EF65EC5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7C9EAAF1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6E10D7A9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</w:tr>
      <w:tr w:rsidR="006A060A" w:rsidRPr="008E2CDC" w14:paraId="0A1D497B" w14:textId="77777777" w:rsidTr="00EC2C2F">
        <w:trPr>
          <w:jc w:val="center"/>
        </w:trPr>
        <w:tc>
          <w:tcPr>
            <w:tcW w:w="426" w:type="dxa"/>
          </w:tcPr>
          <w:p w14:paraId="6692EC29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4</w:t>
            </w:r>
          </w:p>
        </w:tc>
        <w:tc>
          <w:tcPr>
            <w:tcW w:w="2124" w:type="dxa"/>
          </w:tcPr>
          <w:p w14:paraId="2D7AD63C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5C798081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3C43C45B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0ED0BBB1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78BD269A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0B7ECFB8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AF37D5E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</w:tr>
    </w:tbl>
    <w:p w14:paraId="2098AE5B" w14:textId="77777777" w:rsidR="006A060A" w:rsidRPr="008E2CDC" w:rsidRDefault="00000000" w:rsidP="00EC2C2F">
      <w:pPr>
        <w:jc w:val="both"/>
        <w:rPr>
          <w:rFonts w:cs="Arial"/>
          <w:sz w:val="18"/>
          <w:szCs w:val="18"/>
          <w:lang w:val="pl-PL"/>
        </w:rPr>
      </w:pPr>
      <w:r w:rsidRPr="008E2CDC">
        <w:rPr>
          <w:rFonts w:cs="Arial"/>
          <w:i/>
          <w:sz w:val="18"/>
          <w:szCs w:val="18"/>
          <w:lang w:val="pl-PL"/>
        </w:rPr>
        <w:t>Wykaz inwestycji należy uzupełnić bezpośrednio w Formularzu ofertowym. Brak wskazania inwestycji albo brak informacji pozwalających na przyznanie punktów skutkuje przyznaniem 0 pkt w kryterium „Doświadczenie osoby”. Dokumenty składane na potrzeby oceny tego kryterium nie podlegają uzupełnieniu w zakresie prowadzącym do zwiększenia liczby punktów.</w:t>
      </w:r>
    </w:p>
    <w:p w14:paraId="1C659527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5. OŚWIADCZENIA WYKONAWCY:</w:t>
      </w:r>
    </w:p>
    <w:p w14:paraId="0017C693" w14:textId="77777777" w:rsidR="006A060A" w:rsidRPr="008E2CDC" w:rsidRDefault="00000000" w:rsidP="00EC2C2F">
      <w:pPr>
        <w:ind w:left="227"/>
        <w:jc w:val="both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- akceptuję bez zastrzeżeń projektowane postanowienia umowy / wzór umowy i w razie wyboru mojej oferty zobowiązuję się do podpisania umowy na warunkach określonych w SWZ;</w:t>
      </w:r>
    </w:p>
    <w:p w14:paraId="2B299ADE" w14:textId="77777777" w:rsidR="006A060A" w:rsidRPr="008E2CDC" w:rsidRDefault="00000000" w:rsidP="00EC2C2F">
      <w:pPr>
        <w:ind w:left="227"/>
        <w:jc w:val="both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- zapoznałem się z SWZ, OPZ, dokumentacją projektową, wyjaśnieniami i zmianami treści SWZ oraz uzyskałem informacje konieczne do przygotowania oferty;</w:t>
      </w:r>
    </w:p>
    <w:p w14:paraId="76270998" w14:textId="77777777" w:rsidR="006A060A" w:rsidRPr="008E2CDC" w:rsidRDefault="00000000" w:rsidP="00EC2C2F">
      <w:pPr>
        <w:ind w:left="227"/>
        <w:jc w:val="both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- uważam się za związanego niniejszą ofertą przez okres wskazany w SWZ;</w:t>
      </w:r>
    </w:p>
    <w:p w14:paraId="52A7F69E" w14:textId="77777777" w:rsidR="006A060A" w:rsidRPr="008E2CDC" w:rsidRDefault="00000000" w:rsidP="00EC2C2F">
      <w:pPr>
        <w:ind w:left="227"/>
        <w:jc w:val="both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- w przypadku wyboru mojej oferty zobowiązuję się wnieść zabezpieczenie należytego wykonania umowy w wysokości i formie wskazanej w SWZ;</w:t>
      </w:r>
    </w:p>
    <w:p w14:paraId="7EEF589B" w14:textId="2B3583BE" w:rsidR="00EC2C2F" w:rsidRPr="008E2CDC" w:rsidRDefault="00000000" w:rsidP="00EC2C2F">
      <w:pPr>
        <w:ind w:left="227"/>
        <w:jc w:val="both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 xml:space="preserve">- zobowiązuję się wykonywać zamówienie zgodnie z SWZ, dokumentami zamówienia, zasadami wiedzy technicznej, przepisami prawa budowlanego, przepisami o ochronie zabytków oraz zasadami BHP i </w:t>
      </w:r>
      <w:proofErr w:type="spellStart"/>
      <w:r w:rsidRPr="008E2CDC">
        <w:rPr>
          <w:rFonts w:cs="Arial"/>
          <w:sz w:val="18"/>
          <w:szCs w:val="18"/>
          <w:lang w:val="pl-PL"/>
        </w:rPr>
        <w:t>ppoż</w:t>
      </w:r>
      <w:proofErr w:type="spellEnd"/>
    </w:p>
    <w:p w14:paraId="537BAB7D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6. TAJEMNICA PRZEDSIĘBIORSTWA:</w:t>
      </w:r>
    </w:p>
    <w:p w14:paraId="4A6EAEB4" w14:textId="77777777" w:rsidR="006A060A" w:rsidRPr="008E2CDC" w:rsidRDefault="00000000">
      <w:pPr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Oferta nie zawiera informacji stanowiących tajemnicę przedsiębiorstwa.</w:t>
      </w:r>
    </w:p>
    <w:p w14:paraId="1331167F" w14:textId="77777777" w:rsidR="006A060A" w:rsidRPr="008E2CDC" w:rsidRDefault="00000000">
      <w:pPr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lastRenderedPageBreak/>
        <w:t>[  ] Oferta zawiera informacje stanowiące tajemnicę przedsiębiorstwa w następujących dokumentach/załącznikach: ………………………………………………………</w:t>
      </w:r>
    </w:p>
    <w:p w14:paraId="5D38B737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Uzasadnienie zastrzeżenia informacji jako tajemnicy przedsiębiorstwa zawarte jest w: ………………………………………………………</w:t>
      </w:r>
    </w:p>
    <w:p w14:paraId="63D991D8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7. PODWYKONAWSTWO:</w:t>
      </w:r>
    </w:p>
    <w:p w14:paraId="2CBCF5A5" w14:textId="77777777" w:rsidR="006A060A" w:rsidRPr="008E2CDC" w:rsidRDefault="00000000">
      <w:pPr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Przedmiot zamówienia wykonam/y bez udziału Podwykonawców.</w:t>
      </w:r>
    </w:p>
    <w:p w14:paraId="68287D2D" w14:textId="77777777" w:rsidR="006A060A" w:rsidRPr="008E2CDC" w:rsidRDefault="00000000">
      <w:pPr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Przedmiot zamówienia wykonam/y z udziałem Podwykonawców.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6A060A" w:rsidRPr="008E2CDC" w14:paraId="46D9126A" w14:textId="77777777">
        <w:trPr>
          <w:jc w:val="center"/>
        </w:trPr>
        <w:tc>
          <w:tcPr>
            <w:tcW w:w="2550" w:type="dxa"/>
            <w:shd w:val="clear" w:color="auto" w:fill="D9D9D9"/>
          </w:tcPr>
          <w:p w14:paraId="74571710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Lp.</w:t>
            </w:r>
          </w:p>
        </w:tc>
        <w:tc>
          <w:tcPr>
            <w:tcW w:w="2550" w:type="dxa"/>
            <w:shd w:val="clear" w:color="auto" w:fill="D9D9D9"/>
          </w:tcPr>
          <w:p w14:paraId="4C1CBA59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Zakres robót powierzanych Podwykonawcy</w:t>
            </w:r>
          </w:p>
        </w:tc>
        <w:tc>
          <w:tcPr>
            <w:tcW w:w="2550" w:type="dxa"/>
            <w:shd w:val="clear" w:color="auto" w:fill="D9D9D9"/>
          </w:tcPr>
          <w:p w14:paraId="0525B3CA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Nazwa/Firma Podwykonawcy (o ile znana)</w:t>
            </w:r>
          </w:p>
        </w:tc>
        <w:tc>
          <w:tcPr>
            <w:tcW w:w="2550" w:type="dxa"/>
            <w:shd w:val="clear" w:color="auto" w:fill="D9D9D9"/>
          </w:tcPr>
          <w:p w14:paraId="126EFC7D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b/>
                <w:sz w:val="18"/>
                <w:szCs w:val="18"/>
                <w:lang w:val="pl-PL"/>
              </w:rPr>
              <w:t>Czy Podwykonawca jest podmiotem udostępniającym zasoby?</w:t>
            </w:r>
          </w:p>
        </w:tc>
      </w:tr>
      <w:tr w:rsidR="006A060A" w:rsidRPr="008E2CDC" w14:paraId="4332FDC8" w14:textId="77777777">
        <w:trPr>
          <w:jc w:val="center"/>
        </w:trPr>
        <w:tc>
          <w:tcPr>
            <w:tcW w:w="2550" w:type="dxa"/>
          </w:tcPr>
          <w:p w14:paraId="10A43F88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1</w:t>
            </w:r>
          </w:p>
        </w:tc>
        <w:tc>
          <w:tcPr>
            <w:tcW w:w="2550" w:type="dxa"/>
          </w:tcPr>
          <w:p w14:paraId="082601C7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550" w:type="dxa"/>
          </w:tcPr>
          <w:p w14:paraId="351ED9B4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550" w:type="dxa"/>
          </w:tcPr>
          <w:p w14:paraId="7B92A0E2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</w:tr>
      <w:tr w:rsidR="006A060A" w:rsidRPr="008E2CDC" w14:paraId="328DB6BE" w14:textId="77777777">
        <w:trPr>
          <w:jc w:val="center"/>
        </w:trPr>
        <w:tc>
          <w:tcPr>
            <w:tcW w:w="2550" w:type="dxa"/>
          </w:tcPr>
          <w:p w14:paraId="163EA8EA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>2</w:t>
            </w:r>
          </w:p>
        </w:tc>
        <w:tc>
          <w:tcPr>
            <w:tcW w:w="2550" w:type="dxa"/>
          </w:tcPr>
          <w:p w14:paraId="7CE2E8E1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550" w:type="dxa"/>
          </w:tcPr>
          <w:p w14:paraId="280CF1B5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550" w:type="dxa"/>
          </w:tcPr>
          <w:p w14:paraId="13A16ADF" w14:textId="77777777" w:rsidR="006A060A" w:rsidRPr="008E2CDC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8E2CDC">
              <w:rPr>
                <w:rFonts w:cs="Arial"/>
                <w:sz w:val="18"/>
                <w:szCs w:val="18"/>
                <w:lang w:val="pl-PL"/>
              </w:rPr>
              <w:t xml:space="preserve"> </w:t>
            </w:r>
          </w:p>
        </w:tc>
      </w:tr>
    </w:tbl>
    <w:p w14:paraId="01A866AD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8. POLEGANIE NA ZASOBACH INNYCH PODMIOTÓW:</w:t>
      </w:r>
    </w:p>
    <w:p w14:paraId="3477B18C" w14:textId="77777777" w:rsidR="006A060A" w:rsidRPr="008E2CDC" w:rsidRDefault="00000000">
      <w:pPr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Wykonawca nie polega na zasobach innych podmiotów.</w:t>
      </w:r>
    </w:p>
    <w:p w14:paraId="6EE31243" w14:textId="77777777" w:rsidR="006A060A" w:rsidRPr="008E2CDC" w:rsidRDefault="00000000">
      <w:pPr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Wykonawca polega na zasobach innych podmiotów i załącza zobowiązanie podmiotu udostępniającego zasoby lub inny podmiotowy środek dowodowy.</w:t>
      </w:r>
    </w:p>
    <w:p w14:paraId="184087D8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9. STATUS WYKONAWCY:</w:t>
      </w:r>
    </w:p>
    <w:p w14:paraId="7EA8301F" w14:textId="77777777" w:rsidR="006A060A" w:rsidRPr="008E2CDC" w:rsidRDefault="00000000" w:rsidP="00EC2C2F">
      <w:pPr>
        <w:spacing w:after="0"/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mikroprzedsiębiorstwo</w:t>
      </w:r>
    </w:p>
    <w:p w14:paraId="154B207B" w14:textId="77777777" w:rsidR="006A060A" w:rsidRPr="008E2CDC" w:rsidRDefault="00000000" w:rsidP="00EC2C2F">
      <w:pPr>
        <w:spacing w:after="0"/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małe przedsiębiorstwo</w:t>
      </w:r>
    </w:p>
    <w:p w14:paraId="7E29D50A" w14:textId="77777777" w:rsidR="006A060A" w:rsidRPr="008E2CDC" w:rsidRDefault="00000000" w:rsidP="00EC2C2F">
      <w:pPr>
        <w:spacing w:after="0"/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średnie przedsiębiorstwo</w:t>
      </w:r>
    </w:p>
    <w:p w14:paraId="25DECFFA" w14:textId="77777777" w:rsidR="006A060A" w:rsidRPr="008E2CDC" w:rsidRDefault="00000000" w:rsidP="00EC2C2F">
      <w:pPr>
        <w:spacing w:after="0"/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jednoosobowa działalność gospodarcza</w:t>
      </w:r>
    </w:p>
    <w:p w14:paraId="6FDD80A9" w14:textId="77777777" w:rsidR="006A060A" w:rsidRPr="008E2CDC" w:rsidRDefault="00000000" w:rsidP="00EC2C2F">
      <w:pPr>
        <w:spacing w:after="0"/>
        <w:ind w:left="227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inny rodzaj</w:t>
      </w:r>
    </w:p>
    <w:p w14:paraId="1F9DC13E" w14:textId="77777777" w:rsidR="006A060A" w:rsidRPr="008E2CDC" w:rsidRDefault="00000000" w:rsidP="00EC2C2F">
      <w:pPr>
        <w:spacing w:before="240"/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10. INFORMACJA NA PODSTAWIE ART. 225 UST. 2 PZP:</w:t>
      </w:r>
    </w:p>
    <w:p w14:paraId="020B2618" w14:textId="77777777" w:rsidR="006A060A" w:rsidRPr="008E2CDC" w:rsidRDefault="00000000" w:rsidP="00EC2C2F">
      <w:pPr>
        <w:ind w:left="227"/>
        <w:jc w:val="both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Wybór oferty nie będzie prowadzić do powstania u Zamawiającego obowiązku podatkowego.</w:t>
      </w:r>
    </w:p>
    <w:p w14:paraId="00C10D89" w14:textId="77777777" w:rsidR="006A060A" w:rsidRPr="008E2CDC" w:rsidRDefault="00000000" w:rsidP="00EC2C2F">
      <w:pPr>
        <w:ind w:left="227"/>
        <w:jc w:val="both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[  ] Wybór oferty będzie prowadzić do powstania u Zamawiającego obowiązku podatkowego.</w:t>
      </w:r>
    </w:p>
    <w:p w14:paraId="0930F7B3" w14:textId="77777777" w:rsidR="006A060A" w:rsidRPr="008E2CDC" w:rsidRDefault="00000000" w:rsidP="00EC2C2F">
      <w:pPr>
        <w:jc w:val="both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Jeżeli dotyczy: nazwa/rodzaj towaru lub usługi: ………………………………………; wartość netto: ……………………… zł; stawka VAT: ……… %.</w:t>
      </w:r>
    </w:p>
    <w:p w14:paraId="369B379C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b/>
          <w:sz w:val="18"/>
          <w:szCs w:val="18"/>
          <w:u w:val="single"/>
          <w:lang w:val="pl-PL"/>
        </w:rPr>
        <w:t>11. OŚWIADCZENIE RODO:</w:t>
      </w:r>
    </w:p>
    <w:p w14:paraId="7BB11B1D" w14:textId="77777777" w:rsidR="006A060A" w:rsidRPr="008E2CDC" w:rsidRDefault="00000000" w:rsidP="00EC2C2F">
      <w:pPr>
        <w:jc w:val="both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Oświadczam, że wypełniłem obowiązki informacyjne przewidziane w art. 13 lub art. 14 RODO wobec osób fizycznych, od których dane osobowe bezpośrednio lub pośrednio pozyskałem w celu ubiegania się o udzielenie niniejszego zamówienia publicznego.</w:t>
      </w:r>
    </w:p>
    <w:p w14:paraId="546A29D6" w14:textId="77777777" w:rsidR="006A060A" w:rsidRPr="008E2CDC" w:rsidRDefault="00000000">
      <w:pPr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br/>
      </w:r>
    </w:p>
    <w:p w14:paraId="07D3CBCA" w14:textId="77777777" w:rsidR="006A060A" w:rsidRPr="008E2CDC" w:rsidRDefault="00000000">
      <w:pPr>
        <w:jc w:val="right"/>
        <w:rPr>
          <w:rFonts w:cs="Arial"/>
          <w:sz w:val="18"/>
          <w:szCs w:val="18"/>
          <w:lang w:val="pl-PL"/>
        </w:rPr>
      </w:pPr>
      <w:r w:rsidRPr="008E2CDC">
        <w:rPr>
          <w:rFonts w:cs="Arial"/>
          <w:sz w:val="18"/>
          <w:szCs w:val="18"/>
          <w:lang w:val="pl-PL"/>
        </w:rPr>
        <w:t>Dokument należy wypełnić i podpisać kwalifikowanym podpisem elektronicznym, podpisem zaufanym lub podpisem osobistym przez osobę/y upoważnione do reprezentowania Wykonawcy.</w:t>
      </w:r>
    </w:p>
    <w:sectPr w:rsidR="006A060A" w:rsidRPr="008E2CD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8565680">
    <w:abstractNumId w:val="8"/>
  </w:num>
  <w:num w:numId="2" w16cid:durableId="1853497028">
    <w:abstractNumId w:val="6"/>
  </w:num>
  <w:num w:numId="3" w16cid:durableId="398212148">
    <w:abstractNumId w:val="5"/>
  </w:num>
  <w:num w:numId="4" w16cid:durableId="1823736677">
    <w:abstractNumId w:val="4"/>
  </w:num>
  <w:num w:numId="5" w16cid:durableId="417558538">
    <w:abstractNumId w:val="7"/>
  </w:num>
  <w:num w:numId="6" w16cid:durableId="828641827">
    <w:abstractNumId w:val="3"/>
  </w:num>
  <w:num w:numId="7" w16cid:durableId="73085822">
    <w:abstractNumId w:val="2"/>
  </w:num>
  <w:num w:numId="8" w16cid:durableId="2095204610">
    <w:abstractNumId w:val="1"/>
  </w:num>
  <w:num w:numId="9" w16cid:durableId="12866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5F0"/>
    <w:rsid w:val="00034616"/>
    <w:rsid w:val="0006063C"/>
    <w:rsid w:val="0015074B"/>
    <w:rsid w:val="0029639D"/>
    <w:rsid w:val="00326F90"/>
    <w:rsid w:val="006A060A"/>
    <w:rsid w:val="008E2CDC"/>
    <w:rsid w:val="00A51933"/>
    <w:rsid w:val="00AA1D8D"/>
    <w:rsid w:val="00B47730"/>
    <w:rsid w:val="00BD5E8A"/>
    <w:rsid w:val="00C63816"/>
    <w:rsid w:val="00CB0664"/>
    <w:rsid w:val="00EC2C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7B3B9"/>
  <w14:defaultImageDpi w14:val="300"/>
  <w15:docId w15:val="{89418CBE-7F49-4C50-A724-37B647F1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877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P.Grudnowski</cp:lastModifiedBy>
  <cp:revision>4</cp:revision>
  <dcterms:created xsi:type="dcterms:W3CDTF">2013-12-23T23:15:00Z</dcterms:created>
  <dcterms:modified xsi:type="dcterms:W3CDTF">2026-08-14T11:38:00Z</dcterms:modified>
  <cp:category/>
</cp:coreProperties>
</file>