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5D7957" w:rsidRPr="0099511A" w14:paraId="0EAA3941" w14:textId="77777777">
        <w:trPr>
          <w:jc w:val="center"/>
        </w:trPr>
        <w:tc>
          <w:tcPr>
            <w:tcW w:w="5100" w:type="dxa"/>
            <w:vAlign w:val="center"/>
          </w:tcPr>
          <w:p w14:paraId="40177B0D" w14:textId="4EC26D9F" w:rsidR="005D7957" w:rsidRPr="0099511A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sz w:val="18"/>
                <w:szCs w:val="18"/>
                <w:lang w:val="pl-PL"/>
              </w:rPr>
              <w:t xml:space="preserve">Nr sprawy: </w:t>
            </w:r>
            <w:r w:rsidR="00A60008">
              <w:rPr>
                <w:rFonts w:cs="Arial"/>
                <w:sz w:val="18"/>
                <w:szCs w:val="18"/>
                <w:lang w:val="pl-PL"/>
              </w:rPr>
              <w:t>2</w:t>
            </w:r>
            <w:r w:rsidR="00032A66">
              <w:rPr>
                <w:rFonts w:cs="Arial"/>
                <w:sz w:val="18"/>
                <w:szCs w:val="18"/>
                <w:lang w:val="pl-PL"/>
              </w:rPr>
              <w:t>1</w:t>
            </w:r>
            <w:r w:rsidRPr="0099511A">
              <w:rPr>
                <w:rFonts w:cs="Arial"/>
                <w:sz w:val="18"/>
                <w:szCs w:val="18"/>
                <w:lang w:val="pl-PL"/>
              </w:rPr>
              <w:t>/AG/2026</w:t>
            </w:r>
          </w:p>
        </w:tc>
        <w:tc>
          <w:tcPr>
            <w:tcW w:w="5100" w:type="dxa"/>
            <w:vAlign w:val="center"/>
          </w:tcPr>
          <w:p w14:paraId="5FD87916" w14:textId="77777777" w:rsidR="005D7957" w:rsidRPr="0099511A" w:rsidRDefault="00000000">
            <w:pPr>
              <w:jc w:val="right"/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b/>
                <w:sz w:val="18"/>
                <w:szCs w:val="18"/>
                <w:lang w:val="pl-PL"/>
              </w:rPr>
              <w:t>Załącznik nr 3 do SWZ</w:t>
            </w:r>
          </w:p>
        </w:tc>
      </w:tr>
    </w:tbl>
    <w:p w14:paraId="33633A8C" w14:textId="77777777" w:rsidR="005D7957" w:rsidRPr="0099511A" w:rsidRDefault="00000000">
      <w:pPr>
        <w:jc w:val="center"/>
        <w:rPr>
          <w:rFonts w:cs="Arial"/>
          <w:sz w:val="18"/>
          <w:szCs w:val="18"/>
          <w:lang w:val="pl-PL"/>
        </w:rPr>
      </w:pPr>
      <w:r w:rsidRPr="0099511A">
        <w:rPr>
          <w:rFonts w:cs="Arial"/>
          <w:b/>
          <w:sz w:val="18"/>
          <w:szCs w:val="18"/>
          <w:lang w:val="pl-PL"/>
        </w:rPr>
        <w:t>TEATR IM. STEFANA JARACZA W OLSZTYNIE</w:t>
      </w:r>
    </w:p>
    <w:p w14:paraId="00C9CEBA" w14:textId="77777777" w:rsidR="005D7957" w:rsidRPr="0099511A" w:rsidRDefault="00000000">
      <w:pPr>
        <w:jc w:val="center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ul. 1 Maja 4, 10-118 Olsztyn</w:t>
      </w:r>
      <w:r w:rsidRPr="0099511A">
        <w:rPr>
          <w:rFonts w:cs="Arial"/>
          <w:sz w:val="18"/>
          <w:szCs w:val="18"/>
          <w:lang w:val="pl-PL"/>
        </w:rPr>
        <w:br/>
        <w:t>NIP: 7390304325, REGON: 510981641</w:t>
      </w:r>
      <w:r w:rsidRPr="0099511A">
        <w:rPr>
          <w:rFonts w:cs="Arial"/>
          <w:sz w:val="18"/>
          <w:szCs w:val="18"/>
          <w:lang w:val="pl-PL"/>
        </w:rPr>
        <w:br/>
        <w:t>www.teatr.olsztyn.pl | e-mail: sekretariat.jaracza@teatr.olsztyn.pl | tel.: 89 527 59 58</w:t>
      </w:r>
    </w:p>
    <w:p w14:paraId="590C5C15" w14:textId="77777777" w:rsidR="005D7957" w:rsidRPr="0099511A" w:rsidRDefault="00000000">
      <w:pPr>
        <w:jc w:val="center"/>
        <w:rPr>
          <w:rFonts w:cs="Arial"/>
          <w:sz w:val="18"/>
          <w:szCs w:val="18"/>
          <w:lang w:val="pl-PL"/>
        </w:rPr>
      </w:pPr>
      <w:r w:rsidRPr="0099511A">
        <w:rPr>
          <w:rFonts w:cs="Arial"/>
          <w:b/>
          <w:sz w:val="18"/>
          <w:szCs w:val="18"/>
          <w:u w:val="single"/>
          <w:lang w:val="pl-PL"/>
        </w:rPr>
        <w:t>OŚWIADCZENIE WSTĘPNE WYKONAWCY</w:t>
      </w:r>
    </w:p>
    <w:p w14:paraId="4A357968" w14:textId="77777777" w:rsidR="005D7957" w:rsidRPr="0099511A" w:rsidRDefault="00000000">
      <w:pPr>
        <w:jc w:val="center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do postępowania prowadzonego w trybie podstawowym pn.:</w:t>
      </w:r>
    </w:p>
    <w:p w14:paraId="007F5FAE" w14:textId="2994566A" w:rsidR="005D7957" w:rsidRPr="0099511A" w:rsidRDefault="00000000">
      <w:pPr>
        <w:jc w:val="center"/>
        <w:rPr>
          <w:rFonts w:cs="Arial"/>
          <w:sz w:val="18"/>
          <w:szCs w:val="18"/>
          <w:lang w:val="pl-PL"/>
        </w:rPr>
      </w:pPr>
      <w:r w:rsidRPr="0099511A">
        <w:rPr>
          <w:rFonts w:cs="Arial"/>
          <w:b/>
          <w:sz w:val="18"/>
          <w:szCs w:val="18"/>
          <w:lang w:val="pl-PL"/>
        </w:rPr>
        <w:t>„Przebudowa wraz ze zmianą sposobu użytkowania pomieszczeń biurowych na dostępną przestrzeń dla widzów wraz z miejscem na kawiarnię w części budynku Teatru im. Stefana Jaracza w Olsztynie</w:t>
      </w:r>
      <w:r w:rsidR="00A60008">
        <w:rPr>
          <w:rFonts w:cs="Arial"/>
          <w:b/>
          <w:sz w:val="18"/>
          <w:szCs w:val="18"/>
          <w:lang w:val="pl-PL"/>
        </w:rPr>
        <w:t xml:space="preserve"> - powtórzenie</w:t>
      </w:r>
      <w:r w:rsidRPr="0099511A">
        <w:rPr>
          <w:rFonts w:cs="Arial"/>
          <w:b/>
          <w:sz w:val="18"/>
          <w:szCs w:val="18"/>
          <w:lang w:val="pl-PL"/>
        </w:rPr>
        <w:t>”</w:t>
      </w:r>
    </w:p>
    <w:p w14:paraId="318641F8" w14:textId="77777777" w:rsidR="005D7957" w:rsidRPr="0099511A" w:rsidRDefault="005D7957">
      <w:pPr>
        <w:rPr>
          <w:rFonts w:cs="Arial"/>
          <w:sz w:val="18"/>
          <w:szCs w:val="18"/>
          <w:lang w:val="pl-PL"/>
        </w:rPr>
      </w:pPr>
    </w:p>
    <w:p w14:paraId="069DA3EF" w14:textId="77777777" w:rsidR="005D7957" w:rsidRPr="0099511A" w:rsidRDefault="00000000" w:rsidP="0099511A">
      <w:pPr>
        <w:jc w:val="center"/>
        <w:rPr>
          <w:rFonts w:cs="Arial"/>
          <w:sz w:val="18"/>
          <w:szCs w:val="18"/>
          <w:lang w:val="pl-PL"/>
        </w:rPr>
      </w:pPr>
      <w:r w:rsidRPr="0099511A">
        <w:rPr>
          <w:rFonts w:cs="Arial"/>
          <w:b/>
          <w:color w:val="C00000"/>
          <w:sz w:val="18"/>
          <w:szCs w:val="18"/>
          <w:lang w:val="pl-PL"/>
        </w:rPr>
        <w:t>DOKUMENT SKŁADANY WRAZ Z OFERTĄ</w:t>
      </w:r>
    </w:p>
    <w:p w14:paraId="68A6C8D3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b/>
          <w:sz w:val="18"/>
          <w:szCs w:val="18"/>
          <w:u w:val="single"/>
          <w:lang w:val="pl-PL"/>
        </w:rPr>
        <w:t>Wykonawca / członek konsorcjum / podmiot udostępniający zasoby*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96"/>
        <w:gridCol w:w="5094"/>
      </w:tblGrid>
      <w:tr w:rsidR="005D7957" w:rsidRPr="0099511A" w14:paraId="338A08A4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6173234D" w14:textId="77777777" w:rsidR="005D7957" w:rsidRPr="0099511A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sz w:val="18"/>
                <w:szCs w:val="18"/>
                <w:lang w:val="pl-PL"/>
              </w:rPr>
              <w:t>Pełna nazwa/firma</w:t>
            </w:r>
          </w:p>
        </w:tc>
        <w:tc>
          <w:tcPr>
            <w:tcW w:w="5100" w:type="dxa"/>
          </w:tcPr>
          <w:p w14:paraId="191E1EA3" w14:textId="77777777" w:rsidR="005D7957" w:rsidRPr="0099511A" w:rsidRDefault="005D7957">
            <w:pPr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5D7957" w:rsidRPr="0099511A" w14:paraId="52BCCA54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517A429C" w14:textId="77777777" w:rsidR="005D7957" w:rsidRPr="0099511A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sz w:val="18"/>
                <w:szCs w:val="18"/>
                <w:lang w:val="pl-PL"/>
              </w:rPr>
              <w:t>Adres/siedziba</w:t>
            </w:r>
          </w:p>
        </w:tc>
        <w:tc>
          <w:tcPr>
            <w:tcW w:w="5100" w:type="dxa"/>
          </w:tcPr>
          <w:p w14:paraId="5A5A3C01" w14:textId="77777777" w:rsidR="005D7957" w:rsidRPr="0099511A" w:rsidRDefault="005D7957">
            <w:pPr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5D7957" w:rsidRPr="0099511A" w14:paraId="5FCE038C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2FAADBCC" w14:textId="77777777" w:rsidR="005D7957" w:rsidRPr="0099511A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sz w:val="18"/>
                <w:szCs w:val="18"/>
                <w:lang w:val="pl-PL"/>
              </w:rPr>
              <w:t>NIP/PESEL</w:t>
            </w:r>
          </w:p>
        </w:tc>
        <w:tc>
          <w:tcPr>
            <w:tcW w:w="5100" w:type="dxa"/>
          </w:tcPr>
          <w:p w14:paraId="48BEEE6F" w14:textId="77777777" w:rsidR="005D7957" w:rsidRPr="0099511A" w:rsidRDefault="005D7957">
            <w:pPr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5D7957" w:rsidRPr="0099511A" w14:paraId="282A758A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7D6AE8EC" w14:textId="77777777" w:rsidR="005D7957" w:rsidRPr="0099511A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sz w:val="18"/>
                <w:szCs w:val="18"/>
                <w:lang w:val="pl-PL"/>
              </w:rPr>
              <w:t>KRS/CEIDG</w:t>
            </w:r>
          </w:p>
        </w:tc>
        <w:tc>
          <w:tcPr>
            <w:tcW w:w="5100" w:type="dxa"/>
          </w:tcPr>
          <w:p w14:paraId="0976A87D" w14:textId="77777777" w:rsidR="005D7957" w:rsidRPr="0099511A" w:rsidRDefault="005D7957">
            <w:pPr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5D7957" w:rsidRPr="0099511A" w14:paraId="319E4276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7FEBF676" w14:textId="77777777" w:rsidR="005D7957" w:rsidRPr="0099511A" w:rsidRDefault="00000000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sz w:val="18"/>
                <w:szCs w:val="18"/>
                <w:lang w:val="pl-PL"/>
              </w:rPr>
              <w:t>Osoba reprezentująca i podstawa reprezentacji</w:t>
            </w:r>
          </w:p>
        </w:tc>
        <w:tc>
          <w:tcPr>
            <w:tcW w:w="5100" w:type="dxa"/>
          </w:tcPr>
          <w:p w14:paraId="1A5B0A13" w14:textId="77777777" w:rsidR="005D7957" w:rsidRPr="0099511A" w:rsidRDefault="005D7957">
            <w:pPr>
              <w:rPr>
                <w:rFonts w:cs="Arial"/>
                <w:sz w:val="18"/>
                <w:szCs w:val="18"/>
                <w:lang w:val="pl-PL"/>
              </w:rPr>
            </w:pPr>
          </w:p>
        </w:tc>
      </w:tr>
    </w:tbl>
    <w:p w14:paraId="1F686E41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i/>
          <w:sz w:val="18"/>
          <w:szCs w:val="18"/>
          <w:lang w:val="pl-PL"/>
        </w:rPr>
        <w:t>* Niepotrzebne skreślić. W przypadku Wykonawców wspólnie ubiegających się o zamówienie dokument składa każdy z Wykonawców, jeżeli SWZ tego wymaga.</w:t>
      </w:r>
    </w:p>
    <w:p w14:paraId="045A6EBC" w14:textId="77777777" w:rsidR="005D7957" w:rsidRPr="0099511A" w:rsidRDefault="00000000">
      <w:pPr>
        <w:jc w:val="center"/>
        <w:rPr>
          <w:rFonts w:cs="Arial"/>
          <w:sz w:val="18"/>
          <w:szCs w:val="18"/>
          <w:lang w:val="pl-PL"/>
        </w:rPr>
      </w:pPr>
      <w:r w:rsidRPr="0099511A">
        <w:rPr>
          <w:rFonts w:cs="Arial"/>
          <w:b/>
          <w:sz w:val="18"/>
          <w:szCs w:val="18"/>
          <w:u w:val="single"/>
          <w:lang w:val="pl-PL"/>
        </w:rPr>
        <w:t>OŚWIADCZENIE WYKONAWCY</w:t>
      </w:r>
    </w:p>
    <w:p w14:paraId="1C56E1D7" w14:textId="77777777" w:rsidR="005D7957" w:rsidRPr="0099511A" w:rsidRDefault="00000000">
      <w:pPr>
        <w:jc w:val="center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składane na podstawie art. 125 ust. 1 ustawy z dnia 11 września 2019 r. Prawo zamówień publicznych, dotyczące przesłanek wykluczenia z postępowania.</w:t>
      </w:r>
    </w:p>
    <w:p w14:paraId="4C22A9C8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b/>
          <w:sz w:val="18"/>
          <w:szCs w:val="18"/>
          <w:u w:val="single"/>
          <w:lang w:val="pl-PL"/>
        </w:rPr>
        <w:t>OŚWIADCZENIA DOTYCZĄCE WYKONAWCY:</w:t>
      </w:r>
    </w:p>
    <w:p w14:paraId="68D82BBB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 xml:space="preserve">1. Oświadczam, że nie podlegam wykluczeniu z postępowania na podstawie art. 108 ust. 1 ustawy </w:t>
      </w:r>
      <w:proofErr w:type="spellStart"/>
      <w:r w:rsidRPr="0099511A">
        <w:rPr>
          <w:rFonts w:cs="Arial"/>
          <w:sz w:val="18"/>
          <w:szCs w:val="18"/>
          <w:lang w:val="pl-PL"/>
        </w:rPr>
        <w:t>Pzp</w:t>
      </w:r>
      <w:proofErr w:type="spellEnd"/>
      <w:r w:rsidRPr="0099511A">
        <w:rPr>
          <w:rFonts w:cs="Arial"/>
          <w:sz w:val="18"/>
          <w:szCs w:val="18"/>
          <w:lang w:val="pl-PL"/>
        </w:rPr>
        <w:t>.</w:t>
      </w:r>
    </w:p>
    <w:p w14:paraId="4812891D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2. 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A22F1C2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3. Oświadczam, że podmiotowe środki dowodowe, które Zamawiający może uzyskać za pomocą bezpłatnych i ogólnodostępnych baz danych, znajdują się pod następującymi adresami internetowymi:</w:t>
      </w:r>
    </w:p>
    <w:p w14:paraId="79A1593E" w14:textId="77777777" w:rsidR="005D7957" w:rsidRPr="0099511A" w:rsidRDefault="00000000">
      <w:pPr>
        <w:ind w:left="227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[  ] CEIDG: https://prod.ceidg.gov.pl</w:t>
      </w:r>
    </w:p>
    <w:p w14:paraId="3DE9A173" w14:textId="77777777" w:rsidR="005D7957" w:rsidRPr="0099511A" w:rsidRDefault="00000000">
      <w:pPr>
        <w:ind w:left="227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[  ] KRS: https://ems.ms.gov.pl</w:t>
      </w:r>
    </w:p>
    <w:p w14:paraId="46E3916B" w14:textId="77777777" w:rsidR="005D7957" w:rsidRPr="0099511A" w:rsidRDefault="00000000">
      <w:pPr>
        <w:ind w:left="227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[  ] inny rejestr: ……………………………………………………………………………</w:t>
      </w:r>
    </w:p>
    <w:p w14:paraId="234E8B24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OŚWIADCZENIE DOTYCZĄCE SPEŁNIANIA WARUNKÓW UDZIAŁU W POSTĘPOWANIU:</w:t>
      </w:r>
    </w:p>
    <w:p w14:paraId="173CB2AE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Oświadczam, że spełniam warunki udziału w postępowaniu określone w SWZ, w szczególności warunki dotyczące zdolności technicznej lub zawodowej, w zakresie wymaganym przez Zamawiającego.</w:t>
      </w:r>
    </w:p>
    <w:p w14:paraId="0E9F8572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b/>
          <w:sz w:val="18"/>
          <w:szCs w:val="18"/>
          <w:u w:val="single"/>
          <w:lang w:val="pl-PL"/>
        </w:rPr>
        <w:t>OŚWIADCZENIE O SAMOOCZYSZCZENIU, JEŻELI DOTYCZY:</w:t>
      </w:r>
    </w:p>
    <w:p w14:paraId="18CF1DCA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lastRenderedPageBreak/>
        <w:t xml:space="preserve">Oświadczam, że zachodzą w stosunku do mnie podstawy wykluczenia z postępowania na podstawie art. ………… ustawy </w:t>
      </w:r>
      <w:proofErr w:type="spellStart"/>
      <w:r w:rsidRPr="0099511A">
        <w:rPr>
          <w:rFonts w:cs="Arial"/>
          <w:sz w:val="18"/>
          <w:szCs w:val="18"/>
          <w:lang w:val="pl-PL"/>
        </w:rPr>
        <w:t>Pzp</w:t>
      </w:r>
      <w:proofErr w:type="spellEnd"/>
      <w:r w:rsidRPr="0099511A">
        <w:rPr>
          <w:rFonts w:cs="Arial"/>
          <w:sz w:val="18"/>
          <w:szCs w:val="18"/>
          <w:lang w:val="pl-PL"/>
        </w:rPr>
        <w:t xml:space="preserve">. Jednocześnie, na podstawie art. 110 ust. 2 ustawy </w:t>
      </w:r>
      <w:proofErr w:type="spellStart"/>
      <w:r w:rsidRPr="0099511A">
        <w:rPr>
          <w:rFonts w:cs="Arial"/>
          <w:sz w:val="18"/>
          <w:szCs w:val="18"/>
          <w:lang w:val="pl-PL"/>
        </w:rPr>
        <w:t>Pzp</w:t>
      </w:r>
      <w:proofErr w:type="spellEnd"/>
      <w:r w:rsidRPr="0099511A">
        <w:rPr>
          <w:rFonts w:cs="Arial"/>
          <w:sz w:val="18"/>
          <w:szCs w:val="18"/>
          <w:lang w:val="pl-PL"/>
        </w:rPr>
        <w:t>, podjąłem następujące środki naprawcze:</w:t>
      </w:r>
    </w:p>
    <w:p w14:paraId="5CB68AC6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1F6B734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b/>
          <w:sz w:val="18"/>
          <w:szCs w:val="18"/>
          <w:u w:val="single"/>
          <w:lang w:val="pl-PL"/>
        </w:rPr>
        <w:t>OŚWIADCZENIE DOTYCZĄCE PODWYKONAWCY NIEBĘDĄCEGO PODMIOTEM, NA KTÓREGO ZASOBY POWOŁUJE SIĘ WYKONAWCA:</w:t>
      </w:r>
    </w:p>
    <w:p w14:paraId="50DF2799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Oświadczam, że następujący/e podmiot/y będący/e Podwykonawcą/mi: ………………………………………………………………………………… nie podlega/ą wykluczeniu z postępowania o udzielenie zamówienia.</w:t>
      </w:r>
    </w:p>
    <w:p w14:paraId="1BFEED07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b/>
          <w:sz w:val="18"/>
          <w:szCs w:val="18"/>
          <w:u w:val="single"/>
          <w:lang w:val="pl-PL"/>
        </w:rPr>
        <w:t>OŚWIADCZENIE DOTYCZĄCE PODANYCH INFORMACJI:</w:t>
      </w:r>
    </w:p>
    <w:p w14:paraId="1DD7F438" w14:textId="77777777" w:rsidR="005D7957" w:rsidRPr="0099511A" w:rsidRDefault="00000000" w:rsidP="0099511A">
      <w:pPr>
        <w:jc w:val="both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0C0D78C" w14:textId="219C5CE6" w:rsidR="005D7957" w:rsidRPr="0099511A" w:rsidRDefault="005D7957">
      <w:pPr>
        <w:rPr>
          <w:rFonts w:cs="Arial"/>
          <w:sz w:val="18"/>
          <w:szCs w:val="18"/>
          <w:lang w:val="pl-PL"/>
        </w:rPr>
      </w:pPr>
    </w:p>
    <w:p w14:paraId="0119C91D" w14:textId="77777777" w:rsidR="005D7957" w:rsidRPr="0099511A" w:rsidRDefault="00000000">
      <w:pPr>
        <w:rPr>
          <w:rFonts w:cs="Arial"/>
          <w:sz w:val="18"/>
          <w:szCs w:val="18"/>
          <w:lang w:val="pl-PL"/>
        </w:rPr>
      </w:pPr>
      <w:r w:rsidRPr="0099511A">
        <w:rPr>
          <w:rFonts w:cs="Arial"/>
          <w:b/>
          <w:sz w:val="18"/>
          <w:szCs w:val="18"/>
          <w:lang w:val="pl-PL"/>
        </w:rPr>
        <w:t>INFORMACJA O CERTYFIKACIE WYKONAWCY ZAMÓWIEŃ PUBLICZNYCH</w:t>
      </w:r>
    </w:p>
    <w:p w14:paraId="55451A4D" w14:textId="0DB1D75C" w:rsidR="005D7957" w:rsidRPr="0099511A" w:rsidRDefault="00000000" w:rsidP="0099511A">
      <w:pPr>
        <w:pStyle w:val="Akapitzlist"/>
        <w:numPr>
          <w:ilvl w:val="0"/>
          <w:numId w:val="11"/>
        </w:numPr>
        <w:spacing w:after="0"/>
        <w:ind w:left="284" w:hanging="284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Oświadczam, że w niniejszym postępowaniu:</w:t>
      </w:r>
    </w:p>
    <w:p w14:paraId="570EED39" w14:textId="77777777" w:rsidR="005D7957" w:rsidRPr="0099511A" w:rsidRDefault="00000000" w:rsidP="0099511A">
      <w:pPr>
        <w:spacing w:after="0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[  ] nie będę wykorzystywał certyfikatu wykonawcy zamówień publicznych;</w:t>
      </w:r>
    </w:p>
    <w:p w14:paraId="72AF8EDA" w14:textId="77777777" w:rsidR="005D7957" w:rsidRPr="0099511A" w:rsidRDefault="00000000" w:rsidP="0099511A">
      <w:pPr>
        <w:spacing w:after="0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[  ] będę wykorzystywał certyfikat wykonawcy zamówień publicznych w zakresie wskazanym poniżej.</w:t>
      </w:r>
    </w:p>
    <w:p w14:paraId="540837A8" w14:textId="77777777" w:rsidR="005D7957" w:rsidRPr="0099511A" w:rsidRDefault="00000000" w:rsidP="0099511A">
      <w:pPr>
        <w:spacing w:before="240"/>
        <w:jc w:val="both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Brak zaznaczenia powyższej informacji albo brak podania danych umożliwiających identyfikację certyfikatu będzie traktowany jako oświadczenie, że Wykonawca nie korzysta w niniejszym postępowaniu z certyfikatu.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5233"/>
      </w:tblGrid>
      <w:tr w:rsidR="005D7957" w:rsidRPr="0099511A" w14:paraId="5E05E21F" w14:textId="77777777" w:rsidTr="0099511A">
        <w:tc>
          <w:tcPr>
            <w:tcW w:w="4957" w:type="dxa"/>
            <w:shd w:val="clear" w:color="auto" w:fill="FFF2CC"/>
          </w:tcPr>
          <w:p w14:paraId="5A4C089D" w14:textId="77777777" w:rsidR="005D7957" w:rsidRPr="0099511A" w:rsidRDefault="00000000" w:rsidP="0099511A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b/>
                <w:sz w:val="18"/>
                <w:szCs w:val="18"/>
                <w:lang w:val="pl-PL"/>
              </w:rPr>
              <w:t>Rodzaj certyfikatu</w:t>
            </w:r>
          </w:p>
        </w:tc>
        <w:tc>
          <w:tcPr>
            <w:tcW w:w="5233" w:type="dxa"/>
            <w:shd w:val="clear" w:color="auto" w:fill="FFF2CC"/>
          </w:tcPr>
          <w:p w14:paraId="31F34E0C" w14:textId="77777777" w:rsidR="005D7957" w:rsidRPr="0099511A" w:rsidRDefault="00000000" w:rsidP="0099511A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sz w:val="18"/>
                <w:szCs w:val="18"/>
                <w:lang w:val="pl-PL"/>
              </w:rPr>
              <w:t>[  ] niepodleganie wykluczeniu   [  ] zdolność wykonawcy   [  ] oba zakresy</w:t>
            </w:r>
          </w:p>
        </w:tc>
      </w:tr>
      <w:tr w:rsidR="005D7957" w:rsidRPr="0099511A" w14:paraId="1F9EFA09" w14:textId="77777777" w:rsidTr="0099511A">
        <w:tc>
          <w:tcPr>
            <w:tcW w:w="4957" w:type="dxa"/>
            <w:shd w:val="clear" w:color="auto" w:fill="FFF2CC"/>
          </w:tcPr>
          <w:p w14:paraId="22C0AF35" w14:textId="77777777" w:rsidR="005D7957" w:rsidRPr="0099511A" w:rsidRDefault="00000000" w:rsidP="0099511A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b/>
                <w:sz w:val="18"/>
                <w:szCs w:val="18"/>
                <w:lang w:val="pl-PL"/>
              </w:rPr>
              <w:t>Numer / identyfikator certyfikatu</w:t>
            </w:r>
          </w:p>
        </w:tc>
        <w:tc>
          <w:tcPr>
            <w:tcW w:w="5233" w:type="dxa"/>
            <w:shd w:val="clear" w:color="auto" w:fill="FFF2CC"/>
          </w:tcPr>
          <w:p w14:paraId="550E45F7" w14:textId="77777777" w:rsidR="005D7957" w:rsidRPr="0099511A" w:rsidRDefault="005D7957" w:rsidP="0099511A">
            <w:pPr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5D7957" w:rsidRPr="0099511A" w14:paraId="119BE37A" w14:textId="77777777" w:rsidTr="0099511A">
        <w:tc>
          <w:tcPr>
            <w:tcW w:w="4957" w:type="dxa"/>
            <w:shd w:val="clear" w:color="auto" w:fill="FFF2CC"/>
          </w:tcPr>
          <w:p w14:paraId="30EAF4ED" w14:textId="77777777" w:rsidR="005D7957" w:rsidRPr="0099511A" w:rsidRDefault="00000000" w:rsidP="0099511A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b/>
                <w:sz w:val="18"/>
                <w:szCs w:val="18"/>
                <w:lang w:val="pl-PL"/>
              </w:rPr>
              <w:t>Podmiot certyfikujący</w:t>
            </w:r>
          </w:p>
        </w:tc>
        <w:tc>
          <w:tcPr>
            <w:tcW w:w="5233" w:type="dxa"/>
            <w:shd w:val="clear" w:color="auto" w:fill="FFF2CC"/>
          </w:tcPr>
          <w:p w14:paraId="40C2F0C7" w14:textId="77777777" w:rsidR="005D7957" w:rsidRPr="0099511A" w:rsidRDefault="005D7957" w:rsidP="0099511A">
            <w:pPr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5D7957" w:rsidRPr="0099511A" w14:paraId="3D6FCC23" w14:textId="77777777" w:rsidTr="0099511A">
        <w:tc>
          <w:tcPr>
            <w:tcW w:w="4957" w:type="dxa"/>
            <w:shd w:val="clear" w:color="auto" w:fill="FFF2CC"/>
          </w:tcPr>
          <w:p w14:paraId="2472895A" w14:textId="77777777" w:rsidR="005D7957" w:rsidRPr="0099511A" w:rsidRDefault="00000000" w:rsidP="0099511A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b/>
                <w:sz w:val="18"/>
                <w:szCs w:val="18"/>
                <w:lang w:val="pl-PL"/>
              </w:rPr>
              <w:t>Zakres certyfikacji niepodlegania wykluczeniu</w:t>
            </w:r>
          </w:p>
        </w:tc>
        <w:tc>
          <w:tcPr>
            <w:tcW w:w="5233" w:type="dxa"/>
            <w:shd w:val="clear" w:color="auto" w:fill="FFF2CC"/>
          </w:tcPr>
          <w:p w14:paraId="590C06DA" w14:textId="77777777" w:rsidR="005D7957" w:rsidRPr="0099511A" w:rsidRDefault="005D7957" w:rsidP="0099511A">
            <w:pPr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5D7957" w:rsidRPr="0099511A" w14:paraId="1A82B6B5" w14:textId="77777777" w:rsidTr="0099511A">
        <w:tc>
          <w:tcPr>
            <w:tcW w:w="4957" w:type="dxa"/>
            <w:shd w:val="clear" w:color="auto" w:fill="FFF2CC"/>
          </w:tcPr>
          <w:p w14:paraId="04F7269F" w14:textId="77777777" w:rsidR="005D7957" w:rsidRPr="0099511A" w:rsidRDefault="00000000" w:rsidP="0099511A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b/>
                <w:sz w:val="18"/>
                <w:szCs w:val="18"/>
                <w:lang w:val="pl-PL"/>
              </w:rPr>
              <w:t>Zakres certyfikacji zdolności wykonawcy</w:t>
            </w:r>
          </w:p>
        </w:tc>
        <w:tc>
          <w:tcPr>
            <w:tcW w:w="5233" w:type="dxa"/>
            <w:shd w:val="clear" w:color="auto" w:fill="FFF2CC"/>
          </w:tcPr>
          <w:p w14:paraId="18915551" w14:textId="77777777" w:rsidR="005D7957" w:rsidRPr="0099511A" w:rsidRDefault="005D7957" w:rsidP="0099511A">
            <w:pPr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5D7957" w:rsidRPr="0099511A" w14:paraId="2D0747DE" w14:textId="77777777" w:rsidTr="0099511A">
        <w:tc>
          <w:tcPr>
            <w:tcW w:w="4957" w:type="dxa"/>
            <w:shd w:val="clear" w:color="auto" w:fill="FFF2CC"/>
          </w:tcPr>
          <w:p w14:paraId="23A7ECA9" w14:textId="77777777" w:rsidR="005D7957" w:rsidRPr="0099511A" w:rsidRDefault="00000000" w:rsidP="0099511A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b/>
                <w:sz w:val="18"/>
                <w:szCs w:val="18"/>
                <w:lang w:val="pl-PL"/>
              </w:rPr>
              <w:t>Poziom zdolności albo opis zdolności potwierdzony certyfikatem</w:t>
            </w:r>
          </w:p>
        </w:tc>
        <w:tc>
          <w:tcPr>
            <w:tcW w:w="5233" w:type="dxa"/>
            <w:shd w:val="clear" w:color="auto" w:fill="FFF2CC"/>
          </w:tcPr>
          <w:p w14:paraId="7C2EDDFE" w14:textId="77777777" w:rsidR="005D7957" w:rsidRPr="0099511A" w:rsidRDefault="005D7957" w:rsidP="0099511A">
            <w:pPr>
              <w:rPr>
                <w:rFonts w:cs="Arial"/>
                <w:sz w:val="18"/>
                <w:szCs w:val="18"/>
                <w:lang w:val="pl-PL"/>
              </w:rPr>
            </w:pPr>
          </w:p>
        </w:tc>
      </w:tr>
      <w:tr w:rsidR="005D7957" w:rsidRPr="0099511A" w14:paraId="65B9AB55" w14:textId="77777777" w:rsidTr="0099511A">
        <w:tc>
          <w:tcPr>
            <w:tcW w:w="4957" w:type="dxa"/>
            <w:shd w:val="clear" w:color="auto" w:fill="FFF2CC"/>
          </w:tcPr>
          <w:p w14:paraId="0B5CED63" w14:textId="77777777" w:rsidR="005D7957" w:rsidRPr="0099511A" w:rsidRDefault="00000000" w:rsidP="0099511A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b/>
                <w:sz w:val="18"/>
                <w:szCs w:val="18"/>
                <w:lang w:val="pl-PL"/>
              </w:rPr>
              <w:t>Okres ważności certyfikatu</w:t>
            </w:r>
          </w:p>
        </w:tc>
        <w:tc>
          <w:tcPr>
            <w:tcW w:w="5233" w:type="dxa"/>
            <w:shd w:val="clear" w:color="auto" w:fill="FFF2CC"/>
          </w:tcPr>
          <w:p w14:paraId="070BAB5C" w14:textId="77777777" w:rsidR="005D7957" w:rsidRPr="0099511A" w:rsidRDefault="00000000" w:rsidP="0099511A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sz w:val="18"/>
                <w:szCs w:val="18"/>
                <w:lang w:val="pl-PL"/>
              </w:rPr>
              <w:t>od ………………………………… do …………………………………</w:t>
            </w:r>
          </w:p>
        </w:tc>
      </w:tr>
      <w:tr w:rsidR="005D7957" w:rsidRPr="0099511A" w14:paraId="429380DD" w14:textId="77777777" w:rsidTr="0099511A">
        <w:tc>
          <w:tcPr>
            <w:tcW w:w="4957" w:type="dxa"/>
            <w:shd w:val="clear" w:color="auto" w:fill="FFF2CC"/>
          </w:tcPr>
          <w:p w14:paraId="1EEEBD96" w14:textId="77777777" w:rsidR="005D7957" w:rsidRPr="0099511A" w:rsidRDefault="00000000" w:rsidP="0099511A">
            <w:pPr>
              <w:rPr>
                <w:rFonts w:cs="Arial"/>
                <w:sz w:val="18"/>
                <w:szCs w:val="18"/>
                <w:lang w:val="pl-PL"/>
              </w:rPr>
            </w:pPr>
            <w:r w:rsidRPr="0099511A">
              <w:rPr>
                <w:rFonts w:cs="Arial"/>
                <w:b/>
                <w:sz w:val="18"/>
                <w:szCs w:val="18"/>
                <w:lang w:val="pl-PL"/>
              </w:rPr>
              <w:t>Adres bazy certyfikacji / inne dane pozwalające Zamawiającemu samodzielnie uzyskać i zweryfikować certyfikat</w:t>
            </w:r>
          </w:p>
        </w:tc>
        <w:tc>
          <w:tcPr>
            <w:tcW w:w="5233" w:type="dxa"/>
            <w:shd w:val="clear" w:color="auto" w:fill="FFF2CC"/>
          </w:tcPr>
          <w:p w14:paraId="47EBF7F0" w14:textId="77777777" w:rsidR="005D7957" w:rsidRPr="0099511A" w:rsidRDefault="005D7957" w:rsidP="0099511A">
            <w:pPr>
              <w:rPr>
                <w:rFonts w:cs="Arial"/>
                <w:sz w:val="18"/>
                <w:szCs w:val="18"/>
                <w:lang w:val="pl-PL"/>
              </w:rPr>
            </w:pPr>
          </w:p>
        </w:tc>
      </w:tr>
    </w:tbl>
    <w:p w14:paraId="2FC36D7C" w14:textId="39DCA393" w:rsidR="005D7957" w:rsidRPr="0099511A" w:rsidRDefault="00000000" w:rsidP="0099511A">
      <w:pPr>
        <w:pStyle w:val="Akapitzlist"/>
        <w:numPr>
          <w:ilvl w:val="0"/>
          <w:numId w:val="11"/>
        </w:numPr>
        <w:spacing w:before="240" w:after="0"/>
        <w:ind w:left="284" w:hanging="284"/>
        <w:jc w:val="both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Oświadczam, że wskazany certyfikat jest ważny, nie został zawieszony ani nie utracił ważności w zakresie, w jakim powołuję się na niego w niniejszym postępowaniu.</w:t>
      </w:r>
    </w:p>
    <w:p w14:paraId="774C07A8" w14:textId="75E81EB7" w:rsidR="005D7957" w:rsidRPr="0099511A" w:rsidRDefault="00000000" w:rsidP="0099511A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Przyjmuję do wiadomości, że certyfikat zastępuje podmiotowe środki dowodowe wyłącznie w zakresie objętym ważną certyfikacją oraz odpowiadającym wymaganiom określonym w SWZ. W pozostałym zakresie, w szczególności w zakresie nieobjętym certyfikatem albo potwierdzonym na poziomie niższym niż wymagany w SWZ, Wykonawca składa właściwe podmiotowe środki dowodowe.</w:t>
      </w:r>
    </w:p>
    <w:p w14:paraId="3ACEC186" w14:textId="705D12C4" w:rsidR="005D7957" w:rsidRPr="0099511A" w:rsidRDefault="00000000" w:rsidP="0099511A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 xml:space="preserve">Przyjmuję do wiadomości, że certyfikat nie zastępuje podmiotowych środków dowodowych dotyczących podstaw wykluczenia nieobjętych certyfikacją, w szczególności art. 108 ust. 1 pkt 6 ustawy </w:t>
      </w:r>
      <w:proofErr w:type="spellStart"/>
      <w:r w:rsidRPr="0099511A">
        <w:rPr>
          <w:rFonts w:cs="Arial"/>
          <w:sz w:val="18"/>
          <w:szCs w:val="18"/>
          <w:lang w:val="pl-PL"/>
        </w:rPr>
        <w:t>Pzp</w:t>
      </w:r>
      <w:proofErr w:type="spellEnd"/>
      <w:r w:rsidRPr="0099511A">
        <w:rPr>
          <w:rFonts w:cs="Arial"/>
          <w:sz w:val="18"/>
          <w:szCs w:val="18"/>
          <w:lang w:val="pl-PL"/>
        </w:rPr>
        <w:t xml:space="preserve"> oraz art. 7 ust. 1 ustawy z dnia 13 kwietnia 2022 r. o szczególnych rozwiązaniach w zakresie przeciwdziałania wspieraniu agresji na Ukrainę oraz służących ochronie bezpieczeństwa narodowego, a także okoliczności zaistniałych w toku niniejszego postępowania.</w:t>
      </w:r>
    </w:p>
    <w:p w14:paraId="28E31782" w14:textId="0CC783B6" w:rsidR="005D7957" w:rsidRPr="0099511A" w:rsidRDefault="00000000" w:rsidP="0099511A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Przyjmuję do wiadomości, że Zamawiający nie stosuje poziomu zdolności określonego w przepisach wydanych na podstawie art. 5 ust. 4 lub 5 ustawy o certyfikacji wykonawców zamówień publicznych, ponieważ dla przedmiotu niniejszego zamówienia nie został określony odpowiedni poziom zdolności. W przypadku powołania się na certyfikat zdolności wykonawcy certyfikat zostanie uwzględniony wyłącznie w zakresie, w jakim z jego treści wynika potwierdzenie spełniania warunku udziału w postępowaniu w zakresie wymaganym przez Zamawiającego.</w:t>
      </w:r>
    </w:p>
    <w:p w14:paraId="2B09AA4C" w14:textId="77777777" w:rsidR="005D7957" w:rsidRPr="0099511A" w:rsidRDefault="005D7957">
      <w:pPr>
        <w:rPr>
          <w:rFonts w:cs="Arial"/>
          <w:sz w:val="18"/>
          <w:szCs w:val="18"/>
          <w:lang w:val="pl-PL"/>
        </w:rPr>
      </w:pPr>
    </w:p>
    <w:p w14:paraId="2CD6F7CF" w14:textId="77777777" w:rsidR="005D7957" w:rsidRPr="0099511A" w:rsidRDefault="00000000">
      <w:pPr>
        <w:jc w:val="center"/>
        <w:rPr>
          <w:rFonts w:cs="Arial"/>
          <w:sz w:val="18"/>
          <w:szCs w:val="18"/>
          <w:lang w:val="pl-PL"/>
        </w:rPr>
      </w:pPr>
      <w:r w:rsidRPr="0099511A">
        <w:rPr>
          <w:rFonts w:cs="Arial"/>
          <w:sz w:val="18"/>
          <w:szCs w:val="18"/>
          <w:lang w:val="pl-PL"/>
        </w:rPr>
        <w:t>Dokument należy wypełnić i podpisać kwalifikowanym podpisem elektronicznym, podpisem zaufanym lub podpisem osobistym przez osobę/y upoważnione do reprezentowania Wykonawcy.</w:t>
      </w:r>
    </w:p>
    <w:sectPr w:rsidR="005D7957" w:rsidRPr="0099511A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88242E"/>
    <w:multiLevelType w:val="hybridMultilevel"/>
    <w:tmpl w:val="3ADA3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D017D"/>
    <w:multiLevelType w:val="hybridMultilevel"/>
    <w:tmpl w:val="925E9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435323">
    <w:abstractNumId w:val="8"/>
  </w:num>
  <w:num w:numId="2" w16cid:durableId="554851098">
    <w:abstractNumId w:val="6"/>
  </w:num>
  <w:num w:numId="3" w16cid:durableId="910041379">
    <w:abstractNumId w:val="5"/>
  </w:num>
  <w:num w:numId="4" w16cid:durableId="1316644709">
    <w:abstractNumId w:val="4"/>
  </w:num>
  <w:num w:numId="5" w16cid:durableId="2046363003">
    <w:abstractNumId w:val="7"/>
  </w:num>
  <w:num w:numId="6" w16cid:durableId="1205605317">
    <w:abstractNumId w:val="3"/>
  </w:num>
  <w:num w:numId="7" w16cid:durableId="1933469541">
    <w:abstractNumId w:val="2"/>
  </w:num>
  <w:num w:numId="8" w16cid:durableId="1898398828">
    <w:abstractNumId w:val="1"/>
  </w:num>
  <w:num w:numId="9" w16cid:durableId="1602564430">
    <w:abstractNumId w:val="0"/>
  </w:num>
  <w:num w:numId="10" w16cid:durableId="93867937">
    <w:abstractNumId w:val="10"/>
  </w:num>
  <w:num w:numId="11" w16cid:durableId="20122933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5F0"/>
    <w:rsid w:val="00032A66"/>
    <w:rsid w:val="00034616"/>
    <w:rsid w:val="0006063C"/>
    <w:rsid w:val="0015074B"/>
    <w:rsid w:val="0029639D"/>
    <w:rsid w:val="00326F90"/>
    <w:rsid w:val="004D6010"/>
    <w:rsid w:val="005D7957"/>
    <w:rsid w:val="006330CF"/>
    <w:rsid w:val="0099511A"/>
    <w:rsid w:val="00A51933"/>
    <w:rsid w:val="00A6000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C50F3"/>
  <w14:defaultImageDpi w14:val="300"/>
  <w15:docId w15:val="{89418CBE-7F49-4C50-A724-37B647F1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785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P.Grudnowski</cp:lastModifiedBy>
  <cp:revision>5</cp:revision>
  <dcterms:created xsi:type="dcterms:W3CDTF">2026-07-17T06:59:00Z</dcterms:created>
  <dcterms:modified xsi:type="dcterms:W3CDTF">2026-08-14T11:38:00Z</dcterms:modified>
  <cp:category/>
</cp:coreProperties>
</file>