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814D2E" w:rsidRPr="00401EBC" w14:paraId="4BC4FEA5" w14:textId="77777777">
        <w:trPr>
          <w:jc w:val="center"/>
        </w:trPr>
        <w:tc>
          <w:tcPr>
            <w:tcW w:w="5100" w:type="dxa"/>
            <w:vAlign w:val="center"/>
          </w:tcPr>
          <w:p w14:paraId="377AFC5D" w14:textId="041EA20F" w:rsidR="00814D2E" w:rsidRPr="00401EBC" w:rsidRDefault="00000000">
            <w:pPr>
              <w:rPr>
                <w:lang w:val="pl-PL"/>
              </w:rPr>
            </w:pPr>
            <w:r w:rsidRPr="00401EBC">
              <w:rPr>
                <w:sz w:val="18"/>
                <w:lang w:val="pl-PL"/>
              </w:rPr>
              <w:t xml:space="preserve">Nr sprawy: </w:t>
            </w:r>
            <w:r w:rsidR="00973252" w:rsidRPr="00401EBC">
              <w:rPr>
                <w:sz w:val="18"/>
                <w:lang w:val="pl-PL"/>
              </w:rPr>
              <w:t>2</w:t>
            </w:r>
            <w:r w:rsidR="00401EBC" w:rsidRPr="00401EBC">
              <w:rPr>
                <w:sz w:val="18"/>
                <w:lang w:val="pl-PL"/>
              </w:rPr>
              <w:t>1</w:t>
            </w:r>
            <w:r w:rsidRPr="00401EBC">
              <w:rPr>
                <w:sz w:val="18"/>
                <w:lang w:val="pl-PL"/>
              </w:rPr>
              <w:t>/AG/2026</w:t>
            </w:r>
          </w:p>
        </w:tc>
        <w:tc>
          <w:tcPr>
            <w:tcW w:w="5100" w:type="dxa"/>
            <w:vAlign w:val="center"/>
          </w:tcPr>
          <w:p w14:paraId="04304B4A" w14:textId="77777777" w:rsidR="00814D2E" w:rsidRPr="00401EBC" w:rsidRDefault="00000000">
            <w:pPr>
              <w:jc w:val="right"/>
              <w:rPr>
                <w:lang w:val="pl-PL"/>
              </w:rPr>
            </w:pPr>
            <w:r w:rsidRPr="00401EBC">
              <w:rPr>
                <w:b/>
                <w:lang w:val="pl-PL"/>
              </w:rPr>
              <w:t>Załącznik nr 4 do SWZ</w:t>
            </w:r>
          </w:p>
        </w:tc>
      </w:tr>
    </w:tbl>
    <w:p w14:paraId="5F69D296" w14:textId="77777777" w:rsidR="00814D2E" w:rsidRPr="00401EBC" w:rsidRDefault="00000000">
      <w:pPr>
        <w:jc w:val="center"/>
        <w:rPr>
          <w:lang w:val="pl-PL"/>
        </w:rPr>
      </w:pPr>
      <w:r w:rsidRPr="00401EBC">
        <w:rPr>
          <w:b/>
          <w:sz w:val="21"/>
          <w:lang w:val="pl-PL"/>
        </w:rPr>
        <w:t>TEATR IM. STEFANA JARACZA W OLSZTYNIE</w:t>
      </w:r>
    </w:p>
    <w:p w14:paraId="79C0ABBD" w14:textId="77777777" w:rsidR="00814D2E" w:rsidRPr="00401EBC" w:rsidRDefault="00000000">
      <w:pPr>
        <w:jc w:val="center"/>
        <w:rPr>
          <w:lang w:val="pl-PL"/>
        </w:rPr>
      </w:pPr>
      <w:r w:rsidRPr="00401EBC">
        <w:rPr>
          <w:sz w:val="17"/>
          <w:lang w:val="pl-PL"/>
        </w:rPr>
        <w:t>ul. 1 Maja 4, 10-118 Olsztyn</w:t>
      </w:r>
      <w:r w:rsidRPr="00401EBC">
        <w:rPr>
          <w:sz w:val="17"/>
          <w:lang w:val="pl-PL"/>
        </w:rPr>
        <w:br/>
        <w:t>NIP: 7390304325, REGON: 510981641</w:t>
      </w:r>
      <w:r w:rsidRPr="00401EBC">
        <w:rPr>
          <w:sz w:val="17"/>
          <w:lang w:val="pl-PL"/>
        </w:rPr>
        <w:br/>
        <w:t>www.teatr.olsztyn.pl | e-mail: sekretariat.jaracza@teatr.olsztyn.pl | tel.: 89 527 59 58</w:t>
      </w:r>
    </w:p>
    <w:p w14:paraId="6F897D66" w14:textId="77777777" w:rsidR="00814D2E" w:rsidRPr="00401EBC" w:rsidRDefault="00000000">
      <w:pPr>
        <w:jc w:val="center"/>
        <w:rPr>
          <w:lang w:val="pl-PL"/>
        </w:rPr>
      </w:pPr>
      <w:r w:rsidRPr="00401EBC">
        <w:rPr>
          <w:b/>
          <w:sz w:val="24"/>
          <w:u w:val="single"/>
          <w:lang w:val="pl-PL"/>
        </w:rPr>
        <w:t>INFORMACJA O GRUPIE KAPITAŁOWEJ</w:t>
      </w:r>
    </w:p>
    <w:p w14:paraId="089CA91F" w14:textId="77777777" w:rsidR="00814D2E" w:rsidRPr="00401EBC" w:rsidRDefault="00000000">
      <w:pPr>
        <w:jc w:val="center"/>
        <w:rPr>
          <w:lang w:val="pl-PL"/>
        </w:rPr>
      </w:pPr>
      <w:r w:rsidRPr="00401EBC">
        <w:rPr>
          <w:lang w:val="pl-PL"/>
        </w:rPr>
        <w:t>do postępowania prowadzonego w trybie podstawowym pn.:</w:t>
      </w:r>
    </w:p>
    <w:p w14:paraId="7D10AF7F" w14:textId="231BADEF" w:rsidR="00814D2E" w:rsidRPr="00401EBC" w:rsidRDefault="00000000">
      <w:pPr>
        <w:jc w:val="center"/>
        <w:rPr>
          <w:lang w:val="pl-PL"/>
        </w:rPr>
      </w:pPr>
      <w:r w:rsidRPr="00401EBC">
        <w:rPr>
          <w:b/>
          <w:sz w:val="21"/>
          <w:lang w:val="pl-PL"/>
        </w:rPr>
        <w:t>„Przebudowa wraz ze zmianą sposobu użytkowania pomieszczeń biurowych na dostępną przestrzeń dla widzów wraz z miejscem na kawiarnię w części budynku Teatru im. Stefana Jaracza w Olsztynie</w:t>
      </w:r>
      <w:r w:rsidR="00973252" w:rsidRPr="00401EBC">
        <w:rPr>
          <w:b/>
          <w:sz w:val="21"/>
          <w:lang w:val="pl-PL"/>
        </w:rPr>
        <w:t xml:space="preserve"> - powtórzenie</w:t>
      </w:r>
      <w:r w:rsidRPr="00401EBC">
        <w:rPr>
          <w:b/>
          <w:sz w:val="21"/>
          <w:lang w:val="pl-PL"/>
        </w:rPr>
        <w:t>”</w:t>
      </w:r>
    </w:p>
    <w:p w14:paraId="0429A5E8" w14:textId="77777777" w:rsidR="00814D2E" w:rsidRPr="00401EBC" w:rsidRDefault="00814D2E">
      <w:pPr>
        <w:rPr>
          <w:lang w:val="pl-PL"/>
        </w:rPr>
      </w:pPr>
    </w:p>
    <w:p w14:paraId="4CCE780B" w14:textId="77777777" w:rsidR="00814D2E" w:rsidRPr="00401EBC" w:rsidRDefault="00000000">
      <w:pPr>
        <w:rPr>
          <w:lang w:val="pl-PL"/>
        </w:rPr>
      </w:pPr>
      <w:r w:rsidRPr="00401EBC">
        <w:rPr>
          <w:b/>
          <w:sz w:val="21"/>
          <w:u w:val="single"/>
          <w:lang w:val="pl-PL"/>
        </w:rPr>
        <w:t>Wykonawca / członek konsorcjum / podmiot udostępniający zasoby*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00"/>
        <w:gridCol w:w="5100"/>
      </w:tblGrid>
      <w:tr w:rsidR="00814D2E" w:rsidRPr="00401EBC" w14:paraId="28C2C0C1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27E011C5" w14:textId="77777777" w:rsidR="00814D2E" w:rsidRPr="00401EBC" w:rsidRDefault="00000000" w:rsidP="00B042A9">
            <w:pPr>
              <w:spacing w:after="0"/>
              <w:rPr>
                <w:lang w:val="pl-PL"/>
              </w:rPr>
            </w:pPr>
            <w:r w:rsidRPr="00401EBC">
              <w:rPr>
                <w:sz w:val="18"/>
                <w:lang w:val="pl-PL"/>
              </w:rPr>
              <w:t>Pełna nazwa/firma</w:t>
            </w:r>
          </w:p>
        </w:tc>
        <w:tc>
          <w:tcPr>
            <w:tcW w:w="5100" w:type="dxa"/>
          </w:tcPr>
          <w:p w14:paraId="5A1668E3" w14:textId="77777777" w:rsidR="00814D2E" w:rsidRPr="00401EBC" w:rsidRDefault="00814D2E" w:rsidP="00B042A9">
            <w:pPr>
              <w:spacing w:after="0"/>
              <w:rPr>
                <w:lang w:val="pl-PL"/>
              </w:rPr>
            </w:pPr>
          </w:p>
        </w:tc>
      </w:tr>
      <w:tr w:rsidR="00814D2E" w:rsidRPr="00401EBC" w14:paraId="7A6C02B2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5269825B" w14:textId="77777777" w:rsidR="00814D2E" w:rsidRPr="00401EBC" w:rsidRDefault="00000000" w:rsidP="00B042A9">
            <w:pPr>
              <w:spacing w:after="0"/>
              <w:rPr>
                <w:lang w:val="pl-PL"/>
              </w:rPr>
            </w:pPr>
            <w:r w:rsidRPr="00401EBC">
              <w:rPr>
                <w:sz w:val="18"/>
                <w:lang w:val="pl-PL"/>
              </w:rPr>
              <w:t>Adres/siedziba</w:t>
            </w:r>
          </w:p>
        </w:tc>
        <w:tc>
          <w:tcPr>
            <w:tcW w:w="5100" w:type="dxa"/>
          </w:tcPr>
          <w:p w14:paraId="34BAB985" w14:textId="77777777" w:rsidR="00814D2E" w:rsidRPr="00401EBC" w:rsidRDefault="00814D2E" w:rsidP="00B042A9">
            <w:pPr>
              <w:spacing w:after="0"/>
              <w:rPr>
                <w:lang w:val="pl-PL"/>
              </w:rPr>
            </w:pPr>
          </w:p>
        </w:tc>
      </w:tr>
      <w:tr w:rsidR="00814D2E" w:rsidRPr="00401EBC" w14:paraId="14179C64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1CB06FA3" w14:textId="77777777" w:rsidR="00814D2E" w:rsidRPr="00401EBC" w:rsidRDefault="00000000" w:rsidP="00B042A9">
            <w:pPr>
              <w:spacing w:after="0"/>
              <w:rPr>
                <w:lang w:val="pl-PL"/>
              </w:rPr>
            </w:pPr>
            <w:r w:rsidRPr="00401EBC">
              <w:rPr>
                <w:sz w:val="18"/>
                <w:lang w:val="pl-PL"/>
              </w:rPr>
              <w:t>NIP/PESEL</w:t>
            </w:r>
          </w:p>
        </w:tc>
        <w:tc>
          <w:tcPr>
            <w:tcW w:w="5100" w:type="dxa"/>
          </w:tcPr>
          <w:p w14:paraId="37B77531" w14:textId="77777777" w:rsidR="00814D2E" w:rsidRPr="00401EBC" w:rsidRDefault="00814D2E" w:rsidP="00B042A9">
            <w:pPr>
              <w:spacing w:after="0"/>
              <w:rPr>
                <w:lang w:val="pl-PL"/>
              </w:rPr>
            </w:pPr>
          </w:p>
        </w:tc>
      </w:tr>
      <w:tr w:rsidR="00814D2E" w:rsidRPr="00401EBC" w14:paraId="57D6CC95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68D755A8" w14:textId="77777777" w:rsidR="00814D2E" w:rsidRPr="00401EBC" w:rsidRDefault="00000000" w:rsidP="00B042A9">
            <w:pPr>
              <w:spacing w:after="0"/>
              <w:rPr>
                <w:lang w:val="pl-PL"/>
              </w:rPr>
            </w:pPr>
            <w:r w:rsidRPr="00401EBC">
              <w:rPr>
                <w:sz w:val="18"/>
                <w:lang w:val="pl-PL"/>
              </w:rPr>
              <w:t>KRS/CEIDG</w:t>
            </w:r>
          </w:p>
        </w:tc>
        <w:tc>
          <w:tcPr>
            <w:tcW w:w="5100" w:type="dxa"/>
          </w:tcPr>
          <w:p w14:paraId="27FE0A1D" w14:textId="77777777" w:rsidR="00814D2E" w:rsidRPr="00401EBC" w:rsidRDefault="00814D2E" w:rsidP="00B042A9">
            <w:pPr>
              <w:spacing w:after="0"/>
              <w:rPr>
                <w:lang w:val="pl-PL"/>
              </w:rPr>
            </w:pPr>
          </w:p>
        </w:tc>
      </w:tr>
      <w:tr w:rsidR="00814D2E" w:rsidRPr="00401EBC" w14:paraId="1769CC64" w14:textId="77777777">
        <w:trPr>
          <w:jc w:val="center"/>
        </w:trPr>
        <w:tc>
          <w:tcPr>
            <w:tcW w:w="5100" w:type="dxa"/>
            <w:shd w:val="clear" w:color="auto" w:fill="E7E3D2"/>
          </w:tcPr>
          <w:p w14:paraId="667345FF" w14:textId="77777777" w:rsidR="00814D2E" w:rsidRPr="00401EBC" w:rsidRDefault="00000000" w:rsidP="00B042A9">
            <w:pPr>
              <w:spacing w:after="0"/>
              <w:rPr>
                <w:lang w:val="pl-PL"/>
              </w:rPr>
            </w:pPr>
            <w:r w:rsidRPr="00401EBC">
              <w:rPr>
                <w:sz w:val="18"/>
                <w:lang w:val="pl-PL"/>
              </w:rPr>
              <w:t>Osoba reprezentująca i podstawa reprezentacji</w:t>
            </w:r>
          </w:p>
        </w:tc>
        <w:tc>
          <w:tcPr>
            <w:tcW w:w="5100" w:type="dxa"/>
          </w:tcPr>
          <w:p w14:paraId="6F51279E" w14:textId="77777777" w:rsidR="00814D2E" w:rsidRPr="00401EBC" w:rsidRDefault="00814D2E" w:rsidP="00B042A9">
            <w:pPr>
              <w:spacing w:after="0"/>
              <w:rPr>
                <w:lang w:val="pl-PL"/>
              </w:rPr>
            </w:pPr>
          </w:p>
        </w:tc>
      </w:tr>
    </w:tbl>
    <w:p w14:paraId="50D2D2B2" w14:textId="77777777" w:rsidR="00814D2E" w:rsidRPr="00401EBC" w:rsidRDefault="00000000">
      <w:pPr>
        <w:rPr>
          <w:lang w:val="pl-PL"/>
        </w:rPr>
      </w:pPr>
      <w:r w:rsidRPr="00401EBC">
        <w:rPr>
          <w:i/>
          <w:sz w:val="17"/>
          <w:lang w:val="pl-PL"/>
        </w:rPr>
        <w:t>* Niepotrzebne skreślić. W przypadku Wykonawców wspólnie ubiegających się o zamówienie dokument składa każdy z Wykonawców, jeżeli SWZ tego wymaga.</w:t>
      </w:r>
    </w:p>
    <w:p w14:paraId="42E9E39C" w14:textId="77777777" w:rsidR="00814D2E" w:rsidRPr="00401EBC" w:rsidRDefault="00000000">
      <w:pPr>
        <w:jc w:val="center"/>
        <w:rPr>
          <w:lang w:val="pl-PL"/>
        </w:rPr>
      </w:pPr>
      <w:r w:rsidRPr="00401EBC">
        <w:rPr>
          <w:b/>
          <w:sz w:val="24"/>
          <w:u w:val="single"/>
          <w:lang w:val="pl-PL"/>
        </w:rPr>
        <w:t xml:space="preserve">Oświadczenie Wykonawcy w zakresie art. 108 ust. 1 pkt 5 </w:t>
      </w:r>
      <w:proofErr w:type="spellStart"/>
      <w:r w:rsidRPr="00401EBC">
        <w:rPr>
          <w:b/>
          <w:sz w:val="24"/>
          <w:u w:val="single"/>
          <w:lang w:val="pl-PL"/>
        </w:rPr>
        <w:t>Pzp</w:t>
      </w:r>
      <w:proofErr w:type="spellEnd"/>
    </w:p>
    <w:p w14:paraId="21CDB58F" w14:textId="77777777" w:rsidR="00814D2E" w:rsidRPr="00401EBC" w:rsidRDefault="00000000">
      <w:pPr>
        <w:rPr>
          <w:lang w:val="pl-PL"/>
        </w:rPr>
      </w:pPr>
      <w:r w:rsidRPr="00401EBC">
        <w:rPr>
          <w:lang w:val="pl-PL"/>
        </w:rPr>
        <w:t>Na potrzeby postępowania o udzielenie zamówienia publicznego oświadczam, co następuje:</w:t>
      </w:r>
    </w:p>
    <w:p w14:paraId="6BBAF947" w14:textId="77777777" w:rsidR="00814D2E" w:rsidRPr="00401EBC" w:rsidRDefault="00000000">
      <w:pPr>
        <w:ind w:left="227"/>
        <w:rPr>
          <w:lang w:val="pl-PL"/>
        </w:rPr>
      </w:pPr>
      <w:r w:rsidRPr="00401EBC">
        <w:rPr>
          <w:lang w:val="pl-PL"/>
        </w:rPr>
        <w:t>[  ] nie należę do tej samej grupy kapitałowej w rozumieniu ustawy z dnia 16 lutego 2007 r. o ochronie konkurencji i konsumentów z innym Wykonawcą, który złożył odrębną ofertę w postępowaniu;</w:t>
      </w:r>
    </w:p>
    <w:p w14:paraId="7EF9F9D2" w14:textId="77777777" w:rsidR="00814D2E" w:rsidRPr="00401EBC" w:rsidRDefault="00000000">
      <w:pPr>
        <w:ind w:left="227"/>
        <w:rPr>
          <w:lang w:val="pl-PL"/>
        </w:rPr>
      </w:pPr>
      <w:r w:rsidRPr="00401EBC">
        <w:rPr>
          <w:lang w:val="pl-PL"/>
        </w:rPr>
        <w:t>[  ] należę do tej samej grupy kapitałowej z następującym Wykonawcą/Wykonawcami, który/którzy złożył/złożyli odrębną ofertę w postępowaniu:</w:t>
      </w:r>
    </w:p>
    <w:p w14:paraId="56F1F62F" w14:textId="77777777" w:rsidR="00814D2E" w:rsidRPr="00401EBC" w:rsidRDefault="00000000">
      <w:pPr>
        <w:rPr>
          <w:lang w:val="pl-PL"/>
        </w:rPr>
      </w:pPr>
      <w:r w:rsidRPr="00401EBC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B7E3D85" w14:textId="77777777" w:rsidR="00814D2E" w:rsidRPr="00401EBC" w:rsidRDefault="00000000">
      <w:pPr>
        <w:rPr>
          <w:lang w:val="pl-PL"/>
        </w:rPr>
      </w:pPr>
      <w:r w:rsidRPr="00401EBC">
        <w:rPr>
          <w:lang w:val="pl-PL"/>
        </w:rPr>
        <w:t>W przypadku przynależności do tej samej grupy kapitałowej przekazuję dokumenty lub informacje potwierdzające przygotowanie oferty niezależnie od innego Wykonawcy należącego do tej samej grupy kapitałowej.</w:t>
      </w:r>
    </w:p>
    <w:p w14:paraId="550AE5FD" w14:textId="77777777" w:rsidR="00814D2E" w:rsidRPr="00401EBC" w:rsidRDefault="00000000">
      <w:pPr>
        <w:rPr>
          <w:lang w:val="pl-PL"/>
        </w:rPr>
      </w:pPr>
      <w:r w:rsidRPr="00401EBC">
        <w:rPr>
          <w:lang w:val="pl-PL"/>
        </w:rPr>
        <w:br/>
      </w:r>
    </w:p>
    <w:p w14:paraId="1E26107A" w14:textId="77777777" w:rsidR="00814D2E" w:rsidRPr="00401EBC" w:rsidRDefault="00000000">
      <w:pPr>
        <w:jc w:val="right"/>
        <w:rPr>
          <w:lang w:val="pl-PL"/>
        </w:rPr>
      </w:pPr>
      <w:r w:rsidRPr="00401EBC">
        <w:rPr>
          <w:sz w:val="17"/>
          <w:lang w:val="pl-PL"/>
        </w:rPr>
        <w:t>Dokument należy wypełnić i podpisać kwalifikowanym podpisem elektronicznym, podpisem zaufanym lub podpisem osobistym przez osobę/y upoważnione do reprezentowania Wykonawcy.</w:t>
      </w:r>
    </w:p>
    <w:sectPr w:rsidR="00814D2E" w:rsidRPr="00401EB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7745272">
    <w:abstractNumId w:val="8"/>
  </w:num>
  <w:num w:numId="2" w16cid:durableId="721709443">
    <w:abstractNumId w:val="6"/>
  </w:num>
  <w:num w:numId="3" w16cid:durableId="1234243473">
    <w:abstractNumId w:val="5"/>
  </w:num>
  <w:num w:numId="4" w16cid:durableId="1846048275">
    <w:abstractNumId w:val="4"/>
  </w:num>
  <w:num w:numId="5" w16cid:durableId="11415550">
    <w:abstractNumId w:val="7"/>
  </w:num>
  <w:num w:numId="6" w16cid:durableId="867186613">
    <w:abstractNumId w:val="3"/>
  </w:num>
  <w:num w:numId="7" w16cid:durableId="539707366">
    <w:abstractNumId w:val="2"/>
  </w:num>
  <w:num w:numId="8" w16cid:durableId="285502555">
    <w:abstractNumId w:val="1"/>
  </w:num>
  <w:num w:numId="9" w16cid:durableId="68525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5F0"/>
    <w:rsid w:val="00034616"/>
    <w:rsid w:val="0006063C"/>
    <w:rsid w:val="0015074B"/>
    <w:rsid w:val="0029639D"/>
    <w:rsid w:val="00326F90"/>
    <w:rsid w:val="00401EBC"/>
    <w:rsid w:val="004D6010"/>
    <w:rsid w:val="00814D2E"/>
    <w:rsid w:val="00973252"/>
    <w:rsid w:val="00A51933"/>
    <w:rsid w:val="00AA1D8D"/>
    <w:rsid w:val="00B042A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1A5FB"/>
  <w14:defaultImageDpi w14:val="300"/>
  <w15:docId w15:val="{89418CBE-7F49-4C50-A724-37B647F1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P.Grudnowski</cp:lastModifiedBy>
  <cp:revision>4</cp:revision>
  <dcterms:created xsi:type="dcterms:W3CDTF">2013-12-23T23:15:00Z</dcterms:created>
  <dcterms:modified xsi:type="dcterms:W3CDTF">2026-08-14T11:38:00Z</dcterms:modified>
  <cp:category/>
</cp:coreProperties>
</file>