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A678D8" w:rsidRPr="009650F5" w14:paraId="5C5C2799" w14:textId="77777777">
        <w:trPr>
          <w:jc w:val="center"/>
        </w:trPr>
        <w:tc>
          <w:tcPr>
            <w:tcW w:w="5100" w:type="dxa"/>
            <w:vAlign w:val="center"/>
          </w:tcPr>
          <w:p w14:paraId="7292591B" w14:textId="327EC3F9" w:rsidR="00A678D8" w:rsidRPr="009650F5" w:rsidRDefault="00000000">
            <w:pPr>
              <w:rPr>
                <w:lang w:val="pl-PL"/>
              </w:rPr>
            </w:pPr>
            <w:r w:rsidRPr="009650F5">
              <w:rPr>
                <w:sz w:val="18"/>
                <w:lang w:val="pl-PL"/>
              </w:rPr>
              <w:t xml:space="preserve">Nr sprawy: </w:t>
            </w:r>
            <w:r w:rsidR="00081CA7" w:rsidRPr="009650F5">
              <w:rPr>
                <w:sz w:val="18"/>
                <w:lang w:val="pl-PL"/>
              </w:rPr>
              <w:t>2</w:t>
            </w:r>
            <w:r w:rsidR="009650F5" w:rsidRPr="009650F5">
              <w:rPr>
                <w:sz w:val="18"/>
                <w:lang w:val="pl-PL"/>
              </w:rPr>
              <w:t>1</w:t>
            </w:r>
            <w:r w:rsidRPr="009650F5">
              <w:rPr>
                <w:sz w:val="18"/>
                <w:lang w:val="pl-PL"/>
              </w:rPr>
              <w:t>/AG/2026</w:t>
            </w:r>
          </w:p>
        </w:tc>
        <w:tc>
          <w:tcPr>
            <w:tcW w:w="5100" w:type="dxa"/>
            <w:vAlign w:val="center"/>
          </w:tcPr>
          <w:p w14:paraId="73714B21" w14:textId="77777777" w:rsidR="00A678D8" w:rsidRPr="009650F5" w:rsidRDefault="00000000">
            <w:pPr>
              <w:jc w:val="right"/>
              <w:rPr>
                <w:lang w:val="pl-PL"/>
              </w:rPr>
            </w:pPr>
            <w:r w:rsidRPr="009650F5">
              <w:rPr>
                <w:b/>
                <w:lang w:val="pl-PL"/>
              </w:rPr>
              <w:t>Załącznik nr 5 do SWZ</w:t>
            </w:r>
          </w:p>
        </w:tc>
      </w:tr>
    </w:tbl>
    <w:p w14:paraId="5668071A" w14:textId="77777777" w:rsidR="00A678D8" w:rsidRPr="009650F5" w:rsidRDefault="00000000">
      <w:pPr>
        <w:jc w:val="center"/>
        <w:rPr>
          <w:lang w:val="pl-PL"/>
        </w:rPr>
      </w:pPr>
      <w:r w:rsidRPr="009650F5">
        <w:rPr>
          <w:b/>
          <w:sz w:val="21"/>
          <w:lang w:val="pl-PL"/>
        </w:rPr>
        <w:t>TEATR IM. STEFANA JARACZA W OLSZTYNIE</w:t>
      </w:r>
    </w:p>
    <w:p w14:paraId="6FE54736" w14:textId="77777777" w:rsidR="00A678D8" w:rsidRPr="009650F5" w:rsidRDefault="00000000">
      <w:pPr>
        <w:jc w:val="center"/>
        <w:rPr>
          <w:lang w:val="pl-PL"/>
        </w:rPr>
      </w:pPr>
      <w:r w:rsidRPr="009650F5">
        <w:rPr>
          <w:sz w:val="17"/>
          <w:lang w:val="pl-PL"/>
        </w:rPr>
        <w:t>ul. 1 Maja 4, 10-118 Olsztyn</w:t>
      </w:r>
      <w:r w:rsidRPr="009650F5">
        <w:rPr>
          <w:sz w:val="17"/>
          <w:lang w:val="pl-PL"/>
        </w:rPr>
        <w:br/>
        <w:t>NIP: 7390304325, REGON: 510981641</w:t>
      </w:r>
      <w:r w:rsidRPr="009650F5">
        <w:rPr>
          <w:sz w:val="17"/>
          <w:lang w:val="pl-PL"/>
        </w:rPr>
        <w:br/>
        <w:t>www.teatr.olsztyn.pl | e-mail: sekretariat.jaracza@teatr.olsztyn.pl | tel.: 89 527 59 58</w:t>
      </w:r>
    </w:p>
    <w:p w14:paraId="49E9C97E" w14:textId="77777777" w:rsidR="00A678D8" w:rsidRPr="009650F5" w:rsidRDefault="00000000">
      <w:pPr>
        <w:jc w:val="center"/>
        <w:rPr>
          <w:lang w:val="pl-PL"/>
        </w:rPr>
      </w:pPr>
      <w:r w:rsidRPr="009650F5">
        <w:rPr>
          <w:b/>
          <w:sz w:val="24"/>
          <w:u w:val="single"/>
          <w:lang w:val="pl-PL"/>
        </w:rPr>
        <w:t>OŚWIADCZENIE O AKTUALNOŚCI OŚWIADCZENIA W ZAKRESIE PODSTAW WYKLUCZENIA</w:t>
      </w:r>
    </w:p>
    <w:p w14:paraId="28E3CFC0" w14:textId="77777777" w:rsidR="00A678D8" w:rsidRPr="009650F5" w:rsidRDefault="00000000">
      <w:pPr>
        <w:jc w:val="center"/>
        <w:rPr>
          <w:lang w:val="pl-PL"/>
        </w:rPr>
      </w:pPr>
      <w:r w:rsidRPr="009650F5">
        <w:rPr>
          <w:lang w:val="pl-PL"/>
        </w:rPr>
        <w:t>do postępowania prowadzonego w trybie podstawowym pn.:</w:t>
      </w:r>
    </w:p>
    <w:p w14:paraId="46A5BE95" w14:textId="528D26DB" w:rsidR="00A678D8" w:rsidRPr="009650F5" w:rsidRDefault="00000000">
      <w:pPr>
        <w:jc w:val="center"/>
        <w:rPr>
          <w:lang w:val="pl-PL"/>
        </w:rPr>
      </w:pPr>
      <w:r w:rsidRPr="009650F5">
        <w:rPr>
          <w:b/>
          <w:sz w:val="21"/>
          <w:lang w:val="pl-PL"/>
        </w:rPr>
        <w:t>„Przebudowa wraz ze zmianą sposobu użytkowania pomieszczeń biurowych na dostępną przestrzeń dla widzów wraz z miejscem na kawiarnię w części budynku Teatru im. Stefana Jaracza w Olsztynie</w:t>
      </w:r>
      <w:r w:rsidR="00081CA7" w:rsidRPr="009650F5">
        <w:rPr>
          <w:b/>
          <w:sz w:val="21"/>
          <w:lang w:val="pl-PL"/>
        </w:rPr>
        <w:t xml:space="preserve"> - powtórzenie</w:t>
      </w:r>
      <w:r w:rsidRPr="009650F5">
        <w:rPr>
          <w:b/>
          <w:sz w:val="21"/>
          <w:lang w:val="pl-PL"/>
        </w:rPr>
        <w:t>”</w:t>
      </w:r>
    </w:p>
    <w:p w14:paraId="5F8D3F0E" w14:textId="77777777" w:rsidR="00A678D8" w:rsidRPr="009650F5" w:rsidRDefault="00A678D8">
      <w:pPr>
        <w:rPr>
          <w:lang w:val="pl-PL"/>
        </w:rPr>
      </w:pPr>
    </w:p>
    <w:p w14:paraId="48B8EFA0" w14:textId="77777777" w:rsidR="00A678D8" w:rsidRPr="009650F5" w:rsidRDefault="00000000">
      <w:pPr>
        <w:rPr>
          <w:lang w:val="pl-PL"/>
        </w:rPr>
      </w:pPr>
      <w:r w:rsidRPr="009650F5">
        <w:rPr>
          <w:b/>
          <w:sz w:val="21"/>
          <w:u w:val="single"/>
          <w:lang w:val="pl-PL"/>
        </w:rPr>
        <w:t>Wykonawca / członek konsorcjum / podmiot udostępniający zasoby*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00"/>
        <w:gridCol w:w="5100"/>
      </w:tblGrid>
      <w:tr w:rsidR="00A678D8" w:rsidRPr="009650F5" w14:paraId="028106C8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79CDAA68" w14:textId="77777777" w:rsidR="00A678D8" w:rsidRPr="009650F5" w:rsidRDefault="00000000" w:rsidP="00E94648">
            <w:pPr>
              <w:spacing w:after="0"/>
              <w:rPr>
                <w:lang w:val="pl-PL"/>
              </w:rPr>
            </w:pPr>
            <w:r w:rsidRPr="009650F5">
              <w:rPr>
                <w:sz w:val="18"/>
                <w:lang w:val="pl-PL"/>
              </w:rPr>
              <w:t>Pełna nazwa/firma</w:t>
            </w:r>
          </w:p>
        </w:tc>
        <w:tc>
          <w:tcPr>
            <w:tcW w:w="5100" w:type="dxa"/>
          </w:tcPr>
          <w:p w14:paraId="620F5D74" w14:textId="77777777" w:rsidR="00A678D8" w:rsidRPr="009650F5" w:rsidRDefault="00A678D8" w:rsidP="00E94648">
            <w:pPr>
              <w:spacing w:after="0"/>
              <w:rPr>
                <w:lang w:val="pl-PL"/>
              </w:rPr>
            </w:pPr>
          </w:p>
        </w:tc>
      </w:tr>
      <w:tr w:rsidR="00A678D8" w:rsidRPr="009650F5" w14:paraId="5C9F085F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2AEDDFC1" w14:textId="77777777" w:rsidR="00A678D8" w:rsidRPr="009650F5" w:rsidRDefault="00000000" w:rsidP="00E94648">
            <w:pPr>
              <w:spacing w:after="0"/>
              <w:rPr>
                <w:lang w:val="pl-PL"/>
              </w:rPr>
            </w:pPr>
            <w:r w:rsidRPr="009650F5">
              <w:rPr>
                <w:sz w:val="18"/>
                <w:lang w:val="pl-PL"/>
              </w:rPr>
              <w:t>Adres/siedziba</w:t>
            </w:r>
          </w:p>
        </w:tc>
        <w:tc>
          <w:tcPr>
            <w:tcW w:w="5100" w:type="dxa"/>
          </w:tcPr>
          <w:p w14:paraId="02ADB255" w14:textId="77777777" w:rsidR="00A678D8" w:rsidRPr="009650F5" w:rsidRDefault="00A678D8" w:rsidP="00E94648">
            <w:pPr>
              <w:spacing w:after="0"/>
              <w:rPr>
                <w:lang w:val="pl-PL"/>
              </w:rPr>
            </w:pPr>
          </w:p>
        </w:tc>
      </w:tr>
      <w:tr w:rsidR="00A678D8" w:rsidRPr="009650F5" w14:paraId="5AC81F02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5C1105C5" w14:textId="77777777" w:rsidR="00A678D8" w:rsidRPr="009650F5" w:rsidRDefault="00000000" w:rsidP="00E94648">
            <w:pPr>
              <w:spacing w:after="0"/>
              <w:rPr>
                <w:lang w:val="pl-PL"/>
              </w:rPr>
            </w:pPr>
            <w:r w:rsidRPr="009650F5">
              <w:rPr>
                <w:sz w:val="18"/>
                <w:lang w:val="pl-PL"/>
              </w:rPr>
              <w:t>NIP/PESEL</w:t>
            </w:r>
          </w:p>
        </w:tc>
        <w:tc>
          <w:tcPr>
            <w:tcW w:w="5100" w:type="dxa"/>
          </w:tcPr>
          <w:p w14:paraId="14173E92" w14:textId="77777777" w:rsidR="00A678D8" w:rsidRPr="009650F5" w:rsidRDefault="00A678D8" w:rsidP="00E94648">
            <w:pPr>
              <w:spacing w:after="0"/>
              <w:rPr>
                <w:lang w:val="pl-PL"/>
              </w:rPr>
            </w:pPr>
          </w:p>
        </w:tc>
      </w:tr>
      <w:tr w:rsidR="00A678D8" w:rsidRPr="009650F5" w14:paraId="417BAC58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4A5A83DD" w14:textId="77777777" w:rsidR="00A678D8" w:rsidRPr="009650F5" w:rsidRDefault="00000000" w:rsidP="00E94648">
            <w:pPr>
              <w:spacing w:after="0"/>
              <w:rPr>
                <w:lang w:val="pl-PL"/>
              </w:rPr>
            </w:pPr>
            <w:r w:rsidRPr="009650F5">
              <w:rPr>
                <w:sz w:val="18"/>
                <w:lang w:val="pl-PL"/>
              </w:rPr>
              <w:t>KRS/CEIDG</w:t>
            </w:r>
          </w:p>
        </w:tc>
        <w:tc>
          <w:tcPr>
            <w:tcW w:w="5100" w:type="dxa"/>
          </w:tcPr>
          <w:p w14:paraId="0D81A3F5" w14:textId="77777777" w:rsidR="00A678D8" w:rsidRPr="009650F5" w:rsidRDefault="00A678D8" w:rsidP="00E94648">
            <w:pPr>
              <w:spacing w:after="0"/>
              <w:rPr>
                <w:lang w:val="pl-PL"/>
              </w:rPr>
            </w:pPr>
          </w:p>
        </w:tc>
      </w:tr>
      <w:tr w:rsidR="00A678D8" w:rsidRPr="009650F5" w14:paraId="6E59E867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408F8A9A" w14:textId="77777777" w:rsidR="00A678D8" w:rsidRPr="009650F5" w:rsidRDefault="00000000" w:rsidP="00E94648">
            <w:pPr>
              <w:spacing w:after="0"/>
              <w:rPr>
                <w:lang w:val="pl-PL"/>
              </w:rPr>
            </w:pPr>
            <w:r w:rsidRPr="009650F5">
              <w:rPr>
                <w:sz w:val="18"/>
                <w:lang w:val="pl-PL"/>
              </w:rPr>
              <w:t>Osoba reprezentująca i podstawa reprezentacji</w:t>
            </w:r>
          </w:p>
        </w:tc>
        <w:tc>
          <w:tcPr>
            <w:tcW w:w="5100" w:type="dxa"/>
          </w:tcPr>
          <w:p w14:paraId="5DC51F98" w14:textId="77777777" w:rsidR="00A678D8" w:rsidRPr="009650F5" w:rsidRDefault="00A678D8" w:rsidP="00E94648">
            <w:pPr>
              <w:spacing w:after="0"/>
              <w:rPr>
                <w:lang w:val="pl-PL"/>
              </w:rPr>
            </w:pPr>
          </w:p>
        </w:tc>
      </w:tr>
    </w:tbl>
    <w:p w14:paraId="0A359DA0" w14:textId="77777777" w:rsidR="00A678D8" w:rsidRPr="009650F5" w:rsidRDefault="00000000">
      <w:pPr>
        <w:rPr>
          <w:lang w:val="pl-PL"/>
        </w:rPr>
      </w:pPr>
      <w:r w:rsidRPr="009650F5">
        <w:rPr>
          <w:i/>
          <w:sz w:val="17"/>
          <w:lang w:val="pl-PL"/>
        </w:rPr>
        <w:t>* Niepotrzebne skreślić. W przypadku Wykonawców wspólnie ubiegających się o zamówienie dokument składa każdy z Wykonawców, jeżeli SWZ tego wymaga.</w:t>
      </w:r>
    </w:p>
    <w:p w14:paraId="45ECAD4F" w14:textId="77777777" w:rsidR="00A678D8" w:rsidRPr="009650F5" w:rsidRDefault="00000000">
      <w:pPr>
        <w:jc w:val="center"/>
        <w:rPr>
          <w:lang w:val="pl-PL"/>
        </w:rPr>
      </w:pPr>
      <w:r w:rsidRPr="009650F5">
        <w:rPr>
          <w:b/>
          <w:sz w:val="22"/>
          <w:u w:val="single"/>
          <w:lang w:val="pl-PL"/>
        </w:rPr>
        <w:t xml:space="preserve">Oświadczenie o aktualności informacji zawartych w oświadczeniu, o którym mowa w art. 125 ust. 1 ustawy </w:t>
      </w:r>
      <w:proofErr w:type="spellStart"/>
      <w:r w:rsidRPr="009650F5">
        <w:rPr>
          <w:b/>
          <w:sz w:val="22"/>
          <w:u w:val="single"/>
          <w:lang w:val="pl-PL"/>
        </w:rPr>
        <w:t>Pzp</w:t>
      </w:r>
      <w:proofErr w:type="spellEnd"/>
    </w:p>
    <w:p w14:paraId="23C193A8" w14:textId="77777777" w:rsidR="00A678D8" w:rsidRPr="009650F5" w:rsidRDefault="00000000">
      <w:pPr>
        <w:rPr>
          <w:lang w:val="pl-PL"/>
        </w:rPr>
      </w:pPr>
      <w:r w:rsidRPr="009650F5">
        <w:rPr>
          <w:lang w:val="pl-PL"/>
        </w:rPr>
        <w:t xml:space="preserve">Na potrzeby postępowania o udzielenie zamówienia publicznego oświadczam, że informacje zawarte w oświadczeniu z dnia ……………………………, złożonym na podstawie art. 125 ust. 1 ustawy </w:t>
      </w:r>
      <w:proofErr w:type="spellStart"/>
      <w:r w:rsidRPr="009650F5">
        <w:rPr>
          <w:lang w:val="pl-PL"/>
        </w:rPr>
        <w:t>Pzp</w:t>
      </w:r>
      <w:proofErr w:type="spellEnd"/>
      <w:r w:rsidRPr="009650F5">
        <w:rPr>
          <w:lang w:val="pl-PL"/>
        </w:rPr>
        <w:t xml:space="preserve">, pozostają aktualne w zakresie podstaw wykluczenia określonych w art. 108 ust. 1 pkt 3, 4 i 6 ustawy </w:t>
      </w:r>
      <w:proofErr w:type="spellStart"/>
      <w:r w:rsidRPr="009650F5">
        <w:rPr>
          <w:lang w:val="pl-PL"/>
        </w:rPr>
        <w:t>Pzp</w:t>
      </w:r>
      <w:proofErr w:type="spellEnd"/>
      <w:r w:rsidRPr="009650F5">
        <w:rPr>
          <w:lang w:val="pl-PL"/>
        </w:rPr>
        <w:t xml:space="preserve"> oraz art. 7 ust. 1 ustawy z dnia 13 kwietnia 2022 r. o szczególnych rozwiązaniach w zakresie przeciwdziałania wspieraniu agresji na Ukrainę oraz służących ochronie bezpieczeństwa narodowego.</w:t>
      </w:r>
    </w:p>
    <w:p w14:paraId="544A5358" w14:textId="77777777" w:rsidR="00A678D8" w:rsidRPr="009650F5" w:rsidRDefault="00000000">
      <w:pPr>
        <w:rPr>
          <w:lang w:val="pl-PL"/>
        </w:rPr>
      </w:pPr>
      <w:r w:rsidRPr="009650F5">
        <w:rPr>
          <w:lang w:val="pl-PL"/>
        </w:rPr>
        <w:t>Oświadczam, że wszystkie informacje podane w niniejszym oświadczeniu są aktualne i zgodne z prawdą oraz zostały przedstawione z pełną świadomością konsekwencji wprowadzenia Zamawiającego w błąd przy przedstawianiu informacji.</w:t>
      </w:r>
    </w:p>
    <w:p w14:paraId="426C4377" w14:textId="77777777" w:rsidR="00A678D8" w:rsidRPr="009650F5" w:rsidRDefault="00000000">
      <w:pPr>
        <w:rPr>
          <w:lang w:val="pl-PL"/>
        </w:rPr>
      </w:pPr>
      <w:r w:rsidRPr="009650F5">
        <w:rPr>
          <w:lang w:val="pl-PL"/>
        </w:rPr>
        <w:br/>
      </w:r>
    </w:p>
    <w:p w14:paraId="4E6506AB" w14:textId="77777777" w:rsidR="00A678D8" w:rsidRPr="009650F5" w:rsidRDefault="00000000">
      <w:pPr>
        <w:jc w:val="right"/>
        <w:rPr>
          <w:lang w:val="pl-PL"/>
        </w:rPr>
      </w:pPr>
      <w:r w:rsidRPr="009650F5">
        <w:rPr>
          <w:sz w:val="17"/>
          <w:lang w:val="pl-PL"/>
        </w:rPr>
        <w:t>Dokument należy wypełnić i podpisać kwalifikowanym podpisem elektronicznym, podpisem zaufanym lub podpisem osobistym przez osobę/y upoważnione do reprezentowania Wykonawcy.</w:t>
      </w:r>
    </w:p>
    <w:sectPr w:rsidR="00A678D8" w:rsidRPr="009650F5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1135531">
    <w:abstractNumId w:val="8"/>
  </w:num>
  <w:num w:numId="2" w16cid:durableId="1788085453">
    <w:abstractNumId w:val="6"/>
  </w:num>
  <w:num w:numId="3" w16cid:durableId="811100789">
    <w:abstractNumId w:val="5"/>
  </w:num>
  <w:num w:numId="4" w16cid:durableId="518129493">
    <w:abstractNumId w:val="4"/>
  </w:num>
  <w:num w:numId="5" w16cid:durableId="564528075">
    <w:abstractNumId w:val="7"/>
  </w:num>
  <w:num w:numId="6" w16cid:durableId="160894876">
    <w:abstractNumId w:val="3"/>
  </w:num>
  <w:num w:numId="7" w16cid:durableId="1159075889">
    <w:abstractNumId w:val="2"/>
  </w:num>
  <w:num w:numId="8" w16cid:durableId="1582719064">
    <w:abstractNumId w:val="1"/>
  </w:num>
  <w:num w:numId="9" w16cid:durableId="237634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1CA7"/>
    <w:rsid w:val="0015074B"/>
    <w:rsid w:val="00186228"/>
    <w:rsid w:val="0029639D"/>
    <w:rsid w:val="00326F90"/>
    <w:rsid w:val="009650F5"/>
    <w:rsid w:val="00A51933"/>
    <w:rsid w:val="00A678D8"/>
    <w:rsid w:val="00AA1D8D"/>
    <w:rsid w:val="00B1406D"/>
    <w:rsid w:val="00B47730"/>
    <w:rsid w:val="00CB0664"/>
    <w:rsid w:val="00E946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863C58"/>
  <w14:defaultImageDpi w14:val="300"/>
  <w15:docId w15:val="{89418CBE-7F49-4C50-A724-37B647F1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P.Grudnowski</cp:lastModifiedBy>
  <cp:revision>4</cp:revision>
  <dcterms:created xsi:type="dcterms:W3CDTF">2013-12-23T23:15:00Z</dcterms:created>
  <dcterms:modified xsi:type="dcterms:W3CDTF">2026-08-14T11:39:00Z</dcterms:modified>
  <cp:category/>
</cp:coreProperties>
</file>