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486EE8" w:rsidRPr="001429E8" w14:paraId="54A71F08" w14:textId="77777777">
        <w:trPr>
          <w:jc w:val="center"/>
        </w:trPr>
        <w:tc>
          <w:tcPr>
            <w:tcW w:w="5100" w:type="dxa"/>
            <w:vAlign w:val="center"/>
          </w:tcPr>
          <w:p w14:paraId="51E14FC5" w14:textId="5D3BA7A5" w:rsidR="00486EE8" w:rsidRPr="001429E8" w:rsidRDefault="00000000">
            <w:pPr>
              <w:rPr>
                <w:lang w:val="pl-PL"/>
              </w:rPr>
            </w:pPr>
            <w:r w:rsidRPr="001429E8">
              <w:rPr>
                <w:sz w:val="18"/>
                <w:lang w:val="pl-PL"/>
              </w:rPr>
              <w:t xml:space="preserve">Nr sprawy: </w:t>
            </w:r>
            <w:r w:rsidR="00FE6F5B" w:rsidRPr="001429E8">
              <w:rPr>
                <w:sz w:val="18"/>
                <w:lang w:val="pl-PL"/>
              </w:rPr>
              <w:t>2</w:t>
            </w:r>
            <w:r w:rsidR="001429E8" w:rsidRPr="001429E8">
              <w:rPr>
                <w:sz w:val="18"/>
                <w:lang w:val="pl-PL"/>
              </w:rPr>
              <w:t>1/</w:t>
            </w:r>
            <w:r w:rsidRPr="001429E8">
              <w:rPr>
                <w:sz w:val="18"/>
                <w:lang w:val="pl-PL"/>
              </w:rPr>
              <w:t>AG/2026</w:t>
            </w:r>
          </w:p>
        </w:tc>
        <w:tc>
          <w:tcPr>
            <w:tcW w:w="5100" w:type="dxa"/>
            <w:vAlign w:val="center"/>
          </w:tcPr>
          <w:p w14:paraId="4BBE0A8A" w14:textId="77777777" w:rsidR="00486EE8" w:rsidRPr="001429E8" w:rsidRDefault="00000000">
            <w:pPr>
              <w:jc w:val="right"/>
              <w:rPr>
                <w:lang w:val="pl-PL"/>
              </w:rPr>
            </w:pPr>
            <w:r w:rsidRPr="001429E8">
              <w:rPr>
                <w:b/>
                <w:lang w:val="pl-PL"/>
              </w:rPr>
              <w:t>Załącznik nr 6 do SWZ</w:t>
            </w:r>
          </w:p>
        </w:tc>
      </w:tr>
    </w:tbl>
    <w:p w14:paraId="2A5E5A03" w14:textId="77777777" w:rsidR="00486EE8" w:rsidRPr="001429E8" w:rsidRDefault="00000000">
      <w:pPr>
        <w:jc w:val="center"/>
        <w:rPr>
          <w:lang w:val="pl-PL"/>
        </w:rPr>
      </w:pPr>
      <w:r w:rsidRPr="001429E8">
        <w:rPr>
          <w:b/>
          <w:sz w:val="21"/>
          <w:lang w:val="pl-PL"/>
        </w:rPr>
        <w:t>TEATR IM. STEFANA JARACZA W OLSZTYNIE</w:t>
      </w:r>
    </w:p>
    <w:p w14:paraId="00AFF258" w14:textId="77777777" w:rsidR="00486EE8" w:rsidRPr="001429E8" w:rsidRDefault="00000000">
      <w:pPr>
        <w:jc w:val="center"/>
        <w:rPr>
          <w:lang w:val="pl-PL"/>
        </w:rPr>
      </w:pPr>
      <w:r w:rsidRPr="001429E8">
        <w:rPr>
          <w:sz w:val="17"/>
          <w:lang w:val="pl-PL"/>
        </w:rPr>
        <w:t>ul. 1 Maja 4, 10-118 Olsztyn</w:t>
      </w:r>
      <w:r w:rsidRPr="001429E8">
        <w:rPr>
          <w:sz w:val="17"/>
          <w:lang w:val="pl-PL"/>
        </w:rPr>
        <w:br/>
        <w:t>NIP: 7390304325, REGON: 510981641</w:t>
      </w:r>
      <w:r w:rsidRPr="001429E8">
        <w:rPr>
          <w:sz w:val="17"/>
          <w:lang w:val="pl-PL"/>
        </w:rPr>
        <w:br/>
        <w:t>www.teatr.olsztyn.pl | e-mail: sekretariat.jaracza@teatr.olsztyn.pl | tel.: 89 527 59 58</w:t>
      </w:r>
    </w:p>
    <w:p w14:paraId="78F0D7DB" w14:textId="77777777" w:rsidR="00486EE8" w:rsidRPr="001429E8" w:rsidRDefault="00000000">
      <w:pPr>
        <w:jc w:val="center"/>
        <w:rPr>
          <w:lang w:val="pl-PL"/>
        </w:rPr>
      </w:pPr>
      <w:r w:rsidRPr="001429E8">
        <w:rPr>
          <w:b/>
          <w:sz w:val="24"/>
          <w:u w:val="single"/>
          <w:lang w:val="pl-PL"/>
        </w:rPr>
        <w:t>WYKAZ ROBÓT</w:t>
      </w:r>
    </w:p>
    <w:p w14:paraId="4A95EE1C" w14:textId="77777777" w:rsidR="00486EE8" w:rsidRPr="001429E8" w:rsidRDefault="00000000">
      <w:pPr>
        <w:jc w:val="center"/>
        <w:rPr>
          <w:lang w:val="pl-PL"/>
        </w:rPr>
      </w:pPr>
      <w:r w:rsidRPr="001429E8">
        <w:rPr>
          <w:lang w:val="pl-PL"/>
        </w:rPr>
        <w:t>do postępowania prowadzonego w trybie podstawowym pn.:</w:t>
      </w:r>
    </w:p>
    <w:p w14:paraId="74DC8FCB" w14:textId="02845016" w:rsidR="00486EE8" w:rsidRPr="001429E8" w:rsidRDefault="00000000">
      <w:pPr>
        <w:jc w:val="center"/>
        <w:rPr>
          <w:lang w:val="pl-PL"/>
        </w:rPr>
      </w:pPr>
      <w:r w:rsidRPr="001429E8">
        <w:rPr>
          <w:b/>
          <w:sz w:val="21"/>
          <w:lang w:val="pl-PL"/>
        </w:rPr>
        <w:t>„Przebudowa wraz ze zmianą sposobu użytkowania pomieszczeń biurowych na dostępną przestrzeń dla widzów wraz z miejscem na kawiarnię w części budynku Teatru im. Stefana Jaracza w Olsztynie</w:t>
      </w:r>
      <w:r w:rsidR="00FE6F5B" w:rsidRPr="001429E8">
        <w:rPr>
          <w:b/>
          <w:sz w:val="21"/>
          <w:lang w:val="pl-PL"/>
        </w:rPr>
        <w:t xml:space="preserve"> - powtórzenie</w:t>
      </w:r>
      <w:r w:rsidRPr="001429E8">
        <w:rPr>
          <w:b/>
          <w:sz w:val="21"/>
          <w:lang w:val="pl-PL"/>
        </w:rPr>
        <w:t>”</w:t>
      </w:r>
    </w:p>
    <w:p w14:paraId="4C8566F7" w14:textId="77777777" w:rsidR="00486EE8" w:rsidRPr="001429E8" w:rsidRDefault="00486EE8">
      <w:pPr>
        <w:rPr>
          <w:lang w:val="pl-PL"/>
        </w:rPr>
      </w:pPr>
    </w:p>
    <w:p w14:paraId="34CBF443" w14:textId="77777777" w:rsidR="00486EE8" w:rsidRPr="001429E8" w:rsidRDefault="00000000">
      <w:pPr>
        <w:rPr>
          <w:lang w:val="pl-PL"/>
        </w:rPr>
      </w:pPr>
      <w:r w:rsidRPr="001429E8">
        <w:rPr>
          <w:b/>
          <w:sz w:val="21"/>
          <w:u w:val="single"/>
          <w:lang w:val="pl-PL"/>
        </w:rPr>
        <w:t>Wykonawca / członek konsorcjum / podmiot udostępniający zasoby*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100"/>
        <w:gridCol w:w="5100"/>
      </w:tblGrid>
      <w:tr w:rsidR="00486EE8" w:rsidRPr="001429E8" w14:paraId="2E1D3CF9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0F6682B6" w14:textId="77777777" w:rsidR="00486EE8" w:rsidRPr="001429E8" w:rsidRDefault="00000000" w:rsidP="008D677F">
            <w:pPr>
              <w:spacing w:after="0"/>
              <w:rPr>
                <w:lang w:val="pl-PL"/>
              </w:rPr>
            </w:pPr>
            <w:r w:rsidRPr="001429E8">
              <w:rPr>
                <w:sz w:val="18"/>
                <w:lang w:val="pl-PL"/>
              </w:rPr>
              <w:t>Pełna nazwa/firma</w:t>
            </w:r>
          </w:p>
        </w:tc>
        <w:tc>
          <w:tcPr>
            <w:tcW w:w="5100" w:type="dxa"/>
          </w:tcPr>
          <w:p w14:paraId="6AB147D2" w14:textId="77777777" w:rsidR="00486EE8" w:rsidRPr="001429E8" w:rsidRDefault="00486EE8" w:rsidP="008D677F">
            <w:pPr>
              <w:spacing w:after="0"/>
              <w:rPr>
                <w:lang w:val="pl-PL"/>
              </w:rPr>
            </w:pPr>
          </w:p>
        </w:tc>
      </w:tr>
      <w:tr w:rsidR="00486EE8" w:rsidRPr="001429E8" w14:paraId="0364BB6D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32B8F5B3" w14:textId="77777777" w:rsidR="00486EE8" w:rsidRPr="001429E8" w:rsidRDefault="00000000" w:rsidP="008D677F">
            <w:pPr>
              <w:spacing w:after="0"/>
              <w:rPr>
                <w:lang w:val="pl-PL"/>
              </w:rPr>
            </w:pPr>
            <w:r w:rsidRPr="001429E8">
              <w:rPr>
                <w:sz w:val="18"/>
                <w:lang w:val="pl-PL"/>
              </w:rPr>
              <w:t>Adres/siedziba</w:t>
            </w:r>
          </w:p>
        </w:tc>
        <w:tc>
          <w:tcPr>
            <w:tcW w:w="5100" w:type="dxa"/>
          </w:tcPr>
          <w:p w14:paraId="7CB69450" w14:textId="77777777" w:rsidR="00486EE8" w:rsidRPr="001429E8" w:rsidRDefault="00486EE8" w:rsidP="008D677F">
            <w:pPr>
              <w:spacing w:after="0"/>
              <w:rPr>
                <w:lang w:val="pl-PL"/>
              </w:rPr>
            </w:pPr>
          </w:p>
        </w:tc>
      </w:tr>
      <w:tr w:rsidR="00486EE8" w:rsidRPr="001429E8" w14:paraId="06341C02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4A76E989" w14:textId="77777777" w:rsidR="00486EE8" w:rsidRPr="001429E8" w:rsidRDefault="00000000" w:rsidP="008D677F">
            <w:pPr>
              <w:spacing w:after="0"/>
              <w:rPr>
                <w:lang w:val="pl-PL"/>
              </w:rPr>
            </w:pPr>
            <w:r w:rsidRPr="001429E8">
              <w:rPr>
                <w:sz w:val="18"/>
                <w:lang w:val="pl-PL"/>
              </w:rPr>
              <w:t>NIP/PESEL</w:t>
            </w:r>
          </w:p>
        </w:tc>
        <w:tc>
          <w:tcPr>
            <w:tcW w:w="5100" w:type="dxa"/>
          </w:tcPr>
          <w:p w14:paraId="4EEA1BAA" w14:textId="77777777" w:rsidR="00486EE8" w:rsidRPr="001429E8" w:rsidRDefault="00486EE8" w:rsidP="008D677F">
            <w:pPr>
              <w:spacing w:after="0"/>
              <w:rPr>
                <w:lang w:val="pl-PL"/>
              </w:rPr>
            </w:pPr>
          </w:p>
        </w:tc>
      </w:tr>
      <w:tr w:rsidR="00486EE8" w:rsidRPr="001429E8" w14:paraId="3E18DEBF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182324A3" w14:textId="77777777" w:rsidR="00486EE8" w:rsidRPr="001429E8" w:rsidRDefault="00000000" w:rsidP="008D677F">
            <w:pPr>
              <w:spacing w:after="0"/>
              <w:rPr>
                <w:lang w:val="pl-PL"/>
              </w:rPr>
            </w:pPr>
            <w:r w:rsidRPr="001429E8">
              <w:rPr>
                <w:sz w:val="18"/>
                <w:lang w:val="pl-PL"/>
              </w:rPr>
              <w:t>KRS/CEIDG</w:t>
            </w:r>
          </w:p>
        </w:tc>
        <w:tc>
          <w:tcPr>
            <w:tcW w:w="5100" w:type="dxa"/>
          </w:tcPr>
          <w:p w14:paraId="174145A1" w14:textId="77777777" w:rsidR="00486EE8" w:rsidRPr="001429E8" w:rsidRDefault="00486EE8" w:rsidP="008D677F">
            <w:pPr>
              <w:spacing w:after="0"/>
              <w:rPr>
                <w:lang w:val="pl-PL"/>
              </w:rPr>
            </w:pPr>
          </w:p>
        </w:tc>
      </w:tr>
      <w:tr w:rsidR="00486EE8" w:rsidRPr="001429E8" w14:paraId="3961AB98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5B261423" w14:textId="77777777" w:rsidR="00486EE8" w:rsidRPr="001429E8" w:rsidRDefault="00000000" w:rsidP="008D677F">
            <w:pPr>
              <w:spacing w:after="0"/>
              <w:rPr>
                <w:lang w:val="pl-PL"/>
              </w:rPr>
            </w:pPr>
            <w:r w:rsidRPr="001429E8">
              <w:rPr>
                <w:sz w:val="18"/>
                <w:lang w:val="pl-PL"/>
              </w:rPr>
              <w:t>Osoba reprezentująca i podstawa reprezentacji</w:t>
            </w:r>
          </w:p>
        </w:tc>
        <w:tc>
          <w:tcPr>
            <w:tcW w:w="5100" w:type="dxa"/>
          </w:tcPr>
          <w:p w14:paraId="5EDF58E1" w14:textId="77777777" w:rsidR="00486EE8" w:rsidRPr="001429E8" w:rsidRDefault="00486EE8" w:rsidP="008D677F">
            <w:pPr>
              <w:spacing w:after="0"/>
              <w:rPr>
                <w:lang w:val="pl-PL"/>
              </w:rPr>
            </w:pPr>
          </w:p>
        </w:tc>
      </w:tr>
    </w:tbl>
    <w:p w14:paraId="7300C9B9" w14:textId="77777777" w:rsidR="00486EE8" w:rsidRPr="001429E8" w:rsidRDefault="00000000">
      <w:pPr>
        <w:rPr>
          <w:lang w:val="pl-PL"/>
        </w:rPr>
      </w:pPr>
      <w:r w:rsidRPr="001429E8">
        <w:rPr>
          <w:i/>
          <w:sz w:val="17"/>
          <w:lang w:val="pl-PL"/>
        </w:rPr>
        <w:t>* Niepotrzebne skreślić. W przypadku Wykonawców wspólnie ubiegających się o zamówienie dokument składa każdy z Wykonawców, jeżeli SWZ tego wymaga.</w:t>
      </w:r>
    </w:p>
    <w:p w14:paraId="0047A071" w14:textId="77777777" w:rsidR="00486EE8" w:rsidRPr="001429E8" w:rsidRDefault="00000000">
      <w:pPr>
        <w:jc w:val="center"/>
        <w:rPr>
          <w:lang w:val="pl-PL"/>
        </w:rPr>
      </w:pPr>
      <w:r w:rsidRPr="001429E8">
        <w:rPr>
          <w:b/>
          <w:sz w:val="24"/>
          <w:u w:val="single"/>
          <w:lang w:val="pl-PL"/>
        </w:rPr>
        <w:t>Wykaz robót budowlanych</w:t>
      </w:r>
    </w:p>
    <w:p w14:paraId="56E2C79F" w14:textId="77777777" w:rsidR="00486EE8" w:rsidRPr="001429E8" w:rsidRDefault="00000000">
      <w:pPr>
        <w:rPr>
          <w:lang w:val="pl-PL"/>
        </w:rPr>
      </w:pPr>
      <w:r w:rsidRPr="001429E8">
        <w:rPr>
          <w:lang w:val="pl-PL"/>
        </w:rPr>
        <w:t>Na potrzeby wykazania spełniania warunku udziału w postępowaniu dotyczącego doświadczenia Wykonawcy wskazuję niżej roboty budowlane wykonane nie wcześniej niż w okresie ostatnich 5 lat przed upływem terminu składania ofert, a jeżeli okres prowadzenia działalności jest krótszy - w tym okresie.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67"/>
        <w:gridCol w:w="1983"/>
        <w:gridCol w:w="1275"/>
        <w:gridCol w:w="1275"/>
        <w:gridCol w:w="1275"/>
        <w:gridCol w:w="1275"/>
        <w:gridCol w:w="1275"/>
        <w:gridCol w:w="1275"/>
      </w:tblGrid>
      <w:tr w:rsidR="00486EE8" w:rsidRPr="001429E8" w14:paraId="67211A90" w14:textId="77777777" w:rsidTr="008D677F">
        <w:trPr>
          <w:tblHeader/>
          <w:jc w:val="center"/>
        </w:trPr>
        <w:tc>
          <w:tcPr>
            <w:tcW w:w="567" w:type="dxa"/>
            <w:shd w:val="clear" w:color="auto" w:fill="D9D9D9"/>
          </w:tcPr>
          <w:p w14:paraId="5510FDEC" w14:textId="77777777" w:rsidR="00486EE8" w:rsidRPr="001429E8" w:rsidRDefault="00000000">
            <w:pPr>
              <w:rPr>
                <w:lang w:val="pl-PL"/>
              </w:rPr>
            </w:pPr>
            <w:r w:rsidRPr="001429E8">
              <w:rPr>
                <w:b/>
                <w:sz w:val="15"/>
                <w:lang w:val="pl-PL"/>
              </w:rPr>
              <w:t>Lp.</w:t>
            </w:r>
          </w:p>
        </w:tc>
        <w:tc>
          <w:tcPr>
            <w:tcW w:w="1983" w:type="dxa"/>
            <w:shd w:val="clear" w:color="auto" w:fill="D9D9D9"/>
          </w:tcPr>
          <w:p w14:paraId="07EA22D3" w14:textId="77777777" w:rsidR="00486EE8" w:rsidRPr="001429E8" w:rsidRDefault="00000000">
            <w:pPr>
              <w:rPr>
                <w:lang w:val="pl-PL"/>
              </w:rPr>
            </w:pPr>
            <w:r w:rsidRPr="001429E8">
              <w:rPr>
                <w:b/>
                <w:sz w:val="15"/>
                <w:lang w:val="pl-PL"/>
              </w:rPr>
              <w:t>Rodzaj robót / zakres</w:t>
            </w:r>
          </w:p>
        </w:tc>
        <w:tc>
          <w:tcPr>
            <w:tcW w:w="1275" w:type="dxa"/>
            <w:shd w:val="clear" w:color="auto" w:fill="D9D9D9"/>
          </w:tcPr>
          <w:p w14:paraId="3C46B532" w14:textId="77777777" w:rsidR="00486EE8" w:rsidRPr="001429E8" w:rsidRDefault="00000000">
            <w:pPr>
              <w:rPr>
                <w:lang w:val="pl-PL"/>
              </w:rPr>
            </w:pPr>
            <w:r w:rsidRPr="001429E8">
              <w:rPr>
                <w:b/>
                <w:sz w:val="15"/>
                <w:lang w:val="pl-PL"/>
              </w:rPr>
              <w:t>Nazwa zadania</w:t>
            </w:r>
          </w:p>
        </w:tc>
        <w:tc>
          <w:tcPr>
            <w:tcW w:w="1275" w:type="dxa"/>
            <w:shd w:val="clear" w:color="auto" w:fill="D9D9D9"/>
          </w:tcPr>
          <w:p w14:paraId="7FA21002" w14:textId="77777777" w:rsidR="00486EE8" w:rsidRPr="001429E8" w:rsidRDefault="00000000">
            <w:pPr>
              <w:rPr>
                <w:lang w:val="pl-PL"/>
              </w:rPr>
            </w:pPr>
            <w:r w:rsidRPr="001429E8">
              <w:rPr>
                <w:b/>
                <w:sz w:val="15"/>
                <w:lang w:val="pl-PL"/>
              </w:rPr>
              <w:t>Miejsce wykonania</w:t>
            </w:r>
          </w:p>
        </w:tc>
        <w:tc>
          <w:tcPr>
            <w:tcW w:w="1275" w:type="dxa"/>
            <w:shd w:val="clear" w:color="auto" w:fill="D9D9D9"/>
          </w:tcPr>
          <w:p w14:paraId="074D1C8F" w14:textId="77777777" w:rsidR="00486EE8" w:rsidRPr="001429E8" w:rsidRDefault="00000000">
            <w:pPr>
              <w:rPr>
                <w:lang w:val="pl-PL"/>
              </w:rPr>
            </w:pPr>
            <w:r w:rsidRPr="001429E8">
              <w:rPr>
                <w:b/>
                <w:sz w:val="15"/>
                <w:lang w:val="pl-PL"/>
              </w:rPr>
              <w:t>Wartość brutto [PLN]</w:t>
            </w:r>
          </w:p>
        </w:tc>
        <w:tc>
          <w:tcPr>
            <w:tcW w:w="1275" w:type="dxa"/>
            <w:shd w:val="clear" w:color="auto" w:fill="D9D9D9"/>
          </w:tcPr>
          <w:p w14:paraId="344D48EE" w14:textId="77777777" w:rsidR="00486EE8" w:rsidRPr="001429E8" w:rsidRDefault="00000000">
            <w:pPr>
              <w:rPr>
                <w:lang w:val="pl-PL"/>
              </w:rPr>
            </w:pPr>
            <w:r w:rsidRPr="001429E8">
              <w:rPr>
                <w:b/>
                <w:sz w:val="15"/>
                <w:lang w:val="pl-PL"/>
              </w:rPr>
              <w:t>Data wykonania od-do</w:t>
            </w:r>
          </w:p>
        </w:tc>
        <w:tc>
          <w:tcPr>
            <w:tcW w:w="1275" w:type="dxa"/>
            <w:shd w:val="clear" w:color="auto" w:fill="D9D9D9"/>
          </w:tcPr>
          <w:p w14:paraId="13F3A808" w14:textId="77777777" w:rsidR="00486EE8" w:rsidRPr="001429E8" w:rsidRDefault="00000000">
            <w:pPr>
              <w:rPr>
                <w:lang w:val="pl-PL"/>
              </w:rPr>
            </w:pPr>
            <w:r w:rsidRPr="001429E8">
              <w:rPr>
                <w:b/>
                <w:sz w:val="15"/>
                <w:lang w:val="pl-PL"/>
              </w:rPr>
              <w:t>Podmiot, na rzecz którego wykonano roboty</w:t>
            </w:r>
          </w:p>
        </w:tc>
        <w:tc>
          <w:tcPr>
            <w:tcW w:w="1275" w:type="dxa"/>
            <w:shd w:val="clear" w:color="auto" w:fill="D9D9D9"/>
          </w:tcPr>
          <w:p w14:paraId="0581FF05" w14:textId="77777777" w:rsidR="00486EE8" w:rsidRPr="001429E8" w:rsidRDefault="00000000">
            <w:pPr>
              <w:rPr>
                <w:lang w:val="pl-PL"/>
              </w:rPr>
            </w:pPr>
            <w:r w:rsidRPr="001429E8">
              <w:rPr>
                <w:b/>
                <w:sz w:val="15"/>
                <w:lang w:val="pl-PL"/>
              </w:rPr>
              <w:t>Dowód należytego wykonania</w:t>
            </w:r>
          </w:p>
        </w:tc>
      </w:tr>
      <w:tr w:rsidR="00486EE8" w:rsidRPr="001429E8" w14:paraId="0115C6DC" w14:textId="77777777" w:rsidTr="008D677F">
        <w:trPr>
          <w:jc w:val="center"/>
        </w:trPr>
        <w:tc>
          <w:tcPr>
            <w:tcW w:w="567" w:type="dxa"/>
          </w:tcPr>
          <w:p w14:paraId="7C04E58B" w14:textId="77777777" w:rsidR="00486EE8" w:rsidRPr="001429E8" w:rsidRDefault="00000000">
            <w:pPr>
              <w:rPr>
                <w:lang w:val="pl-PL"/>
              </w:rPr>
            </w:pPr>
            <w:r w:rsidRPr="001429E8">
              <w:rPr>
                <w:sz w:val="16"/>
                <w:lang w:val="pl-PL"/>
              </w:rPr>
              <w:t>1</w:t>
            </w:r>
          </w:p>
        </w:tc>
        <w:tc>
          <w:tcPr>
            <w:tcW w:w="1983" w:type="dxa"/>
          </w:tcPr>
          <w:p w14:paraId="62E70087" w14:textId="77777777" w:rsidR="00486EE8" w:rsidRPr="001429E8" w:rsidRDefault="00000000">
            <w:pPr>
              <w:rPr>
                <w:lang w:val="pl-PL"/>
              </w:rPr>
            </w:pPr>
            <w:r w:rsidRPr="001429E8">
              <w:rPr>
                <w:sz w:val="16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530C1EC6" w14:textId="77777777" w:rsidR="00486EE8" w:rsidRPr="001429E8" w:rsidRDefault="00000000">
            <w:pPr>
              <w:rPr>
                <w:lang w:val="pl-PL"/>
              </w:rPr>
            </w:pPr>
            <w:r w:rsidRPr="001429E8">
              <w:rPr>
                <w:sz w:val="16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130562B5" w14:textId="77777777" w:rsidR="00486EE8" w:rsidRPr="001429E8" w:rsidRDefault="00000000">
            <w:pPr>
              <w:rPr>
                <w:lang w:val="pl-PL"/>
              </w:rPr>
            </w:pPr>
            <w:r w:rsidRPr="001429E8">
              <w:rPr>
                <w:sz w:val="16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50A865E3" w14:textId="77777777" w:rsidR="00486EE8" w:rsidRPr="001429E8" w:rsidRDefault="00000000">
            <w:pPr>
              <w:rPr>
                <w:lang w:val="pl-PL"/>
              </w:rPr>
            </w:pPr>
            <w:r w:rsidRPr="001429E8">
              <w:rPr>
                <w:sz w:val="16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67598EC7" w14:textId="77777777" w:rsidR="00486EE8" w:rsidRPr="001429E8" w:rsidRDefault="00000000">
            <w:pPr>
              <w:rPr>
                <w:lang w:val="pl-PL"/>
              </w:rPr>
            </w:pPr>
            <w:r w:rsidRPr="001429E8">
              <w:rPr>
                <w:sz w:val="16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71C755E9" w14:textId="77777777" w:rsidR="00486EE8" w:rsidRPr="001429E8" w:rsidRDefault="00000000">
            <w:pPr>
              <w:rPr>
                <w:lang w:val="pl-PL"/>
              </w:rPr>
            </w:pPr>
            <w:r w:rsidRPr="001429E8">
              <w:rPr>
                <w:sz w:val="16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0737C1E3" w14:textId="77777777" w:rsidR="00486EE8" w:rsidRPr="001429E8" w:rsidRDefault="00000000">
            <w:pPr>
              <w:rPr>
                <w:lang w:val="pl-PL"/>
              </w:rPr>
            </w:pPr>
            <w:r w:rsidRPr="001429E8">
              <w:rPr>
                <w:sz w:val="16"/>
                <w:lang w:val="pl-PL"/>
              </w:rPr>
              <w:t xml:space="preserve"> </w:t>
            </w:r>
          </w:p>
        </w:tc>
      </w:tr>
      <w:tr w:rsidR="00486EE8" w:rsidRPr="001429E8" w14:paraId="6A4E149B" w14:textId="77777777" w:rsidTr="008D677F">
        <w:trPr>
          <w:jc w:val="center"/>
        </w:trPr>
        <w:tc>
          <w:tcPr>
            <w:tcW w:w="567" w:type="dxa"/>
          </w:tcPr>
          <w:p w14:paraId="3B7A8B89" w14:textId="77777777" w:rsidR="00486EE8" w:rsidRPr="001429E8" w:rsidRDefault="00000000">
            <w:pPr>
              <w:rPr>
                <w:lang w:val="pl-PL"/>
              </w:rPr>
            </w:pPr>
            <w:r w:rsidRPr="001429E8">
              <w:rPr>
                <w:sz w:val="16"/>
                <w:lang w:val="pl-PL"/>
              </w:rPr>
              <w:t>2</w:t>
            </w:r>
          </w:p>
        </w:tc>
        <w:tc>
          <w:tcPr>
            <w:tcW w:w="1983" w:type="dxa"/>
          </w:tcPr>
          <w:p w14:paraId="6747E7A7" w14:textId="77777777" w:rsidR="00486EE8" w:rsidRPr="001429E8" w:rsidRDefault="00000000">
            <w:pPr>
              <w:rPr>
                <w:lang w:val="pl-PL"/>
              </w:rPr>
            </w:pPr>
            <w:r w:rsidRPr="001429E8">
              <w:rPr>
                <w:sz w:val="16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4C8ED1A7" w14:textId="77777777" w:rsidR="00486EE8" w:rsidRPr="001429E8" w:rsidRDefault="00000000">
            <w:pPr>
              <w:rPr>
                <w:lang w:val="pl-PL"/>
              </w:rPr>
            </w:pPr>
            <w:r w:rsidRPr="001429E8">
              <w:rPr>
                <w:sz w:val="16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1E0DC14C" w14:textId="77777777" w:rsidR="00486EE8" w:rsidRPr="001429E8" w:rsidRDefault="00000000">
            <w:pPr>
              <w:rPr>
                <w:lang w:val="pl-PL"/>
              </w:rPr>
            </w:pPr>
            <w:r w:rsidRPr="001429E8">
              <w:rPr>
                <w:sz w:val="16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10BD3AFB" w14:textId="77777777" w:rsidR="00486EE8" w:rsidRPr="001429E8" w:rsidRDefault="00000000">
            <w:pPr>
              <w:rPr>
                <w:lang w:val="pl-PL"/>
              </w:rPr>
            </w:pPr>
            <w:r w:rsidRPr="001429E8">
              <w:rPr>
                <w:sz w:val="16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468C75C4" w14:textId="77777777" w:rsidR="00486EE8" w:rsidRPr="001429E8" w:rsidRDefault="00000000">
            <w:pPr>
              <w:rPr>
                <w:lang w:val="pl-PL"/>
              </w:rPr>
            </w:pPr>
            <w:r w:rsidRPr="001429E8">
              <w:rPr>
                <w:sz w:val="16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158EBE17" w14:textId="77777777" w:rsidR="00486EE8" w:rsidRPr="001429E8" w:rsidRDefault="00000000">
            <w:pPr>
              <w:rPr>
                <w:lang w:val="pl-PL"/>
              </w:rPr>
            </w:pPr>
            <w:r w:rsidRPr="001429E8">
              <w:rPr>
                <w:sz w:val="16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201F42B0" w14:textId="77777777" w:rsidR="00486EE8" w:rsidRPr="001429E8" w:rsidRDefault="00000000">
            <w:pPr>
              <w:rPr>
                <w:lang w:val="pl-PL"/>
              </w:rPr>
            </w:pPr>
            <w:r w:rsidRPr="001429E8">
              <w:rPr>
                <w:sz w:val="16"/>
                <w:lang w:val="pl-PL"/>
              </w:rPr>
              <w:t xml:space="preserve"> </w:t>
            </w:r>
          </w:p>
        </w:tc>
      </w:tr>
      <w:tr w:rsidR="00486EE8" w:rsidRPr="001429E8" w14:paraId="1DAC7F26" w14:textId="77777777" w:rsidTr="008D677F">
        <w:trPr>
          <w:jc w:val="center"/>
        </w:trPr>
        <w:tc>
          <w:tcPr>
            <w:tcW w:w="567" w:type="dxa"/>
          </w:tcPr>
          <w:p w14:paraId="507960C4" w14:textId="77777777" w:rsidR="00486EE8" w:rsidRPr="001429E8" w:rsidRDefault="00000000">
            <w:pPr>
              <w:rPr>
                <w:lang w:val="pl-PL"/>
              </w:rPr>
            </w:pPr>
            <w:r w:rsidRPr="001429E8">
              <w:rPr>
                <w:sz w:val="16"/>
                <w:lang w:val="pl-PL"/>
              </w:rPr>
              <w:t>3</w:t>
            </w:r>
          </w:p>
        </w:tc>
        <w:tc>
          <w:tcPr>
            <w:tcW w:w="1983" w:type="dxa"/>
          </w:tcPr>
          <w:p w14:paraId="5B820C9A" w14:textId="77777777" w:rsidR="00486EE8" w:rsidRPr="001429E8" w:rsidRDefault="00000000">
            <w:pPr>
              <w:rPr>
                <w:lang w:val="pl-PL"/>
              </w:rPr>
            </w:pPr>
            <w:r w:rsidRPr="001429E8">
              <w:rPr>
                <w:sz w:val="16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272A6223" w14:textId="77777777" w:rsidR="00486EE8" w:rsidRPr="001429E8" w:rsidRDefault="00000000">
            <w:pPr>
              <w:rPr>
                <w:lang w:val="pl-PL"/>
              </w:rPr>
            </w:pPr>
            <w:r w:rsidRPr="001429E8">
              <w:rPr>
                <w:sz w:val="16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2003ABAA" w14:textId="77777777" w:rsidR="00486EE8" w:rsidRPr="001429E8" w:rsidRDefault="00000000">
            <w:pPr>
              <w:rPr>
                <w:lang w:val="pl-PL"/>
              </w:rPr>
            </w:pPr>
            <w:r w:rsidRPr="001429E8">
              <w:rPr>
                <w:sz w:val="16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47DD4F28" w14:textId="77777777" w:rsidR="00486EE8" w:rsidRPr="001429E8" w:rsidRDefault="00000000">
            <w:pPr>
              <w:rPr>
                <w:lang w:val="pl-PL"/>
              </w:rPr>
            </w:pPr>
            <w:r w:rsidRPr="001429E8">
              <w:rPr>
                <w:sz w:val="16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1032866E" w14:textId="77777777" w:rsidR="00486EE8" w:rsidRPr="001429E8" w:rsidRDefault="00000000">
            <w:pPr>
              <w:rPr>
                <w:lang w:val="pl-PL"/>
              </w:rPr>
            </w:pPr>
            <w:r w:rsidRPr="001429E8">
              <w:rPr>
                <w:sz w:val="16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7D5BD5B7" w14:textId="77777777" w:rsidR="00486EE8" w:rsidRPr="001429E8" w:rsidRDefault="00000000">
            <w:pPr>
              <w:rPr>
                <w:lang w:val="pl-PL"/>
              </w:rPr>
            </w:pPr>
            <w:r w:rsidRPr="001429E8">
              <w:rPr>
                <w:sz w:val="16"/>
                <w:lang w:val="pl-PL"/>
              </w:rPr>
              <w:t xml:space="preserve"> </w:t>
            </w:r>
          </w:p>
        </w:tc>
        <w:tc>
          <w:tcPr>
            <w:tcW w:w="1275" w:type="dxa"/>
          </w:tcPr>
          <w:p w14:paraId="4722D0AE" w14:textId="77777777" w:rsidR="00486EE8" w:rsidRPr="001429E8" w:rsidRDefault="00000000">
            <w:pPr>
              <w:rPr>
                <w:lang w:val="pl-PL"/>
              </w:rPr>
            </w:pPr>
            <w:r w:rsidRPr="001429E8">
              <w:rPr>
                <w:sz w:val="16"/>
                <w:lang w:val="pl-PL"/>
              </w:rPr>
              <w:t xml:space="preserve"> </w:t>
            </w:r>
          </w:p>
        </w:tc>
      </w:tr>
    </w:tbl>
    <w:p w14:paraId="7D96A9C5" w14:textId="77777777" w:rsidR="00486EE8" w:rsidRPr="001429E8" w:rsidRDefault="00000000">
      <w:pPr>
        <w:rPr>
          <w:lang w:val="pl-PL"/>
        </w:rPr>
      </w:pPr>
      <w:r w:rsidRPr="001429E8">
        <w:rPr>
          <w:i/>
          <w:sz w:val="17"/>
          <w:lang w:val="pl-PL"/>
        </w:rPr>
        <w:t>Warunek: co najmniej jedna robota budowlana polegająca na budowie, przebudowie, remoncie, adaptacji lub modernizacji budynku albo części budynku, o wartości co najmniej 300 000 zł brutto. Robota powinna obejmować co najmniej roboty ogólnobudowlane prowadzone wewnątrz budynku oraz co najmniej jedną z kategorii: roboty demontażowe, wyburzeniowe, konstrukcyjne, instalacyjne albo wykończeniowe.</w:t>
      </w:r>
    </w:p>
    <w:p w14:paraId="17FBEA06" w14:textId="77777777" w:rsidR="00486EE8" w:rsidRPr="001429E8" w:rsidRDefault="00000000">
      <w:pPr>
        <w:rPr>
          <w:lang w:val="pl-PL"/>
        </w:rPr>
      </w:pPr>
      <w:r w:rsidRPr="001429E8">
        <w:rPr>
          <w:i/>
          <w:sz w:val="17"/>
          <w:lang w:val="pl-PL"/>
        </w:rPr>
        <w:t>Do wykazu należy załączyć dowody określające, czy roboty zostały wykonane należycie, w szczególności referencje bądź inne dokumenty sporządzone przez podmiot, na rzecz którego roboty zostały wykonane. W przypadku wartości wyrażonych w walucie obcej należy dokonać przeliczenia na złote polskie według zasad określonych w SWZ.</w:t>
      </w:r>
    </w:p>
    <w:p w14:paraId="364D9A9B" w14:textId="77777777" w:rsidR="00486EE8" w:rsidRPr="001429E8" w:rsidRDefault="00000000">
      <w:pPr>
        <w:rPr>
          <w:lang w:val="pl-PL"/>
        </w:rPr>
      </w:pPr>
      <w:r w:rsidRPr="001429E8">
        <w:rPr>
          <w:lang w:val="pl-PL"/>
        </w:rPr>
        <w:t>Oświadczam, że informacje podane w wykazie są zgodne z prawdą.</w:t>
      </w:r>
    </w:p>
    <w:p w14:paraId="5A310F83" w14:textId="77777777" w:rsidR="00486EE8" w:rsidRPr="001429E8" w:rsidRDefault="00000000">
      <w:pPr>
        <w:rPr>
          <w:lang w:val="pl-PL"/>
        </w:rPr>
      </w:pPr>
      <w:r w:rsidRPr="001429E8">
        <w:rPr>
          <w:lang w:val="pl-PL"/>
        </w:rPr>
        <w:br/>
      </w:r>
    </w:p>
    <w:p w14:paraId="272D0150" w14:textId="77777777" w:rsidR="00486EE8" w:rsidRPr="001429E8" w:rsidRDefault="00000000">
      <w:pPr>
        <w:jc w:val="right"/>
        <w:rPr>
          <w:lang w:val="pl-PL"/>
        </w:rPr>
      </w:pPr>
      <w:r w:rsidRPr="001429E8">
        <w:rPr>
          <w:sz w:val="17"/>
          <w:lang w:val="pl-PL"/>
        </w:rPr>
        <w:t>Dokument należy wypełnić i podpisać kwalifikowanym podpisem elektronicznym, podpisem zaufanym lub podpisem osobistym przez osobę/y upoważnione do reprezentowania Wykonawcy.</w:t>
      </w:r>
    </w:p>
    <w:sectPr w:rsidR="00486EE8" w:rsidRPr="001429E8" w:rsidSect="00034616"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9886928">
    <w:abstractNumId w:val="8"/>
  </w:num>
  <w:num w:numId="2" w16cid:durableId="325669378">
    <w:abstractNumId w:val="6"/>
  </w:num>
  <w:num w:numId="3" w16cid:durableId="1225220504">
    <w:abstractNumId w:val="5"/>
  </w:num>
  <w:num w:numId="4" w16cid:durableId="424771023">
    <w:abstractNumId w:val="4"/>
  </w:num>
  <w:num w:numId="5" w16cid:durableId="806357315">
    <w:abstractNumId w:val="7"/>
  </w:num>
  <w:num w:numId="6" w16cid:durableId="1251082933">
    <w:abstractNumId w:val="3"/>
  </w:num>
  <w:num w:numId="7" w16cid:durableId="949359439">
    <w:abstractNumId w:val="2"/>
  </w:num>
  <w:num w:numId="8" w16cid:durableId="1746419360">
    <w:abstractNumId w:val="1"/>
  </w:num>
  <w:num w:numId="9" w16cid:durableId="845483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29E8"/>
    <w:rsid w:val="0015074B"/>
    <w:rsid w:val="0029639D"/>
    <w:rsid w:val="00326F90"/>
    <w:rsid w:val="00486EE8"/>
    <w:rsid w:val="00530820"/>
    <w:rsid w:val="008D677F"/>
    <w:rsid w:val="00A51933"/>
    <w:rsid w:val="00AA1D8D"/>
    <w:rsid w:val="00AF0559"/>
    <w:rsid w:val="00B47730"/>
    <w:rsid w:val="00CB0664"/>
    <w:rsid w:val="00FC693F"/>
    <w:rsid w:val="00FE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05397E"/>
  <w14:defaultImageDpi w14:val="300"/>
  <w15:docId w15:val="{89418CBE-7F49-4C50-A724-37B647F1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P.Grudnowski</cp:lastModifiedBy>
  <cp:revision>4</cp:revision>
  <dcterms:created xsi:type="dcterms:W3CDTF">2013-12-23T23:15:00Z</dcterms:created>
  <dcterms:modified xsi:type="dcterms:W3CDTF">2026-08-14T11:39:00Z</dcterms:modified>
  <cp:category/>
</cp:coreProperties>
</file>