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F70D94" w:rsidRPr="00CA4D51" w14:paraId="6F27F4ED" w14:textId="77777777">
        <w:trPr>
          <w:jc w:val="center"/>
        </w:trPr>
        <w:tc>
          <w:tcPr>
            <w:tcW w:w="5100" w:type="dxa"/>
            <w:vAlign w:val="center"/>
          </w:tcPr>
          <w:p w14:paraId="0B7E7008" w14:textId="4F879AB6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 xml:space="preserve">Nr sprawy: </w:t>
            </w:r>
            <w:r w:rsidR="00363A17">
              <w:rPr>
                <w:sz w:val="18"/>
                <w:lang w:val="pl-PL"/>
              </w:rPr>
              <w:t>2</w:t>
            </w:r>
            <w:r w:rsidR="00E60C07">
              <w:rPr>
                <w:sz w:val="18"/>
                <w:lang w:val="pl-PL"/>
              </w:rPr>
              <w:t>1</w:t>
            </w:r>
            <w:r w:rsidRPr="00CA4D51">
              <w:rPr>
                <w:sz w:val="18"/>
                <w:lang w:val="pl-PL"/>
              </w:rPr>
              <w:t>/AG/2026</w:t>
            </w:r>
          </w:p>
        </w:tc>
        <w:tc>
          <w:tcPr>
            <w:tcW w:w="5100" w:type="dxa"/>
            <w:vAlign w:val="center"/>
          </w:tcPr>
          <w:p w14:paraId="0C9C9C61" w14:textId="77777777" w:rsidR="00F70D94" w:rsidRPr="00CA4D51" w:rsidRDefault="00000000">
            <w:pPr>
              <w:jc w:val="right"/>
              <w:rPr>
                <w:lang w:val="pl-PL"/>
              </w:rPr>
            </w:pPr>
            <w:r w:rsidRPr="00CA4D51">
              <w:rPr>
                <w:b/>
                <w:lang w:val="pl-PL"/>
              </w:rPr>
              <w:t>Załącznik nr 7 do SWZ</w:t>
            </w:r>
          </w:p>
        </w:tc>
      </w:tr>
    </w:tbl>
    <w:p w14:paraId="6AEC1112" w14:textId="77777777" w:rsidR="00F70D94" w:rsidRPr="00CA4D51" w:rsidRDefault="00000000">
      <w:pPr>
        <w:jc w:val="center"/>
        <w:rPr>
          <w:lang w:val="pl-PL"/>
        </w:rPr>
      </w:pPr>
      <w:r w:rsidRPr="00CA4D51">
        <w:rPr>
          <w:b/>
          <w:sz w:val="21"/>
          <w:lang w:val="pl-PL"/>
        </w:rPr>
        <w:t>TEATR IM. STEFANA JARACZA W OLSZTYNIE</w:t>
      </w:r>
    </w:p>
    <w:p w14:paraId="7D57CBCF" w14:textId="77777777" w:rsidR="00F70D94" w:rsidRPr="00CA4D51" w:rsidRDefault="00000000">
      <w:pPr>
        <w:jc w:val="center"/>
        <w:rPr>
          <w:lang w:val="pl-PL"/>
        </w:rPr>
      </w:pPr>
      <w:r w:rsidRPr="00CA4D51">
        <w:rPr>
          <w:sz w:val="17"/>
          <w:lang w:val="pl-PL"/>
        </w:rPr>
        <w:t>ul. 1 Maja 4, 10-118 Olsztyn</w:t>
      </w:r>
      <w:r w:rsidRPr="00CA4D51">
        <w:rPr>
          <w:sz w:val="17"/>
          <w:lang w:val="pl-PL"/>
        </w:rPr>
        <w:br/>
        <w:t>NIP: 7390304325, REGON: 510981641</w:t>
      </w:r>
      <w:r w:rsidRPr="00CA4D51">
        <w:rPr>
          <w:sz w:val="17"/>
          <w:lang w:val="pl-PL"/>
        </w:rPr>
        <w:br/>
        <w:t>www.teatr.olsztyn.pl | e-mail: sekretariat.jaracza@teatr.olsztyn.pl | tel.: 89 527 59 58</w:t>
      </w:r>
    </w:p>
    <w:p w14:paraId="2C32B02C" w14:textId="77777777" w:rsidR="00F70D94" w:rsidRPr="00CA4D51" w:rsidRDefault="00000000">
      <w:pPr>
        <w:jc w:val="center"/>
        <w:rPr>
          <w:lang w:val="pl-PL"/>
        </w:rPr>
      </w:pPr>
      <w:r w:rsidRPr="00CA4D51">
        <w:rPr>
          <w:b/>
          <w:sz w:val="24"/>
          <w:u w:val="single"/>
          <w:lang w:val="pl-PL"/>
        </w:rPr>
        <w:t>ZOBOWIĄZANIE PODMIOTU UDOSTĘPNIAJĄCEGO ZASOBY</w:t>
      </w:r>
    </w:p>
    <w:p w14:paraId="2F9D5816" w14:textId="77777777" w:rsidR="00F70D94" w:rsidRPr="00CA4D51" w:rsidRDefault="00000000">
      <w:pPr>
        <w:jc w:val="center"/>
        <w:rPr>
          <w:lang w:val="pl-PL"/>
        </w:rPr>
      </w:pPr>
      <w:r w:rsidRPr="00CA4D51">
        <w:rPr>
          <w:lang w:val="pl-PL"/>
        </w:rPr>
        <w:t>do postępowania prowadzonego w trybie podstawowym pn.:</w:t>
      </w:r>
    </w:p>
    <w:p w14:paraId="4248FE23" w14:textId="52EE2F9F" w:rsidR="00F70D94" w:rsidRPr="00CA4D51" w:rsidRDefault="00000000">
      <w:pPr>
        <w:jc w:val="center"/>
        <w:rPr>
          <w:lang w:val="pl-PL"/>
        </w:rPr>
      </w:pPr>
      <w:r w:rsidRPr="00CA4D51">
        <w:rPr>
          <w:b/>
          <w:sz w:val="21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363A17">
        <w:rPr>
          <w:b/>
          <w:sz w:val="21"/>
          <w:lang w:val="pl-PL"/>
        </w:rPr>
        <w:t xml:space="preserve"> - powtórzenie</w:t>
      </w:r>
      <w:r w:rsidRPr="00CA4D51">
        <w:rPr>
          <w:b/>
          <w:sz w:val="21"/>
          <w:lang w:val="pl-PL"/>
        </w:rPr>
        <w:t>”</w:t>
      </w:r>
    </w:p>
    <w:p w14:paraId="054A5CC2" w14:textId="77777777" w:rsidR="00F70D94" w:rsidRPr="00CA4D51" w:rsidRDefault="00F70D94">
      <w:pPr>
        <w:rPr>
          <w:lang w:val="pl-PL"/>
        </w:rPr>
      </w:pPr>
    </w:p>
    <w:p w14:paraId="10D5425D" w14:textId="77777777" w:rsidR="00F70D94" w:rsidRPr="00CA4D51" w:rsidRDefault="00000000">
      <w:pPr>
        <w:rPr>
          <w:lang w:val="pl-PL"/>
        </w:rPr>
      </w:pPr>
      <w:r w:rsidRPr="00CA4D51">
        <w:rPr>
          <w:b/>
          <w:sz w:val="21"/>
          <w:u w:val="single"/>
          <w:lang w:val="pl-PL"/>
        </w:rPr>
        <w:t>Wykonawca / członek konsorcjum / podmiot udostępniający zasoby*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11"/>
        <w:gridCol w:w="6089"/>
      </w:tblGrid>
      <w:tr w:rsidR="00F70D94" w:rsidRPr="00CA4D51" w14:paraId="27C271C6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605FB2FD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Pełna nazwa/firma</w:t>
            </w:r>
          </w:p>
        </w:tc>
        <w:tc>
          <w:tcPr>
            <w:tcW w:w="6089" w:type="dxa"/>
          </w:tcPr>
          <w:p w14:paraId="52627F82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37BF8AE7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699380B5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Adres/siedziba</w:t>
            </w:r>
          </w:p>
        </w:tc>
        <w:tc>
          <w:tcPr>
            <w:tcW w:w="6089" w:type="dxa"/>
          </w:tcPr>
          <w:p w14:paraId="5ABDA068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196484EF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4A408095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NIP/PESEL</w:t>
            </w:r>
          </w:p>
        </w:tc>
        <w:tc>
          <w:tcPr>
            <w:tcW w:w="6089" w:type="dxa"/>
          </w:tcPr>
          <w:p w14:paraId="2791A49B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49B8F50B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404C8843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KRS/CEIDG</w:t>
            </w:r>
          </w:p>
        </w:tc>
        <w:tc>
          <w:tcPr>
            <w:tcW w:w="6089" w:type="dxa"/>
          </w:tcPr>
          <w:p w14:paraId="53143819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1AEB8B5D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579D784B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Osoba reprezentująca i podstawa reprezentacji</w:t>
            </w:r>
          </w:p>
        </w:tc>
        <w:tc>
          <w:tcPr>
            <w:tcW w:w="6089" w:type="dxa"/>
          </w:tcPr>
          <w:p w14:paraId="4F1CB228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</w:tbl>
    <w:p w14:paraId="594E38AA" w14:textId="77777777" w:rsidR="00F70D94" w:rsidRPr="00CA4D51" w:rsidRDefault="00000000">
      <w:pPr>
        <w:rPr>
          <w:lang w:val="pl-PL"/>
        </w:rPr>
      </w:pPr>
      <w:r w:rsidRPr="00CA4D51">
        <w:rPr>
          <w:i/>
          <w:sz w:val="17"/>
          <w:lang w:val="pl-PL"/>
        </w:rPr>
        <w:t>* Niepotrzebne skreślić. W przypadku Wykonawców wspólnie ubiegających się o zamówienie dokument składa każdy z Wykonawców, jeżeli SWZ tego wymaga.</w:t>
      </w:r>
    </w:p>
    <w:p w14:paraId="28E0AF58" w14:textId="77777777" w:rsidR="00F70D94" w:rsidRPr="00CA4D51" w:rsidRDefault="00000000">
      <w:pPr>
        <w:rPr>
          <w:lang w:val="pl-PL"/>
        </w:rPr>
      </w:pPr>
      <w:r w:rsidRPr="00CA4D51">
        <w:rPr>
          <w:b/>
          <w:sz w:val="21"/>
          <w:u w:val="single"/>
          <w:lang w:val="pl-PL"/>
        </w:rPr>
        <w:t>PODMIOT UDOSTĘPNIAJĄCY ZASOBY: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11"/>
        <w:gridCol w:w="6089"/>
      </w:tblGrid>
      <w:tr w:rsidR="00F70D94" w:rsidRPr="00CA4D51" w14:paraId="68A2C7B9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4EB397C9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Pełna nazwa/firma</w:t>
            </w:r>
          </w:p>
        </w:tc>
        <w:tc>
          <w:tcPr>
            <w:tcW w:w="6089" w:type="dxa"/>
          </w:tcPr>
          <w:p w14:paraId="5AD2EB89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51BAA1E9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47D5060F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Adres/siedziba</w:t>
            </w:r>
          </w:p>
        </w:tc>
        <w:tc>
          <w:tcPr>
            <w:tcW w:w="6089" w:type="dxa"/>
          </w:tcPr>
          <w:p w14:paraId="52563EF8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2DF5E63B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7FE23E1C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NIP/REGON/KRS</w:t>
            </w:r>
          </w:p>
        </w:tc>
        <w:tc>
          <w:tcPr>
            <w:tcW w:w="6089" w:type="dxa"/>
          </w:tcPr>
          <w:p w14:paraId="2575A98A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  <w:tr w:rsidR="00F70D94" w:rsidRPr="00CA4D51" w14:paraId="31843237" w14:textId="77777777" w:rsidTr="00CA4D51">
        <w:trPr>
          <w:jc w:val="center"/>
        </w:trPr>
        <w:tc>
          <w:tcPr>
            <w:tcW w:w="4111" w:type="dxa"/>
            <w:shd w:val="clear" w:color="auto" w:fill="E7E3D2"/>
          </w:tcPr>
          <w:p w14:paraId="4D8E29C5" w14:textId="77777777" w:rsidR="00F70D94" w:rsidRPr="00CA4D51" w:rsidRDefault="00000000" w:rsidP="00CA4D51">
            <w:pPr>
              <w:spacing w:after="0"/>
              <w:rPr>
                <w:lang w:val="pl-PL"/>
              </w:rPr>
            </w:pPr>
            <w:r w:rsidRPr="00CA4D51">
              <w:rPr>
                <w:sz w:val="18"/>
                <w:lang w:val="pl-PL"/>
              </w:rPr>
              <w:t>Osoba reprezentująca i podstawa reprezentacji</w:t>
            </w:r>
          </w:p>
        </w:tc>
        <w:tc>
          <w:tcPr>
            <w:tcW w:w="6089" w:type="dxa"/>
          </w:tcPr>
          <w:p w14:paraId="61E53737" w14:textId="77777777" w:rsidR="00F70D94" w:rsidRPr="00CA4D51" w:rsidRDefault="00F70D94" w:rsidP="00CA4D51">
            <w:pPr>
              <w:spacing w:after="0"/>
              <w:rPr>
                <w:lang w:val="pl-PL"/>
              </w:rPr>
            </w:pPr>
          </w:p>
        </w:tc>
      </w:tr>
    </w:tbl>
    <w:p w14:paraId="37873DC6" w14:textId="77777777" w:rsidR="00F70D94" w:rsidRPr="00CA4D51" w:rsidRDefault="00000000">
      <w:pPr>
        <w:jc w:val="center"/>
        <w:rPr>
          <w:lang w:val="pl-PL"/>
        </w:rPr>
      </w:pPr>
      <w:r w:rsidRPr="00CA4D51">
        <w:rPr>
          <w:b/>
          <w:sz w:val="24"/>
          <w:u w:val="single"/>
          <w:lang w:val="pl-PL"/>
        </w:rPr>
        <w:t>ZOBOWIĄZANIE PODMIOTU TRZECIEGO</w:t>
      </w:r>
    </w:p>
    <w:p w14:paraId="5A59ADF1" w14:textId="77777777" w:rsidR="00F70D94" w:rsidRPr="00CA4D51" w:rsidRDefault="00000000">
      <w:pPr>
        <w:jc w:val="center"/>
        <w:rPr>
          <w:lang w:val="pl-PL"/>
        </w:rPr>
      </w:pPr>
      <w:r w:rsidRPr="00CA4D51">
        <w:rPr>
          <w:lang w:val="pl-PL"/>
        </w:rPr>
        <w:t xml:space="preserve">składane na podstawie art. 118 ust. 3 ustawy </w:t>
      </w:r>
      <w:proofErr w:type="spellStart"/>
      <w:r w:rsidRPr="00CA4D51">
        <w:rPr>
          <w:lang w:val="pl-PL"/>
        </w:rPr>
        <w:t>Pzp</w:t>
      </w:r>
      <w:proofErr w:type="spellEnd"/>
      <w:r w:rsidRPr="00CA4D51">
        <w:rPr>
          <w:lang w:val="pl-PL"/>
        </w:rPr>
        <w:t xml:space="preserve"> do oddania do dyspozycji Wykonawcy niezbędnych zasobów na okres korzystania z nich przy wykonywaniu zamówienia.</w:t>
      </w:r>
    </w:p>
    <w:p w14:paraId="3D72EEA9" w14:textId="77777777" w:rsidR="00F70D94" w:rsidRPr="00CA4D51" w:rsidRDefault="00000000">
      <w:pPr>
        <w:rPr>
          <w:lang w:val="pl-PL"/>
        </w:rPr>
      </w:pPr>
      <w:r w:rsidRPr="00CA4D51">
        <w:rPr>
          <w:lang w:val="pl-PL"/>
        </w:rPr>
        <w:t>Ja/My niżej podpisani, działając w imieniu podmiotu udostępniającego zasoby, oświadczamy, że w ramach niniejszego postępowania udostępniamy Wykonawcy:</w:t>
      </w:r>
    </w:p>
    <w:p w14:paraId="7D3AA9C0" w14:textId="77777777" w:rsidR="00F70D94" w:rsidRPr="00CA4D51" w:rsidRDefault="00000000">
      <w:pPr>
        <w:rPr>
          <w:lang w:val="pl-PL"/>
        </w:rPr>
      </w:pPr>
      <w:r w:rsidRPr="00CA4D51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E8F1B38" w14:textId="77777777" w:rsidR="00F70D94" w:rsidRPr="00CA4D51" w:rsidRDefault="00000000">
      <w:pPr>
        <w:rPr>
          <w:lang w:val="pl-PL"/>
        </w:rPr>
      </w:pPr>
      <w:r w:rsidRPr="00CA4D51">
        <w:rPr>
          <w:lang w:val="pl-PL"/>
        </w:rPr>
        <w:t>nasze zasoby w następującym zakresie: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70"/>
        <w:gridCol w:w="9046"/>
      </w:tblGrid>
      <w:tr w:rsidR="00F70D94" w:rsidRPr="00CA4D51" w14:paraId="495051AD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313FF8B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>Zakres dostępnych Wykonawcy zasobów podmiotu udostępniającego zasoby</w:t>
            </w:r>
          </w:p>
        </w:tc>
        <w:tc>
          <w:tcPr>
            <w:tcW w:w="5100" w:type="dxa"/>
          </w:tcPr>
          <w:p w14:paraId="113F6D49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F70D94" w:rsidRPr="00CA4D51" w14:paraId="3CD91C8B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95A309E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 xml:space="preserve">Sposób i okres udostępnienia oraz wykorzystania zasobów przy </w:t>
            </w:r>
            <w:r w:rsidRPr="00CA4D51">
              <w:rPr>
                <w:sz w:val="16"/>
                <w:lang w:val="pl-PL"/>
              </w:rPr>
              <w:lastRenderedPageBreak/>
              <w:t>wykonywaniu zamówienia</w:t>
            </w:r>
          </w:p>
        </w:tc>
        <w:tc>
          <w:tcPr>
            <w:tcW w:w="5100" w:type="dxa"/>
          </w:tcPr>
          <w:p w14:paraId="0407DDEA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lastRenderedPageBreak/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F70D94" w:rsidRPr="00CA4D51" w14:paraId="1D1257EE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7028E5B9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>Czy i w jakim zakresie podmiot udostępniający zasoby zrealizuje roboty budowlane, do których zdolności dotyczące doświadczenia są wymagane?</w:t>
            </w:r>
          </w:p>
        </w:tc>
        <w:tc>
          <w:tcPr>
            <w:tcW w:w="5100" w:type="dxa"/>
          </w:tcPr>
          <w:p w14:paraId="6C01D341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F70D94" w:rsidRPr="00CA4D51" w14:paraId="619002B2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3C40DEA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>Inne informacje istotne dla oceny rzeczywistego dostępu do zasobów</w:t>
            </w:r>
          </w:p>
        </w:tc>
        <w:tc>
          <w:tcPr>
            <w:tcW w:w="5100" w:type="dxa"/>
          </w:tcPr>
          <w:p w14:paraId="7356BCA5" w14:textId="77777777" w:rsidR="00F70D94" w:rsidRPr="00CA4D51" w:rsidRDefault="00000000">
            <w:pPr>
              <w:rPr>
                <w:lang w:val="pl-PL"/>
              </w:rPr>
            </w:pPr>
            <w:r w:rsidRPr="00CA4D51">
              <w:rPr>
                <w:sz w:val="16"/>
                <w:lang w:val="pl-PL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CC45122" w14:textId="77777777" w:rsidR="00F70D94" w:rsidRPr="00CA4D51" w:rsidRDefault="00000000">
      <w:pPr>
        <w:rPr>
          <w:lang w:val="pl-PL"/>
        </w:rPr>
      </w:pPr>
      <w:r w:rsidRPr="00CA4D51">
        <w:rPr>
          <w:lang w:val="pl-PL"/>
        </w:rPr>
        <w:t xml:space="preserve">W przypadku polegania na doświadczeniu podmiotu udostępniającego zasoby, podmiot ten zobowiązuje się wykonać roboty budowlane, do realizacji których wymagane zdolności są niezbędne, zgodnie z art. 118 ust. 2 ustawy </w:t>
      </w:r>
      <w:proofErr w:type="spellStart"/>
      <w:r w:rsidRPr="00CA4D51">
        <w:rPr>
          <w:lang w:val="pl-PL"/>
        </w:rPr>
        <w:t>Pzp</w:t>
      </w:r>
      <w:proofErr w:type="spellEnd"/>
      <w:r w:rsidRPr="00CA4D51">
        <w:rPr>
          <w:lang w:val="pl-PL"/>
        </w:rPr>
        <w:t>.</w:t>
      </w:r>
    </w:p>
    <w:p w14:paraId="426989D3" w14:textId="77777777" w:rsidR="00F70D94" w:rsidRPr="00CA4D51" w:rsidRDefault="00000000">
      <w:pPr>
        <w:rPr>
          <w:lang w:val="pl-PL"/>
        </w:rPr>
      </w:pPr>
      <w:r w:rsidRPr="00CA4D51">
        <w:rPr>
          <w:lang w:val="pl-PL"/>
        </w:rPr>
        <w:br/>
      </w:r>
    </w:p>
    <w:p w14:paraId="65D942E2" w14:textId="77777777" w:rsidR="00F70D94" w:rsidRPr="00CA4D51" w:rsidRDefault="00000000">
      <w:pPr>
        <w:jc w:val="right"/>
        <w:rPr>
          <w:lang w:val="pl-PL"/>
        </w:rPr>
      </w:pPr>
      <w:r w:rsidRPr="00CA4D51">
        <w:rPr>
          <w:sz w:val="17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F70D94" w:rsidRPr="00CA4D51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7655593">
    <w:abstractNumId w:val="8"/>
  </w:num>
  <w:num w:numId="2" w16cid:durableId="1437404740">
    <w:abstractNumId w:val="6"/>
  </w:num>
  <w:num w:numId="3" w16cid:durableId="1290474219">
    <w:abstractNumId w:val="5"/>
  </w:num>
  <w:num w:numId="4" w16cid:durableId="2064255719">
    <w:abstractNumId w:val="4"/>
  </w:num>
  <w:num w:numId="5" w16cid:durableId="966161375">
    <w:abstractNumId w:val="7"/>
  </w:num>
  <w:num w:numId="6" w16cid:durableId="387530669">
    <w:abstractNumId w:val="3"/>
  </w:num>
  <w:num w:numId="7" w16cid:durableId="652836748">
    <w:abstractNumId w:val="2"/>
  </w:num>
  <w:num w:numId="8" w16cid:durableId="1839269788">
    <w:abstractNumId w:val="1"/>
  </w:num>
  <w:num w:numId="9" w16cid:durableId="110411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3A17"/>
    <w:rsid w:val="00A51933"/>
    <w:rsid w:val="00AA1D8D"/>
    <w:rsid w:val="00B47730"/>
    <w:rsid w:val="00CA4D51"/>
    <w:rsid w:val="00CB0664"/>
    <w:rsid w:val="00E60C07"/>
    <w:rsid w:val="00F70D94"/>
    <w:rsid w:val="00F74EF7"/>
    <w:rsid w:val="00FC04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9C722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2026-08-14T11:39:00Z</dcterms:modified>
  <cp:category/>
</cp:coreProperties>
</file>