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61356B" w:rsidRPr="00D72D6A" w14:paraId="57456682" w14:textId="77777777">
        <w:trPr>
          <w:jc w:val="center"/>
        </w:trPr>
        <w:tc>
          <w:tcPr>
            <w:tcW w:w="5100" w:type="dxa"/>
            <w:vAlign w:val="center"/>
          </w:tcPr>
          <w:p w14:paraId="3C07A411" w14:textId="5C62C210" w:rsidR="0061356B" w:rsidRPr="00D72D6A" w:rsidRDefault="00000000">
            <w:pPr>
              <w:rPr>
                <w:lang w:val="pl-PL"/>
              </w:rPr>
            </w:pPr>
            <w:r w:rsidRPr="00D72D6A">
              <w:rPr>
                <w:sz w:val="18"/>
                <w:lang w:val="pl-PL"/>
              </w:rPr>
              <w:t xml:space="preserve">Nr sprawy: </w:t>
            </w:r>
            <w:r w:rsidR="00891621" w:rsidRPr="00D72D6A">
              <w:rPr>
                <w:sz w:val="18"/>
                <w:lang w:val="pl-PL"/>
              </w:rPr>
              <w:t>2</w:t>
            </w:r>
            <w:r w:rsidR="00D72D6A" w:rsidRPr="00D72D6A">
              <w:rPr>
                <w:sz w:val="18"/>
                <w:lang w:val="pl-PL"/>
              </w:rPr>
              <w:t>1</w:t>
            </w:r>
            <w:r w:rsidRPr="00D72D6A">
              <w:rPr>
                <w:sz w:val="18"/>
                <w:lang w:val="pl-PL"/>
              </w:rPr>
              <w:t>/AG/2026</w:t>
            </w:r>
          </w:p>
        </w:tc>
        <w:tc>
          <w:tcPr>
            <w:tcW w:w="5100" w:type="dxa"/>
            <w:vAlign w:val="center"/>
          </w:tcPr>
          <w:p w14:paraId="0C2DE20B" w14:textId="77777777" w:rsidR="0061356B" w:rsidRPr="00D72D6A" w:rsidRDefault="00000000">
            <w:pPr>
              <w:jc w:val="right"/>
              <w:rPr>
                <w:lang w:val="pl-PL"/>
              </w:rPr>
            </w:pPr>
            <w:r w:rsidRPr="00D72D6A">
              <w:rPr>
                <w:b/>
                <w:lang w:val="pl-PL"/>
              </w:rPr>
              <w:t>Załącznik nr 8 do SWZ</w:t>
            </w:r>
          </w:p>
        </w:tc>
      </w:tr>
    </w:tbl>
    <w:p w14:paraId="1C7A7101" w14:textId="77777777" w:rsidR="0061356B" w:rsidRPr="00D72D6A" w:rsidRDefault="00000000">
      <w:pPr>
        <w:jc w:val="center"/>
        <w:rPr>
          <w:lang w:val="pl-PL"/>
        </w:rPr>
      </w:pPr>
      <w:r w:rsidRPr="00D72D6A">
        <w:rPr>
          <w:b/>
          <w:sz w:val="21"/>
          <w:lang w:val="pl-PL"/>
        </w:rPr>
        <w:t>TEATR IM. STEFANA JARACZA W OLSZTYNIE</w:t>
      </w:r>
    </w:p>
    <w:p w14:paraId="204DFCCC" w14:textId="77777777" w:rsidR="0061356B" w:rsidRPr="00D72D6A" w:rsidRDefault="00000000">
      <w:pPr>
        <w:jc w:val="center"/>
        <w:rPr>
          <w:lang w:val="pl-PL"/>
        </w:rPr>
      </w:pPr>
      <w:r w:rsidRPr="00D72D6A">
        <w:rPr>
          <w:sz w:val="17"/>
          <w:lang w:val="pl-PL"/>
        </w:rPr>
        <w:t>ul. 1 Maja 4, 10-118 Olsztyn</w:t>
      </w:r>
      <w:r w:rsidRPr="00D72D6A">
        <w:rPr>
          <w:sz w:val="17"/>
          <w:lang w:val="pl-PL"/>
        </w:rPr>
        <w:br/>
        <w:t>NIP: 7390304325, REGON: 510981641</w:t>
      </w:r>
      <w:r w:rsidRPr="00D72D6A">
        <w:rPr>
          <w:sz w:val="17"/>
          <w:lang w:val="pl-PL"/>
        </w:rPr>
        <w:br/>
        <w:t>www.teatr.olsztyn.pl | e-mail: sekretariat.jaracza@teatr.olsztyn.pl | tel.: 89 527 59 58</w:t>
      </w:r>
    </w:p>
    <w:p w14:paraId="6AE7D1E2" w14:textId="77777777" w:rsidR="0061356B" w:rsidRPr="00D72D6A" w:rsidRDefault="00000000">
      <w:pPr>
        <w:jc w:val="center"/>
        <w:rPr>
          <w:lang w:val="pl-PL"/>
        </w:rPr>
      </w:pPr>
      <w:r w:rsidRPr="00D72D6A">
        <w:rPr>
          <w:b/>
          <w:sz w:val="24"/>
          <w:u w:val="single"/>
          <w:lang w:val="pl-PL"/>
        </w:rPr>
        <w:t>OŚWIADCZENIE WYKONAWCÓW WSPÓLNIE UBIEGAJĄCYCH SIĘ O ZAMÓWIENIE</w:t>
      </w:r>
    </w:p>
    <w:p w14:paraId="5A6BB8A5" w14:textId="77777777" w:rsidR="0061356B" w:rsidRPr="00D72D6A" w:rsidRDefault="00000000">
      <w:pPr>
        <w:jc w:val="center"/>
        <w:rPr>
          <w:lang w:val="pl-PL"/>
        </w:rPr>
      </w:pPr>
      <w:r w:rsidRPr="00D72D6A">
        <w:rPr>
          <w:lang w:val="pl-PL"/>
        </w:rPr>
        <w:t>do postępowania prowadzonego w trybie podstawowym pn.:</w:t>
      </w:r>
    </w:p>
    <w:p w14:paraId="7197815B" w14:textId="3FD4AD28" w:rsidR="0061356B" w:rsidRPr="00D72D6A" w:rsidRDefault="00000000">
      <w:pPr>
        <w:jc w:val="center"/>
        <w:rPr>
          <w:lang w:val="pl-PL"/>
        </w:rPr>
      </w:pPr>
      <w:r w:rsidRPr="00D72D6A">
        <w:rPr>
          <w:b/>
          <w:sz w:val="21"/>
          <w:lang w:val="pl-PL"/>
        </w:rPr>
        <w:t>„Przebudowa wraz ze zmianą sposobu użytkowania pomieszczeń biurowych na dostępną przestrzeń dla widzów wraz z miejscem na kawiarnię w części budynku Teatru im. Stefana Jaracza w Olsztynie</w:t>
      </w:r>
      <w:r w:rsidR="00891621" w:rsidRPr="00D72D6A">
        <w:rPr>
          <w:b/>
          <w:sz w:val="21"/>
          <w:lang w:val="pl-PL"/>
        </w:rPr>
        <w:t xml:space="preserve"> - powtórzenie</w:t>
      </w:r>
      <w:r w:rsidRPr="00D72D6A">
        <w:rPr>
          <w:b/>
          <w:sz w:val="21"/>
          <w:lang w:val="pl-PL"/>
        </w:rPr>
        <w:t>”</w:t>
      </w:r>
    </w:p>
    <w:p w14:paraId="5C4A8415" w14:textId="77777777" w:rsidR="0061356B" w:rsidRPr="00D72D6A" w:rsidRDefault="0061356B">
      <w:pPr>
        <w:rPr>
          <w:lang w:val="pl-PL"/>
        </w:rPr>
      </w:pPr>
    </w:p>
    <w:p w14:paraId="31B9F591" w14:textId="77777777" w:rsidR="0061356B" w:rsidRPr="00D72D6A" w:rsidRDefault="00000000">
      <w:pPr>
        <w:jc w:val="center"/>
        <w:rPr>
          <w:lang w:val="pl-PL"/>
        </w:rPr>
      </w:pPr>
      <w:r w:rsidRPr="00D72D6A">
        <w:rPr>
          <w:b/>
          <w:sz w:val="24"/>
          <w:u w:val="single"/>
          <w:lang w:val="pl-PL"/>
        </w:rPr>
        <w:t>OŚWIADCZENIE DOTYCZĄCE PODZIAŁU ZADAŃ KONSORCJUM</w:t>
      </w:r>
    </w:p>
    <w:p w14:paraId="460E90A5" w14:textId="77777777" w:rsidR="0061356B" w:rsidRPr="00D72D6A" w:rsidRDefault="00000000">
      <w:pPr>
        <w:jc w:val="center"/>
        <w:rPr>
          <w:lang w:val="pl-PL"/>
        </w:rPr>
      </w:pPr>
      <w:r w:rsidRPr="00D72D6A">
        <w:rPr>
          <w:lang w:val="pl-PL"/>
        </w:rPr>
        <w:t xml:space="preserve">składane na podstawie art. 117 ust. 4 ustawy </w:t>
      </w:r>
      <w:proofErr w:type="spellStart"/>
      <w:r w:rsidRPr="00D72D6A">
        <w:rPr>
          <w:lang w:val="pl-PL"/>
        </w:rPr>
        <w:t>Pzp</w:t>
      </w:r>
      <w:proofErr w:type="spellEnd"/>
    </w:p>
    <w:p w14:paraId="37CFE308" w14:textId="77777777" w:rsidR="0061356B" w:rsidRPr="00D72D6A" w:rsidRDefault="00000000">
      <w:pPr>
        <w:rPr>
          <w:lang w:val="pl-PL"/>
        </w:rPr>
      </w:pPr>
      <w:r w:rsidRPr="00D72D6A">
        <w:rPr>
          <w:b/>
          <w:sz w:val="21"/>
          <w:u w:val="single"/>
          <w:lang w:val="pl-PL"/>
        </w:rPr>
        <w:t>Dane Wykonawców wspólnie ubiegających się o zamówienie: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18"/>
        <w:gridCol w:w="3969"/>
        <w:gridCol w:w="4813"/>
      </w:tblGrid>
      <w:tr w:rsidR="0061356B" w:rsidRPr="00D72D6A" w14:paraId="306A534A" w14:textId="77777777" w:rsidTr="002B6B31">
        <w:trPr>
          <w:jc w:val="center"/>
        </w:trPr>
        <w:tc>
          <w:tcPr>
            <w:tcW w:w="1418" w:type="dxa"/>
            <w:shd w:val="clear" w:color="auto" w:fill="D9D9D9"/>
          </w:tcPr>
          <w:p w14:paraId="3D45829F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b/>
                <w:sz w:val="16"/>
                <w:lang w:val="pl-PL"/>
              </w:rPr>
              <w:t>Dane</w:t>
            </w:r>
          </w:p>
        </w:tc>
        <w:tc>
          <w:tcPr>
            <w:tcW w:w="3969" w:type="dxa"/>
            <w:shd w:val="clear" w:color="auto" w:fill="D9D9D9"/>
          </w:tcPr>
          <w:p w14:paraId="2EB0EA00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b/>
                <w:sz w:val="16"/>
                <w:lang w:val="pl-PL"/>
              </w:rPr>
              <w:t>Wykonawca 1</w:t>
            </w:r>
          </w:p>
        </w:tc>
        <w:tc>
          <w:tcPr>
            <w:tcW w:w="4813" w:type="dxa"/>
            <w:shd w:val="clear" w:color="auto" w:fill="D9D9D9"/>
          </w:tcPr>
          <w:p w14:paraId="540DCC7A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b/>
                <w:sz w:val="16"/>
                <w:lang w:val="pl-PL"/>
              </w:rPr>
              <w:t>Wykonawca 2</w:t>
            </w:r>
          </w:p>
        </w:tc>
      </w:tr>
      <w:tr w:rsidR="0061356B" w:rsidRPr="00D72D6A" w14:paraId="64E3AB2C" w14:textId="77777777" w:rsidTr="002B6B31">
        <w:trPr>
          <w:jc w:val="center"/>
        </w:trPr>
        <w:tc>
          <w:tcPr>
            <w:tcW w:w="1418" w:type="dxa"/>
          </w:tcPr>
          <w:p w14:paraId="7A0A1818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>Nazwa</w:t>
            </w:r>
          </w:p>
        </w:tc>
        <w:tc>
          <w:tcPr>
            <w:tcW w:w="3969" w:type="dxa"/>
          </w:tcPr>
          <w:p w14:paraId="704B453B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4813" w:type="dxa"/>
          </w:tcPr>
          <w:p w14:paraId="12ABD3A9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</w:tr>
      <w:tr w:rsidR="0061356B" w:rsidRPr="00D72D6A" w14:paraId="3DEBB179" w14:textId="77777777" w:rsidTr="002B6B31">
        <w:trPr>
          <w:jc w:val="center"/>
        </w:trPr>
        <w:tc>
          <w:tcPr>
            <w:tcW w:w="1418" w:type="dxa"/>
          </w:tcPr>
          <w:p w14:paraId="0D2A9A58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>Siedziba</w:t>
            </w:r>
          </w:p>
        </w:tc>
        <w:tc>
          <w:tcPr>
            <w:tcW w:w="3969" w:type="dxa"/>
          </w:tcPr>
          <w:p w14:paraId="366FCFE7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4813" w:type="dxa"/>
          </w:tcPr>
          <w:p w14:paraId="7A8791A7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</w:tr>
      <w:tr w:rsidR="0061356B" w:rsidRPr="00D72D6A" w14:paraId="05B24528" w14:textId="77777777" w:rsidTr="002B6B31">
        <w:trPr>
          <w:jc w:val="center"/>
        </w:trPr>
        <w:tc>
          <w:tcPr>
            <w:tcW w:w="1418" w:type="dxa"/>
          </w:tcPr>
          <w:p w14:paraId="160447E6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>Numer REGON</w:t>
            </w:r>
          </w:p>
        </w:tc>
        <w:tc>
          <w:tcPr>
            <w:tcW w:w="3969" w:type="dxa"/>
          </w:tcPr>
          <w:p w14:paraId="3D470D55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4813" w:type="dxa"/>
          </w:tcPr>
          <w:p w14:paraId="69D75A5B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</w:tr>
      <w:tr w:rsidR="0061356B" w:rsidRPr="00D72D6A" w14:paraId="0804FF11" w14:textId="77777777" w:rsidTr="002B6B31">
        <w:trPr>
          <w:jc w:val="center"/>
        </w:trPr>
        <w:tc>
          <w:tcPr>
            <w:tcW w:w="1418" w:type="dxa"/>
          </w:tcPr>
          <w:p w14:paraId="2313B8D2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>Numer NIP</w:t>
            </w:r>
          </w:p>
        </w:tc>
        <w:tc>
          <w:tcPr>
            <w:tcW w:w="3969" w:type="dxa"/>
          </w:tcPr>
          <w:p w14:paraId="46A606FD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4813" w:type="dxa"/>
          </w:tcPr>
          <w:p w14:paraId="6A66E250" w14:textId="77777777" w:rsidR="0061356B" w:rsidRPr="00D72D6A" w:rsidRDefault="00000000" w:rsidP="002B6B31">
            <w:pPr>
              <w:spacing w:after="0"/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</w:tr>
    </w:tbl>
    <w:p w14:paraId="42B9E726" w14:textId="77777777" w:rsidR="0061356B" w:rsidRPr="00D72D6A" w:rsidRDefault="00000000">
      <w:pPr>
        <w:rPr>
          <w:lang w:val="pl-PL"/>
        </w:rPr>
      </w:pPr>
      <w:r w:rsidRPr="00D72D6A">
        <w:rPr>
          <w:lang w:val="pl-PL"/>
        </w:rPr>
        <w:t>Ja/My niżej podpisani, działając w imieniu Wykonawców wspólnie ubiegających się o udzielenie zamówienia, oświadczam/y, że następujące roboty budowlane wykonają poszczególni Wykonawcy: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61356B" w:rsidRPr="00D72D6A" w14:paraId="425CE40C" w14:textId="77777777">
        <w:trPr>
          <w:jc w:val="center"/>
        </w:trPr>
        <w:tc>
          <w:tcPr>
            <w:tcW w:w="3400" w:type="dxa"/>
            <w:shd w:val="clear" w:color="auto" w:fill="D9D9D9"/>
          </w:tcPr>
          <w:p w14:paraId="70E56A94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b/>
                <w:sz w:val="16"/>
                <w:lang w:val="pl-PL"/>
              </w:rPr>
              <w:t>Lp.</w:t>
            </w:r>
          </w:p>
        </w:tc>
        <w:tc>
          <w:tcPr>
            <w:tcW w:w="3400" w:type="dxa"/>
            <w:shd w:val="clear" w:color="auto" w:fill="D9D9D9"/>
          </w:tcPr>
          <w:p w14:paraId="2C369E70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b/>
                <w:sz w:val="16"/>
                <w:lang w:val="pl-PL"/>
              </w:rPr>
              <w:t>Nazwa Wykonawcy</w:t>
            </w:r>
          </w:p>
        </w:tc>
        <w:tc>
          <w:tcPr>
            <w:tcW w:w="3400" w:type="dxa"/>
            <w:shd w:val="clear" w:color="auto" w:fill="D9D9D9"/>
          </w:tcPr>
          <w:p w14:paraId="4668ED1A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b/>
                <w:sz w:val="16"/>
                <w:lang w:val="pl-PL"/>
              </w:rPr>
              <w:t>Zakres robót budowlanych, które będą realizowane przez tego Wykonawcę</w:t>
            </w:r>
          </w:p>
        </w:tc>
      </w:tr>
      <w:tr w:rsidR="0061356B" w:rsidRPr="00D72D6A" w14:paraId="3F6A61B1" w14:textId="77777777">
        <w:trPr>
          <w:jc w:val="center"/>
        </w:trPr>
        <w:tc>
          <w:tcPr>
            <w:tcW w:w="3400" w:type="dxa"/>
          </w:tcPr>
          <w:p w14:paraId="00A585E4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>1</w:t>
            </w:r>
          </w:p>
        </w:tc>
        <w:tc>
          <w:tcPr>
            <w:tcW w:w="3400" w:type="dxa"/>
          </w:tcPr>
          <w:p w14:paraId="690E3406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3400" w:type="dxa"/>
          </w:tcPr>
          <w:p w14:paraId="60EEACDC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</w:tr>
      <w:tr w:rsidR="0061356B" w:rsidRPr="00D72D6A" w14:paraId="7069E7EB" w14:textId="77777777">
        <w:trPr>
          <w:jc w:val="center"/>
        </w:trPr>
        <w:tc>
          <w:tcPr>
            <w:tcW w:w="3400" w:type="dxa"/>
          </w:tcPr>
          <w:p w14:paraId="6F32A11C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>2</w:t>
            </w:r>
          </w:p>
        </w:tc>
        <w:tc>
          <w:tcPr>
            <w:tcW w:w="3400" w:type="dxa"/>
          </w:tcPr>
          <w:p w14:paraId="045B98E6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3400" w:type="dxa"/>
          </w:tcPr>
          <w:p w14:paraId="49056E6B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</w:tr>
      <w:tr w:rsidR="0061356B" w:rsidRPr="00D72D6A" w14:paraId="2E80A715" w14:textId="77777777">
        <w:trPr>
          <w:jc w:val="center"/>
        </w:trPr>
        <w:tc>
          <w:tcPr>
            <w:tcW w:w="3400" w:type="dxa"/>
          </w:tcPr>
          <w:p w14:paraId="29F3158A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>3</w:t>
            </w:r>
          </w:p>
        </w:tc>
        <w:tc>
          <w:tcPr>
            <w:tcW w:w="3400" w:type="dxa"/>
          </w:tcPr>
          <w:p w14:paraId="6D8E09A6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  <w:tc>
          <w:tcPr>
            <w:tcW w:w="3400" w:type="dxa"/>
          </w:tcPr>
          <w:p w14:paraId="7D15202F" w14:textId="77777777" w:rsidR="0061356B" w:rsidRPr="00D72D6A" w:rsidRDefault="00000000">
            <w:pPr>
              <w:rPr>
                <w:lang w:val="pl-PL"/>
              </w:rPr>
            </w:pPr>
            <w:r w:rsidRPr="00D72D6A">
              <w:rPr>
                <w:sz w:val="16"/>
                <w:lang w:val="pl-PL"/>
              </w:rPr>
              <w:t xml:space="preserve"> </w:t>
            </w:r>
          </w:p>
        </w:tc>
      </w:tr>
    </w:tbl>
    <w:p w14:paraId="18969BC9" w14:textId="77777777" w:rsidR="0061356B" w:rsidRPr="00D72D6A" w:rsidRDefault="00000000">
      <w:pPr>
        <w:rPr>
          <w:lang w:val="pl-PL"/>
        </w:rPr>
      </w:pPr>
      <w:r w:rsidRPr="00D72D6A">
        <w:rPr>
          <w:lang w:val="pl-PL"/>
        </w:rPr>
        <w:t>Oświadczam/y,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4E3289D" w14:textId="77777777" w:rsidR="0061356B" w:rsidRPr="00D72D6A" w:rsidRDefault="00000000">
      <w:pPr>
        <w:rPr>
          <w:lang w:val="pl-PL"/>
        </w:rPr>
      </w:pPr>
      <w:r w:rsidRPr="00D72D6A">
        <w:rPr>
          <w:lang w:val="pl-PL"/>
        </w:rPr>
        <w:br/>
      </w:r>
    </w:p>
    <w:p w14:paraId="7999EA85" w14:textId="77777777" w:rsidR="0061356B" w:rsidRPr="00D72D6A" w:rsidRDefault="00000000">
      <w:pPr>
        <w:jc w:val="right"/>
        <w:rPr>
          <w:lang w:val="pl-PL"/>
        </w:rPr>
      </w:pPr>
      <w:r w:rsidRPr="00D72D6A">
        <w:rPr>
          <w:sz w:val="17"/>
          <w:lang w:val="pl-PL"/>
        </w:rPr>
        <w:t>Dokument należy wypełnić i podpisać kwalifikowanym podpisem elektronicznym, podpisem zaufanym lub podpisem osobistym przez osobę/y upoważnione do reprezentowania Wykonawcy.</w:t>
      </w:r>
    </w:p>
    <w:sectPr w:rsidR="0061356B" w:rsidRPr="00D72D6A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9779840">
    <w:abstractNumId w:val="8"/>
  </w:num>
  <w:num w:numId="2" w16cid:durableId="202013877">
    <w:abstractNumId w:val="6"/>
  </w:num>
  <w:num w:numId="3" w16cid:durableId="1601714657">
    <w:abstractNumId w:val="5"/>
  </w:num>
  <w:num w:numId="4" w16cid:durableId="1784642997">
    <w:abstractNumId w:val="4"/>
  </w:num>
  <w:num w:numId="5" w16cid:durableId="658507711">
    <w:abstractNumId w:val="7"/>
  </w:num>
  <w:num w:numId="6" w16cid:durableId="504593076">
    <w:abstractNumId w:val="3"/>
  </w:num>
  <w:num w:numId="7" w16cid:durableId="1943340877">
    <w:abstractNumId w:val="2"/>
  </w:num>
  <w:num w:numId="8" w16cid:durableId="900673498">
    <w:abstractNumId w:val="1"/>
  </w:num>
  <w:num w:numId="9" w16cid:durableId="165942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6B31"/>
    <w:rsid w:val="00326F90"/>
    <w:rsid w:val="0061356B"/>
    <w:rsid w:val="00615DC0"/>
    <w:rsid w:val="006C366B"/>
    <w:rsid w:val="00891621"/>
    <w:rsid w:val="00A51933"/>
    <w:rsid w:val="00AA1D8D"/>
    <w:rsid w:val="00B47730"/>
    <w:rsid w:val="00CB0664"/>
    <w:rsid w:val="00D72D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800FB0"/>
  <w14:defaultImageDpi w14:val="300"/>
  <w15:docId w15:val="{89418CBE-7F49-4C50-A724-37B647F1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P.Grudnowski</cp:lastModifiedBy>
  <cp:revision>4</cp:revision>
  <dcterms:created xsi:type="dcterms:W3CDTF">2013-12-23T23:15:00Z</dcterms:created>
  <dcterms:modified xsi:type="dcterms:W3CDTF">2026-08-14T11:40:00Z</dcterms:modified>
  <cp:category/>
</cp:coreProperties>
</file>