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B42B6" w14:textId="413B3E51" w:rsidR="00F27A95" w:rsidRPr="005E4070" w:rsidRDefault="00DB1D19" w:rsidP="00DB1D19">
      <w:pPr>
        <w:jc w:val="right"/>
        <w:rPr>
          <w:rFonts w:ascii="Cambria" w:hAnsi="Cambria"/>
          <w:b/>
          <w:sz w:val="20"/>
          <w:szCs w:val="20"/>
          <w:lang w:val="pl-PL"/>
        </w:rPr>
      </w:pPr>
      <w:r w:rsidRPr="005E4070">
        <w:rPr>
          <w:rFonts w:ascii="Cambria" w:hAnsi="Cambria"/>
          <w:b/>
          <w:sz w:val="20"/>
          <w:szCs w:val="20"/>
          <w:lang w:val="pl-PL"/>
        </w:rPr>
        <w:t>Załącznik do umowy</w:t>
      </w:r>
    </w:p>
    <w:p w14:paraId="768D2B81" w14:textId="29615D21" w:rsidR="00644D2E" w:rsidRPr="005E4070" w:rsidRDefault="00DB1D19">
      <w:pPr>
        <w:jc w:val="center"/>
        <w:rPr>
          <w:rFonts w:ascii="Cambria" w:hAnsi="Cambria"/>
          <w:sz w:val="24"/>
          <w:szCs w:val="24"/>
          <w:lang w:val="pl-PL"/>
        </w:rPr>
      </w:pPr>
      <w:r w:rsidRPr="005E4070">
        <w:rPr>
          <w:rFonts w:ascii="Cambria" w:hAnsi="Cambria"/>
          <w:b/>
          <w:sz w:val="24"/>
          <w:szCs w:val="24"/>
          <w:lang w:val="pl-PL"/>
        </w:rPr>
        <w:t xml:space="preserve">Wzór </w:t>
      </w:r>
      <w:r w:rsidR="0053690B" w:rsidRPr="005E4070">
        <w:rPr>
          <w:rFonts w:ascii="Cambria" w:hAnsi="Cambria"/>
          <w:b/>
          <w:sz w:val="24"/>
          <w:szCs w:val="24"/>
          <w:lang w:val="pl-PL"/>
        </w:rPr>
        <w:t>RAPORT</w:t>
      </w:r>
      <w:r w:rsidR="000C5EDC" w:rsidRPr="005E4070">
        <w:rPr>
          <w:rFonts w:ascii="Cambria" w:hAnsi="Cambria"/>
          <w:b/>
          <w:sz w:val="24"/>
          <w:szCs w:val="24"/>
          <w:lang w:val="pl-PL"/>
        </w:rPr>
        <w:t>U z realizacji zasady</w:t>
      </w:r>
      <w:r w:rsidR="0053690B" w:rsidRPr="005E4070">
        <w:rPr>
          <w:rFonts w:ascii="Cambria" w:hAnsi="Cambria"/>
          <w:b/>
          <w:sz w:val="24"/>
          <w:szCs w:val="24"/>
          <w:lang w:val="pl-PL"/>
        </w:rPr>
        <w:t xml:space="preserve"> DNSH (Do No </w:t>
      </w:r>
      <w:proofErr w:type="spellStart"/>
      <w:r w:rsidR="0053690B" w:rsidRPr="005E4070">
        <w:rPr>
          <w:rFonts w:ascii="Cambria" w:hAnsi="Cambria"/>
          <w:b/>
          <w:sz w:val="24"/>
          <w:szCs w:val="24"/>
          <w:lang w:val="pl-PL"/>
        </w:rPr>
        <w:t>Significant</w:t>
      </w:r>
      <w:proofErr w:type="spellEnd"/>
      <w:r w:rsidR="0053690B" w:rsidRPr="005E4070">
        <w:rPr>
          <w:rFonts w:ascii="Cambria" w:hAnsi="Cambria"/>
          <w:b/>
          <w:sz w:val="24"/>
          <w:szCs w:val="24"/>
          <w:lang w:val="pl-PL"/>
        </w:rPr>
        <w:t xml:space="preserve"> </w:t>
      </w:r>
      <w:proofErr w:type="spellStart"/>
      <w:r w:rsidR="0053690B" w:rsidRPr="005E4070">
        <w:rPr>
          <w:rFonts w:ascii="Cambria" w:hAnsi="Cambria"/>
          <w:b/>
          <w:sz w:val="24"/>
          <w:szCs w:val="24"/>
          <w:lang w:val="pl-PL"/>
        </w:rPr>
        <w:t>Harm</w:t>
      </w:r>
      <w:proofErr w:type="spellEnd"/>
      <w:r w:rsidR="0053690B" w:rsidRPr="005E4070">
        <w:rPr>
          <w:rFonts w:ascii="Cambria" w:hAnsi="Cambria"/>
          <w:b/>
          <w:sz w:val="24"/>
          <w:szCs w:val="24"/>
          <w:lang w:val="pl-PL"/>
        </w:rPr>
        <w:t>)</w:t>
      </w:r>
    </w:p>
    <w:p w14:paraId="26DCC02C" w14:textId="77777777" w:rsidR="000C5EDC" w:rsidRPr="00375011" w:rsidRDefault="000C5EDC" w:rsidP="000C5EDC">
      <w:pPr>
        <w:jc w:val="center"/>
        <w:rPr>
          <w:lang w:val="pl-PL"/>
        </w:rPr>
      </w:pPr>
    </w:p>
    <w:tbl>
      <w:tblPr>
        <w:tblW w:w="10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4"/>
        <w:gridCol w:w="7302"/>
      </w:tblGrid>
      <w:tr w:rsidR="000C5EDC" w:rsidRPr="004B5C17" w14:paraId="1296F17A" w14:textId="77777777" w:rsidTr="00667217">
        <w:trPr>
          <w:jc w:val="center"/>
        </w:trPr>
        <w:tc>
          <w:tcPr>
            <w:tcW w:w="3574" w:type="dxa"/>
            <w:shd w:val="clear" w:color="auto" w:fill="D9D9D9" w:themeFill="background1" w:themeFillShade="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DC52BC0" w14:textId="77777777" w:rsidR="000C5EDC" w:rsidRPr="000C5EDC" w:rsidRDefault="000C5EDC" w:rsidP="00981BFD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0C5EDC">
              <w:rPr>
                <w:rFonts w:ascii="Cambria" w:hAnsi="Cambria"/>
                <w:b/>
                <w:sz w:val="20"/>
                <w:szCs w:val="20"/>
              </w:rPr>
              <w:t>Projekt</w:t>
            </w:r>
            <w:proofErr w:type="spellEnd"/>
          </w:p>
        </w:tc>
        <w:tc>
          <w:tcPr>
            <w:tcW w:w="730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02C67CE" w14:textId="3C570F26" w:rsidR="000C5EDC" w:rsidRPr="000C5EDC" w:rsidRDefault="000C5EDC" w:rsidP="00981BFD">
            <w:pPr>
              <w:rPr>
                <w:rFonts w:ascii="Cambria" w:hAnsi="Cambria"/>
                <w:sz w:val="20"/>
                <w:szCs w:val="20"/>
                <w:lang w:val="pl-PL"/>
              </w:rPr>
            </w:pPr>
            <w:r w:rsidRPr="00880D49">
              <w:rPr>
                <w:rFonts w:ascii="Cambria" w:hAnsi="Cambria"/>
                <w:b/>
                <w:sz w:val="20"/>
                <w:szCs w:val="20"/>
                <w:lang w:val="pl-PL"/>
              </w:rPr>
              <w:t>FESW.09.0</w:t>
            </w:r>
            <w:r w:rsidR="00880D49" w:rsidRPr="00880D49">
              <w:rPr>
                <w:rFonts w:ascii="Cambria" w:hAnsi="Cambria"/>
                <w:b/>
                <w:sz w:val="20"/>
                <w:szCs w:val="20"/>
                <w:lang w:val="pl-PL"/>
              </w:rPr>
              <w:t>5</w:t>
            </w:r>
            <w:r w:rsidRPr="00880D49">
              <w:rPr>
                <w:rFonts w:ascii="Cambria" w:hAnsi="Cambria"/>
                <w:b/>
                <w:sz w:val="20"/>
                <w:szCs w:val="20"/>
                <w:lang w:val="pl-PL"/>
              </w:rPr>
              <w:t>-IZ.00-00</w:t>
            </w:r>
            <w:r w:rsidR="00880D49" w:rsidRPr="00880D49">
              <w:rPr>
                <w:rFonts w:ascii="Cambria" w:hAnsi="Cambria"/>
                <w:b/>
                <w:sz w:val="20"/>
                <w:szCs w:val="20"/>
                <w:lang w:val="pl-PL"/>
              </w:rPr>
              <w:t>2</w:t>
            </w:r>
            <w:r w:rsidRPr="00880D49">
              <w:rPr>
                <w:rFonts w:ascii="Cambria" w:hAnsi="Cambria"/>
                <w:b/>
                <w:sz w:val="20"/>
                <w:szCs w:val="20"/>
                <w:lang w:val="pl-PL"/>
              </w:rPr>
              <w:t xml:space="preserve">3/25 „Kompleksowe wsparcie </w:t>
            </w:r>
            <w:r w:rsidR="00880D49" w:rsidRPr="00880D49"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lang w:val="pl-PL"/>
              </w:rPr>
              <w:t>rodzin w Gminie Małogoszcz</w:t>
            </w:r>
            <w:r w:rsidRPr="00880D49">
              <w:rPr>
                <w:rFonts w:asciiTheme="minorHAnsi" w:hAnsiTheme="minorHAnsi"/>
                <w:color w:val="000000" w:themeColor="text1"/>
                <w:sz w:val="20"/>
                <w:szCs w:val="20"/>
                <w:lang w:val="pl-PL"/>
              </w:rPr>
              <w:t>”</w:t>
            </w:r>
          </w:p>
        </w:tc>
      </w:tr>
      <w:tr w:rsidR="000C5EDC" w:rsidRPr="004B5C17" w14:paraId="28DD2E21" w14:textId="77777777" w:rsidTr="00667217">
        <w:trPr>
          <w:jc w:val="center"/>
        </w:trPr>
        <w:tc>
          <w:tcPr>
            <w:tcW w:w="3574" w:type="dxa"/>
            <w:shd w:val="clear" w:color="auto" w:fill="D9D9D9" w:themeFill="background1" w:themeFillShade="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3BA8C2B" w14:textId="77777777" w:rsidR="000C5EDC" w:rsidRPr="000C5EDC" w:rsidRDefault="000C5EDC" w:rsidP="00981BFD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0C5EDC">
              <w:rPr>
                <w:rFonts w:ascii="Cambria" w:hAnsi="Cambria"/>
                <w:b/>
                <w:sz w:val="20"/>
                <w:szCs w:val="20"/>
              </w:rPr>
              <w:t>Przedmiot</w:t>
            </w:r>
            <w:proofErr w:type="spellEnd"/>
            <w:r w:rsidRPr="000C5EDC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0C5EDC">
              <w:rPr>
                <w:rFonts w:ascii="Cambria" w:hAnsi="Cambria"/>
                <w:b/>
                <w:sz w:val="20"/>
                <w:szCs w:val="20"/>
              </w:rPr>
              <w:t>umowy</w:t>
            </w:r>
            <w:proofErr w:type="spellEnd"/>
          </w:p>
        </w:tc>
        <w:tc>
          <w:tcPr>
            <w:tcW w:w="730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6A025F6" w14:textId="6D8ABDA8" w:rsidR="000C5EDC" w:rsidRPr="000C5EDC" w:rsidRDefault="00D133E7" w:rsidP="00981BFD">
            <w:pPr>
              <w:rPr>
                <w:rFonts w:ascii="Cambria" w:hAnsi="Cambria"/>
                <w:sz w:val="20"/>
                <w:szCs w:val="20"/>
                <w:lang w:val="pl-PL"/>
              </w:rPr>
            </w:pPr>
            <w:r w:rsidRPr="00D133E7">
              <w:rPr>
                <w:rFonts w:ascii="Cambria" w:hAnsi="Cambria"/>
                <w:sz w:val="20"/>
                <w:szCs w:val="20"/>
                <w:lang w:val="pl-PL"/>
              </w:rPr>
              <w:t>Usługa cateringowa dla uczestników projektu</w:t>
            </w:r>
          </w:p>
        </w:tc>
      </w:tr>
      <w:tr w:rsidR="000C5EDC" w:rsidRPr="000C5EDC" w14:paraId="0E242CA8" w14:textId="77777777" w:rsidTr="00667217">
        <w:trPr>
          <w:jc w:val="center"/>
        </w:trPr>
        <w:tc>
          <w:tcPr>
            <w:tcW w:w="3574" w:type="dxa"/>
            <w:shd w:val="clear" w:color="auto" w:fill="D9D9D9" w:themeFill="background1" w:themeFillShade="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83F60B5" w14:textId="77777777" w:rsidR="000C5EDC" w:rsidRPr="000C5EDC" w:rsidRDefault="000C5EDC" w:rsidP="00981BFD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0C5EDC">
              <w:rPr>
                <w:rFonts w:ascii="Cambria" w:hAnsi="Cambria"/>
                <w:b/>
                <w:sz w:val="20"/>
                <w:szCs w:val="20"/>
              </w:rPr>
              <w:t>Wykonawca</w:t>
            </w:r>
            <w:proofErr w:type="spellEnd"/>
          </w:p>
        </w:tc>
        <w:tc>
          <w:tcPr>
            <w:tcW w:w="730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26DECDA" w14:textId="77777777" w:rsidR="000C5EDC" w:rsidRPr="000C5EDC" w:rsidRDefault="000C5EDC" w:rsidP="00981BFD">
            <w:pPr>
              <w:rPr>
                <w:rFonts w:ascii="Cambria" w:hAnsi="Cambria"/>
                <w:sz w:val="20"/>
                <w:szCs w:val="20"/>
              </w:rPr>
            </w:pPr>
            <w:r w:rsidRPr="000C5EDC">
              <w:rPr>
                <w:rFonts w:ascii="Cambria" w:hAnsi="Cambria"/>
                <w:sz w:val="20"/>
                <w:szCs w:val="20"/>
              </w:rPr>
              <w:t>........................................................................................................</w:t>
            </w:r>
          </w:p>
        </w:tc>
      </w:tr>
      <w:tr w:rsidR="000C5EDC" w:rsidRPr="000C5EDC" w14:paraId="7507519F" w14:textId="77777777" w:rsidTr="00667217">
        <w:trPr>
          <w:jc w:val="center"/>
        </w:trPr>
        <w:tc>
          <w:tcPr>
            <w:tcW w:w="3574" w:type="dxa"/>
            <w:shd w:val="clear" w:color="auto" w:fill="D9D9D9" w:themeFill="background1" w:themeFillShade="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CD1EB1F" w14:textId="77777777" w:rsidR="000C5EDC" w:rsidRPr="000C5EDC" w:rsidRDefault="000C5EDC" w:rsidP="00981BFD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0C5EDC">
              <w:rPr>
                <w:rFonts w:ascii="Cambria" w:hAnsi="Cambria"/>
                <w:b/>
                <w:sz w:val="20"/>
                <w:szCs w:val="20"/>
              </w:rPr>
              <w:t>Numer</w:t>
            </w:r>
            <w:proofErr w:type="spellEnd"/>
            <w:r w:rsidRPr="000C5EDC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0C5EDC">
              <w:rPr>
                <w:rFonts w:ascii="Cambria" w:hAnsi="Cambria"/>
                <w:b/>
                <w:sz w:val="20"/>
                <w:szCs w:val="20"/>
              </w:rPr>
              <w:t>umowy</w:t>
            </w:r>
            <w:proofErr w:type="spellEnd"/>
          </w:p>
        </w:tc>
        <w:tc>
          <w:tcPr>
            <w:tcW w:w="730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C35BFAE" w14:textId="77777777" w:rsidR="000C5EDC" w:rsidRPr="000C5EDC" w:rsidRDefault="000C5EDC" w:rsidP="00981BFD">
            <w:pPr>
              <w:rPr>
                <w:rFonts w:ascii="Cambria" w:hAnsi="Cambria"/>
                <w:sz w:val="20"/>
                <w:szCs w:val="20"/>
              </w:rPr>
            </w:pPr>
            <w:r w:rsidRPr="000C5EDC">
              <w:rPr>
                <w:rFonts w:ascii="Cambria" w:hAnsi="Cambria"/>
                <w:sz w:val="20"/>
                <w:szCs w:val="20"/>
              </w:rPr>
              <w:t>........................................................................................................</w:t>
            </w:r>
          </w:p>
        </w:tc>
      </w:tr>
      <w:tr w:rsidR="00977367" w:rsidRPr="004B5C17" w14:paraId="43C00C21" w14:textId="77777777" w:rsidTr="002D01FE">
        <w:trPr>
          <w:jc w:val="center"/>
        </w:trPr>
        <w:tc>
          <w:tcPr>
            <w:tcW w:w="3574" w:type="dxa"/>
            <w:shd w:val="clear" w:color="auto" w:fill="D9D9D9" w:themeFill="background1" w:themeFillShade="D9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B9CBA8F" w14:textId="2918C16C" w:rsidR="00977367" w:rsidRPr="00977367" w:rsidRDefault="00977367" w:rsidP="00977367">
            <w:pPr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77367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Część</w:t>
            </w:r>
            <w:proofErr w:type="spellEnd"/>
            <w:r w:rsidRPr="00977367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77367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zamówienia</w:t>
            </w:r>
            <w:proofErr w:type="spellEnd"/>
          </w:p>
        </w:tc>
        <w:tc>
          <w:tcPr>
            <w:tcW w:w="7302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6ADC735" w14:textId="35C12625" w:rsidR="00977367" w:rsidRPr="00977367" w:rsidRDefault="00977367" w:rsidP="00977367">
            <w:pPr>
              <w:rPr>
                <w:rFonts w:ascii="Cambria" w:hAnsi="Cambria"/>
                <w:color w:val="000000" w:themeColor="text1"/>
                <w:sz w:val="20"/>
                <w:szCs w:val="20"/>
                <w:lang w:val="pl-PL"/>
              </w:rPr>
            </w:pPr>
            <w:r w:rsidRPr="00977367">
              <w:rPr>
                <w:rFonts w:ascii="Segoe UI Symbol" w:hAnsi="Segoe UI Symbol" w:cs="Segoe UI Symbol"/>
                <w:color w:val="000000" w:themeColor="text1"/>
                <w:sz w:val="20"/>
                <w:szCs w:val="20"/>
                <w:lang w:val="pl-PL"/>
              </w:rPr>
              <w:t>☐</w:t>
            </w:r>
            <w:r w:rsidRPr="00977367">
              <w:rPr>
                <w:rFonts w:ascii="Cambria" w:hAnsi="Cambria"/>
                <w:color w:val="000000" w:themeColor="text1"/>
                <w:sz w:val="20"/>
                <w:szCs w:val="20"/>
                <w:lang w:val="pl-PL"/>
              </w:rPr>
              <w:t xml:space="preserve"> część 1 - poczęstunek dla dzieci    </w:t>
            </w:r>
            <w:r w:rsidRPr="00977367">
              <w:rPr>
                <w:rFonts w:ascii="Segoe UI Symbol" w:hAnsi="Segoe UI Symbol" w:cs="Segoe UI Symbol"/>
                <w:color w:val="000000" w:themeColor="text1"/>
                <w:sz w:val="20"/>
                <w:szCs w:val="20"/>
                <w:lang w:val="pl-PL"/>
              </w:rPr>
              <w:t>☐</w:t>
            </w:r>
            <w:r w:rsidRPr="00977367">
              <w:rPr>
                <w:rFonts w:ascii="Cambria" w:hAnsi="Cambria"/>
                <w:color w:val="000000" w:themeColor="text1"/>
                <w:sz w:val="20"/>
                <w:szCs w:val="20"/>
                <w:lang w:val="pl-PL"/>
              </w:rPr>
              <w:t xml:space="preserve"> cz</w:t>
            </w:r>
            <w:r w:rsidRPr="00977367">
              <w:rPr>
                <w:rFonts w:ascii="Cambria" w:hAnsi="Cambria" w:cs="Cambria"/>
                <w:color w:val="000000" w:themeColor="text1"/>
                <w:sz w:val="20"/>
                <w:szCs w:val="20"/>
                <w:lang w:val="pl-PL"/>
              </w:rPr>
              <w:t>ęść</w:t>
            </w:r>
            <w:r w:rsidRPr="00977367">
              <w:rPr>
                <w:rFonts w:ascii="Cambria" w:hAnsi="Cambria"/>
                <w:color w:val="000000" w:themeColor="text1"/>
                <w:sz w:val="20"/>
                <w:szCs w:val="20"/>
                <w:lang w:val="pl-PL"/>
              </w:rPr>
              <w:t xml:space="preserve"> 2 - obiad i przerwa kawowa</w:t>
            </w:r>
          </w:p>
        </w:tc>
      </w:tr>
      <w:tr w:rsidR="00977367" w:rsidRPr="000C5EDC" w14:paraId="31D867FC" w14:textId="77777777" w:rsidTr="00667217">
        <w:trPr>
          <w:jc w:val="center"/>
        </w:trPr>
        <w:tc>
          <w:tcPr>
            <w:tcW w:w="3574" w:type="dxa"/>
            <w:shd w:val="clear" w:color="auto" w:fill="D9D9D9" w:themeFill="background1" w:themeFillShade="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4D331AE" w14:textId="0DECCC32" w:rsidR="00977367" w:rsidRPr="000C5EDC" w:rsidRDefault="00977367" w:rsidP="00977367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0C5EDC">
              <w:rPr>
                <w:rFonts w:ascii="Cambria" w:hAnsi="Cambria"/>
                <w:b/>
                <w:sz w:val="20"/>
                <w:szCs w:val="20"/>
              </w:rPr>
              <w:t>Okres</w:t>
            </w:r>
            <w:proofErr w:type="spellEnd"/>
            <w:r w:rsidRPr="000C5EDC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977367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objęty</w:t>
            </w:r>
            <w:proofErr w:type="spellEnd"/>
            <w:r w:rsidRPr="00977367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77367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raportem</w:t>
            </w:r>
            <w:proofErr w:type="spellEnd"/>
          </w:p>
        </w:tc>
        <w:tc>
          <w:tcPr>
            <w:tcW w:w="730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525AFDD" w14:textId="669C6570" w:rsidR="00977367" w:rsidRPr="00977367" w:rsidRDefault="00977367" w:rsidP="0097736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  <w:r w:rsidRPr="00977367">
              <w:rPr>
                <w:rFonts w:asciiTheme="minorHAnsi" w:hAnsiTheme="minorHAnsi"/>
                <w:sz w:val="20"/>
                <w:szCs w:val="20"/>
              </w:rPr>
              <w:t>od: ____________________ do: ____________________</w:t>
            </w:r>
          </w:p>
        </w:tc>
      </w:tr>
      <w:tr w:rsidR="00977367" w:rsidRPr="000C5EDC" w14:paraId="1CAA0421" w14:textId="77777777" w:rsidTr="00E16F3C">
        <w:trPr>
          <w:jc w:val="center"/>
        </w:trPr>
        <w:tc>
          <w:tcPr>
            <w:tcW w:w="3574" w:type="dxa"/>
            <w:shd w:val="clear" w:color="auto" w:fill="D9D9D9" w:themeFill="background1" w:themeFillShade="D9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619F8F3" w14:textId="28A363B4" w:rsidR="00977367" w:rsidRPr="004B5C17" w:rsidRDefault="004B5C17" w:rsidP="00977367">
            <w:pPr>
              <w:rPr>
                <w:rFonts w:ascii="Cambria" w:hAnsi="Cambria"/>
                <w:b/>
                <w:sz w:val="20"/>
                <w:szCs w:val="20"/>
                <w:lang w:val="pl-PL"/>
              </w:rPr>
            </w:pPr>
            <w:r w:rsidRPr="004B5C17">
              <w:rPr>
                <w:rFonts w:ascii="Cambria" w:hAnsi="Cambria"/>
                <w:b/>
                <w:sz w:val="20"/>
                <w:szCs w:val="20"/>
                <w:lang w:val="pl-PL"/>
              </w:rPr>
              <w:t>L</w:t>
            </w:r>
            <w:r w:rsidRPr="004B5C17">
              <w:rPr>
                <w:rFonts w:ascii="Cambria" w:hAnsi="Cambria"/>
                <w:b/>
                <w:sz w:val="20"/>
                <w:szCs w:val="20"/>
                <w:lang w:val="pl-PL"/>
              </w:rPr>
              <w:t>iczba dni świadczenia usługi</w:t>
            </w:r>
          </w:p>
        </w:tc>
        <w:tc>
          <w:tcPr>
            <w:tcW w:w="730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D706A47" w14:textId="77777777" w:rsidR="00977367" w:rsidRPr="000C5EDC" w:rsidRDefault="00977367" w:rsidP="00977367">
            <w:pPr>
              <w:rPr>
                <w:rFonts w:ascii="Cambria" w:hAnsi="Cambria"/>
                <w:sz w:val="20"/>
                <w:szCs w:val="20"/>
              </w:rPr>
            </w:pPr>
            <w:r w:rsidRPr="000C5EDC">
              <w:rPr>
                <w:rFonts w:ascii="Cambria" w:hAnsi="Cambria"/>
                <w:sz w:val="20"/>
                <w:szCs w:val="20"/>
              </w:rPr>
              <w:t>........................................................................................................</w:t>
            </w:r>
          </w:p>
        </w:tc>
      </w:tr>
      <w:tr w:rsidR="004B5C17" w:rsidRPr="004B5C17" w14:paraId="30F2B3F1" w14:textId="77777777" w:rsidTr="00E16F3C">
        <w:trPr>
          <w:jc w:val="center"/>
        </w:trPr>
        <w:tc>
          <w:tcPr>
            <w:tcW w:w="3574" w:type="dxa"/>
            <w:shd w:val="clear" w:color="auto" w:fill="D9D9D9" w:themeFill="background1" w:themeFillShade="D9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5C6F14B" w14:textId="6B6767B8" w:rsidR="004B5C17" w:rsidRPr="004B5C17" w:rsidRDefault="004B5C17" w:rsidP="00977367">
            <w:pPr>
              <w:rPr>
                <w:rFonts w:ascii="Cambria" w:hAnsi="Cambria"/>
                <w:b/>
                <w:sz w:val="20"/>
                <w:szCs w:val="20"/>
                <w:lang w:val="pl-PL"/>
              </w:rPr>
            </w:pPr>
            <w:r w:rsidRPr="004B5C17">
              <w:rPr>
                <w:rFonts w:ascii="Cambria" w:hAnsi="Cambria"/>
                <w:b/>
                <w:sz w:val="20"/>
                <w:szCs w:val="20"/>
                <w:lang w:val="pl-PL"/>
              </w:rPr>
              <w:t>„liczba dostarczonych poczęstunków / zestawów obiadowych”</w:t>
            </w:r>
            <w:bookmarkStart w:id="0" w:name="_GoBack"/>
            <w:bookmarkEnd w:id="0"/>
          </w:p>
        </w:tc>
        <w:tc>
          <w:tcPr>
            <w:tcW w:w="730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C23B564" w14:textId="77777777" w:rsidR="004B5C17" w:rsidRPr="004B5C17" w:rsidRDefault="004B5C17" w:rsidP="00977367">
            <w:pPr>
              <w:rPr>
                <w:rFonts w:ascii="Cambria" w:hAnsi="Cambria"/>
                <w:sz w:val="20"/>
                <w:szCs w:val="20"/>
                <w:lang w:val="pl-PL"/>
              </w:rPr>
            </w:pPr>
          </w:p>
        </w:tc>
      </w:tr>
      <w:tr w:rsidR="0029125C" w:rsidRPr="004B5C17" w14:paraId="459E95EE" w14:textId="77777777" w:rsidTr="00F53E47">
        <w:trPr>
          <w:jc w:val="center"/>
        </w:trPr>
        <w:tc>
          <w:tcPr>
            <w:tcW w:w="3574" w:type="dxa"/>
            <w:shd w:val="clear" w:color="auto" w:fill="D9D9D9" w:themeFill="background1" w:themeFillShade="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6D33C4" w14:textId="46E28E0B" w:rsidR="0029125C" w:rsidRPr="0029125C" w:rsidRDefault="0029125C" w:rsidP="0029125C">
            <w:pPr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proofErr w:type="spellStart"/>
            <w:r w:rsidRPr="0029125C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Osoba</w:t>
            </w:r>
            <w:proofErr w:type="spellEnd"/>
            <w:r w:rsidRPr="0029125C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25C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sporządzająca</w:t>
            </w:r>
            <w:proofErr w:type="spellEnd"/>
            <w:r w:rsidRPr="0029125C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125C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raport</w:t>
            </w:r>
            <w:proofErr w:type="spellEnd"/>
          </w:p>
        </w:tc>
        <w:tc>
          <w:tcPr>
            <w:tcW w:w="7302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567AE83" w14:textId="54BD9089" w:rsidR="0029125C" w:rsidRPr="0029125C" w:rsidRDefault="0029125C" w:rsidP="0029125C">
            <w:pPr>
              <w:rPr>
                <w:rFonts w:ascii="Cambria" w:hAnsi="Cambria"/>
                <w:color w:val="000000" w:themeColor="text1"/>
                <w:sz w:val="20"/>
                <w:szCs w:val="20"/>
                <w:lang w:val="pl-PL"/>
              </w:rPr>
            </w:pPr>
            <w:r w:rsidRPr="0029125C">
              <w:rPr>
                <w:rFonts w:ascii="Cambria" w:hAnsi="Cambria"/>
                <w:color w:val="000000" w:themeColor="text1"/>
                <w:sz w:val="20"/>
                <w:szCs w:val="20"/>
                <w:lang w:val="pl-PL"/>
              </w:rPr>
              <w:t>imię i nazwisko: ____________________  tel./e-mail: ____________________</w:t>
            </w:r>
          </w:p>
        </w:tc>
      </w:tr>
    </w:tbl>
    <w:p w14:paraId="6FEAAA18" w14:textId="77777777" w:rsidR="000C5EDC" w:rsidRPr="0029125C" w:rsidRDefault="000C5EDC" w:rsidP="000C5EDC">
      <w:pPr>
        <w:rPr>
          <w:rFonts w:ascii="Cambria" w:hAnsi="Cambria"/>
          <w:sz w:val="20"/>
          <w:szCs w:val="20"/>
          <w:lang w:val="pl-PL"/>
        </w:rPr>
      </w:pPr>
    </w:p>
    <w:p w14:paraId="188C445F" w14:textId="77777777" w:rsidR="000C5EDC" w:rsidRPr="000C5EDC" w:rsidRDefault="000C5EDC" w:rsidP="00667217">
      <w:pPr>
        <w:pStyle w:val="Nagwek2"/>
        <w:ind w:hanging="709"/>
        <w:rPr>
          <w:rFonts w:ascii="Cambria" w:hAnsi="Cambria"/>
          <w:color w:val="000000" w:themeColor="text1"/>
          <w:sz w:val="20"/>
          <w:szCs w:val="20"/>
        </w:rPr>
      </w:pPr>
      <w:r w:rsidRPr="000C5EDC">
        <w:rPr>
          <w:rFonts w:ascii="Cambria" w:hAnsi="Cambria"/>
          <w:color w:val="000000" w:themeColor="text1"/>
          <w:sz w:val="20"/>
          <w:szCs w:val="20"/>
        </w:rPr>
        <w:t xml:space="preserve">A. </w:t>
      </w:r>
      <w:proofErr w:type="spellStart"/>
      <w:r w:rsidRPr="00023779">
        <w:rPr>
          <w:rFonts w:ascii="Cambria" w:hAnsi="Cambria"/>
          <w:color w:val="000000" w:themeColor="text1"/>
          <w:sz w:val="22"/>
          <w:szCs w:val="22"/>
        </w:rPr>
        <w:t>Realizacja</w:t>
      </w:r>
      <w:proofErr w:type="spellEnd"/>
      <w:r w:rsidRPr="00023779">
        <w:rPr>
          <w:rFonts w:ascii="Cambria" w:hAnsi="Cambria"/>
          <w:color w:val="000000" w:themeColor="text1"/>
          <w:sz w:val="22"/>
          <w:szCs w:val="22"/>
        </w:rPr>
        <w:t xml:space="preserve"> </w:t>
      </w:r>
      <w:proofErr w:type="spellStart"/>
      <w:r w:rsidRPr="00023779">
        <w:rPr>
          <w:rFonts w:ascii="Cambria" w:hAnsi="Cambria"/>
          <w:color w:val="000000" w:themeColor="text1"/>
          <w:sz w:val="22"/>
          <w:szCs w:val="22"/>
        </w:rPr>
        <w:t>minimalnych</w:t>
      </w:r>
      <w:proofErr w:type="spellEnd"/>
      <w:r w:rsidRPr="00023779">
        <w:rPr>
          <w:rFonts w:ascii="Cambria" w:hAnsi="Cambria"/>
          <w:color w:val="000000" w:themeColor="text1"/>
          <w:sz w:val="22"/>
          <w:szCs w:val="22"/>
        </w:rPr>
        <w:t xml:space="preserve"> </w:t>
      </w:r>
      <w:proofErr w:type="spellStart"/>
      <w:r w:rsidRPr="00023779">
        <w:rPr>
          <w:rFonts w:ascii="Cambria" w:hAnsi="Cambria"/>
          <w:color w:val="000000" w:themeColor="text1"/>
          <w:sz w:val="22"/>
          <w:szCs w:val="22"/>
        </w:rPr>
        <w:t>obowiązków</w:t>
      </w:r>
      <w:proofErr w:type="spellEnd"/>
      <w:r w:rsidRPr="00023779">
        <w:rPr>
          <w:rFonts w:ascii="Cambria" w:hAnsi="Cambria"/>
          <w:color w:val="000000" w:themeColor="text1"/>
          <w:sz w:val="22"/>
          <w:szCs w:val="22"/>
        </w:rPr>
        <w:t xml:space="preserve"> DNSH</w:t>
      </w:r>
    </w:p>
    <w:tbl>
      <w:tblPr>
        <w:tblW w:w="10465" w:type="dxa"/>
        <w:jc w:val="center"/>
        <w:tblLayout w:type="fixed"/>
        <w:tblLook w:val="04A0" w:firstRow="1" w:lastRow="0" w:firstColumn="1" w:lastColumn="0" w:noHBand="0" w:noVBand="1"/>
      </w:tblPr>
      <w:tblGrid>
        <w:gridCol w:w="684"/>
        <w:gridCol w:w="6267"/>
        <w:gridCol w:w="1650"/>
        <w:gridCol w:w="1864"/>
      </w:tblGrid>
      <w:tr w:rsidR="00667217" w:rsidRPr="000C5EDC" w14:paraId="4F7E7563" w14:textId="77777777" w:rsidTr="00667217">
        <w:trPr>
          <w:cantSplit/>
          <w:tblHeader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27A87B" w14:textId="77777777" w:rsidR="000C5EDC" w:rsidRPr="00E10854" w:rsidRDefault="000C5EDC" w:rsidP="00981BFD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10854">
              <w:rPr>
                <w:rFonts w:ascii="Cambria" w:hAnsi="Cambria"/>
                <w:b/>
                <w:sz w:val="20"/>
                <w:szCs w:val="20"/>
              </w:rPr>
              <w:t>Lp</w:t>
            </w:r>
            <w:proofErr w:type="spellEnd"/>
            <w:r w:rsidRPr="00E10854">
              <w:rPr>
                <w:rFonts w:ascii="Cambria" w:hAnsi="Cambria"/>
                <w:b/>
                <w:sz w:val="20"/>
                <w:szCs w:val="20"/>
              </w:rPr>
              <w:t>.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776AD4" w14:textId="77777777" w:rsidR="000C5EDC" w:rsidRPr="00E10854" w:rsidRDefault="000C5EDC" w:rsidP="00981BFD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10854">
              <w:rPr>
                <w:rFonts w:ascii="Cambria" w:hAnsi="Cambria"/>
                <w:b/>
                <w:sz w:val="20"/>
                <w:szCs w:val="20"/>
              </w:rPr>
              <w:t>Wymaganie</w:t>
            </w:r>
            <w:proofErr w:type="spell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49E8F5" w14:textId="77777777" w:rsidR="000C5EDC" w:rsidRPr="00E10854" w:rsidRDefault="000C5EDC" w:rsidP="00981BFD">
            <w:pPr>
              <w:rPr>
                <w:rFonts w:ascii="Cambria" w:hAnsi="Cambria"/>
                <w:sz w:val="20"/>
                <w:szCs w:val="20"/>
              </w:rPr>
            </w:pPr>
            <w:r w:rsidRPr="00E10854">
              <w:rPr>
                <w:rFonts w:ascii="Cambria" w:hAnsi="Cambria"/>
                <w:b/>
                <w:sz w:val="20"/>
                <w:szCs w:val="20"/>
              </w:rPr>
              <w:t>TAK / NIE / NIE DOTYCZY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7AE3B5" w14:textId="77777777" w:rsidR="000C5EDC" w:rsidRPr="00E10854" w:rsidRDefault="000C5EDC" w:rsidP="00981BFD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10854">
              <w:rPr>
                <w:rFonts w:ascii="Cambria" w:hAnsi="Cambria"/>
                <w:b/>
                <w:sz w:val="20"/>
                <w:szCs w:val="20"/>
              </w:rPr>
              <w:t>Opis</w:t>
            </w:r>
            <w:proofErr w:type="spellEnd"/>
            <w:r w:rsidRPr="00E10854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E10854">
              <w:rPr>
                <w:rFonts w:ascii="Cambria" w:hAnsi="Cambria"/>
                <w:b/>
                <w:sz w:val="20"/>
                <w:szCs w:val="20"/>
              </w:rPr>
              <w:t>sposobu</w:t>
            </w:r>
            <w:proofErr w:type="spellEnd"/>
            <w:r w:rsidRPr="00E10854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E10854">
              <w:rPr>
                <w:rFonts w:ascii="Cambria" w:hAnsi="Cambria"/>
                <w:b/>
                <w:sz w:val="20"/>
                <w:szCs w:val="20"/>
              </w:rPr>
              <w:t>realizacji</w:t>
            </w:r>
            <w:proofErr w:type="spellEnd"/>
            <w:r w:rsidRPr="00E10854">
              <w:rPr>
                <w:rFonts w:ascii="Cambria" w:hAnsi="Cambria"/>
                <w:b/>
                <w:sz w:val="20"/>
                <w:szCs w:val="20"/>
              </w:rPr>
              <w:t xml:space="preserve"> / </w:t>
            </w:r>
            <w:proofErr w:type="spellStart"/>
            <w:r w:rsidRPr="00E10854">
              <w:rPr>
                <w:rFonts w:ascii="Cambria" w:hAnsi="Cambria"/>
                <w:b/>
                <w:sz w:val="20"/>
                <w:szCs w:val="20"/>
              </w:rPr>
              <w:t>uwagi</w:t>
            </w:r>
            <w:proofErr w:type="spellEnd"/>
          </w:p>
        </w:tc>
      </w:tr>
      <w:tr w:rsidR="000C5EDC" w:rsidRPr="000C5EDC" w14:paraId="08FA8BD0" w14:textId="77777777" w:rsidTr="00667217">
        <w:trPr>
          <w:cantSplit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16A409D" w14:textId="77777777" w:rsidR="000C5EDC" w:rsidRPr="00E10854" w:rsidRDefault="000C5EDC" w:rsidP="00981BFD">
            <w:pPr>
              <w:rPr>
                <w:rFonts w:ascii="Cambria" w:hAnsi="Cambria"/>
                <w:sz w:val="20"/>
                <w:szCs w:val="20"/>
              </w:rPr>
            </w:pPr>
            <w:r w:rsidRPr="00E10854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43DA539" w14:textId="335676C8" w:rsidR="000C5EDC" w:rsidRPr="00E10854" w:rsidRDefault="00E10854" w:rsidP="00981BFD">
            <w:pPr>
              <w:rPr>
                <w:rFonts w:ascii="Cambria" w:hAnsi="Cambria"/>
                <w:sz w:val="20"/>
                <w:szCs w:val="20"/>
                <w:lang w:val="pl-PL"/>
              </w:rPr>
            </w:pPr>
            <w:r w:rsidRPr="00E10854">
              <w:rPr>
                <w:rFonts w:ascii="Cambria" w:hAnsi="Cambria"/>
                <w:sz w:val="20"/>
                <w:szCs w:val="20"/>
                <w:lang w:val="pl-PL"/>
              </w:rPr>
              <w:t>Dokumenty elektroniczne; ograniczony, dwustronny i oszczędny druk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BF83B8B" w14:textId="77777777" w:rsidR="000C5EDC" w:rsidRPr="00E10854" w:rsidRDefault="000C5EDC" w:rsidP="00981BFD">
            <w:pPr>
              <w:rPr>
                <w:rFonts w:ascii="Cambria" w:hAnsi="Cambria"/>
                <w:sz w:val="20"/>
                <w:szCs w:val="20"/>
              </w:rPr>
            </w:pPr>
            <w:r w:rsidRPr="00E10854">
              <w:rPr>
                <w:rFonts w:ascii="Cambria" w:hAnsi="Cambria"/>
                <w:sz w:val="20"/>
                <w:szCs w:val="20"/>
              </w:rPr>
              <w:t>TAK / NIE / N/D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D113A69" w14:textId="77777777" w:rsidR="000C5EDC" w:rsidRPr="00E10854" w:rsidRDefault="000C5EDC" w:rsidP="00981BFD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C5EDC" w:rsidRPr="000C5EDC" w14:paraId="13DC447C" w14:textId="77777777" w:rsidTr="00E10854">
        <w:trPr>
          <w:cantSplit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ED270D9" w14:textId="77777777" w:rsidR="000C5EDC" w:rsidRPr="00E10854" w:rsidRDefault="000C5EDC" w:rsidP="00981BFD">
            <w:pPr>
              <w:rPr>
                <w:rFonts w:ascii="Cambria" w:hAnsi="Cambria"/>
                <w:sz w:val="20"/>
                <w:szCs w:val="20"/>
              </w:rPr>
            </w:pPr>
            <w:r w:rsidRPr="00E10854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A3FF6D8" w14:textId="1B5084D5" w:rsidR="000C5EDC" w:rsidRPr="00E10854" w:rsidRDefault="00E10854" w:rsidP="00981BFD">
            <w:pPr>
              <w:rPr>
                <w:rFonts w:ascii="Cambria" w:hAnsi="Cambria"/>
                <w:sz w:val="20"/>
                <w:szCs w:val="20"/>
                <w:lang w:val="pl-PL"/>
              </w:rPr>
            </w:pPr>
            <w:r w:rsidRPr="00E10854">
              <w:rPr>
                <w:rFonts w:ascii="Cambria" w:hAnsi="Cambria"/>
                <w:sz w:val="20"/>
                <w:szCs w:val="20"/>
                <w:lang w:val="pl-PL"/>
              </w:rPr>
              <w:t>Racjonalne zużycie energii i wody; wyłączanie nieużywanych urządzeń</w:t>
            </w:r>
            <w:r w:rsidR="000C5EDC" w:rsidRPr="00E10854">
              <w:rPr>
                <w:rFonts w:ascii="Cambria" w:hAnsi="Cambria"/>
                <w:sz w:val="20"/>
                <w:szCs w:val="20"/>
                <w:lang w:val="pl-PL"/>
              </w:rPr>
              <w:t>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2ED9748" w14:textId="77777777" w:rsidR="000C5EDC" w:rsidRPr="00E10854" w:rsidRDefault="000C5EDC" w:rsidP="00981BFD">
            <w:pPr>
              <w:rPr>
                <w:rFonts w:ascii="Cambria" w:hAnsi="Cambria"/>
                <w:sz w:val="20"/>
                <w:szCs w:val="20"/>
              </w:rPr>
            </w:pPr>
            <w:r w:rsidRPr="00E10854">
              <w:rPr>
                <w:rFonts w:ascii="Cambria" w:hAnsi="Cambria"/>
                <w:sz w:val="20"/>
                <w:szCs w:val="20"/>
              </w:rPr>
              <w:t>TAK / NIE / N/D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FD184B1" w14:textId="77777777" w:rsidR="000C5EDC" w:rsidRPr="00E10854" w:rsidRDefault="000C5EDC" w:rsidP="00981BFD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C5EDC" w:rsidRPr="000C5EDC" w14:paraId="471BAAE3" w14:textId="77777777" w:rsidTr="00667217">
        <w:trPr>
          <w:cantSplit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43BF5C8" w14:textId="77777777" w:rsidR="000C5EDC" w:rsidRPr="00E10854" w:rsidRDefault="000C5EDC" w:rsidP="00981BFD">
            <w:pPr>
              <w:rPr>
                <w:rFonts w:ascii="Cambria" w:hAnsi="Cambria"/>
                <w:sz w:val="20"/>
                <w:szCs w:val="20"/>
              </w:rPr>
            </w:pPr>
            <w:r w:rsidRPr="00E10854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B50BDFF" w14:textId="0AB650BD" w:rsidR="000C5EDC" w:rsidRPr="00E10854" w:rsidRDefault="00E10854" w:rsidP="00981BFD">
            <w:pPr>
              <w:rPr>
                <w:rFonts w:ascii="Cambria" w:hAnsi="Cambria"/>
                <w:sz w:val="20"/>
                <w:szCs w:val="20"/>
                <w:lang w:val="pl-PL"/>
              </w:rPr>
            </w:pPr>
            <w:r w:rsidRPr="00E10854">
              <w:rPr>
                <w:rFonts w:ascii="Cambria" w:hAnsi="Cambria"/>
                <w:sz w:val="20"/>
                <w:szCs w:val="20"/>
                <w:lang w:val="pl-PL"/>
              </w:rPr>
              <w:t>Segregacja odpadów i odbiór zużytych opakowań/akcesoriów po usłudze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39585ED" w14:textId="77777777" w:rsidR="000C5EDC" w:rsidRPr="00E10854" w:rsidRDefault="000C5EDC" w:rsidP="00981BFD">
            <w:pPr>
              <w:rPr>
                <w:rFonts w:ascii="Cambria" w:hAnsi="Cambria"/>
                <w:sz w:val="20"/>
                <w:szCs w:val="20"/>
              </w:rPr>
            </w:pPr>
            <w:r w:rsidRPr="00E10854">
              <w:rPr>
                <w:rFonts w:ascii="Cambria" w:hAnsi="Cambria"/>
                <w:sz w:val="20"/>
                <w:szCs w:val="20"/>
              </w:rPr>
              <w:t>TAK / NIE / N/D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A3FA7F9" w14:textId="77777777" w:rsidR="000C5EDC" w:rsidRPr="00E10854" w:rsidRDefault="000C5EDC" w:rsidP="00981BFD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E10854" w:rsidRPr="000C5EDC" w14:paraId="56544F51" w14:textId="77777777" w:rsidTr="00E10854">
        <w:trPr>
          <w:cantSplit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B779F7C" w14:textId="77777777" w:rsidR="00E10854" w:rsidRPr="00E10854" w:rsidRDefault="00E10854" w:rsidP="00E10854">
            <w:pPr>
              <w:rPr>
                <w:rFonts w:ascii="Cambria" w:hAnsi="Cambria"/>
                <w:sz w:val="20"/>
                <w:szCs w:val="20"/>
              </w:rPr>
            </w:pPr>
            <w:r w:rsidRPr="00E10854">
              <w:rPr>
                <w:rFonts w:ascii="Cambria" w:hAnsi="Cambria"/>
                <w:sz w:val="20"/>
                <w:szCs w:val="20"/>
              </w:rPr>
              <w:lastRenderedPageBreak/>
              <w:t>4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72E036F" w14:textId="1D1D98DF" w:rsidR="00E10854" w:rsidRPr="00E10854" w:rsidRDefault="00E10854" w:rsidP="00E10854">
            <w:pPr>
              <w:rPr>
                <w:rFonts w:ascii="Cambria" w:hAnsi="Cambria"/>
                <w:sz w:val="20"/>
                <w:szCs w:val="20"/>
                <w:lang w:val="pl-PL"/>
              </w:rPr>
            </w:pPr>
            <w:r w:rsidRPr="00E10854">
              <w:rPr>
                <w:rFonts w:ascii="Cambria" w:hAnsi="Cambria"/>
                <w:sz w:val="20"/>
                <w:szCs w:val="20"/>
                <w:lang w:val="pl-PL"/>
              </w:rPr>
              <w:t>Właściwe przekazanie elektroodpadów, jeżeli wystąpiły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B467352" w14:textId="77777777" w:rsidR="00E10854" w:rsidRPr="00E10854" w:rsidRDefault="00E10854" w:rsidP="00E10854">
            <w:pPr>
              <w:rPr>
                <w:rFonts w:ascii="Cambria" w:hAnsi="Cambria"/>
                <w:sz w:val="20"/>
                <w:szCs w:val="20"/>
              </w:rPr>
            </w:pPr>
            <w:r w:rsidRPr="00E10854">
              <w:rPr>
                <w:rFonts w:ascii="Cambria" w:hAnsi="Cambria"/>
                <w:sz w:val="20"/>
                <w:szCs w:val="20"/>
              </w:rPr>
              <w:t>TAK / NIE / N/D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8C2DAE5" w14:textId="77777777" w:rsidR="00E10854" w:rsidRPr="00E10854" w:rsidRDefault="00E10854" w:rsidP="00E10854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E10854" w:rsidRPr="000C5EDC" w14:paraId="1CAAF551" w14:textId="77777777" w:rsidTr="00E10854">
        <w:trPr>
          <w:cantSplit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B73C53E" w14:textId="77777777" w:rsidR="00E10854" w:rsidRPr="00E10854" w:rsidRDefault="00E10854" w:rsidP="00E10854">
            <w:pPr>
              <w:rPr>
                <w:rFonts w:ascii="Cambria" w:hAnsi="Cambria"/>
                <w:sz w:val="20"/>
                <w:szCs w:val="20"/>
              </w:rPr>
            </w:pPr>
            <w:r w:rsidRPr="00E10854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362CE2A" w14:textId="494916E5" w:rsidR="00E10854" w:rsidRPr="00E10854" w:rsidRDefault="00E10854" w:rsidP="00E10854">
            <w:pPr>
              <w:rPr>
                <w:rFonts w:ascii="Cambria" w:hAnsi="Cambria"/>
                <w:sz w:val="20"/>
                <w:szCs w:val="20"/>
                <w:lang w:val="pl-PL"/>
              </w:rPr>
            </w:pPr>
            <w:r w:rsidRPr="00E10854">
              <w:rPr>
                <w:rFonts w:ascii="Cambria" w:hAnsi="Cambria"/>
                <w:sz w:val="20"/>
                <w:szCs w:val="20"/>
                <w:lang w:val="pl-PL"/>
              </w:rPr>
              <w:t>Stosowanie papierowych talerzyków i kubków oraz drewnianych sztućców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08BF7CD" w14:textId="77777777" w:rsidR="00E10854" w:rsidRPr="00E10854" w:rsidRDefault="00E10854" w:rsidP="00E10854">
            <w:pPr>
              <w:rPr>
                <w:rFonts w:ascii="Cambria" w:hAnsi="Cambria"/>
                <w:sz w:val="20"/>
                <w:szCs w:val="20"/>
              </w:rPr>
            </w:pPr>
            <w:r w:rsidRPr="00E10854">
              <w:rPr>
                <w:rFonts w:ascii="Cambria" w:hAnsi="Cambria"/>
                <w:sz w:val="20"/>
                <w:szCs w:val="20"/>
              </w:rPr>
              <w:t>TAK / NIE / N/D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4AE4572" w14:textId="77777777" w:rsidR="00E10854" w:rsidRPr="00E10854" w:rsidRDefault="00E10854" w:rsidP="00E10854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E10854" w:rsidRPr="000C5EDC" w14:paraId="5EB6C4D7" w14:textId="77777777" w:rsidTr="00E10854">
        <w:trPr>
          <w:cantSplit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591E22A" w14:textId="77777777" w:rsidR="00E10854" w:rsidRPr="00E10854" w:rsidRDefault="00E10854" w:rsidP="00E10854">
            <w:pPr>
              <w:rPr>
                <w:rFonts w:ascii="Cambria" w:hAnsi="Cambria"/>
                <w:sz w:val="20"/>
                <w:szCs w:val="20"/>
              </w:rPr>
            </w:pPr>
            <w:r w:rsidRPr="00E10854"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89E58E0" w14:textId="000EB06E" w:rsidR="00E10854" w:rsidRPr="00E10854" w:rsidRDefault="00E10854" w:rsidP="00E10854">
            <w:pPr>
              <w:rPr>
                <w:rFonts w:ascii="Cambria" w:hAnsi="Cambria"/>
                <w:sz w:val="20"/>
                <w:szCs w:val="20"/>
                <w:lang w:val="pl-PL"/>
              </w:rPr>
            </w:pPr>
            <w:r w:rsidRPr="00E10854">
              <w:rPr>
                <w:rFonts w:ascii="Cambria" w:hAnsi="Cambria"/>
                <w:sz w:val="20"/>
                <w:szCs w:val="20"/>
                <w:lang w:val="pl-PL"/>
              </w:rPr>
              <w:t>Poinformowanie personelu i podwykonawców o obowiązkach DNSH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DC44744" w14:textId="77777777" w:rsidR="00E10854" w:rsidRPr="00E10854" w:rsidRDefault="00E10854" w:rsidP="00E10854">
            <w:pPr>
              <w:rPr>
                <w:rFonts w:ascii="Cambria" w:hAnsi="Cambria"/>
                <w:sz w:val="20"/>
                <w:szCs w:val="20"/>
              </w:rPr>
            </w:pPr>
            <w:r w:rsidRPr="00E10854">
              <w:rPr>
                <w:rFonts w:ascii="Cambria" w:hAnsi="Cambria"/>
                <w:sz w:val="20"/>
                <w:szCs w:val="20"/>
              </w:rPr>
              <w:t>TAK / NIE / N/D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DEED6E4" w14:textId="77777777" w:rsidR="00E10854" w:rsidRPr="00E10854" w:rsidRDefault="00E10854" w:rsidP="00E10854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E10854" w:rsidRPr="000C5EDC" w14:paraId="3253559A" w14:textId="77777777" w:rsidTr="00E10854">
        <w:trPr>
          <w:cantSplit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4AA480B" w14:textId="77777777" w:rsidR="00E10854" w:rsidRPr="00E10854" w:rsidRDefault="00E10854" w:rsidP="00E10854">
            <w:pPr>
              <w:rPr>
                <w:rFonts w:ascii="Cambria" w:hAnsi="Cambria"/>
                <w:sz w:val="20"/>
                <w:szCs w:val="20"/>
              </w:rPr>
            </w:pPr>
            <w:r w:rsidRPr="00E10854">
              <w:rPr>
                <w:rFonts w:ascii="Cambria" w:hAnsi="Cambria"/>
                <w:sz w:val="20"/>
                <w:szCs w:val="20"/>
              </w:rPr>
              <w:t>7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39AA2F7" w14:textId="294F1CD4" w:rsidR="00E10854" w:rsidRPr="00E10854" w:rsidRDefault="00E10854" w:rsidP="00E10854">
            <w:pPr>
              <w:rPr>
                <w:rFonts w:ascii="Cambria" w:hAnsi="Cambria"/>
                <w:sz w:val="20"/>
                <w:szCs w:val="20"/>
                <w:lang w:val="pl-PL"/>
              </w:rPr>
            </w:pPr>
            <w:r w:rsidRPr="00E10854">
              <w:rPr>
                <w:rFonts w:ascii="Cambria" w:hAnsi="Cambria"/>
                <w:sz w:val="20"/>
                <w:szCs w:val="20"/>
                <w:lang w:val="pl-PL"/>
              </w:rPr>
              <w:t>Organizacja dostaw ograniczająca zbędne przejazdy i puste przebiegi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6AB6D2" w14:textId="77777777" w:rsidR="00E10854" w:rsidRPr="00E10854" w:rsidRDefault="00E10854" w:rsidP="00E10854">
            <w:pPr>
              <w:rPr>
                <w:rFonts w:ascii="Cambria" w:hAnsi="Cambria"/>
                <w:sz w:val="20"/>
                <w:szCs w:val="20"/>
              </w:rPr>
            </w:pPr>
            <w:r w:rsidRPr="00E10854">
              <w:rPr>
                <w:rFonts w:ascii="Cambria" w:hAnsi="Cambria"/>
                <w:sz w:val="20"/>
                <w:szCs w:val="20"/>
              </w:rPr>
              <w:t>TAK / NIE / N/D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EF46F00" w14:textId="77777777" w:rsidR="00E10854" w:rsidRPr="00E10854" w:rsidRDefault="00E10854" w:rsidP="00E10854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E10854" w:rsidRPr="000C5EDC" w14:paraId="7A5B6084" w14:textId="77777777" w:rsidTr="00E10854">
        <w:trPr>
          <w:cantSplit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207BF80" w14:textId="77777777" w:rsidR="00E10854" w:rsidRPr="00E10854" w:rsidRDefault="00E10854" w:rsidP="00E10854">
            <w:pPr>
              <w:rPr>
                <w:rFonts w:ascii="Cambria" w:hAnsi="Cambria"/>
                <w:sz w:val="20"/>
                <w:szCs w:val="20"/>
              </w:rPr>
            </w:pPr>
            <w:r w:rsidRPr="00E10854">
              <w:rPr>
                <w:rFonts w:ascii="Cambria" w:hAnsi="Cambria"/>
                <w:sz w:val="20"/>
                <w:szCs w:val="20"/>
              </w:rPr>
              <w:t>8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E4A6113" w14:textId="130423C7" w:rsidR="00E10854" w:rsidRPr="00E10854" w:rsidRDefault="00E10854" w:rsidP="00E10854">
            <w:pPr>
              <w:rPr>
                <w:rFonts w:ascii="Cambria" w:hAnsi="Cambria"/>
                <w:sz w:val="20"/>
                <w:szCs w:val="20"/>
                <w:lang w:val="pl-PL"/>
              </w:rPr>
            </w:pPr>
            <w:r w:rsidRPr="00E10854">
              <w:rPr>
                <w:rFonts w:ascii="Cambria" w:hAnsi="Cambria"/>
                <w:sz w:val="20"/>
                <w:szCs w:val="20"/>
                <w:lang w:val="pl-PL"/>
              </w:rPr>
              <w:t>Brak innych działań powodujących istotny negatywny wpływ na środowisko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67AEBFF" w14:textId="77777777" w:rsidR="00E10854" w:rsidRPr="00E10854" w:rsidRDefault="00E10854" w:rsidP="00E10854">
            <w:pPr>
              <w:rPr>
                <w:rFonts w:ascii="Cambria" w:hAnsi="Cambria"/>
                <w:sz w:val="20"/>
                <w:szCs w:val="20"/>
              </w:rPr>
            </w:pPr>
            <w:r w:rsidRPr="00E10854">
              <w:rPr>
                <w:rFonts w:ascii="Cambria" w:hAnsi="Cambria"/>
                <w:sz w:val="20"/>
                <w:szCs w:val="20"/>
              </w:rPr>
              <w:t>TAK / NIE / N/D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4BC6429" w14:textId="77777777" w:rsidR="00E10854" w:rsidRPr="00E10854" w:rsidRDefault="00E10854" w:rsidP="00E10854">
            <w:pPr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1A2C05C4" w14:textId="665EF977" w:rsidR="00E93B45" w:rsidRPr="00E93B45" w:rsidRDefault="000C5EDC" w:rsidP="00E93B45">
      <w:pPr>
        <w:pStyle w:val="Nagwek2"/>
        <w:ind w:hanging="709"/>
        <w:rPr>
          <w:rFonts w:ascii="Cambria" w:hAnsi="Cambria"/>
          <w:color w:val="000000" w:themeColor="text1"/>
          <w:sz w:val="20"/>
          <w:szCs w:val="20"/>
          <w:lang w:val="pl-PL"/>
        </w:rPr>
      </w:pPr>
      <w:r w:rsidRPr="000C5EDC">
        <w:rPr>
          <w:rFonts w:ascii="Cambria" w:hAnsi="Cambria"/>
          <w:color w:val="000000" w:themeColor="text1"/>
          <w:sz w:val="20"/>
          <w:szCs w:val="20"/>
          <w:lang w:val="pl-PL"/>
        </w:rPr>
        <w:t>B</w:t>
      </w:r>
      <w:r w:rsidRPr="00023779">
        <w:rPr>
          <w:rFonts w:ascii="Cambria" w:hAnsi="Cambria"/>
          <w:color w:val="000000" w:themeColor="text1"/>
          <w:sz w:val="22"/>
          <w:szCs w:val="22"/>
          <w:lang w:val="pl-PL"/>
        </w:rPr>
        <w:t xml:space="preserve">. </w:t>
      </w:r>
      <w:r w:rsidR="00E93B45" w:rsidRPr="00E93B45">
        <w:rPr>
          <w:rFonts w:ascii="Cambria" w:hAnsi="Cambria"/>
          <w:color w:val="000000" w:themeColor="text1"/>
          <w:sz w:val="22"/>
          <w:szCs w:val="22"/>
          <w:lang w:val="pl-PL"/>
        </w:rPr>
        <w:t>Odchylenia i działania naprawcze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93"/>
        <w:gridCol w:w="2948"/>
        <w:gridCol w:w="2493"/>
        <w:gridCol w:w="2493"/>
      </w:tblGrid>
      <w:tr w:rsidR="00E93B45" w:rsidRPr="00E93B45" w14:paraId="2E21765B" w14:textId="77777777" w:rsidTr="00BA4BF6">
        <w:trPr>
          <w:tblHeader/>
          <w:jc w:val="center"/>
        </w:trPr>
        <w:tc>
          <w:tcPr>
            <w:tcW w:w="1701" w:type="dxa"/>
            <w:shd w:val="clear" w:color="auto" w:fill="D9D9D9" w:themeFill="background1" w:themeFillShade="D9"/>
          </w:tcPr>
          <w:p w14:paraId="25E5F510" w14:textId="77777777" w:rsidR="00E93B45" w:rsidRPr="00E93B45" w:rsidRDefault="00E93B45" w:rsidP="00E93B45">
            <w:pPr>
              <w:spacing w:line="259" w:lineRule="auto"/>
              <w:jc w:val="center"/>
              <w:rPr>
                <w:rFonts w:ascii="Cambria" w:eastAsiaTheme="minorEastAsia" w:hAnsi="Cambria"/>
                <w:color w:val="000000" w:themeColor="text1"/>
                <w:sz w:val="20"/>
                <w:szCs w:val="20"/>
              </w:rPr>
            </w:pPr>
            <w:r w:rsidRPr="00E93B45">
              <w:rPr>
                <w:rFonts w:ascii="Cambria" w:eastAsiaTheme="minorEastAsia" w:hAnsi="Cambria"/>
                <w:b/>
                <w:color w:val="000000" w:themeColor="text1"/>
                <w:sz w:val="20"/>
                <w:szCs w:val="20"/>
              </w:rPr>
              <w:t>Data/</w:t>
            </w:r>
            <w:proofErr w:type="spellStart"/>
            <w:r w:rsidRPr="00E93B45">
              <w:rPr>
                <w:rFonts w:ascii="Cambria" w:eastAsiaTheme="minorEastAsia" w:hAnsi="Cambria"/>
                <w:b/>
                <w:color w:val="000000" w:themeColor="text1"/>
                <w:sz w:val="20"/>
                <w:szCs w:val="20"/>
              </w:rPr>
              <w:t>okres</w:t>
            </w:r>
            <w:proofErr w:type="spellEnd"/>
          </w:p>
        </w:tc>
        <w:tc>
          <w:tcPr>
            <w:tcW w:w="2948" w:type="dxa"/>
            <w:shd w:val="clear" w:color="auto" w:fill="D9D9D9" w:themeFill="background1" w:themeFillShade="D9"/>
          </w:tcPr>
          <w:p w14:paraId="01F73DE2" w14:textId="77777777" w:rsidR="00E93B45" w:rsidRPr="00E93B45" w:rsidRDefault="00E93B45" w:rsidP="00E93B45">
            <w:pPr>
              <w:spacing w:line="259" w:lineRule="auto"/>
              <w:jc w:val="center"/>
              <w:rPr>
                <w:rFonts w:ascii="Cambria" w:eastAsiaTheme="minorEastAsia" w:hAnsi="Cambria"/>
                <w:color w:val="000000" w:themeColor="text1"/>
                <w:sz w:val="20"/>
                <w:szCs w:val="20"/>
              </w:rPr>
            </w:pPr>
            <w:proofErr w:type="spellStart"/>
            <w:r w:rsidRPr="00E93B45">
              <w:rPr>
                <w:rFonts w:ascii="Cambria" w:eastAsiaTheme="minorEastAsia" w:hAnsi="Cambria"/>
                <w:b/>
                <w:color w:val="000000" w:themeColor="text1"/>
                <w:sz w:val="20"/>
                <w:szCs w:val="20"/>
              </w:rPr>
              <w:t>Opis</w:t>
            </w:r>
            <w:proofErr w:type="spellEnd"/>
            <w:r w:rsidRPr="00E93B45">
              <w:rPr>
                <w:rFonts w:ascii="Cambria" w:eastAsiaTheme="minorEastAsia" w:hAnsi="Cambria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93B45">
              <w:rPr>
                <w:rFonts w:ascii="Cambria" w:eastAsiaTheme="minorEastAsia" w:hAnsi="Cambria"/>
                <w:b/>
                <w:color w:val="000000" w:themeColor="text1"/>
                <w:sz w:val="20"/>
                <w:szCs w:val="20"/>
              </w:rPr>
              <w:t>odchylenia</w:t>
            </w:r>
            <w:proofErr w:type="spellEnd"/>
          </w:p>
        </w:tc>
        <w:tc>
          <w:tcPr>
            <w:tcW w:w="2381" w:type="dxa"/>
            <w:shd w:val="clear" w:color="auto" w:fill="D9D9D9" w:themeFill="background1" w:themeFillShade="D9"/>
          </w:tcPr>
          <w:p w14:paraId="050DBD21" w14:textId="77777777" w:rsidR="00E93B45" w:rsidRPr="00E93B45" w:rsidRDefault="00E93B45" w:rsidP="00E93B45">
            <w:pPr>
              <w:spacing w:line="259" w:lineRule="auto"/>
              <w:jc w:val="center"/>
              <w:rPr>
                <w:rFonts w:ascii="Cambria" w:eastAsiaTheme="minorEastAsia" w:hAnsi="Cambria"/>
                <w:color w:val="000000" w:themeColor="text1"/>
                <w:sz w:val="20"/>
                <w:szCs w:val="20"/>
              </w:rPr>
            </w:pPr>
            <w:proofErr w:type="spellStart"/>
            <w:r w:rsidRPr="00E93B45">
              <w:rPr>
                <w:rFonts w:ascii="Cambria" w:eastAsiaTheme="minorEastAsia" w:hAnsi="Cambria"/>
                <w:b/>
                <w:color w:val="000000" w:themeColor="text1"/>
                <w:sz w:val="20"/>
                <w:szCs w:val="20"/>
              </w:rPr>
              <w:t>Działanie</w:t>
            </w:r>
            <w:proofErr w:type="spellEnd"/>
            <w:r w:rsidRPr="00E93B45">
              <w:rPr>
                <w:rFonts w:ascii="Cambria" w:eastAsiaTheme="minorEastAsia" w:hAnsi="Cambria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93B45">
              <w:rPr>
                <w:rFonts w:ascii="Cambria" w:eastAsiaTheme="minorEastAsia" w:hAnsi="Cambria"/>
                <w:b/>
                <w:color w:val="000000" w:themeColor="text1"/>
                <w:sz w:val="20"/>
                <w:szCs w:val="20"/>
              </w:rPr>
              <w:t>naprawcze</w:t>
            </w:r>
            <w:proofErr w:type="spellEnd"/>
          </w:p>
        </w:tc>
        <w:tc>
          <w:tcPr>
            <w:tcW w:w="2041" w:type="dxa"/>
            <w:shd w:val="clear" w:color="auto" w:fill="D9D9D9" w:themeFill="background1" w:themeFillShade="D9"/>
          </w:tcPr>
          <w:p w14:paraId="7B1D4D0A" w14:textId="77777777" w:rsidR="00E93B45" w:rsidRPr="00E93B45" w:rsidRDefault="00E93B45" w:rsidP="00E93B45">
            <w:pPr>
              <w:spacing w:line="259" w:lineRule="auto"/>
              <w:jc w:val="center"/>
              <w:rPr>
                <w:rFonts w:ascii="Cambria" w:eastAsiaTheme="minorEastAsia" w:hAnsi="Cambria"/>
                <w:color w:val="000000" w:themeColor="text1"/>
                <w:sz w:val="20"/>
                <w:szCs w:val="20"/>
              </w:rPr>
            </w:pPr>
            <w:proofErr w:type="spellStart"/>
            <w:r w:rsidRPr="00E93B45">
              <w:rPr>
                <w:rFonts w:ascii="Cambria" w:eastAsiaTheme="minorEastAsia" w:hAnsi="Cambria"/>
                <w:b/>
                <w:color w:val="000000" w:themeColor="text1"/>
                <w:sz w:val="20"/>
                <w:szCs w:val="20"/>
              </w:rPr>
              <w:t>Termin</w:t>
            </w:r>
            <w:proofErr w:type="spellEnd"/>
            <w:r w:rsidRPr="00E93B45">
              <w:rPr>
                <w:rFonts w:ascii="Cambria" w:eastAsiaTheme="minorEastAsia" w:hAnsi="Cambria"/>
                <w:b/>
                <w:color w:val="000000" w:themeColor="text1"/>
                <w:sz w:val="20"/>
                <w:szCs w:val="20"/>
              </w:rPr>
              <w:t xml:space="preserve"> i status</w:t>
            </w:r>
          </w:p>
        </w:tc>
      </w:tr>
      <w:tr w:rsidR="00E93B45" w:rsidRPr="00E93B45" w14:paraId="0B13F0D3" w14:textId="77777777" w:rsidTr="00861FE0">
        <w:trPr>
          <w:trHeight w:val="652"/>
          <w:jc w:val="center"/>
        </w:trPr>
        <w:tc>
          <w:tcPr>
            <w:tcW w:w="2493" w:type="dxa"/>
            <w:tcMar>
              <w:top w:w="90" w:type="dxa"/>
              <w:left w:w="85" w:type="dxa"/>
              <w:bottom w:w="90" w:type="dxa"/>
              <w:right w:w="85" w:type="dxa"/>
            </w:tcMar>
          </w:tcPr>
          <w:p w14:paraId="54C643D2" w14:textId="77777777" w:rsidR="00E93B45" w:rsidRPr="00E93B45" w:rsidRDefault="00E93B45" w:rsidP="00E93B45">
            <w:pPr>
              <w:spacing w:line="259" w:lineRule="auto"/>
              <w:rPr>
                <w:rFonts w:ascii="Cambria" w:eastAsiaTheme="minorEastAs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2493" w:type="dxa"/>
            <w:tcMar>
              <w:top w:w="90" w:type="dxa"/>
              <w:left w:w="85" w:type="dxa"/>
              <w:bottom w:w="90" w:type="dxa"/>
              <w:right w:w="85" w:type="dxa"/>
            </w:tcMar>
          </w:tcPr>
          <w:p w14:paraId="5524A30F" w14:textId="77777777" w:rsidR="00E93B45" w:rsidRPr="00E93B45" w:rsidRDefault="00E93B45" w:rsidP="00E93B45">
            <w:pPr>
              <w:spacing w:line="259" w:lineRule="auto"/>
              <w:rPr>
                <w:rFonts w:ascii="Cambria" w:eastAsiaTheme="minorEastAs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2493" w:type="dxa"/>
            <w:tcMar>
              <w:top w:w="90" w:type="dxa"/>
              <w:left w:w="85" w:type="dxa"/>
              <w:bottom w:w="90" w:type="dxa"/>
              <w:right w:w="85" w:type="dxa"/>
            </w:tcMar>
          </w:tcPr>
          <w:p w14:paraId="79905322" w14:textId="77777777" w:rsidR="00E93B45" w:rsidRPr="00E93B45" w:rsidRDefault="00E93B45" w:rsidP="00E93B45">
            <w:pPr>
              <w:spacing w:line="259" w:lineRule="auto"/>
              <w:rPr>
                <w:rFonts w:ascii="Cambria" w:eastAsiaTheme="minorEastAs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2493" w:type="dxa"/>
            <w:tcMar>
              <w:top w:w="90" w:type="dxa"/>
              <w:left w:w="85" w:type="dxa"/>
              <w:bottom w:w="90" w:type="dxa"/>
              <w:right w:w="85" w:type="dxa"/>
            </w:tcMar>
          </w:tcPr>
          <w:p w14:paraId="30D233A4" w14:textId="77777777" w:rsidR="00E93B45" w:rsidRPr="00E93B45" w:rsidRDefault="00E93B45" w:rsidP="00E93B45">
            <w:pPr>
              <w:spacing w:line="259" w:lineRule="auto"/>
              <w:rPr>
                <w:rFonts w:ascii="Cambria" w:eastAsiaTheme="minorEastAsia" w:hAnsi="Cambria"/>
                <w:color w:val="000000" w:themeColor="text1"/>
                <w:sz w:val="20"/>
                <w:szCs w:val="20"/>
              </w:rPr>
            </w:pPr>
          </w:p>
        </w:tc>
      </w:tr>
      <w:tr w:rsidR="00E93B45" w:rsidRPr="00E93B45" w14:paraId="7EE144A0" w14:textId="77777777" w:rsidTr="00861FE0">
        <w:trPr>
          <w:trHeight w:val="652"/>
          <w:jc w:val="center"/>
        </w:trPr>
        <w:tc>
          <w:tcPr>
            <w:tcW w:w="2493" w:type="dxa"/>
            <w:tcMar>
              <w:top w:w="90" w:type="dxa"/>
              <w:left w:w="85" w:type="dxa"/>
              <w:bottom w:w="90" w:type="dxa"/>
              <w:right w:w="85" w:type="dxa"/>
            </w:tcMar>
          </w:tcPr>
          <w:p w14:paraId="170A84C1" w14:textId="77777777" w:rsidR="00E93B45" w:rsidRPr="00E93B45" w:rsidRDefault="00E93B45" w:rsidP="00E93B45">
            <w:pPr>
              <w:spacing w:line="259" w:lineRule="auto"/>
              <w:rPr>
                <w:rFonts w:ascii="Cambria" w:eastAsiaTheme="minorEastAs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2493" w:type="dxa"/>
            <w:tcMar>
              <w:top w:w="90" w:type="dxa"/>
              <w:left w:w="85" w:type="dxa"/>
              <w:bottom w:w="90" w:type="dxa"/>
              <w:right w:w="85" w:type="dxa"/>
            </w:tcMar>
          </w:tcPr>
          <w:p w14:paraId="09939923" w14:textId="77777777" w:rsidR="00E93B45" w:rsidRPr="00E93B45" w:rsidRDefault="00E93B45" w:rsidP="00E93B45">
            <w:pPr>
              <w:spacing w:line="259" w:lineRule="auto"/>
              <w:rPr>
                <w:rFonts w:ascii="Cambria" w:eastAsiaTheme="minorEastAs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2493" w:type="dxa"/>
            <w:tcMar>
              <w:top w:w="90" w:type="dxa"/>
              <w:left w:w="85" w:type="dxa"/>
              <w:bottom w:w="90" w:type="dxa"/>
              <w:right w:w="85" w:type="dxa"/>
            </w:tcMar>
          </w:tcPr>
          <w:p w14:paraId="7E668FF4" w14:textId="77777777" w:rsidR="00E93B45" w:rsidRPr="00E93B45" w:rsidRDefault="00E93B45" w:rsidP="00E93B45">
            <w:pPr>
              <w:spacing w:line="259" w:lineRule="auto"/>
              <w:rPr>
                <w:rFonts w:ascii="Cambria" w:eastAsiaTheme="minorEastAs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2493" w:type="dxa"/>
            <w:tcMar>
              <w:top w:w="90" w:type="dxa"/>
              <w:left w:w="85" w:type="dxa"/>
              <w:bottom w:w="90" w:type="dxa"/>
              <w:right w:w="85" w:type="dxa"/>
            </w:tcMar>
          </w:tcPr>
          <w:p w14:paraId="3FAD8558" w14:textId="77777777" w:rsidR="00E93B45" w:rsidRPr="00E93B45" w:rsidRDefault="00E93B45" w:rsidP="00E93B45">
            <w:pPr>
              <w:spacing w:line="259" w:lineRule="auto"/>
              <w:rPr>
                <w:rFonts w:ascii="Cambria" w:eastAsiaTheme="minorEastAsia" w:hAnsi="Cambria"/>
                <w:color w:val="000000" w:themeColor="text1"/>
                <w:sz w:val="20"/>
                <w:szCs w:val="20"/>
              </w:rPr>
            </w:pPr>
          </w:p>
        </w:tc>
      </w:tr>
      <w:tr w:rsidR="00E93B45" w:rsidRPr="00E93B45" w14:paraId="6ABA4EBD" w14:textId="77777777" w:rsidTr="00861FE0">
        <w:trPr>
          <w:trHeight w:val="652"/>
          <w:jc w:val="center"/>
        </w:trPr>
        <w:tc>
          <w:tcPr>
            <w:tcW w:w="2493" w:type="dxa"/>
            <w:tcMar>
              <w:top w:w="90" w:type="dxa"/>
              <w:left w:w="85" w:type="dxa"/>
              <w:bottom w:w="90" w:type="dxa"/>
              <w:right w:w="85" w:type="dxa"/>
            </w:tcMar>
          </w:tcPr>
          <w:p w14:paraId="2312AF27" w14:textId="77777777" w:rsidR="00E93B45" w:rsidRPr="00E93B45" w:rsidRDefault="00E93B45" w:rsidP="00E93B45">
            <w:pPr>
              <w:spacing w:line="259" w:lineRule="auto"/>
              <w:rPr>
                <w:rFonts w:ascii="Cambria" w:eastAsiaTheme="minorEastAs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2493" w:type="dxa"/>
            <w:tcMar>
              <w:top w:w="90" w:type="dxa"/>
              <w:left w:w="85" w:type="dxa"/>
              <w:bottom w:w="90" w:type="dxa"/>
              <w:right w:w="85" w:type="dxa"/>
            </w:tcMar>
          </w:tcPr>
          <w:p w14:paraId="1ED63CEB" w14:textId="77777777" w:rsidR="00E93B45" w:rsidRPr="00E93B45" w:rsidRDefault="00E93B45" w:rsidP="00E93B45">
            <w:pPr>
              <w:spacing w:line="259" w:lineRule="auto"/>
              <w:rPr>
                <w:rFonts w:ascii="Cambria" w:eastAsiaTheme="minorEastAs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2493" w:type="dxa"/>
            <w:tcMar>
              <w:top w:w="90" w:type="dxa"/>
              <w:left w:w="85" w:type="dxa"/>
              <w:bottom w:w="90" w:type="dxa"/>
              <w:right w:w="85" w:type="dxa"/>
            </w:tcMar>
          </w:tcPr>
          <w:p w14:paraId="1BEBBD5E" w14:textId="77777777" w:rsidR="00E93B45" w:rsidRPr="00E93B45" w:rsidRDefault="00E93B45" w:rsidP="00E93B45">
            <w:pPr>
              <w:spacing w:line="259" w:lineRule="auto"/>
              <w:rPr>
                <w:rFonts w:ascii="Cambria" w:eastAsiaTheme="minorEastAs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2493" w:type="dxa"/>
            <w:tcMar>
              <w:top w:w="90" w:type="dxa"/>
              <w:left w:w="85" w:type="dxa"/>
              <w:bottom w:w="90" w:type="dxa"/>
              <w:right w:w="85" w:type="dxa"/>
            </w:tcMar>
          </w:tcPr>
          <w:p w14:paraId="3DCC8941" w14:textId="77777777" w:rsidR="00E93B45" w:rsidRPr="00E93B45" w:rsidRDefault="00E93B45" w:rsidP="00E93B45">
            <w:pPr>
              <w:spacing w:line="259" w:lineRule="auto"/>
              <w:rPr>
                <w:rFonts w:ascii="Cambria" w:eastAsiaTheme="minorEastAsia" w:hAnsi="Cambria"/>
                <w:color w:val="000000" w:themeColor="text1"/>
                <w:sz w:val="20"/>
                <w:szCs w:val="20"/>
              </w:rPr>
            </w:pPr>
          </w:p>
        </w:tc>
      </w:tr>
      <w:tr w:rsidR="00E93B45" w:rsidRPr="00E93B45" w14:paraId="1186E885" w14:textId="77777777" w:rsidTr="00861FE0">
        <w:trPr>
          <w:trHeight w:val="652"/>
          <w:jc w:val="center"/>
        </w:trPr>
        <w:tc>
          <w:tcPr>
            <w:tcW w:w="2493" w:type="dxa"/>
            <w:tcMar>
              <w:top w:w="90" w:type="dxa"/>
              <w:left w:w="85" w:type="dxa"/>
              <w:bottom w:w="90" w:type="dxa"/>
              <w:right w:w="85" w:type="dxa"/>
            </w:tcMar>
          </w:tcPr>
          <w:p w14:paraId="086B977C" w14:textId="77777777" w:rsidR="00E93B45" w:rsidRPr="00E93B45" w:rsidRDefault="00E93B45" w:rsidP="00E93B45">
            <w:pPr>
              <w:spacing w:line="259" w:lineRule="auto"/>
              <w:rPr>
                <w:rFonts w:ascii="Cambria" w:eastAsiaTheme="minorEastAs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2493" w:type="dxa"/>
            <w:tcMar>
              <w:top w:w="90" w:type="dxa"/>
              <w:left w:w="85" w:type="dxa"/>
              <w:bottom w:w="90" w:type="dxa"/>
              <w:right w:w="85" w:type="dxa"/>
            </w:tcMar>
          </w:tcPr>
          <w:p w14:paraId="229F15F6" w14:textId="77777777" w:rsidR="00E93B45" w:rsidRPr="00E93B45" w:rsidRDefault="00E93B45" w:rsidP="00E93B45">
            <w:pPr>
              <w:spacing w:line="259" w:lineRule="auto"/>
              <w:rPr>
                <w:rFonts w:ascii="Cambria" w:eastAsiaTheme="minorEastAs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2493" w:type="dxa"/>
            <w:tcMar>
              <w:top w:w="90" w:type="dxa"/>
              <w:left w:w="85" w:type="dxa"/>
              <w:bottom w:w="90" w:type="dxa"/>
              <w:right w:w="85" w:type="dxa"/>
            </w:tcMar>
          </w:tcPr>
          <w:p w14:paraId="4C1A54C2" w14:textId="77777777" w:rsidR="00E93B45" w:rsidRPr="00E93B45" w:rsidRDefault="00E93B45" w:rsidP="00E93B45">
            <w:pPr>
              <w:spacing w:line="259" w:lineRule="auto"/>
              <w:rPr>
                <w:rFonts w:ascii="Cambria" w:eastAsiaTheme="minorEastAs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2493" w:type="dxa"/>
            <w:tcMar>
              <w:top w:w="90" w:type="dxa"/>
              <w:left w:w="85" w:type="dxa"/>
              <w:bottom w:w="90" w:type="dxa"/>
              <w:right w:w="85" w:type="dxa"/>
            </w:tcMar>
          </w:tcPr>
          <w:p w14:paraId="293280E0" w14:textId="77777777" w:rsidR="00E93B45" w:rsidRPr="00E93B45" w:rsidRDefault="00E93B45" w:rsidP="00E93B45">
            <w:pPr>
              <w:spacing w:line="259" w:lineRule="auto"/>
              <w:rPr>
                <w:rFonts w:ascii="Cambria" w:eastAsiaTheme="minorEastAsia" w:hAnsi="Cambria"/>
                <w:color w:val="000000" w:themeColor="text1"/>
                <w:sz w:val="20"/>
                <w:szCs w:val="20"/>
              </w:rPr>
            </w:pPr>
          </w:p>
        </w:tc>
      </w:tr>
    </w:tbl>
    <w:p w14:paraId="7F92F34E" w14:textId="77777777" w:rsidR="00E93B45" w:rsidRPr="00E93B45" w:rsidRDefault="00E93B45" w:rsidP="00E93B45">
      <w:pPr>
        <w:spacing w:after="60"/>
        <w:rPr>
          <w:rFonts w:ascii="Cambria" w:eastAsiaTheme="minorEastAsia" w:hAnsi="Cambria"/>
          <w:color w:val="000000" w:themeColor="text1"/>
          <w:sz w:val="20"/>
          <w:szCs w:val="20"/>
          <w:lang w:val="pl-PL"/>
        </w:rPr>
      </w:pPr>
      <w:r w:rsidRPr="00E93B45">
        <w:rPr>
          <w:rFonts w:ascii="Cambria" w:eastAsiaTheme="minorEastAsia" w:hAnsi="Cambria"/>
          <w:color w:val="000000" w:themeColor="text1"/>
          <w:sz w:val="20"/>
          <w:szCs w:val="20"/>
          <w:lang w:val="pl-PL"/>
        </w:rPr>
        <w:t>Jeżeli nie wystąpiły odchylenia, wpisać: „Nie stwierdzono odchyleń”.</w:t>
      </w:r>
    </w:p>
    <w:p w14:paraId="49EA90F8" w14:textId="77777777" w:rsidR="00023779" w:rsidRPr="00023779" w:rsidRDefault="000C5EDC" w:rsidP="00023779">
      <w:pPr>
        <w:pStyle w:val="Nagwek2"/>
        <w:ind w:hanging="284"/>
        <w:rPr>
          <w:rFonts w:ascii="Cambria" w:hAnsi="Cambria"/>
          <w:color w:val="000000" w:themeColor="text1"/>
          <w:sz w:val="22"/>
          <w:szCs w:val="22"/>
          <w:lang w:val="pl-PL"/>
        </w:rPr>
      </w:pPr>
      <w:r w:rsidRPr="00023779">
        <w:rPr>
          <w:rFonts w:ascii="Cambria" w:hAnsi="Cambria"/>
          <w:color w:val="000000" w:themeColor="text1"/>
          <w:sz w:val="22"/>
          <w:szCs w:val="22"/>
          <w:lang w:val="pl-PL"/>
        </w:rPr>
        <w:t xml:space="preserve">C. </w:t>
      </w:r>
      <w:r w:rsidR="00023779" w:rsidRPr="00023779">
        <w:rPr>
          <w:rFonts w:ascii="Cambria" w:hAnsi="Cambria"/>
          <w:color w:val="000000" w:themeColor="text1"/>
          <w:sz w:val="22"/>
          <w:szCs w:val="22"/>
          <w:lang w:val="pl-PL"/>
        </w:rPr>
        <w:t>Informacja o odpadach i materiałach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041"/>
        <w:gridCol w:w="5669"/>
      </w:tblGrid>
      <w:tr w:rsidR="00023779" w:rsidRPr="00023779" w14:paraId="22CA3DBE" w14:textId="77777777" w:rsidTr="00023779">
        <w:trPr>
          <w:trHeight w:val="709"/>
          <w:jc w:val="center"/>
        </w:trPr>
        <w:tc>
          <w:tcPr>
            <w:tcW w:w="4041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8664A" w14:textId="77777777" w:rsidR="00023779" w:rsidRPr="00023779" w:rsidRDefault="00023779" w:rsidP="00861FE0">
            <w:pPr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proofErr w:type="spellStart"/>
            <w:r w:rsidRPr="00023779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Sposób</w:t>
            </w:r>
            <w:proofErr w:type="spellEnd"/>
            <w:r w:rsidRPr="00023779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23779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segregacji</w:t>
            </w:r>
            <w:proofErr w:type="spellEnd"/>
            <w:r w:rsidRPr="00023779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23779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odpadów</w:t>
            </w:r>
            <w:proofErr w:type="spellEnd"/>
          </w:p>
        </w:tc>
        <w:tc>
          <w:tcPr>
            <w:tcW w:w="56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909D0" w14:textId="77777777" w:rsidR="00023779" w:rsidRPr="00023779" w:rsidRDefault="00023779" w:rsidP="00861FE0">
            <w:pPr>
              <w:rPr>
                <w:color w:val="000000" w:themeColor="text1"/>
              </w:rPr>
            </w:pPr>
          </w:p>
        </w:tc>
      </w:tr>
      <w:tr w:rsidR="00023779" w:rsidRPr="004B5C17" w14:paraId="07C53559" w14:textId="77777777" w:rsidTr="00023779">
        <w:trPr>
          <w:trHeight w:val="709"/>
          <w:jc w:val="center"/>
        </w:trPr>
        <w:tc>
          <w:tcPr>
            <w:tcW w:w="4041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F58F2" w14:textId="77777777" w:rsidR="00023779" w:rsidRPr="00023779" w:rsidRDefault="00023779" w:rsidP="00861FE0">
            <w:pPr>
              <w:rPr>
                <w:rFonts w:ascii="Cambria" w:hAnsi="Cambria"/>
                <w:color w:val="000000" w:themeColor="text1"/>
                <w:sz w:val="20"/>
                <w:szCs w:val="20"/>
                <w:lang w:val="pl-PL"/>
              </w:rPr>
            </w:pPr>
            <w:r w:rsidRPr="00023779">
              <w:rPr>
                <w:rFonts w:ascii="Cambria" w:hAnsi="Cambria"/>
                <w:b/>
                <w:color w:val="000000" w:themeColor="text1"/>
                <w:sz w:val="20"/>
                <w:szCs w:val="20"/>
                <w:lang w:val="pl-PL"/>
              </w:rPr>
              <w:t>Sposób odbioru odpadów z miejsca świadczenia usługi</w:t>
            </w:r>
          </w:p>
        </w:tc>
        <w:tc>
          <w:tcPr>
            <w:tcW w:w="56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41B39" w14:textId="77777777" w:rsidR="00023779" w:rsidRPr="00023779" w:rsidRDefault="00023779" w:rsidP="00861FE0">
            <w:pPr>
              <w:rPr>
                <w:color w:val="000000" w:themeColor="text1"/>
                <w:lang w:val="pl-PL"/>
              </w:rPr>
            </w:pPr>
          </w:p>
        </w:tc>
      </w:tr>
      <w:tr w:rsidR="00023779" w:rsidRPr="004B5C17" w14:paraId="68D82233" w14:textId="77777777" w:rsidTr="00023779">
        <w:trPr>
          <w:trHeight w:val="539"/>
          <w:jc w:val="center"/>
        </w:trPr>
        <w:tc>
          <w:tcPr>
            <w:tcW w:w="4041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C506E" w14:textId="77777777" w:rsidR="00023779" w:rsidRPr="00023779" w:rsidRDefault="00023779" w:rsidP="00861FE0">
            <w:pPr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proofErr w:type="spellStart"/>
            <w:r w:rsidRPr="00023779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Elektroodpady</w:t>
            </w:r>
            <w:proofErr w:type="spellEnd"/>
          </w:p>
        </w:tc>
        <w:tc>
          <w:tcPr>
            <w:tcW w:w="56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64F2D" w14:textId="77777777" w:rsidR="00023779" w:rsidRPr="006B4797" w:rsidRDefault="00023779" w:rsidP="00861FE0">
            <w:pPr>
              <w:rPr>
                <w:rFonts w:ascii="Cambria" w:hAnsi="Cambria"/>
                <w:color w:val="000000" w:themeColor="text1"/>
                <w:sz w:val="20"/>
                <w:szCs w:val="20"/>
                <w:lang w:val="pl-PL"/>
              </w:rPr>
            </w:pPr>
            <w:r w:rsidRPr="006B4797">
              <w:rPr>
                <w:rFonts w:ascii="Segoe UI Symbol" w:hAnsi="Segoe UI Symbol" w:cs="Segoe UI Symbol"/>
                <w:color w:val="000000" w:themeColor="text1"/>
                <w:sz w:val="20"/>
                <w:szCs w:val="20"/>
                <w:lang w:val="pl-PL"/>
              </w:rPr>
              <w:t>☐</w:t>
            </w:r>
            <w:r w:rsidRPr="006B4797">
              <w:rPr>
                <w:rFonts w:ascii="Cambria" w:hAnsi="Cambria"/>
                <w:color w:val="000000" w:themeColor="text1"/>
                <w:sz w:val="20"/>
                <w:szCs w:val="20"/>
                <w:lang w:val="pl-PL"/>
              </w:rPr>
              <w:t xml:space="preserve"> nie wystąpiły    </w:t>
            </w:r>
            <w:r w:rsidRPr="006B4797">
              <w:rPr>
                <w:rFonts w:ascii="Segoe UI Symbol" w:hAnsi="Segoe UI Symbol" w:cs="Segoe UI Symbol"/>
                <w:color w:val="000000" w:themeColor="text1"/>
                <w:sz w:val="20"/>
                <w:szCs w:val="20"/>
                <w:lang w:val="pl-PL"/>
              </w:rPr>
              <w:t>☐</w:t>
            </w:r>
            <w:r w:rsidRPr="006B4797">
              <w:rPr>
                <w:rFonts w:ascii="Cambria" w:hAnsi="Cambria"/>
                <w:color w:val="000000" w:themeColor="text1"/>
                <w:sz w:val="20"/>
                <w:szCs w:val="20"/>
                <w:lang w:val="pl-PL"/>
              </w:rPr>
              <w:t xml:space="preserve"> wyst</w:t>
            </w:r>
            <w:r w:rsidRPr="006B4797">
              <w:rPr>
                <w:rFonts w:ascii="Cambria" w:hAnsi="Cambria" w:cs="Cambria"/>
                <w:color w:val="000000" w:themeColor="text1"/>
                <w:sz w:val="20"/>
                <w:szCs w:val="20"/>
                <w:lang w:val="pl-PL"/>
              </w:rPr>
              <w:t>ą</w:t>
            </w:r>
            <w:r w:rsidRPr="006B4797">
              <w:rPr>
                <w:rFonts w:ascii="Cambria" w:hAnsi="Cambria"/>
                <w:color w:val="000000" w:themeColor="text1"/>
                <w:sz w:val="20"/>
                <w:szCs w:val="20"/>
                <w:lang w:val="pl-PL"/>
              </w:rPr>
              <w:t>pi</w:t>
            </w:r>
            <w:r w:rsidRPr="006B4797">
              <w:rPr>
                <w:rFonts w:ascii="Cambria" w:hAnsi="Cambria" w:cs="Cambria"/>
                <w:color w:val="000000" w:themeColor="text1"/>
                <w:sz w:val="20"/>
                <w:szCs w:val="20"/>
                <w:lang w:val="pl-PL"/>
              </w:rPr>
              <w:t>ł</w:t>
            </w:r>
            <w:r w:rsidRPr="006B4797">
              <w:rPr>
                <w:rFonts w:ascii="Cambria" w:hAnsi="Cambria"/>
                <w:color w:val="000000" w:themeColor="text1"/>
                <w:sz w:val="20"/>
                <w:szCs w:val="20"/>
                <w:lang w:val="pl-PL"/>
              </w:rPr>
              <w:t>y - spos</w:t>
            </w:r>
            <w:r w:rsidRPr="006B4797">
              <w:rPr>
                <w:rFonts w:ascii="Cambria" w:hAnsi="Cambria" w:cs="Cambria"/>
                <w:color w:val="000000" w:themeColor="text1"/>
                <w:sz w:val="20"/>
                <w:szCs w:val="20"/>
                <w:lang w:val="pl-PL"/>
              </w:rPr>
              <w:t>ó</w:t>
            </w:r>
            <w:r w:rsidRPr="006B4797">
              <w:rPr>
                <w:rFonts w:ascii="Cambria" w:hAnsi="Cambria"/>
                <w:color w:val="000000" w:themeColor="text1"/>
                <w:sz w:val="20"/>
                <w:szCs w:val="20"/>
                <w:lang w:val="pl-PL"/>
              </w:rPr>
              <w:t>b przekazania: ______________________________</w:t>
            </w:r>
          </w:p>
        </w:tc>
      </w:tr>
      <w:tr w:rsidR="00023779" w:rsidRPr="00023779" w14:paraId="09A4D4A1" w14:textId="77777777" w:rsidTr="00023779">
        <w:trPr>
          <w:trHeight w:val="539"/>
          <w:jc w:val="center"/>
        </w:trPr>
        <w:tc>
          <w:tcPr>
            <w:tcW w:w="4041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4E8DA" w14:textId="77777777" w:rsidR="00023779" w:rsidRPr="00023779" w:rsidRDefault="00023779" w:rsidP="00861FE0">
            <w:pPr>
              <w:rPr>
                <w:rFonts w:ascii="Cambria" w:hAnsi="Cambria"/>
                <w:color w:val="000000" w:themeColor="text1"/>
                <w:sz w:val="20"/>
                <w:szCs w:val="20"/>
                <w:lang w:val="pl-PL"/>
              </w:rPr>
            </w:pPr>
            <w:r w:rsidRPr="00023779">
              <w:rPr>
                <w:rFonts w:ascii="Cambria" w:hAnsi="Cambria"/>
                <w:b/>
                <w:color w:val="000000" w:themeColor="text1"/>
                <w:sz w:val="20"/>
                <w:szCs w:val="20"/>
                <w:lang w:val="pl-PL"/>
              </w:rPr>
              <w:lastRenderedPageBreak/>
              <w:t>Materiały jednorazowe zgodne z SWZ</w:t>
            </w:r>
          </w:p>
        </w:tc>
        <w:tc>
          <w:tcPr>
            <w:tcW w:w="56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5C35E" w14:textId="77777777" w:rsidR="00023779" w:rsidRPr="006B4797" w:rsidRDefault="00023779" w:rsidP="00861FE0">
            <w:pPr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6B4797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  <w:r w:rsidRPr="006B4797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B4797">
              <w:rPr>
                <w:rFonts w:ascii="Cambria" w:hAnsi="Cambria"/>
                <w:color w:val="000000" w:themeColor="text1"/>
                <w:sz w:val="20"/>
                <w:szCs w:val="20"/>
              </w:rPr>
              <w:t>tak</w:t>
            </w:r>
            <w:proofErr w:type="spellEnd"/>
            <w:r w:rsidRPr="006B4797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    </w:t>
            </w:r>
            <w:r w:rsidRPr="006B4797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  <w:r w:rsidRPr="006B4797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B4797">
              <w:rPr>
                <w:rFonts w:ascii="Cambria" w:hAnsi="Cambria"/>
                <w:color w:val="000000" w:themeColor="text1"/>
                <w:sz w:val="20"/>
                <w:szCs w:val="20"/>
              </w:rPr>
              <w:t>nie</w:t>
            </w:r>
            <w:proofErr w:type="spellEnd"/>
            <w:r w:rsidRPr="006B4797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 - </w:t>
            </w:r>
            <w:proofErr w:type="spellStart"/>
            <w:r w:rsidRPr="006B4797">
              <w:rPr>
                <w:rFonts w:ascii="Cambria" w:hAnsi="Cambria"/>
                <w:color w:val="000000" w:themeColor="text1"/>
                <w:sz w:val="20"/>
                <w:szCs w:val="20"/>
              </w:rPr>
              <w:t>wyjaśnienie</w:t>
            </w:r>
            <w:proofErr w:type="spellEnd"/>
            <w:r w:rsidRPr="006B4797">
              <w:rPr>
                <w:rFonts w:ascii="Cambria" w:hAnsi="Cambria"/>
                <w:color w:val="000000" w:themeColor="text1"/>
                <w:sz w:val="20"/>
                <w:szCs w:val="20"/>
              </w:rPr>
              <w:t>: ____________________________________________</w:t>
            </w:r>
          </w:p>
        </w:tc>
      </w:tr>
      <w:tr w:rsidR="00023779" w:rsidRPr="00023779" w14:paraId="78A2CB71" w14:textId="77777777" w:rsidTr="00023779">
        <w:trPr>
          <w:trHeight w:val="709"/>
          <w:jc w:val="center"/>
        </w:trPr>
        <w:tc>
          <w:tcPr>
            <w:tcW w:w="4041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DD20C" w14:textId="77777777" w:rsidR="00023779" w:rsidRPr="00023779" w:rsidRDefault="00023779" w:rsidP="00861FE0">
            <w:pPr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proofErr w:type="spellStart"/>
            <w:r w:rsidRPr="00023779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Inne</w:t>
            </w:r>
            <w:proofErr w:type="spellEnd"/>
            <w:r w:rsidRPr="00023779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23779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istotne</w:t>
            </w:r>
            <w:proofErr w:type="spellEnd"/>
            <w:r w:rsidRPr="00023779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23779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informacje</w:t>
            </w:r>
            <w:proofErr w:type="spellEnd"/>
            <w:r w:rsidRPr="00023779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23779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środowiskowe</w:t>
            </w:r>
            <w:proofErr w:type="spellEnd"/>
          </w:p>
        </w:tc>
        <w:tc>
          <w:tcPr>
            <w:tcW w:w="56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FDA9E" w14:textId="77777777" w:rsidR="00023779" w:rsidRPr="00023779" w:rsidRDefault="00023779" w:rsidP="00861FE0">
            <w:pPr>
              <w:rPr>
                <w:color w:val="000000" w:themeColor="text1"/>
              </w:rPr>
            </w:pPr>
          </w:p>
        </w:tc>
      </w:tr>
    </w:tbl>
    <w:p w14:paraId="1863AB69" w14:textId="77777777" w:rsidR="00023779" w:rsidRPr="00023779" w:rsidRDefault="00023779" w:rsidP="00023779">
      <w:pPr>
        <w:pStyle w:val="Nagwek2"/>
        <w:rPr>
          <w:rFonts w:ascii="Cambria" w:hAnsi="Cambria"/>
          <w:color w:val="000000" w:themeColor="text1"/>
          <w:sz w:val="22"/>
          <w:szCs w:val="22"/>
        </w:rPr>
      </w:pPr>
      <w:r w:rsidRPr="00023779">
        <w:rPr>
          <w:rFonts w:ascii="Cambria" w:hAnsi="Cambria"/>
          <w:color w:val="000000" w:themeColor="text1"/>
          <w:sz w:val="22"/>
          <w:szCs w:val="22"/>
        </w:rPr>
        <w:t xml:space="preserve">D. </w:t>
      </w:r>
      <w:proofErr w:type="spellStart"/>
      <w:r w:rsidRPr="00023779">
        <w:rPr>
          <w:rFonts w:ascii="Cambria" w:hAnsi="Cambria"/>
          <w:color w:val="000000" w:themeColor="text1"/>
          <w:sz w:val="22"/>
          <w:szCs w:val="22"/>
        </w:rPr>
        <w:t>Załączniki</w:t>
      </w:r>
      <w:proofErr w:type="spellEnd"/>
    </w:p>
    <w:p w14:paraId="42B38A46" w14:textId="77777777" w:rsidR="00023779" w:rsidRPr="00023779" w:rsidRDefault="00023779" w:rsidP="00023779">
      <w:pPr>
        <w:pStyle w:val="Listapunktowana"/>
        <w:spacing w:after="40" w:line="252" w:lineRule="auto"/>
        <w:ind w:left="312" w:hanging="142"/>
        <w:rPr>
          <w:rFonts w:ascii="Cambria" w:hAnsi="Cambria"/>
          <w:color w:val="000000" w:themeColor="text1"/>
          <w:sz w:val="20"/>
          <w:szCs w:val="20"/>
          <w:lang w:val="pl-PL"/>
        </w:rPr>
      </w:pPr>
      <w:r w:rsidRPr="00023779">
        <w:rPr>
          <w:rFonts w:ascii="Segoe UI Symbol" w:hAnsi="Segoe UI Symbol" w:cs="Segoe UI Symbol"/>
          <w:color w:val="000000" w:themeColor="text1"/>
          <w:sz w:val="20"/>
          <w:szCs w:val="20"/>
          <w:lang w:val="pl-PL"/>
        </w:rPr>
        <w:t>☐</w:t>
      </w:r>
      <w:r w:rsidRPr="00023779">
        <w:rPr>
          <w:rFonts w:ascii="Cambria" w:hAnsi="Cambria"/>
          <w:color w:val="000000" w:themeColor="text1"/>
          <w:sz w:val="20"/>
          <w:szCs w:val="20"/>
          <w:lang w:val="pl-PL"/>
        </w:rPr>
        <w:t xml:space="preserve"> brak załączników - nie wystąpiły odchylenia i Zamawiający nie żądał dowodów</w:t>
      </w:r>
    </w:p>
    <w:p w14:paraId="7CCC82EE" w14:textId="77777777" w:rsidR="00023779" w:rsidRPr="00023779" w:rsidRDefault="00023779" w:rsidP="00023779">
      <w:pPr>
        <w:pStyle w:val="Listapunktowana"/>
        <w:spacing w:after="40" w:line="252" w:lineRule="auto"/>
        <w:ind w:left="312" w:hanging="142"/>
        <w:rPr>
          <w:rFonts w:ascii="Cambria" w:hAnsi="Cambria"/>
          <w:color w:val="000000" w:themeColor="text1"/>
          <w:sz w:val="20"/>
          <w:szCs w:val="20"/>
        </w:rPr>
      </w:pPr>
      <w:r w:rsidRPr="00023779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023779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023779">
        <w:rPr>
          <w:rFonts w:ascii="Cambria" w:hAnsi="Cambria"/>
          <w:color w:val="000000" w:themeColor="text1"/>
          <w:sz w:val="20"/>
          <w:szCs w:val="20"/>
        </w:rPr>
        <w:t>załączniki</w:t>
      </w:r>
      <w:proofErr w:type="spellEnd"/>
      <w:r w:rsidRPr="00023779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023779">
        <w:rPr>
          <w:rFonts w:ascii="Cambria" w:hAnsi="Cambria"/>
          <w:color w:val="000000" w:themeColor="text1"/>
          <w:sz w:val="20"/>
          <w:szCs w:val="20"/>
        </w:rPr>
        <w:t>dołączone</w:t>
      </w:r>
      <w:proofErr w:type="spellEnd"/>
      <w:r w:rsidRPr="00023779">
        <w:rPr>
          <w:rFonts w:ascii="Cambria" w:hAnsi="Cambria"/>
          <w:color w:val="000000" w:themeColor="text1"/>
          <w:sz w:val="20"/>
          <w:szCs w:val="20"/>
        </w:rPr>
        <w:t>: ______________________________________________________________</w:t>
      </w:r>
    </w:p>
    <w:p w14:paraId="4CC7ED0E" w14:textId="77777777" w:rsidR="00023779" w:rsidRPr="00023779" w:rsidRDefault="00023779" w:rsidP="00023779">
      <w:pPr>
        <w:pStyle w:val="Nagwek2"/>
        <w:rPr>
          <w:rFonts w:ascii="Cambria" w:hAnsi="Cambria"/>
          <w:color w:val="000000" w:themeColor="text1"/>
          <w:sz w:val="22"/>
          <w:szCs w:val="22"/>
        </w:rPr>
      </w:pPr>
      <w:r w:rsidRPr="00023779">
        <w:rPr>
          <w:rFonts w:ascii="Cambria" w:hAnsi="Cambria"/>
          <w:color w:val="000000" w:themeColor="text1"/>
          <w:sz w:val="22"/>
          <w:szCs w:val="22"/>
        </w:rPr>
        <w:t xml:space="preserve">E. </w:t>
      </w:r>
      <w:proofErr w:type="spellStart"/>
      <w:r w:rsidRPr="00023779">
        <w:rPr>
          <w:rFonts w:ascii="Cambria" w:hAnsi="Cambria"/>
          <w:color w:val="000000" w:themeColor="text1"/>
          <w:sz w:val="22"/>
          <w:szCs w:val="22"/>
        </w:rPr>
        <w:t>Oświadczenie</w:t>
      </w:r>
      <w:proofErr w:type="spellEnd"/>
      <w:r w:rsidRPr="00023779">
        <w:rPr>
          <w:rFonts w:ascii="Cambria" w:hAnsi="Cambria"/>
          <w:color w:val="000000" w:themeColor="text1"/>
          <w:sz w:val="22"/>
          <w:szCs w:val="22"/>
        </w:rPr>
        <w:t xml:space="preserve"> </w:t>
      </w:r>
      <w:proofErr w:type="spellStart"/>
      <w:r w:rsidRPr="00023779">
        <w:rPr>
          <w:rFonts w:ascii="Cambria" w:hAnsi="Cambria"/>
          <w:color w:val="000000" w:themeColor="text1"/>
          <w:sz w:val="22"/>
          <w:szCs w:val="22"/>
        </w:rPr>
        <w:t>Wykonawcy</w:t>
      </w:r>
      <w:proofErr w:type="spellEnd"/>
    </w:p>
    <w:p w14:paraId="2CDE1106" w14:textId="77777777" w:rsidR="00023779" w:rsidRPr="00023779" w:rsidRDefault="00023779" w:rsidP="00023779">
      <w:pPr>
        <w:rPr>
          <w:rFonts w:ascii="Cambria" w:hAnsi="Cambria"/>
          <w:color w:val="000000" w:themeColor="text1"/>
          <w:sz w:val="20"/>
          <w:szCs w:val="20"/>
          <w:lang w:val="pl-PL"/>
        </w:rPr>
      </w:pPr>
      <w:r w:rsidRPr="00023779">
        <w:rPr>
          <w:rFonts w:ascii="Cambria" w:hAnsi="Cambria"/>
          <w:color w:val="000000" w:themeColor="text1"/>
          <w:sz w:val="20"/>
          <w:szCs w:val="20"/>
          <w:lang w:val="pl-PL"/>
        </w:rPr>
        <w:t>Oświadczam, że informacje podane w raporcie są zgodne ze stanem faktycznym, a zamówienie w okresie objętym raportem było realizowane zgodnie z wymaganiami DNSH określonymi w SWZ i Umowie, z wyjątkiem odchyleń opisanych w części B raportu.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35"/>
        <w:gridCol w:w="284"/>
        <w:gridCol w:w="4251"/>
        <w:gridCol w:w="568"/>
      </w:tblGrid>
      <w:tr w:rsidR="00023779" w:rsidRPr="004B5C17" w14:paraId="0070ED05" w14:textId="77777777" w:rsidTr="00861FE0">
        <w:trPr>
          <w:gridAfter w:val="1"/>
          <w:wAfter w:w="568" w:type="dxa"/>
          <w:jc w:val="center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5E3FCBF9" w14:textId="30C765FB" w:rsidR="00023779" w:rsidRPr="00CA5E10" w:rsidRDefault="00023779" w:rsidP="00861FE0">
            <w:pPr>
              <w:spacing w:after="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810385" w14:textId="0D9BE5B1" w:rsidR="00023779" w:rsidRPr="00CA5E10" w:rsidRDefault="00023779" w:rsidP="00861FE0">
            <w:pPr>
              <w:spacing w:after="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023779" w:rsidRPr="004B5C17" w14:paraId="36D6D865" w14:textId="77777777" w:rsidTr="00861FE0">
        <w:trPr>
          <w:gridAfter w:val="1"/>
          <w:wAfter w:w="568" w:type="dxa"/>
          <w:jc w:val="center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07419B48" w14:textId="581AD51E" w:rsidR="00023779" w:rsidRPr="00CA5E10" w:rsidRDefault="00023779" w:rsidP="00861FE0">
            <w:pPr>
              <w:spacing w:after="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EED10D" w14:textId="6CA02E3D" w:rsidR="00023779" w:rsidRPr="00023779" w:rsidRDefault="00023779" w:rsidP="00861FE0">
            <w:pPr>
              <w:spacing w:after="0"/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023779" w:rsidRPr="004B5C17" w14:paraId="1018F32C" w14:textId="77777777" w:rsidTr="00981BFD">
        <w:trPr>
          <w:jc w:val="center"/>
        </w:trPr>
        <w:tc>
          <w:tcPr>
            <w:tcW w:w="4819" w:type="dxa"/>
            <w:gridSpan w:val="2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5077F508" w14:textId="77777777" w:rsidR="000C5EDC" w:rsidRPr="00023779" w:rsidRDefault="000C5EDC" w:rsidP="00981BFD">
            <w:pPr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023779">
              <w:rPr>
                <w:rFonts w:ascii="Cambria" w:hAnsi="Cambria"/>
                <w:color w:val="000000" w:themeColor="text1"/>
                <w:sz w:val="20"/>
                <w:szCs w:val="20"/>
              </w:rPr>
              <w:t>..........................................................</w:t>
            </w:r>
            <w:r w:rsidRPr="00023779">
              <w:rPr>
                <w:rFonts w:ascii="Cambria" w:hAnsi="Cambria"/>
                <w:color w:val="000000" w:themeColor="text1"/>
                <w:sz w:val="20"/>
                <w:szCs w:val="20"/>
              </w:rPr>
              <w:br/>
              <w:t>(</w:t>
            </w:r>
            <w:proofErr w:type="spellStart"/>
            <w:r w:rsidRPr="00023779">
              <w:rPr>
                <w:rFonts w:ascii="Cambria" w:hAnsi="Cambria"/>
                <w:color w:val="000000" w:themeColor="text1"/>
                <w:sz w:val="20"/>
                <w:szCs w:val="20"/>
              </w:rPr>
              <w:t>miejscowość</w:t>
            </w:r>
            <w:proofErr w:type="spellEnd"/>
            <w:r w:rsidRPr="00023779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 i data)</w:t>
            </w:r>
          </w:p>
        </w:tc>
        <w:tc>
          <w:tcPr>
            <w:tcW w:w="4819" w:type="dxa"/>
            <w:gridSpan w:val="2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5001B02" w14:textId="77777777" w:rsidR="000C5EDC" w:rsidRPr="00023779" w:rsidRDefault="000C5EDC" w:rsidP="00981BFD">
            <w:pPr>
              <w:jc w:val="center"/>
              <w:rPr>
                <w:rFonts w:ascii="Cambria" w:hAnsi="Cambria"/>
                <w:color w:val="000000" w:themeColor="text1"/>
                <w:sz w:val="20"/>
                <w:szCs w:val="20"/>
                <w:lang w:val="pl-PL"/>
              </w:rPr>
            </w:pPr>
            <w:r w:rsidRPr="00023779">
              <w:rPr>
                <w:rFonts w:ascii="Cambria" w:hAnsi="Cambria"/>
                <w:color w:val="000000" w:themeColor="text1"/>
                <w:sz w:val="20"/>
                <w:szCs w:val="20"/>
                <w:lang w:val="pl-PL"/>
              </w:rPr>
              <w:t>..........................................................</w:t>
            </w:r>
            <w:r w:rsidRPr="00023779">
              <w:rPr>
                <w:rFonts w:ascii="Cambria" w:hAnsi="Cambria"/>
                <w:color w:val="000000" w:themeColor="text1"/>
                <w:sz w:val="20"/>
                <w:szCs w:val="20"/>
                <w:lang w:val="pl-PL"/>
              </w:rPr>
              <w:br/>
              <w:t>(imię, nazwisko i podpis osoby upoważnionej)</w:t>
            </w:r>
          </w:p>
        </w:tc>
      </w:tr>
      <w:tr w:rsidR="000C5EDC" w:rsidRPr="004B5C17" w14:paraId="6F7C48F1" w14:textId="77777777" w:rsidTr="00981BFD">
        <w:trPr>
          <w:jc w:val="center"/>
        </w:trPr>
        <w:tc>
          <w:tcPr>
            <w:tcW w:w="4819" w:type="dxa"/>
            <w:gridSpan w:val="2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835917D" w14:textId="77777777" w:rsidR="000C5EDC" w:rsidRPr="000C5EDC" w:rsidRDefault="000C5EDC" w:rsidP="00981BFD">
            <w:pPr>
              <w:rPr>
                <w:rFonts w:ascii="Cambria" w:hAnsi="Cambria"/>
                <w:sz w:val="20"/>
                <w:szCs w:val="20"/>
                <w:lang w:val="pl-PL"/>
              </w:rPr>
            </w:pPr>
          </w:p>
        </w:tc>
        <w:tc>
          <w:tcPr>
            <w:tcW w:w="4819" w:type="dxa"/>
            <w:gridSpan w:val="2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A1B2C39" w14:textId="77777777" w:rsidR="000C5EDC" w:rsidRPr="000C5EDC" w:rsidRDefault="000C5EDC" w:rsidP="00981BFD">
            <w:pPr>
              <w:rPr>
                <w:rFonts w:ascii="Cambria" w:hAnsi="Cambria"/>
                <w:sz w:val="20"/>
                <w:szCs w:val="20"/>
                <w:lang w:val="pl-PL"/>
              </w:rPr>
            </w:pPr>
          </w:p>
        </w:tc>
      </w:tr>
    </w:tbl>
    <w:p w14:paraId="0E073546" w14:textId="77777777" w:rsidR="000C5EDC" w:rsidRPr="00667217" w:rsidRDefault="000C5EDC" w:rsidP="000C5EDC">
      <w:pPr>
        <w:pStyle w:val="Nagwek2"/>
        <w:rPr>
          <w:rFonts w:ascii="Cambria" w:hAnsi="Cambria"/>
          <w:color w:val="000000" w:themeColor="text1"/>
          <w:sz w:val="20"/>
          <w:szCs w:val="20"/>
        </w:rPr>
      </w:pPr>
      <w:proofErr w:type="spellStart"/>
      <w:r w:rsidRPr="00667217">
        <w:rPr>
          <w:rFonts w:ascii="Cambria" w:hAnsi="Cambria"/>
          <w:color w:val="000000" w:themeColor="text1"/>
          <w:sz w:val="20"/>
          <w:szCs w:val="20"/>
        </w:rPr>
        <w:t>Instrukcja</w:t>
      </w:r>
      <w:proofErr w:type="spellEnd"/>
      <w:r w:rsidRPr="00667217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667217">
        <w:rPr>
          <w:rFonts w:ascii="Cambria" w:hAnsi="Cambria"/>
          <w:color w:val="000000" w:themeColor="text1"/>
          <w:sz w:val="20"/>
          <w:szCs w:val="20"/>
        </w:rPr>
        <w:t>wypełnienia</w:t>
      </w:r>
      <w:proofErr w:type="spellEnd"/>
      <w:r w:rsidRPr="00667217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667217">
        <w:rPr>
          <w:rFonts w:ascii="Cambria" w:hAnsi="Cambria"/>
          <w:color w:val="000000" w:themeColor="text1"/>
          <w:sz w:val="20"/>
          <w:szCs w:val="20"/>
        </w:rPr>
        <w:t>raportu</w:t>
      </w:r>
      <w:proofErr w:type="spellEnd"/>
    </w:p>
    <w:p w14:paraId="4388AE55" w14:textId="77777777" w:rsidR="000C5EDC" w:rsidRPr="000C5EDC" w:rsidRDefault="000C5EDC" w:rsidP="000C5EDC">
      <w:pPr>
        <w:pStyle w:val="Listapunktowana"/>
        <w:spacing w:after="40" w:line="259" w:lineRule="auto"/>
        <w:rPr>
          <w:rFonts w:ascii="Cambria" w:hAnsi="Cambria"/>
          <w:sz w:val="20"/>
          <w:szCs w:val="20"/>
          <w:lang w:val="pl-PL"/>
        </w:rPr>
      </w:pPr>
      <w:r w:rsidRPr="000C5EDC">
        <w:rPr>
          <w:rFonts w:ascii="Cambria" w:hAnsi="Cambria"/>
          <w:sz w:val="20"/>
          <w:szCs w:val="20"/>
          <w:lang w:val="pl-PL"/>
        </w:rPr>
        <w:t>W kolumnie „TAK / NIE / NIE DOTYCZY” należy pozostawić właściwą odpowiedź, a pozostałe skreślić.</w:t>
      </w:r>
    </w:p>
    <w:p w14:paraId="6D94DDA6" w14:textId="77777777" w:rsidR="000C5EDC" w:rsidRPr="000C5EDC" w:rsidRDefault="000C5EDC" w:rsidP="000C5EDC">
      <w:pPr>
        <w:pStyle w:val="Listapunktowana"/>
        <w:spacing w:after="40" w:line="259" w:lineRule="auto"/>
        <w:rPr>
          <w:rFonts w:ascii="Cambria" w:hAnsi="Cambria"/>
          <w:sz w:val="20"/>
          <w:szCs w:val="20"/>
          <w:lang w:val="pl-PL"/>
        </w:rPr>
      </w:pPr>
      <w:r w:rsidRPr="000C5EDC">
        <w:rPr>
          <w:rFonts w:ascii="Cambria" w:hAnsi="Cambria"/>
          <w:sz w:val="20"/>
          <w:szCs w:val="20"/>
          <w:lang w:val="pl-PL"/>
        </w:rPr>
        <w:t>Odpowiedź „NIE” wymaga krótkiego wyjaśnienia oraz wskazania działania naprawczego.</w:t>
      </w:r>
    </w:p>
    <w:p w14:paraId="0308234B" w14:textId="77777777" w:rsidR="000C5EDC" w:rsidRPr="000C5EDC" w:rsidRDefault="000C5EDC" w:rsidP="000C5EDC">
      <w:pPr>
        <w:pStyle w:val="Listapunktowana"/>
        <w:spacing w:after="40" w:line="259" w:lineRule="auto"/>
        <w:rPr>
          <w:rFonts w:ascii="Cambria" w:hAnsi="Cambria"/>
          <w:sz w:val="20"/>
          <w:szCs w:val="20"/>
          <w:lang w:val="pl-PL"/>
        </w:rPr>
      </w:pPr>
      <w:r w:rsidRPr="000C5EDC">
        <w:rPr>
          <w:rFonts w:ascii="Cambria" w:hAnsi="Cambria"/>
          <w:sz w:val="20"/>
          <w:szCs w:val="20"/>
          <w:lang w:val="pl-PL"/>
        </w:rPr>
        <w:t>Nie wymaga się dołączania rachunków za media, masy odpadów ani zdjęć, chyba że Zamawiający zażąda konkretnych dokumentów w związku z weryfikacją raportu.</w:t>
      </w:r>
    </w:p>
    <w:p w14:paraId="6A3E9CA1" w14:textId="77777777" w:rsidR="000C5EDC" w:rsidRPr="000C5EDC" w:rsidRDefault="000C5EDC" w:rsidP="000C5EDC">
      <w:pPr>
        <w:pStyle w:val="Listapunktowana"/>
        <w:spacing w:after="40" w:line="259" w:lineRule="auto"/>
        <w:rPr>
          <w:rFonts w:ascii="Cambria" w:hAnsi="Cambria"/>
          <w:sz w:val="20"/>
          <w:szCs w:val="20"/>
          <w:lang w:val="pl-PL"/>
        </w:rPr>
      </w:pPr>
      <w:r w:rsidRPr="000C5EDC">
        <w:rPr>
          <w:rFonts w:ascii="Cambria" w:hAnsi="Cambria"/>
          <w:sz w:val="20"/>
          <w:szCs w:val="20"/>
          <w:lang w:val="pl-PL"/>
        </w:rPr>
        <w:t>Raport nie zastępuje dokumentacji wymaganej przepisami prawa ani dokumentów potwierdzających spełnianie kryterium środowiskowego dotyczącego pojazdu, jeżeli takie kryterium zastosowano.</w:t>
      </w:r>
    </w:p>
    <w:p w14:paraId="36983860" w14:textId="77777777" w:rsidR="00C67047" w:rsidRPr="000C5EDC" w:rsidRDefault="00C67047" w:rsidP="000C5EDC">
      <w:pPr>
        <w:rPr>
          <w:rFonts w:ascii="Cambria" w:hAnsi="Cambria"/>
          <w:sz w:val="20"/>
          <w:szCs w:val="20"/>
          <w:lang w:val="pl-PL"/>
        </w:rPr>
      </w:pPr>
    </w:p>
    <w:sectPr w:rsidR="00C67047" w:rsidRPr="000C5EDC" w:rsidSect="00667217">
      <w:headerReference w:type="default" r:id="rId8"/>
      <w:pgSz w:w="12240" w:h="15840"/>
      <w:pgMar w:top="1440" w:right="758" w:bottom="144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C61F91" w14:textId="77777777" w:rsidR="006C3451" w:rsidRDefault="006C3451" w:rsidP="00554BFE">
      <w:pPr>
        <w:spacing w:after="0" w:line="240" w:lineRule="auto"/>
      </w:pPr>
      <w:r>
        <w:separator/>
      </w:r>
    </w:p>
  </w:endnote>
  <w:endnote w:type="continuationSeparator" w:id="0">
    <w:p w14:paraId="47F24FFC" w14:textId="77777777" w:rsidR="006C3451" w:rsidRDefault="006C3451" w:rsidP="00554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EE720A" w14:textId="77777777" w:rsidR="006C3451" w:rsidRDefault="006C3451" w:rsidP="00554BFE">
      <w:pPr>
        <w:spacing w:after="0" w:line="240" w:lineRule="auto"/>
      </w:pPr>
      <w:r>
        <w:separator/>
      </w:r>
    </w:p>
  </w:footnote>
  <w:footnote w:type="continuationSeparator" w:id="0">
    <w:p w14:paraId="492B8541" w14:textId="77777777" w:rsidR="006C3451" w:rsidRDefault="006C3451" w:rsidP="00554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38EA9" w14:textId="77777777" w:rsidR="00554BFE" w:rsidRPr="00554BFE" w:rsidRDefault="00554BFE" w:rsidP="00554BFE">
    <w:pPr>
      <w:tabs>
        <w:tab w:val="center" w:pos="4536"/>
        <w:tab w:val="right" w:pos="9072"/>
      </w:tabs>
      <w:suppressAutoHyphens/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x-none" w:eastAsia="zh-CN"/>
      </w:rPr>
    </w:pPr>
    <w:bookmarkStart w:id="1" w:name="_Hlk221358797"/>
    <w:r w:rsidRPr="00554BFE">
      <w:rPr>
        <w:rFonts w:ascii="Times New Roman" w:eastAsia="Times New Roman" w:hAnsi="Times New Roman" w:cs="Times New Roman"/>
        <w:noProof/>
        <w:sz w:val="24"/>
        <w:szCs w:val="24"/>
        <w:lang w:val="x-none" w:eastAsia="pl-PL"/>
      </w:rPr>
      <w:drawing>
        <wp:inline distT="0" distB="0" distL="0" distR="0" wp14:anchorId="680C35A9" wp14:editId="37737A4D">
          <wp:extent cx="5761355" cy="448945"/>
          <wp:effectExtent l="0" t="0" r="0" b="8255"/>
          <wp:docPr id="18" name="Obraz 18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Zestawienie znaków tj.: &#10;Znak marki Fundusze Europejskie dla Świętokrzyskiego, &#10;Znak barw Rzeczpospolitej Polskiej, Znak UE, Znak województwa świętokrzy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48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  <w:p w14:paraId="6A34B0F3" w14:textId="77777777" w:rsidR="00554BFE" w:rsidRPr="00554BFE" w:rsidRDefault="00554BFE" w:rsidP="00554BFE">
    <w:pPr>
      <w:suppressAutoHyphens/>
      <w:spacing w:after="0" w:line="240" w:lineRule="auto"/>
      <w:rPr>
        <w:rFonts w:ascii="Cambria" w:eastAsia="Times New Roman" w:hAnsi="Cambria" w:cs="Cambria"/>
        <w:b/>
        <w:sz w:val="20"/>
        <w:szCs w:val="20"/>
        <w:lang w:val="pl-PL" w:eastAsia="zh-CN"/>
      </w:rPr>
    </w:pPr>
  </w:p>
  <w:p w14:paraId="1818FF83" w14:textId="66A46606" w:rsidR="00554BFE" w:rsidRDefault="00554BFE" w:rsidP="00554BFE">
    <w:pPr>
      <w:pStyle w:val="Nagwek"/>
      <w:rPr>
        <w:rFonts w:ascii="Cambria" w:eastAsia="Times New Roman" w:hAnsi="Cambria" w:cs="Cambria"/>
        <w:b/>
        <w:sz w:val="20"/>
        <w:szCs w:val="20"/>
        <w:lang w:val="pl-PL" w:eastAsia="zh-CN"/>
      </w:rPr>
    </w:pPr>
    <w:r w:rsidRPr="00554BFE">
      <w:rPr>
        <w:rFonts w:ascii="Cambria" w:eastAsia="Times New Roman" w:hAnsi="Cambria" w:cs="Cambria"/>
        <w:b/>
        <w:sz w:val="20"/>
        <w:szCs w:val="20"/>
        <w:lang w:val="pl-PL" w:eastAsia="zh-CN"/>
      </w:rPr>
      <w:t xml:space="preserve">Numer referencyjny: </w:t>
    </w:r>
    <w:r w:rsidR="005E4070">
      <w:rPr>
        <w:rFonts w:ascii="Cambria" w:eastAsia="Times New Roman" w:hAnsi="Cambria" w:cs="Cambria"/>
        <w:b/>
        <w:sz w:val="20"/>
        <w:szCs w:val="20"/>
        <w:lang w:val="pl-PL" w:eastAsia="zh-CN"/>
      </w:rPr>
      <w:t>5</w:t>
    </w:r>
    <w:r w:rsidRPr="00554BFE">
      <w:rPr>
        <w:rFonts w:ascii="Cambria" w:eastAsia="Times New Roman" w:hAnsi="Cambria" w:cs="Cambria"/>
        <w:b/>
        <w:sz w:val="20"/>
        <w:szCs w:val="20"/>
        <w:lang w:val="pl-PL" w:eastAsia="zh-CN"/>
      </w:rPr>
      <w:t>/2026</w:t>
    </w:r>
  </w:p>
  <w:p w14:paraId="5420EC64" w14:textId="77777777" w:rsidR="0025348D" w:rsidRDefault="0025348D" w:rsidP="00554B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3779"/>
    <w:rsid w:val="00034616"/>
    <w:rsid w:val="0006063C"/>
    <w:rsid w:val="000C5EDC"/>
    <w:rsid w:val="00134615"/>
    <w:rsid w:val="0015074B"/>
    <w:rsid w:val="002123A4"/>
    <w:rsid w:val="0025348D"/>
    <w:rsid w:val="0029125C"/>
    <w:rsid w:val="0029639D"/>
    <w:rsid w:val="002F3243"/>
    <w:rsid w:val="00326F90"/>
    <w:rsid w:val="004B5C17"/>
    <w:rsid w:val="0053690B"/>
    <w:rsid w:val="00554BFE"/>
    <w:rsid w:val="005E4070"/>
    <w:rsid w:val="00644D2E"/>
    <w:rsid w:val="0065242C"/>
    <w:rsid w:val="00667217"/>
    <w:rsid w:val="006B4797"/>
    <w:rsid w:val="006C3451"/>
    <w:rsid w:val="00712916"/>
    <w:rsid w:val="007A5D66"/>
    <w:rsid w:val="00880D49"/>
    <w:rsid w:val="008A1537"/>
    <w:rsid w:val="0095224D"/>
    <w:rsid w:val="00977367"/>
    <w:rsid w:val="009A3C19"/>
    <w:rsid w:val="00AA1D8D"/>
    <w:rsid w:val="00B47730"/>
    <w:rsid w:val="00B61A06"/>
    <w:rsid w:val="00BA4BF6"/>
    <w:rsid w:val="00C10C2C"/>
    <w:rsid w:val="00C119E5"/>
    <w:rsid w:val="00C41420"/>
    <w:rsid w:val="00C55978"/>
    <w:rsid w:val="00C67047"/>
    <w:rsid w:val="00CA5E10"/>
    <w:rsid w:val="00CB0664"/>
    <w:rsid w:val="00CF6ADF"/>
    <w:rsid w:val="00D133E7"/>
    <w:rsid w:val="00D572AC"/>
    <w:rsid w:val="00DB1D19"/>
    <w:rsid w:val="00E10854"/>
    <w:rsid w:val="00E56FF9"/>
    <w:rsid w:val="00E93B45"/>
    <w:rsid w:val="00F27A9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171F2C"/>
  <w14:defaultImageDpi w14:val="330"/>
  <w15:docId w15:val="{5E05E02C-205B-433E-B725-AE08798B4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693F"/>
    <w:rPr>
      <w:rFonts w:ascii="Calibri" w:eastAsia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B113AC4-DB84-4351-BA88-16FFD39E2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496</Words>
  <Characters>2976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3466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33</cp:revision>
  <dcterms:created xsi:type="dcterms:W3CDTF">2013-12-23T23:15:00Z</dcterms:created>
  <dcterms:modified xsi:type="dcterms:W3CDTF">2026-08-14T12:34:00Z</dcterms:modified>
  <cp:category/>
</cp:coreProperties>
</file>