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F72A0C" w14:textId="77777777" w:rsidR="00B63478" w:rsidRDefault="00000000">
      <w:pPr>
        <w:spacing w:before="360" w:after="100"/>
        <w:jc w:val="center"/>
      </w:pPr>
      <w:r>
        <w:rPr>
          <w:b/>
          <w:sz w:val="30"/>
        </w:rPr>
        <w:t>OFERTA</w:t>
      </w:r>
    </w:p>
    <w:p w14:paraId="1414F072" w14:textId="77777777" w:rsidR="00B63478" w:rsidRDefault="00000000">
      <w:pPr>
        <w:jc w:val="center"/>
      </w:pPr>
      <w:r>
        <w:rPr>
          <w:b/>
        </w:rPr>
        <w:t>składana w postępowaniu na</w:t>
      </w:r>
    </w:p>
    <w:p w14:paraId="0258EFFA" w14:textId="77777777" w:rsidR="00B63478" w:rsidRDefault="00000000">
      <w:pPr>
        <w:spacing w:after="240"/>
        <w:jc w:val="center"/>
      </w:pPr>
      <w:r>
        <w:rPr>
          <w:b/>
        </w:rPr>
        <w:t>Dostawa i wymiana wodomierzy mieszkaniowych w ramach legalizacji na nowe wodomierze zabezpieczone przed działaniem pola magnetycznego, z odczytem radiowym oraz dostawa i wymiana lokalowych ciepłomierzy ultradźwiękowych z odczytem radiowym w lokalach mieszkalnych i użytkowych.</w:t>
      </w:r>
    </w:p>
    <w:p w14:paraId="28FB03E4" w14:textId="77777777" w:rsidR="00B63478" w:rsidRDefault="00000000">
      <w:pPr>
        <w:spacing w:after="40"/>
      </w:pPr>
      <w:r>
        <w:t>Wykonawca / Wykonawcy wspólnie ubiegający się o udzielenie zamówienia: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01"/>
        <w:gridCol w:w="5088"/>
      </w:tblGrid>
      <w:tr w:rsidR="00B63478" w14:paraId="3449983A" w14:textId="77777777">
        <w:trPr>
          <w:jc w:val="center"/>
        </w:trPr>
        <w:tc>
          <w:tcPr>
            <w:tcW w:w="5272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0D112E7" w14:textId="77777777" w:rsidR="00B63478" w:rsidRDefault="00000000">
            <w:pPr>
              <w:spacing w:after="0"/>
            </w:pPr>
            <w:r>
              <w:rPr>
                <w:b/>
                <w:sz w:val="18"/>
              </w:rPr>
              <w:t>Dane Wykonawcy</w:t>
            </w:r>
          </w:p>
        </w:tc>
        <w:tc>
          <w:tcPr>
            <w:tcW w:w="5272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CF06EE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Informacja</w:t>
            </w:r>
          </w:p>
        </w:tc>
      </w:tr>
      <w:tr w:rsidR="00B63478" w14:paraId="04A3D88C" w14:textId="77777777">
        <w:trPr>
          <w:jc w:val="center"/>
        </w:trPr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61B2A7" w14:textId="77777777" w:rsidR="00B63478" w:rsidRDefault="00000000">
            <w:pPr>
              <w:spacing w:after="0"/>
            </w:pPr>
            <w:r>
              <w:rPr>
                <w:sz w:val="18"/>
              </w:rPr>
              <w:t>Nazwa / firma</w:t>
            </w:r>
          </w:p>
        </w:tc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0F7261" w14:textId="77777777" w:rsidR="00B63478" w:rsidRDefault="00B63478">
            <w:pPr>
              <w:spacing w:after="0"/>
            </w:pPr>
          </w:p>
        </w:tc>
      </w:tr>
      <w:tr w:rsidR="00B63478" w14:paraId="55AFCC03" w14:textId="77777777">
        <w:trPr>
          <w:jc w:val="center"/>
        </w:trPr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B71627" w14:textId="77777777" w:rsidR="00B63478" w:rsidRDefault="00000000">
            <w:pPr>
              <w:spacing w:after="0"/>
            </w:pPr>
            <w:r>
              <w:rPr>
                <w:sz w:val="18"/>
              </w:rPr>
              <w:t>Adres siedziby / miejsce prowadzenia działalności</w:t>
            </w:r>
          </w:p>
        </w:tc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D99ED9" w14:textId="77777777" w:rsidR="00B63478" w:rsidRDefault="00B63478">
            <w:pPr>
              <w:spacing w:after="0"/>
            </w:pPr>
          </w:p>
        </w:tc>
      </w:tr>
      <w:tr w:rsidR="00B63478" w14:paraId="413D26D5" w14:textId="77777777">
        <w:trPr>
          <w:jc w:val="center"/>
        </w:trPr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327F7B" w14:textId="77777777" w:rsidR="00B63478" w:rsidRDefault="00000000">
            <w:pPr>
              <w:spacing w:after="0"/>
            </w:pPr>
            <w:r>
              <w:rPr>
                <w:sz w:val="18"/>
              </w:rPr>
              <w:t>NIP</w:t>
            </w:r>
          </w:p>
        </w:tc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517D35" w14:textId="77777777" w:rsidR="00B63478" w:rsidRDefault="00B63478">
            <w:pPr>
              <w:spacing w:after="0"/>
            </w:pPr>
          </w:p>
        </w:tc>
      </w:tr>
      <w:tr w:rsidR="00B63478" w14:paraId="35168C2E" w14:textId="77777777">
        <w:trPr>
          <w:jc w:val="center"/>
        </w:trPr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2078548" w14:textId="77777777" w:rsidR="00B63478" w:rsidRDefault="00000000">
            <w:pPr>
              <w:spacing w:after="0"/>
            </w:pPr>
            <w:r>
              <w:rPr>
                <w:sz w:val="18"/>
              </w:rPr>
              <w:t>REGON</w:t>
            </w:r>
          </w:p>
        </w:tc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90F512" w14:textId="77777777" w:rsidR="00B63478" w:rsidRDefault="00B63478">
            <w:pPr>
              <w:spacing w:after="0"/>
            </w:pPr>
          </w:p>
        </w:tc>
      </w:tr>
      <w:tr w:rsidR="00B63478" w14:paraId="5C3FC340" w14:textId="77777777">
        <w:trPr>
          <w:jc w:val="center"/>
        </w:trPr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0C95FB" w14:textId="77777777" w:rsidR="00B63478" w:rsidRDefault="00000000">
            <w:pPr>
              <w:spacing w:after="0"/>
            </w:pPr>
            <w:r>
              <w:rPr>
                <w:sz w:val="18"/>
              </w:rPr>
              <w:t>KRS / CEIDG</w:t>
            </w:r>
          </w:p>
        </w:tc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E28CC9" w14:textId="77777777" w:rsidR="00B63478" w:rsidRDefault="00B63478">
            <w:pPr>
              <w:spacing w:after="0"/>
            </w:pPr>
          </w:p>
        </w:tc>
      </w:tr>
      <w:tr w:rsidR="00B63478" w14:paraId="3BFEA43F" w14:textId="77777777">
        <w:trPr>
          <w:jc w:val="center"/>
        </w:trPr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324BFD" w14:textId="77777777" w:rsidR="00B63478" w:rsidRDefault="00000000">
            <w:pPr>
              <w:spacing w:after="0"/>
            </w:pPr>
            <w:r>
              <w:rPr>
                <w:sz w:val="18"/>
              </w:rPr>
              <w:t>Telefon</w:t>
            </w:r>
          </w:p>
        </w:tc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99E54D" w14:textId="77777777" w:rsidR="00B63478" w:rsidRDefault="00B63478">
            <w:pPr>
              <w:spacing w:after="0"/>
            </w:pPr>
          </w:p>
        </w:tc>
      </w:tr>
      <w:tr w:rsidR="00B63478" w14:paraId="75412D6E" w14:textId="77777777">
        <w:trPr>
          <w:jc w:val="center"/>
        </w:trPr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EFE698" w14:textId="77777777" w:rsidR="00B63478" w:rsidRDefault="00000000">
            <w:pPr>
              <w:spacing w:after="0"/>
            </w:pPr>
            <w:r>
              <w:rPr>
                <w:sz w:val="18"/>
              </w:rPr>
              <w:t>Adres e-mail do korespondencji</w:t>
            </w:r>
          </w:p>
        </w:tc>
        <w:tc>
          <w:tcPr>
            <w:tcW w:w="527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6E29AA" w14:textId="77777777" w:rsidR="00B63478" w:rsidRDefault="00B63478">
            <w:pPr>
              <w:spacing w:after="0"/>
            </w:pPr>
          </w:p>
        </w:tc>
      </w:tr>
    </w:tbl>
    <w:p w14:paraId="6078CA86" w14:textId="77777777" w:rsidR="00B63478" w:rsidRDefault="00000000">
      <w:pPr>
        <w:spacing w:after="160"/>
      </w:pPr>
      <w:r>
        <w:t>dla: Zakład Gospodarowania Nieruchomościami w Dzielnicy Żoliborz m.st. Warszawy, ul. Marii Kazimiery 1, 01-641 Warszawa</w:t>
      </w:r>
    </w:p>
    <w:p w14:paraId="14FE505F" w14:textId="77777777" w:rsidR="00B63478" w:rsidRDefault="00000000">
      <w:pPr>
        <w:spacing w:after="60"/>
        <w:ind w:left="340" w:hanging="340"/>
      </w:pPr>
      <w:r>
        <w:t>1. Po zapoznaniu się ze Specyfikacją Warunków Zamówienia, Opisem Przedmiotu Zamówienia oraz pozostałymi dokumentami zamówienia składamy ofertę na następującą część / następujące części zamówienia:</w:t>
      </w:r>
    </w:p>
    <w:p w14:paraId="7B5E103E" w14:textId="77777777" w:rsidR="00B63478" w:rsidRDefault="00000000">
      <w:pPr>
        <w:spacing w:after="20"/>
        <w:ind w:left="567" w:hanging="198"/>
      </w:pPr>
      <w:r>
        <w:t>• [ ] Część 1 - Zadanie A - dostawa i wymiana 535 szt. wodomierzy mieszkaniowych wraz z odczytem radiowym.</w:t>
      </w:r>
    </w:p>
    <w:p w14:paraId="62A22284" w14:textId="77777777" w:rsidR="00B63478" w:rsidRDefault="00000000">
      <w:pPr>
        <w:spacing w:after="20"/>
        <w:ind w:left="567" w:hanging="198"/>
      </w:pPr>
      <w:r>
        <w:t>• [ ] Część 2 - Zadanie B - dostawa i wymiana 242 szt. lokalowych ciepłomierzy ultradźwiękowych z odczytem radiowym.</w:t>
      </w:r>
    </w:p>
    <w:p w14:paraId="011315DF" w14:textId="77777777" w:rsidR="00B63478" w:rsidRDefault="00000000">
      <w:pPr>
        <w:spacing w:after="100"/>
      </w:pPr>
      <w:r>
        <w:rPr>
          <w:i/>
          <w:sz w:val="18"/>
        </w:rPr>
        <w:t>Wykonawca może złożyć ofertę na jedną albo na obie części. Należy wypełnić wyłącznie pola dotyczące części, na które składana jest oferta.</w:t>
      </w:r>
    </w:p>
    <w:p w14:paraId="543ABF69" w14:textId="77777777" w:rsidR="00B63478" w:rsidRDefault="00000000">
      <w:pPr>
        <w:spacing w:after="60"/>
        <w:ind w:left="340" w:hanging="340"/>
      </w:pPr>
      <w:r>
        <w:t>2. Cena oferty dla poszczególnych części wynika z Formularza cenowego stanowiącego Załącznik nr 9 do SWZ:</w:t>
      </w:r>
    </w:p>
    <w:p w14:paraId="6CCE1036" w14:textId="77777777" w:rsidR="00B63478" w:rsidRDefault="00000000">
      <w:pPr>
        <w:keepNext/>
        <w:spacing w:before="60" w:after="40"/>
      </w:pPr>
      <w:r>
        <w:rPr>
          <w:b/>
        </w:rPr>
        <w:t>Część 1 - Zadanie 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57"/>
        <w:gridCol w:w="4532"/>
      </w:tblGrid>
      <w:tr w:rsidR="00B63478" w14:paraId="4EED4085" w14:textId="77777777">
        <w:trPr>
          <w:jc w:val="center"/>
        </w:trPr>
        <w:tc>
          <w:tcPr>
            <w:tcW w:w="5896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50D098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Pozycja</w:t>
            </w:r>
          </w:p>
        </w:tc>
        <w:tc>
          <w:tcPr>
            <w:tcW w:w="4649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5F1D21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Wartość</w:t>
            </w:r>
          </w:p>
        </w:tc>
      </w:tr>
      <w:tr w:rsidR="00B63478" w14:paraId="28089CCB" w14:textId="77777777">
        <w:trPr>
          <w:jc w:val="center"/>
        </w:trPr>
        <w:tc>
          <w:tcPr>
            <w:tcW w:w="589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D11DBB" w14:textId="77777777" w:rsidR="00B63478" w:rsidRDefault="00000000">
            <w:pPr>
              <w:spacing w:after="0"/>
              <w:jc w:val="center"/>
            </w:pPr>
            <w:r>
              <w:rPr>
                <w:sz w:val="18"/>
              </w:rPr>
              <w:t>Łączna wartość netto</w:t>
            </w:r>
          </w:p>
        </w:tc>
        <w:tc>
          <w:tcPr>
            <w:tcW w:w="464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6E92F5" w14:textId="77777777" w:rsidR="00B63478" w:rsidRDefault="00000000">
            <w:pPr>
              <w:spacing w:after="0"/>
            </w:pPr>
            <w:r>
              <w:rPr>
                <w:sz w:val="18"/>
              </w:rPr>
              <w:t>........................................ zł</w:t>
            </w:r>
          </w:p>
        </w:tc>
      </w:tr>
      <w:tr w:rsidR="00B63478" w14:paraId="6D19272A" w14:textId="77777777">
        <w:trPr>
          <w:jc w:val="center"/>
        </w:trPr>
        <w:tc>
          <w:tcPr>
            <w:tcW w:w="589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73DEC7" w14:textId="77777777" w:rsidR="00B63478" w:rsidRDefault="00000000">
            <w:pPr>
              <w:spacing w:after="0"/>
              <w:jc w:val="center"/>
            </w:pPr>
            <w:r>
              <w:rPr>
                <w:sz w:val="18"/>
              </w:rPr>
              <w:t>Łączna kwota podatku VAT</w:t>
            </w:r>
          </w:p>
        </w:tc>
        <w:tc>
          <w:tcPr>
            <w:tcW w:w="464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3659A1" w14:textId="77777777" w:rsidR="00B63478" w:rsidRDefault="00000000">
            <w:pPr>
              <w:spacing w:after="0"/>
            </w:pPr>
            <w:r>
              <w:rPr>
                <w:sz w:val="18"/>
              </w:rPr>
              <w:t>........................................ zł</w:t>
            </w:r>
          </w:p>
        </w:tc>
      </w:tr>
      <w:tr w:rsidR="00B63478" w14:paraId="28197BA2" w14:textId="77777777">
        <w:trPr>
          <w:jc w:val="center"/>
        </w:trPr>
        <w:tc>
          <w:tcPr>
            <w:tcW w:w="589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006081" w14:textId="77777777" w:rsidR="00B63478" w:rsidRDefault="00000000">
            <w:pPr>
              <w:spacing w:after="0"/>
              <w:jc w:val="center"/>
            </w:pPr>
            <w:r>
              <w:rPr>
                <w:sz w:val="18"/>
              </w:rPr>
              <w:t>Łączna cena brutto</w:t>
            </w:r>
          </w:p>
        </w:tc>
        <w:tc>
          <w:tcPr>
            <w:tcW w:w="464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83246F" w14:textId="77777777" w:rsidR="00B63478" w:rsidRDefault="00000000">
            <w:pPr>
              <w:spacing w:after="0"/>
            </w:pPr>
            <w:r>
              <w:rPr>
                <w:sz w:val="18"/>
              </w:rPr>
              <w:t>........................................ zł</w:t>
            </w:r>
          </w:p>
        </w:tc>
      </w:tr>
    </w:tbl>
    <w:p w14:paraId="74A8D05D" w14:textId="77777777" w:rsidR="00B63478" w:rsidRDefault="00000000">
      <w:r>
        <w:rPr>
          <w:sz w:val="18"/>
        </w:rPr>
        <w:t>Słownie cena brutto dla części 1: .................................................................................................................................</w:t>
      </w:r>
    </w:p>
    <w:p w14:paraId="0B4E69D0" w14:textId="77777777" w:rsidR="00B63478" w:rsidRDefault="00000000">
      <w:pPr>
        <w:keepNext/>
        <w:spacing w:before="60" w:after="40"/>
      </w:pPr>
      <w:r>
        <w:rPr>
          <w:b/>
        </w:rPr>
        <w:t>Część 2 - Zadanie B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57"/>
        <w:gridCol w:w="4532"/>
      </w:tblGrid>
      <w:tr w:rsidR="00B63478" w14:paraId="5A441169" w14:textId="77777777">
        <w:trPr>
          <w:jc w:val="center"/>
        </w:trPr>
        <w:tc>
          <w:tcPr>
            <w:tcW w:w="5896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3E04F0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Pozycja</w:t>
            </w:r>
          </w:p>
        </w:tc>
        <w:tc>
          <w:tcPr>
            <w:tcW w:w="4649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5043C1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Wartość</w:t>
            </w:r>
          </w:p>
        </w:tc>
      </w:tr>
      <w:tr w:rsidR="00B63478" w14:paraId="21542D25" w14:textId="77777777">
        <w:trPr>
          <w:jc w:val="center"/>
        </w:trPr>
        <w:tc>
          <w:tcPr>
            <w:tcW w:w="589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05CE23C" w14:textId="77777777" w:rsidR="00B63478" w:rsidRDefault="00000000">
            <w:pPr>
              <w:spacing w:after="0"/>
              <w:jc w:val="center"/>
            </w:pPr>
            <w:r>
              <w:rPr>
                <w:sz w:val="18"/>
              </w:rPr>
              <w:t>Łączna wartość netto</w:t>
            </w:r>
          </w:p>
        </w:tc>
        <w:tc>
          <w:tcPr>
            <w:tcW w:w="464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5FB94B" w14:textId="77777777" w:rsidR="00B63478" w:rsidRDefault="00000000">
            <w:pPr>
              <w:spacing w:after="0"/>
            </w:pPr>
            <w:r>
              <w:rPr>
                <w:sz w:val="18"/>
              </w:rPr>
              <w:t>........................................ zł</w:t>
            </w:r>
          </w:p>
        </w:tc>
      </w:tr>
      <w:tr w:rsidR="00B63478" w14:paraId="646A8D72" w14:textId="77777777">
        <w:trPr>
          <w:jc w:val="center"/>
        </w:trPr>
        <w:tc>
          <w:tcPr>
            <w:tcW w:w="589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549D73" w14:textId="77777777" w:rsidR="00B63478" w:rsidRDefault="00000000">
            <w:pPr>
              <w:spacing w:after="0"/>
              <w:jc w:val="center"/>
            </w:pPr>
            <w:r>
              <w:rPr>
                <w:sz w:val="18"/>
              </w:rPr>
              <w:t>Łączna kwota podatku VAT</w:t>
            </w:r>
          </w:p>
        </w:tc>
        <w:tc>
          <w:tcPr>
            <w:tcW w:w="464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29107F" w14:textId="77777777" w:rsidR="00B63478" w:rsidRDefault="00000000">
            <w:pPr>
              <w:spacing w:after="0"/>
            </w:pPr>
            <w:r>
              <w:rPr>
                <w:sz w:val="18"/>
              </w:rPr>
              <w:t>........................................ zł</w:t>
            </w:r>
          </w:p>
        </w:tc>
      </w:tr>
      <w:tr w:rsidR="00B63478" w14:paraId="088ABA93" w14:textId="77777777">
        <w:trPr>
          <w:jc w:val="center"/>
        </w:trPr>
        <w:tc>
          <w:tcPr>
            <w:tcW w:w="589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C14489" w14:textId="77777777" w:rsidR="00B63478" w:rsidRDefault="00000000">
            <w:pPr>
              <w:spacing w:after="0"/>
              <w:jc w:val="center"/>
            </w:pPr>
            <w:r>
              <w:rPr>
                <w:sz w:val="18"/>
              </w:rPr>
              <w:t>Łączna cena brutto</w:t>
            </w:r>
          </w:p>
        </w:tc>
        <w:tc>
          <w:tcPr>
            <w:tcW w:w="464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6F3681" w14:textId="77777777" w:rsidR="00B63478" w:rsidRDefault="00000000">
            <w:pPr>
              <w:spacing w:after="0"/>
            </w:pPr>
            <w:r>
              <w:rPr>
                <w:sz w:val="18"/>
              </w:rPr>
              <w:t>........................................ zł</w:t>
            </w:r>
          </w:p>
        </w:tc>
      </w:tr>
    </w:tbl>
    <w:p w14:paraId="4D24465C" w14:textId="77777777" w:rsidR="00B63478" w:rsidRDefault="00000000">
      <w:pPr>
        <w:spacing w:after="120"/>
      </w:pPr>
      <w:r>
        <w:rPr>
          <w:sz w:val="18"/>
        </w:rPr>
        <w:t>Słownie cena brutto dla części 2: .................................................................................................................................</w:t>
      </w:r>
    </w:p>
    <w:p w14:paraId="03AC10AA" w14:textId="77777777" w:rsidR="00B63478" w:rsidRDefault="00000000">
      <w:r>
        <w:br w:type="page"/>
      </w:r>
    </w:p>
    <w:p w14:paraId="7B080A0B" w14:textId="77777777" w:rsidR="00B63478" w:rsidRDefault="00000000">
      <w:pPr>
        <w:spacing w:after="20"/>
        <w:ind w:left="340" w:hanging="340"/>
      </w:pPr>
      <w:r>
        <w:lastRenderedPageBreak/>
        <w:t>3. Dla części 1 oferujemy następujący czas przystąpienia do usuwania awarii/wady, liczony w dniach roboczych od prawidłowego zgłoszenia:</w:t>
      </w:r>
    </w:p>
    <w:p w14:paraId="7E76425A" w14:textId="77777777" w:rsidR="00B63478" w:rsidRDefault="00000000">
      <w:pPr>
        <w:spacing w:after="20"/>
        <w:ind w:left="567" w:hanging="198"/>
      </w:pPr>
      <w:r>
        <w:t>• [ ] 1 dzień roboczy - 20 pkt</w:t>
      </w:r>
    </w:p>
    <w:p w14:paraId="19DC685D" w14:textId="77777777" w:rsidR="00B63478" w:rsidRDefault="00000000">
      <w:pPr>
        <w:spacing w:after="20"/>
        <w:ind w:left="567" w:hanging="198"/>
      </w:pPr>
      <w:r>
        <w:t>• [ ] 2 dni robocze - 10 pkt</w:t>
      </w:r>
    </w:p>
    <w:p w14:paraId="379C8064" w14:textId="77777777" w:rsidR="00B63478" w:rsidRDefault="00000000">
      <w:pPr>
        <w:spacing w:after="20"/>
        <w:ind w:left="567" w:hanging="198"/>
      </w:pPr>
      <w:r>
        <w:t>• [ ] 3 dni robocze - 0 pkt</w:t>
      </w:r>
    </w:p>
    <w:p w14:paraId="09F6568C" w14:textId="77777777" w:rsidR="00B63478" w:rsidRDefault="00000000">
      <w:pPr>
        <w:spacing w:after="60"/>
      </w:pPr>
      <w:r>
        <w:rPr>
          <w:i/>
          <w:sz w:val="18"/>
        </w:rPr>
        <w:t>Brak zaznaczenia dla części 1 oznacza zaoferowanie 3 dni roboczych. Zaoferowanie terminu dłuższego niż 3 dni robocze jest niezgodne z warunkami zamówienia.</w:t>
      </w:r>
    </w:p>
    <w:p w14:paraId="4A62E0A5" w14:textId="77777777" w:rsidR="00B63478" w:rsidRDefault="00000000">
      <w:pPr>
        <w:spacing w:after="20"/>
        <w:ind w:left="340" w:hanging="340"/>
      </w:pPr>
      <w:r>
        <w:t>4. Dla części 1 oferujemy następujący czas usunięcia awarii/wady, liczony w dniach roboczych od prawidłowego zgłoszenia:</w:t>
      </w:r>
    </w:p>
    <w:p w14:paraId="4E510517" w14:textId="77777777" w:rsidR="00B63478" w:rsidRDefault="00000000">
      <w:pPr>
        <w:spacing w:after="20"/>
        <w:ind w:left="567" w:hanging="198"/>
      </w:pPr>
      <w:r>
        <w:t>• [ ] 3 dni robocze - 20 pkt</w:t>
      </w:r>
    </w:p>
    <w:p w14:paraId="153D1375" w14:textId="77777777" w:rsidR="00B63478" w:rsidRDefault="00000000">
      <w:pPr>
        <w:spacing w:after="20"/>
        <w:ind w:left="567" w:hanging="198"/>
      </w:pPr>
      <w:r>
        <w:t>• [ ] 5 dni roboczych - 10 pkt</w:t>
      </w:r>
    </w:p>
    <w:p w14:paraId="632029A5" w14:textId="77777777" w:rsidR="00B63478" w:rsidRDefault="00000000">
      <w:pPr>
        <w:spacing w:after="20"/>
        <w:ind w:left="567" w:hanging="198"/>
      </w:pPr>
      <w:r>
        <w:t>• [ ] 7 dni roboczych - 0 pkt</w:t>
      </w:r>
    </w:p>
    <w:p w14:paraId="63EA9D58" w14:textId="77777777" w:rsidR="00B63478" w:rsidRDefault="00000000">
      <w:pPr>
        <w:spacing w:after="60"/>
      </w:pPr>
      <w:r>
        <w:rPr>
          <w:i/>
          <w:sz w:val="18"/>
        </w:rPr>
        <w:t>Brak zaznaczenia dla części 1 oznacza zaoferowanie 7 dni roboczych. Zaoferowanie terminu dłuższego niż 7 dni roboczych jest niezgodne z warunkami zamówienia.</w:t>
      </w:r>
    </w:p>
    <w:p w14:paraId="3AA32338" w14:textId="77777777" w:rsidR="00B63478" w:rsidRDefault="00000000">
      <w:pPr>
        <w:spacing w:after="20"/>
        <w:ind w:left="340" w:hanging="340"/>
      </w:pPr>
      <w:r>
        <w:t>5. Dla części 2 oferujemy następujący czas przystąpienia do usuwania awarii/wady, liczony w dniach roboczych od prawidłowego zgłoszenia:</w:t>
      </w:r>
    </w:p>
    <w:p w14:paraId="1F8AE48D" w14:textId="77777777" w:rsidR="00B63478" w:rsidRDefault="00000000">
      <w:pPr>
        <w:spacing w:after="20"/>
        <w:ind w:left="567" w:hanging="198"/>
      </w:pPr>
      <w:r>
        <w:t>• [ ] 1 dzień roboczy - 20 pkt</w:t>
      </w:r>
    </w:p>
    <w:p w14:paraId="2E6EBA75" w14:textId="77777777" w:rsidR="00B63478" w:rsidRDefault="00000000">
      <w:pPr>
        <w:spacing w:after="20"/>
        <w:ind w:left="567" w:hanging="198"/>
      </w:pPr>
      <w:r>
        <w:t>• [ ] 2 dni robocze - 10 pkt</w:t>
      </w:r>
    </w:p>
    <w:p w14:paraId="68F3EE0C" w14:textId="77777777" w:rsidR="00B63478" w:rsidRDefault="00000000">
      <w:pPr>
        <w:spacing w:after="20"/>
        <w:ind w:left="567" w:hanging="198"/>
      </w:pPr>
      <w:r>
        <w:t>• [ ] 3 dni robocze - 0 pkt</w:t>
      </w:r>
    </w:p>
    <w:p w14:paraId="71003080" w14:textId="77777777" w:rsidR="00B63478" w:rsidRDefault="00000000">
      <w:pPr>
        <w:spacing w:after="60"/>
      </w:pPr>
      <w:r>
        <w:rPr>
          <w:i/>
          <w:sz w:val="18"/>
        </w:rPr>
        <w:t>Brak zaznaczenia dla części 2 oznacza zaoferowanie 3 dni roboczych. Zaoferowanie terminu dłuższego niż 3 dni robocze jest niezgodne z warunkami zamówienia.</w:t>
      </w:r>
    </w:p>
    <w:p w14:paraId="2F519F27" w14:textId="77777777" w:rsidR="00B63478" w:rsidRDefault="00000000">
      <w:pPr>
        <w:spacing w:after="20"/>
        <w:ind w:left="340" w:hanging="340"/>
      </w:pPr>
      <w:r>
        <w:t>6. Dla części 2 oferujemy następujący czas usunięcia awarii/wady, liczony w dniach roboczych od prawidłowego zgłoszenia:</w:t>
      </w:r>
    </w:p>
    <w:p w14:paraId="6953705C" w14:textId="77777777" w:rsidR="00B63478" w:rsidRDefault="00000000">
      <w:pPr>
        <w:spacing w:after="20"/>
        <w:ind w:left="567" w:hanging="198"/>
      </w:pPr>
      <w:r>
        <w:t>• [ ] 3 dni robocze - 20 pkt</w:t>
      </w:r>
    </w:p>
    <w:p w14:paraId="410A676B" w14:textId="77777777" w:rsidR="00B63478" w:rsidRDefault="00000000">
      <w:pPr>
        <w:spacing w:after="20"/>
        <w:ind w:left="567" w:hanging="198"/>
      </w:pPr>
      <w:r>
        <w:t>• [ ] 5 dni roboczych - 10 pkt</w:t>
      </w:r>
    </w:p>
    <w:p w14:paraId="472E4039" w14:textId="77777777" w:rsidR="00B63478" w:rsidRDefault="00000000">
      <w:pPr>
        <w:spacing w:after="20"/>
        <w:ind w:left="567" w:hanging="198"/>
      </w:pPr>
      <w:r>
        <w:t>• [ ] 7 dni roboczych - 0 pkt</w:t>
      </w:r>
    </w:p>
    <w:p w14:paraId="5462A811" w14:textId="77777777" w:rsidR="00B63478" w:rsidRDefault="00000000">
      <w:pPr>
        <w:spacing w:after="60"/>
      </w:pPr>
      <w:r>
        <w:rPr>
          <w:i/>
          <w:sz w:val="18"/>
        </w:rPr>
        <w:t>Brak zaznaczenia dla części 2 oznacza zaoferowanie 7 dni roboczych. Zaoferowanie terminu dłuższego niż 7 dni roboczych jest niezgodne z warunkami zamówienia.</w:t>
      </w:r>
    </w:p>
    <w:p w14:paraId="67D67A73" w14:textId="77777777" w:rsidR="00B63478" w:rsidRDefault="00000000">
      <w:pPr>
        <w:spacing w:after="40"/>
        <w:ind w:left="340" w:hanging="340"/>
      </w:pPr>
      <w:r>
        <w:t>7. Identyfikacja oferowanych urządzeń. Wykonawca wypełnia pozycje odnoszące się do części, na którą składa ofertę:</w:t>
      </w:r>
    </w:p>
    <w:p w14:paraId="2A248BA9" w14:textId="77777777" w:rsidR="00B63478" w:rsidRDefault="00000000">
      <w:pPr>
        <w:keepNext/>
        <w:spacing w:before="40" w:after="40"/>
      </w:pPr>
      <w:r>
        <w:rPr>
          <w:b/>
        </w:rPr>
        <w:t>Część 1 - Zadanie 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3874"/>
        <w:gridCol w:w="2742"/>
        <w:gridCol w:w="2907"/>
      </w:tblGrid>
      <w:tr w:rsidR="00B63478" w14:paraId="30AFA047" w14:textId="77777777">
        <w:trPr>
          <w:jc w:val="center"/>
        </w:trPr>
        <w:tc>
          <w:tcPr>
            <w:tcW w:w="68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0E8BDD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4025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188356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Urządzenie</w:t>
            </w:r>
          </w:p>
        </w:tc>
        <w:tc>
          <w:tcPr>
            <w:tcW w:w="2835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B736338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Producent</w:t>
            </w:r>
          </w:p>
        </w:tc>
        <w:tc>
          <w:tcPr>
            <w:tcW w:w="3005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B2212E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Model / typ / oznaczenie</w:t>
            </w:r>
          </w:p>
        </w:tc>
      </w:tr>
      <w:tr w:rsidR="00B63478" w14:paraId="53370098" w14:textId="77777777">
        <w:trPr>
          <w:jc w:val="center"/>
        </w:trPr>
        <w:tc>
          <w:tcPr>
            <w:tcW w:w="6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A490F8" w14:textId="77777777" w:rsidR="00B63478" w:rsidRDefault="00000000">
            <w:pPr>
              <w:spacing w:after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402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5A5761" w14:textId="77777777" w:rsidR="00B63478" w:rsidRDefault="00000000">
            <w:pPr>
              <w:spacing w:after="0"/>
            </w:pPr>
            <w:r>
              <w:rPr>
                <w:sz w:val="18"/>
              </w:rPr>
              <w:t>Wodomierz zimnej wody DN15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D7038D" w14:textId="77777777" w:rsidR="00B63478" w:rsidRDefault="00B63478">
            <w:pPr>
              <w:spacing w:after="0"/>
            </w:pPr>
          </w:p>
        </w:tc>
        <w:tc>
          <w:tcPr>
            <w:tcW w:w="300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AFED80" w14:textId="77777777" w:rsidR="00B63478" w:rsidRDefault="00B63478">
            <w:pPr>
              <w:spacing w:after="0"/>
            </w:pPr>
          </w:p>
        </w:tc>
      </w:tr>
      <w:tr w:rsidR="00B63478" w14:paraId="0F9B679B" w14:textId="77777777">
        <w:trPr>
          <w:jc w:val="center"/>
        </w:trPr>
        <w:tc>
          <w:tcPr>
            <w:tcW w:w="6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01EB0CC" w14:textId="77777777" w:rsidR="00B63478" w:rsidRDefault="00000000">
            <w:pPr>
              <w:spacing w:after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402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7132F7" w14:textId="77777777" w:rsidR="00B63478" w:rsidRDefault="00000000">
            <w:pPr>
              <w:spacing w:after="0"/>
            </w:pPr>
            <w:r>
              <w:rPr>
                <w:sz w:val="18"/>
              </w:rPr>
              <w:t>Wodomierz ciepłej wody DN15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BCF1B0" w14:textId="77777777" w:rsidR="00B63478" w:rsidRDefault="00B63478">
            <w:pPr>
              <w:spacing w:after="0"/>
            </w:pPr>
          </w:p>
        </w:tc>
        <w:tc>
          <w:tcPr>
            <w:tcW w:w="300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C90F1DC" w14:textId="77777777" w:rsidR="00B63478" w:rsidRDefault="00B63478">
            <w:pPr>
              <w:spacing w:after="0"/>
            </w:pPr>
          </w:p>
        </w:tc>
      </w:tr>
      <w:tr w:rsidR="00B63478" w14:paraId="3B1791DD" w14:textId="77777777">
        <w:trPr>
          <w:jc w:val="center"/>
        </w:trPr>
        <w:tc>
          <w:tcPr>
            <w:tcW w:w="6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E26153" w14:textId="77777777" w:rsidR="00B63478" w:rsidRDefault="00000000">
            <w:pPr>
              <w:spacing w:after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402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BC99F3" w14:textId="77777777" w:rsidR="00B63478" w:rsidRDefault="00000000">
            <w:pPr>
              <w:spacing w:after="0"/>
            </w:pPr>
            <w:r>
              <w:rPr>
                <w:sz w:val="18"/>
              </w:rPr>
              <w:t>Moduł / nakładka radiowa do wodomierza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6ACF3A" w14:textId="77777777" w:rsidR="00B63478" w:rsidRDefault="00B63478">
            <w:pPr>
              <w:spacing w:after="0"/>
            </w:pPr>
          </w:p>
        </w:tc>
        <w:tc>
          <w:tcPr>
            <w:tcW w:w="300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9CB6A3" w14:textId="77777777" w:rsidR="00B63478" w:rsidRDefault="00B63478">
            <w:pPr>
              <w:spacing w:after="0"/>
            </w:pPr>
          </w:p>
        </w:tc>
      </w:tr>
    </w:tbl>
    <w:p w14:paraId="12438E80" w14:textId="77777777" w:rsidR="00B63478" w:rsidRDefault="00000000">
      <w:pPr>
        <w:keepNext/>
        <w:spacing w:before="80" w:after="40"/>
      </w:pPr>
      <w:r>
        <w:rPr>
          <w:b/>
        </w:rPr>
        <w:t>Część 2 - Zadanie B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3882"/>
        <w:gridCol w:w="2738"/>
        <w:gridCol w:w="2903"/>
      </w:tblGrid>
      <w:tr w:rsidR="00B63478" w14:paraId="665C65E2" w14:textId="77777777">
        <w:trPr>
          <w:jc w:val="center"/>
        </w:trPr>
        <w:tc>
          <w:tcPr>
            <w:tcW w:w="68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BE755A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4025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9A8E804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Urządzenie</w:t>
            </w:r>
          </w:p>
        </w:tc>
        <w:tc>
          <w:tcPr>
            <w:tcW w:w="2835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D9D7FD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Producent</w:t>
            </w:r>
          </w:p>
        </w:tc>
        <w:tc>
          <w:tcPr>
            <w:tcW w:w="3005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3FEC63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Model / typ / oznaczenie</w:t>
            </w:r>
          </w:p>
        </w:tc>
      </w:tr>
      <w:tr w:rsidR="00B63478" w14:paraId="3FFEDD67" w14:textId="77777777">
        <w:trPr>
          <w:jc w:val="center"/>
        </w:trPr>
        <w:tc>
          <w:tcPr>
            <w:tcW w:w="6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BD79BB" w14:textId="77777777" w:rsidR="00B63478" w:rsidRDefault="00000000">
            <w:pPr>
              <w:spacing w:after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402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F39A41" w14:textId="77777777" w:rsidR="00B63478" w:rsidRDefault="00000000">
            <w:pPr>
              <w:spacing w:after="0"/>
            </w:pPr>
            <w:r>
              <w:rPr>
                <w:sz w:val="18"/>
              </w:rPr>
              <w:t>Ciepłomierz ultradźwiękowy DN15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71869C" w14:textId="77777777" w:rsidR="00B63478" w:rsidRDefault="00B63478">
            <w:pPr>
              <w:spacing w:after="0"/>
            </w:pPr>
          </w:p>
        </w:tc>
        <w:tc>
          <w:tcPr>
            <w:tcW w:w="300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45D4BC" w14:textId="77777777" w:rsidR="00B63478" w:rsidRDefault="00B63478">
            <w:pPr>
              <w:spacing w:after="0"/>
            </w:pPr>
          </w:p>
        </w:tc>
      </w:tr>
    </w:tbl>
    <w:p w14:paraId="2F809F98" w14:textId="77777777" w:rsidR="00B63478" w:rsidRDefault="00000000">
      <w:pPr>
        <w:spacing w:after="120"/>
      </w:pPr>
      <w:r>
        <w:rPr>
          <w:i/>
          <w:sz w:val="18"/>
        </w:rPr>
        <w:t>Wskazanie producenta i modelu/typu stanowi treść oferty. Przedmiotowe środki dowodowe muszą dotyczyć urządzeń wskazanych dla części, na którą Wykonawca składa ofertę.</w:t>
      </w:r>
    </w:p>
    <w:p w14:paraId="747768A0" w14:textId="77777777" w:rsidR="00B63478" w:rsidRDefault="00000000">
      <w:pPr>
        <w:pageBreakBefore/>
        <w:ind w:left="340" w:hanging="340"/>
      </w:pPr>
      <w:r>
        <w:lastRenderedPageBreak/>
        <w:t>8. Oświadczamy, że cena oferty dla każdej części, na którą składamy ofertę, oraz ceny jednostkowe z Formularza cenowego obejmują wszystkie koszty niezbędne do należytego wykonania danej części zamówienia, w szczególności zakup i dostawę urządzeń i materiałów, demontaż, montaż, materiały pomocnicze, czynności przy zaworach w zakresie OPZ, konfigurację modułów radiowych, uruchomienie i integrację systemu, zawiadomienia dla mieszkańców, dojazdy i organizację wejść do lokali, plombowanie, próby szczelności, odczyty kontrolne, bazę danych, dokumentację powykonawczą, szkolenie, instrukcje, serwis, gwarancję, niezbędne licencje i oprogramowanie, odbiór i zagospodarowanie zdemontowanych urządzeń oraz drobne prace naprawcze i porządkowe.</w:t>
      </w:r>
    </w:p>
    <w:p w14:paraId="23F5BD3C" w14:textId="77777777" w:rsidR="00B63478" w:rsidRDefault="00000000">
      <w:pPr>
        <w:ind w:left="340" w:hanging="340"/>
      </w:pPr>
      <w:r>
        <w:t>9. Oświadczamy, że zapoznaliśmy się z SWZ i jej załącznikami oraz akceptujemy bez zastrzeżeń projektowane postanowienia umowy.</w:t>
      </w:r>
    </w:p>
    <w:p w14:paraId="25696B0F" w14:textId="77777777" w:rsidR="00B63478" w:rsidRDefault="00000000">
      <w:pPr>
        <w:ind w:left="340" w:hanging="340"/>
      </w:pPr>
      <w:r>
        <w:t>10. Oświadczamy, że jesteśmy związani ofertą przez okres wskazany w SWZ.</w:t>
      </w:r>
    </w:p>
    <w:p w14:paraId="583CE422" w14:textId="77777777" w:rsidR="00B63478" w:rsidRDefault="00000000">
      <w:pPr>
        <w:ind w:left="340" w:hanging="340"/>
      </w:pPr>
      <w:r>
        <w:t>11. Oświadczamy, że wybór naszej oferty: [ ] nie będzie / [ ] będzie prowadził do powstania u Zamawiającego obowiązku podatkowego zgodnie z art. 225 ustawy Pzp. Jeżeli będzie, wskazujemy: część zamówienia ............, rodzaj towaru/usługi ........................................, wartość netto ........................................ zł, stawkę VAT ........................................ .</w:t>
      </w:r>
    </w:p>
    <w:p w14:paraId="3308C358" w14:textId="77777777" w:rsidR="00B63478" w:rsidRDefault="00000000">
      <w:pPr>
        <w:ind w:left="340" w:hanging="340"/>
      </w:pPr>
      <w:r>
        <w:t>12. Oświadczamy, że w celu wykazania spełniania warunków udziału w postępowaniu: [ ] nie polegamy / [ ] polegamy na zasobach następującego podmiotu / podmiotów: .......................................................................................................................... .</w:t>
      </w:r>
    </w:p>
    <w:p w14:paraId="723ADC62" w14:textId="77777777" w:rsidR="00B63478" w:rsidRDefault="00000000">
      <w:pPr>
        <w:spacing w:after="40"/>
        <w:ind w:left="340" w:hanging="340"/>
      </w:pPr>
      <w:r>
        <w:t>13. Oświadczamy, że zamierzamy powierzyć podwykonawcom następujący zakres zamówienia: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07"/>
        <w:gridCol w:w="4141"/>
        <w:gridCol w:w="4341"/>
      </w:tblGrid>
      <w:tr w:rsidR="00B63478" w14:paraId="636DE7D0" w14:textId="77777777">
        <w:trPr>
          <w:jc w:val="center"/>
        </w:trPr>
        <w:tc>
          <w:tcPr>
            <w:tcW w:w="1757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259E80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Część</w:t>
            </w:r>
          </w:p>
        </w:tc>
        <w:tc>
          <w:tcPr>
            <w:tcW w:w="4309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93E7AED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Zakres usług</w:t>
            </w:r>
          </w:p>
        </w:tc>
        <w:tc>
          <w:tcPr>
            <w:tcW w:w="4479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FEBB8D" w14:textId="77777777" w:rsidR="00B63478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Nazwa podwykonawcy, jeżeli jest znana</w:t>
            </w:r>
          </w:p>
        </w:tc>
      </w:tr>
      <w:tr w:rsidR="00B63478" w14:paraId="096398B2" w14:textId="77777777">
        <w:trPr>
          <w:jc w:val="center"/>
        </w:trPr>
        <w:tc>
          <w:tcPr>
            <w:tcW w:w="1757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62FD5E" w14:textId="77777777" w:rsidR="00B63478" w:rsidRDefault="00B63478">
            <w:pPr>
              <w:spacing w:after="0"/>
            </w:pPr>
          </w:p>
        </w:tc>
        <w:tc>
          <w:tcPr>
            <w:tcW w:w="430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9EBAB8" w14:textId="77777777" w:rsidR="00B63478" w:rsidRDefault="00B63478">
            <w:pPr>
              <w:spacing w:after="0"/>
            </w:pPr>
          </w:p>
        </w:tc>
        <w:tc>
          <w:tcPr>
            <w:tcW w:w="447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6DE7D4" w14:textId="77777777" w:rsidR="00B63478" w:rsidRDefault="00B63478">
            <w:pPr>
              <w:spacing w:after="0"/>
            </w:pPr>
          </w:p>
        </w:tc>
      </w:tr>
      <w:tr w:rsidR="00B63478" w14:paraId="2BA1DAC2" w14:textId="77777777">
        <w:trPr>
          <w:jc w:val="center"/>
        </w:trPr>
        <w:tc>
          <w:tcPr>
            <w:tcW w:w="1757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E58EB3" w14:textId="77777777" w:rsidR="00B63478" w:rsidRDefault="00B63478">
            <w:pPr>
              <w:spacing w:after="0"/>
            </w:pPr>
          </w:p>
        </w:tc>
        <w:tc>
          <w:tcPr>
            <w:tcW w:w="430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A03F0C" w14:textId="77777777" w:rsidR="00B63478" w:rsidRDefault="00B63478">
            <w:pPr>
              <w:spacing w:after="0"/>
            </w:pPr>
          </w:p>
        </w:tc>
        <w:tc>
          <w:tcPr>
            <w:tcW w:w="447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9F76EB" w14:textId="77777777" w:rsidR="00B63478" w:rsidRDefault="00B63478">
            <w:pPr>
              <w:spacing w:after="0"/>
            </w:pPr>
          </w:p>
        </w:tc>
      </w:tr>
    </w:tbl>
    <w:p w14:paraId="7B51FF97" w14:textId="77777777" w:rsidR="00B63478" w:rsidRDefault="00000000">
      <w:pPr>
        <w:ind w:left="340" w:hanging="340"/>
      </w:pPr>
      <w:r>
        <w:t>14. Oświadczamy, że jesteśmy: [ ] mikroprzedsiębiorstwem  [ ] małym przedsiębiorstwem  [ ] średnim przedsiębiorstwem  [ ] innym podmiotem.</w:t>
      </w:r>
    </w:p>
    <w:p w14:paraId="13C75020" w14:textId="77777777" w:rsidR="00B63478" w:rsidRDefault="00000000">
      <w:pPr>
        <w:ind w:left="340" w:hanging="340"/>
      </w:pPr>
      <w:r>
        <w:t>15. Oświadczamy, że jesteśmy Wykonawcą wspólnie ubiegającym się o udzielenie zamówienia: [ ] TAK  [ ] NIE. Jeżeli TAK, do oferty dołączamy oświadczenie z art. 117 ust. 4 ustawy Pzp.</w:t>
      </w:r>
    </w:p>
    <w:p w14:paraId="6059904C" w14:textId="77777777" w:rsidR="00B63478" w:rsidRDefault="00000000">
      <w:pPr>
        <w:ind w:left="340" w:hanging="340"/>
      </w:pPr>
      <w:r>
        <w:t>16. Wraz z ofertą składamy przedmiotowe środki dowodowe wymagane w rozdziale XV SWZ w zakresie części, na które składamy ofertę. Opis sposobu zapewnienia kompatybilności z systemem odczytowym Zamawiającego stanowi załącznik do oferty oznaczony: .................................................................................. .</w:t>
      </w:r>
    </w:p>
    <w:p w14:paraId="6701A80C" w14:textId="77777777" w:rsidR="00B63478" w:rsidRDefault="00000000">
      <w:pPr>
        <w:ind w:left="340" w:hanging="340"/>
      </w:pPr>
      <w:r>
        <w:t>17. Informacje stanowiące tajemnicę przedsiębiorstwa zawarto w pliku / dokumentach: .......................................................................................... . Uzasadnienie zastrzeżenia stanowi: .......................................................................................... .</w:t>
      </w:r>
    </w:p>
    <w:p w14:paraId="4598B88A" w14:textId="77777777" w:rsidR="00B63478" w:rsidRDefault="00000000">
      <w:pPr>
        <w:ind w:left="340" w:hanging="340"/>
      </w:pPr>
      <w:r>
        <w:t>18. Osoba uprawniona do kontaktu w sprawie oferty: ........................................................ tel. ........................................................ e-mail ........................................................ .</w:t>
      </w:r>
    </w:p>
    <w:p w14:paraId="0EEC5A5B" w14:textId="77777777" w:rsidR="00B63478" w:rsidRDefault="00000000">
      <w:pPr>
        <w:spacing w:after="0"/>
      </w:pPr>
      <w:r>
        <w:rPr>
          <w:i/>
          <w:sz w:val="18"/>
        </w:rPr>
        <w:t>Załącznik wymaga elektronicznego podpisu kwalifikowanego, podpisu zaufanego lub podpisu osobistego.</w:t>
      </w:r>
    </w:p>
    <w:sectPr w:rsidR="00B63478" w:rsidSect="00034616">
      <w:headerReference w:type="default" r:id="rId8"/>
      <w:footerReference w:type="default" r:id="rId9"/>
      <w:pgSz w:w="12240" w:h="15840"/>
      <w:pgMar w:top="964" w:right="964" w:bottom="90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99006E" w14:textId="77777777" w:rsidR="00296767" w:rsidRDefault="00296767">
      <w:pPr>
        <w:spacing w:after="0" w:line="240" w:lineRule="auto"/>
      </w:pPr>
      <w:r>
        <w:separator/>
      </w:r>
    </w:p>
  </w:endnote>
  <w:endnote w:type="continuationSeparator" w:id="0">
    <w:p w14:paraId="226ABAFD" w14:textId="77777777" w:rsidR="00296767" w:rsidRDefault="0029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DE4B76" w14:textId="77777777" w:rsidR="009E1DD8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C0657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629092" w14:textId="77777777" w:rsidR="00296767" w:rsidRDefault="00296767">
      <w:pPr>
        <w:spacing w:after="0" w:line="240" w:lineRule="auto"/>
      </w:pPr>
      <w:r>
        <w:separator/>
      </w:r>
    </w:p>
  </w:footnote>
  <w:footnote w:type="continuationSeparator" w:id="0">
    <w:p w14:paraId="07CDE5ED" w14:textId="77777777" w:rsidR="00296767" w:rsidRDefault="00296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EDEBF1" w14:textId="77777777" w:rsidR="009E1DD8" w:rsidRDefault="00000000">
    <w:pPr>
      <w:pStyle w:val="Nagwek"/>
    </w:pPr>
    <w:r>
      <w:rPr>
        <w:sz w:val="18"/>
      </w:rPr>
      <w:t xml:space="preserve">Nr </w:t>
    </w:r>
    <w:proofErr w:type="spellStart"/>
    <w:r>
      <w:rPr>
        <w:sz w:val="18"/>
      </w:rPr>
      <w:t>postępowania</w:t>
    </w:r>
    <w:proofErr w:type="spellEnd"/>
    <w:r>
      <w:rPr>
        <w:sz w:val="18"/>
      </w:rPr>
      <w:t>: ZP.260.</w:t>
    </w:r>
    <w:proofErr w:type="gramStart"/>
    <w:r>
      <w:rPr>
        <w:sz w:val="18"/>
      </w:rPr>
      <w:t>6.2026.KB</w:t>
    </w:r>
    <w:proofErr w:type="gramEnd"/>
  </w:p>
  <w:p w14:paraId="1D8138CC" w14:textId="77777777" w:rsidR="009E1DD8" w:rsidRDefault="00000000">
    <w:pPr>
      <w:jc w:val="right"/>
    </w:pPr>
    <w:proofErr w:type="spellStart"/>
    <w:r>
      <w:rPr>
        <w:sz w:val="18"/>
      </w:rPr>
      <w:t>Załącznik</w:t>
    </w:r>
    <w:proofErr w:type="spellEnd"/>
    <w:r>
      <w:rPr>
        <w:sz w:val="18"/>
      </w:rPr>
      <w:t xml:space="preserve"> nr 2 do SWZ</w:t>
    </w:r>
  </w:p>
  <w:p w14:paraId="016C9F16" w14:textId="77777777" w:rsidR="009E1DD8" w:rsidRDefault="009E1DD8">
    <w:pPr>
      <w:pBdr>
        <w:bottom w:val="single" w:sz="4" w:space="0" w:color="808080"/>
      </w:pBdr>
      <w:spacing w:after="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5967311"/>
    <w:multiLevelType w:val="hybridMultilevel"/>
    <w:tmpl w:val="7986885E"/>
    <w:lvl w:ilvl="0" w:tplc="7200D498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num w:numId="1" w16cid:durableId="1495607590">
    <w:abstractNumId w:val="8"/>
  </w:num>
  <w:num w:numId="2" w16cid:durableId="1476143061">
    <w:abstractNumId w:val="6"/>
  </w:num>
  <w:num w:numId="3" w16cid:durableId="1772697285">
    <w:abstractNumId w:val="5"/>
  </w:num>
  <w:num w:numId="4" w16cid:durableId="348919136">
    <w:abstractNumId w:val="4"/>
  </w:num>
  <w:num w:numId="5" w16cid:durableId="1766148502">
    <w:abstractNumId w:val="7"/>
  </w:num>
  <w:num w:numId="6" w16cid:durableId="2104764016">
    <w:abstractNumId w:val="3"/>
  </w:num>
  <w:num w:numId="7" w16cid:durableId="383674160">
    <w:abstractNumId w:val="2"/>
  </w:num>
  <w:num w:numId="8" w16cid:durableId="128088705">
    <w:abstractNumId w:val="1"/>
  </w:num>
  <w:num w:numId="9" w16cid:durableId="1719281452">
    <w:abstractNumId w:val="0"/>
  </w:num>
  <w:num w:numId="10" w16cid:durableId="997348295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545F"/>
    <w:rsid w:val="0015074B"/>
    <w:rsid w:val="0029639D"/>
    <w:rsid w:val="00296767"/>
    <w:rsid w:val="00326F90"/>
    <w:rsid w:val="00380894"/>
    <w:rsid w:val="007C3C1C"/>
    <w:rsid w:val="007D76ED"/>
    <w:rsid w:val="009E1DD8"/>
    <w:rsid w:val="00A31DDC"/>
    <w:rsid w:val="00AA1D8D"/>
    <w:rsid w:val="00AB5EA0"/>
    <w:rsid w:val="00B47730"/>
    <w:rsid w:val="00B63478"/>
    <w:rsid w:val="00C0657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66068"/>
  <w14:defaultImageDpi w14:val="300"/>
  <w15:docId w15:val="{DAC79BE0-80DD-2941-A52C-52E9C460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910</Words>
  <Characters>6296</Characters>
  <Application>Microsoft Office Word</Application>
  <DocSecurity>0</DocSecurity>
  <Lines>153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Buchoowiecka</cp:lastModifiedBy>
  <cp:revision>2</cp:revision>
  <dcterms:created xsi:type="dcterms:W3CDTF">2026-08-19T07:05:00Z</dcterms:created>
  <dcterms:modified xsi:type="dcterms:W3CDTF">2026-08-19T07:05:00Z</dcterms:modified>
  <cp:category/>
</cp:coreProperties>
</file>