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7B6A08" w14:textId="77777777" w:rsidR="00822350" w:rsidRPr="00250643" w:rsidRDefault="006B30B4">
      <w:pPr>
        <w:jc w:val="right"/>
        <w:rPr>
          <w:lang w:val="pl-PL"/>
        </w:rPr>
      </w:pPr>
      <w:r w:rsidRPr="00250643">
        <w:rPr>
          <w:b/>
          <w:lang w:val="pl-PL"/>
        </w:rPr>
        <w:t>Załącznik nr 3b do SWZ</w:t>
      </w:r>
    </w:p>
    <w:p w14:paraId="299FA5AD" w14:textId="77777777" w:rsidR="00822350" w:rsidRPr="00250643" w:rsidRDefault="006B30B4">
      <w:pPr>
        <w:jc w:val="center"/>
        <w:rPr>
          <w:lang w:val="pl-PL"/>
        </w:rPr>
      </w:pPr>
      <w:r w:rsidRPr="00250643">
        <w:rPr>
          <w:b/>
          <w:sz w:val="28"/>
          <w:lang w:val="pl-PL"/>
        </w:rPr>
        <w:t>OŚWIADCZENIE WYKONAWCÓW WSPÓLNIE UBIEGAJĄCYCH SIĘ O ZAMÓWIENIE</w:t>
      </w:r>
    </w:p>
    <w:p w14:paraId="6CA39F7C" w14:textId="77777777" w:rsidR="00822350" w:rsidRPr="00250643" w:rsidRDefault="006B30B4">
      <w:pPr>
        <w:jc w:val="center"/>
        <w:rPr>
          <w:lang w:val="pl-PL"/>
        </w:rPr>
      </w:pPr>
      <w:r w:rsidRPr="00250643">
        <w:rPr>
          <w:i/>
          <w:lang w:val="pl-PL"/>
        </w:rPr>
        <w:t>składane na podstawie art. 117 ust. 4 ustawy Pzp, jeżeli dotyczy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822350" w:rsidRPr="00250643" w14:paraId="59AB006A" w14:textId="77777777">
        <w:trPr>
          <w:jc w:val="center"/>
        </w:trPr>
        <w:tc>
          <w:tcPr>
            <w:tcW w:w="1814" w:type="dxa"/>
            <w:vAlign w:val="center"/>
          </w:tcPr>
          <w:p w14:paraId="5C2A3661" w14:textId="77777777" w:rsidR="00822350" w:rsidRPr="00250643" w:rsidRDefault="006B30B4">
            <w:pPr>
              <w:rPr>
                <w:lang w:val="pl-PL"/>
              </w:rPr>
            </w:pPr>
            <w:r w:rsidRPr="00250643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5A751B73" w14:textId="77777777" w:rsidR="00822350" w:rsidRPr="00250643" w:rsidRDefault="006B30B4">
            <w:pPr>
              <w:rPr>
                <w:lang w:val="pl-PL"/>
              </w:rPr>
            </w:pPr>
            <w:r w:rsidRPr="00250643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822350" w:rsidRPr="00250643" w14:paraId="36F15DEA" w14:textId="77777777">
        <w:trPr>
          <w:jc w:val="center"/>
        </w:trPr>
        <w:tc>
          <w:tcPr>
            <w:tcW w:w="1814" w:type="dxa"/>
            <w:vAlign w:val="center"/>
          </w:tcPr>
          <w:p w14:paraId="103BC318" w14:textId="77777777" w:rsidR="00822350" w:rsidRPr="00250643" w:rsidRDefault="006B30B4">
            <w:pPr>
              <w:rPr>
                <w:lang w:val="pl-PL"/>
              </w:rPr>
            </w:pPr>
            <w:r w:rsidRPr="00250643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5FB8285D" w14:textId="55C674AF" w:rsidR="00822350" w:rsidRPr="00250643" w:rsidRDefault="006B30B4">
            <w:pPr>
              <w:rPr>
                <w:lang w:val="pl-PL"/>
              </w:rPr>
            </w:pPr>
            <w:r w:rsidRPr="009457E1">
              <w:rPr>
                <w:sz w:val="18"/>
                <w:lang w:val="pl-PL"/>
              </w:rPr>
              <w:t>AiO.272.1.</w:t>
            </w:r>
            <w:r w:rsidR="009457E1" w:rsidRPr="009457E1">
              <w:rPr>
                <w:sz w:val="18"/>
                <w:lang w:val="pl-PL"/>
              </w:rPr>
              <w:t>4</w:t>
            </w:r>
            <w:r w:rsidRPr="009457E1">
              <w:rPr>
                <w:sz w:val="18"/>
                <w:lang w:val="pl-PL"/>
              </w:rPr>
              <w:t>.VI</w:t>
            </w:r>
            <w:r w:rsidR="009457E1" w:rsidRPr="009457E1">
              <w:rPr>
                <w:sz w:val="18"/>
                <w:lang w:val="pl-PL"/>
              </w:rPr>
              <w:t>I</w:t>
            </w:r>
            <w:r w:rsidRPr="009457E1">
              <w:rPr>
                <w:sz w:val="18"/>
                <w:lang w:val="pl-PL"/>
              </w:rPr>
              <w:t>I.2026</w:t>
            </w:r>
          </w:p>
        </w:tc>
      </w:tr>
      <w:tr w:rsidR="00822350" w:rsidRPr="00250643" w14:paraId="546C34FA" w14:textId="77777777">
        <w:trPr>
          <w:jc w:val="center"/>
        </w:trPr>
        <w:tc>
          <w:tcPr>
            <w:tcW w:w="1814" w:type="dxa"/>
            <w:vAlign w:val="center"/>
          </w:tcPr>
          <w:p w14:paraId="64ACA396" w14:textId="77777777" w:rsidR="00822350" w:rsidRPr="00250643" w:rsidRDefault="006B30B4">
            <w:pPr>
              <w:rPr>
                <w:lang w:val="pl-PL"/>
              </w:rPr>
            </w:pPr>
            <w:r w:rsidRPr="00250643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4E0C9991" w14:textId="77777777" w:rsidR="00822350" w:rsidRPr="00250643" w:rsidRDefault="006B30B4">
            <w:pPr>
              <w:rPr>
                <w:lang w:val="pl-PL"/>
              </w:rPr>
            </w:pPr>
            <w:r w:rsidRPr="00250643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56394AD6" w14:textId="77777777" w:rsidR="00822350" w:rsidRPr="00250643" w:rsidRDefault="00822350">
      <w:pPr>
        <w:rPr>
          <w:lang w:val="pl-PL"/>
        </w:rPr>
      </w:pPr>
    </w:p>
    <w:p w14:paraId="6EF8E2C9" w14:textId="77777777" w:rsidR="00822350" w:rsidRPr="00250643" w:rsidRDefault="006B30B4">
      <w:pPr>
        <w:spacing w:after="80" w:line="252" w:lineRule="auto"/>
        <w:rPr>
          <w:lang w:val="pl-PL"/>
        </w:rPr>
      </w:pPr>
      <w:r w:rsidRPr="00250643">
        <w:rPr>
          <w:lang w:val="pl-PL"/>
        </w:rPr>
        <w:t>Wykonawcy wspólnie ubiegający się o udzielenie zamówienia oświadczają, że poszczególne roboty budowlane zostaną wykonane przez następujących Wykonawców: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680"/>
        <w:gridCol w:w="2831"/>
        <w:gridCol w:w="3396"/>
        <w:gridCol w:w="3277"/>
      </w:tblGrid>
      <w:tr w:rsidR="00822350" w:rsidRPr="00250643" w14:paraId="6D49FABE" w14:textId="77777777" w:rsidTr="00250643">
        <w:tc>
          <w:tcPr>
            <w:tcW w:w="680" w:type="dxa"/>
            <w:vAlign w:val="center"/>
          </w:tcPr>
          <w:p w14:paraId="5D211A33" w14:textId="77777777" w:rsidR="00822350" w:rsidRPr="00250643" w:rsidRDefault="006B30B4">
            <w:pPr>
              <w:jc w:val="center"/>
              <w:rPr>
                <w:lang w:val="pl-PL"/>
              </w:rPr>
            </w:pPr>
            <w:r w:rsidRPr="00250643">
              <w:rPr>
                <w:b/>
                <w:lang w:val="pl-PL"/>
              </w:rPr>
              <w:t>Lp.</w:t>
            </w:r>
          </w:p>
        </w:tc>
        <w:tc>
          <w:tcPr>
            <w:tcW w:w="2835" w:type="dxa"/>
            <w:vAlign w:val="center"/>
          </w:tcPr>
          <w:p w14:paraId="59F706FE" w14:textId="77777777" w:rsidR="00822350" w:rsidRPr="00250643" w:rsidRDefault="006B30B4">
            <w:pPr>
              <w:jc w:val="center"/>
              <w:rPr>
                <w:lang w:val="pl-PL"/>
              </w:rPr>
            </w:pPr>
            <w:r w:rsidRPr="00250643">
              <w:rPr>
                <w:b/>
                <w:lang w:val="pl-PL"/>
              </w:rPr>
              <w:t>Nazwa Wykonawcy</w:t>
            </w:r>
          </w:p>
        </w:tc>
        <w:tc>
          <w:tcPr>
            <w:tcW w:w="3402" w:type="dxa"/>
            <w:vAlign w:val="center"/>
          </w:tcPr>
          <w:p w14:paraId="74D430C3" w14:textId="77777777" w:rsidR="00822350" w:rsidRPr="00250643" w:rsidRDefault="006B30B4">
            <w:pPr>
              <w:jc w:val="center"/>
              <w:rPr>
                <w:lang w:val="pl-PL"/>
              </w:rPr>
            </w:pPr>
            <w:r w:rsidRPr="00250643">
              <w:rPr>
                <w:b/>
                <w:lang w:val="pl-PL"/>
              </w:rPr>
              <w:t>Zakres robót wykonywany przez Wykonawcę</w:t>
            </w:r>
          </w:p>
        </w:tc>
        <w:tc>
          <w:tcPr>
            <w:tcW w:w="2268" w:type="dxa"/>
            <w:vAlign w:val="center"/>
          </w:tcPr>
          <w:p w14:paraId="0B5F97AA" w14:textId="77777777" w:rsidR="00822350" w:rsidRPr="00250643" w:rsidRDefault="006B30B4">
            <w:pPr>
              <w:jc w:val="center"/>
              <w:rPr>
                <w:lang w:val="pl-PL"/>
              </w:rPr>
            </w:pPr>
            <w:r w:rsidRPr="00250643">
              <w:rPr>
                <w:b/>
                <w:lang w:val="pl-PL"/>
              </w:rPr>
              <w:t>Wartość albo udział procentowy</w:t>
            </w:r>
          </w:p>
        </w:tc>
      </w:tr>
      <w:tr w:rsidR="00822350" w:rsidRPr="00250643" w14:paraId="5C6B39CC" w14:textId="77777777">
        <w:tc>
          <w:tcPr>
            <w:tcW w:w="680" w:type="dxa"/>
            <w:vAlign w:val="center"/>
          </w:tcPr>
          <w:p w14:paraId="4A254EBF" w14:textId="77777777" w:rsidR="00822350" w:rsidRPr="00250643" w:rsidRDefault="006B30B4">
            <w:pPr>
              <w:jc w:val="center"/>
              <w:rPr>
                <w:lang w:val="pl-PL"/>
              </w:rPr>
            </w:pPr>
            <w:r w:rsidRPr="00250643">
              <w:rPr>
                <w:lang w:val="pl-PL"/>
              </w:rPr>
              <w:t>1</w:t>
            </w:r>
          </w:p>
        </w:tc>
        <w:tc>
          <w:tcPr>
            <w:tcW w:w="2835" w:type="dxa"/>
            <w:vAlign w:val="center"/>
          </w:tcPr>
          <w:p w14:paraId="144ADBD1" w14:textId="0ED248F7" w:rsidR="00822350" w:rsidRPr="00250643" w:rsidRDefault="00822350">
            <w:pPr>
              <w:rPr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16DFA005" w14:textId="45A9669C" w:rsidR="00822350" w:rsidRPr="00250643" w:rsidRDefault="00822350">
            <w:pPr>
              <w:rPr>
                <w:lang w:val="pl-PL"/>
              </w:rPr>
            </w:pPr>
          </w:p>
        </w:tc>
        <w:tc>
          <w:tcPr>
            <w:tcW w:w="2268" w:type="dxa"/>
            <w:vAlign w:val="center"/>
          </w:tcPr>
          <w:p w14:paraId="1C0A910C" w14:textId="515504E3" w:rsidR="00822350" w:rsidRPr="00250643" w:rsidRDefault="00822350">
            <w:pPr>
              <w:rPr>
                <w:lang w:val="pl-PL"/>
              </w:rPr>
            </w:pPr>
          </w:p>
        </w:tc>
      </w:tr>
      <w:tr w:rsidR="00822350" w:rsidRPr="00250643" w14:paraId="5E10D5EF" w14:textId="77777777">
        <w:tc>
          <w:tcPr>
            <w:tcW w:w="680" w:type="dxa"/>
            <w:vAlign w:val="center"/>
          </w:tcPr>
          <w:p w14:paraId="1895290B" w14:textId="77777777" w:rsidR="00822350" w:rsidRPr="00250643" w:rsidRDefault="006B30B4">
            <w:pPr>
              <w:jc w:val="center"/>
              <w:rPr>
                <w:lang w:val="pl-PL"/>
              </w:rPr>
            </w:pPr>
            <w:r w:rsidRPr="00250643">
              <w:rPr>
                <w:lang w:val="pl-PL"/>
              </w:rPr>
              <w:t>2</w:t>
            </w:r>
          </w:p>
        </w:tc>
        <w:tc>
          <w:tcPr>
            <w:tcW w:w="2835" w:type="dxa"/>
            <w:vAlign w:val="center"/>
          </w:tcPr>
          <w:p w14:paraId="2D544DFC" w14:textId="64B1DF60" w:rsidR="00822350" w:rsidRPr="00250643" w:rsidRDefault="00822350">
            <w:pPr>
              <w:rPr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16407EDC" w14:textId="76DBAE12" w:rsidR="00822350" w:rsidRPr="00250643" w:rsidRDefault="00822350">
            <w:pPr>
              <w:rPr>
                <w:lang w:val="pl-PL"/>
              </w:rPr>
            </w:pPr>
          </w:p>
        </w:tc>
        <w:tc>
          <w:tcPr>
            <w:tcW w:w="2268" w:type="dxa"/>
            <w:vAlign w:val="center"/>
          </w:tcPr>
          <w:p w14:paraId="434F8E3F" w14:textId="3445DA7D" w:rsidR="00822350" w:rsidRPr="00250643" w:rsidRDefault="00822350">
            <w:pPr>
              <w:rPr>
                <w:lang w:val="pl-PL"/>
              </w:rPr>
            </w:pPr>
          </w:p>
        </w:tc>
      </w:tr>
      <w:tr w:rsidR="00822350" w:rsidRPr="00250643" w14:paraId="16EAF6C0" w14:textId="77777777">
        <w:tc>
          <w:tcPr>
            <w:tcW w:w="680" w:type="dxa"/>
            <w:vAlign w:val="center"/>
          </w:tcPr>
          <w:p w14:paraId="46EC23DD" w14:textId="77777777" w:rsidR="00822350" w:rsidRPr="00250643" w:rsidRDefault="006B30B4">
            <w:pPr>
              <w:jc w:val="center"/>
              <w:rPr>
                <w:lang w:val="pl-PL"/>
              </w:rPr>
            </w:pPr>
            <w:r w:rsidRPr="00250643">
              <w:rPr>
                <w:lang w:val="pl-PL"/>
              </w:rPr>
              <w:t>3</w:t>
            </w:r>
          </w:p>
        </w:tc>
        <w:tc>
          <w:tcPr>
            <w:tcW w:w="2835" w:type="dxa"/>
            <w:vAlign w:val="center"/>
          </w:tcPr>
          <w:p w14:paraId="6C28C0A8" w14:textId="485EE1BF" w:rsidR="00822350" w:rsidRPr="00250643" w:rsidRDefault="00822350">
            <w:pPr>
              <w:rPr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7273D208" w14:textId="41BE9B76" w:rsidR="00822350" w:rsidRPr="00250643" w:rsidRDefault="00822350">
            <w:pPr>
              <w:rPr>
                <w:lang w:val="pl-PL"/>
              </w:rPr>
            </w:pPr>
          </w:p>
        </w:tc>
        <w:tc>
          <w:tcPr>
            <w:tcW w:w="2268" w:type="dxa"/>
            <w:vAlign w:val="center"/>
          </w:tcPr>
          <w:p w14:paraId="604D776A" w14:textId="16D34304" w:rsidR="00822350" w:rsidRPr="00250643" w:rsidRDefault="00822350">
            <w:pPr>
              <w:rPr>
                <w:lang w:val="pl-PL"/>
              </w:rPr>
            </w:pPr>
          </w:p>
        </w:tc>
      </w:tr>
      <w:tr w:rsidR="00822350" w:rsidRPr="00250643" w14:paraId="16D43727" w14:textId="77777777">
        <w:tc>
          <w:tcPr>
            <w:tcW w:w="680" w:type="dxa"/>
            <w:vAlign w:val="center"/>
          </w:tcPr>
          <w:p w14:paraId="4F08E40A" w14:textId="77777777" w:rsidR="00822350" w:rsidRPr="00250643" w:rsidRDefault="006B30B4">
            <w:pPr>
              <w:jc w:val="center"/>
              <w:rPr>
                <w:lang w:val="pl-PL"/>
              </w:rPr>
            </w:pPr>
            <w:r w:rsidRPr="00250643">
              <w:rPr>
                <w:lang w:val="pl-PL"/>
              </w:rPr>
              <w:t>4</w:t>
            </w:r>
          </w:p>
        </w:tc>
        <w:tc>
          <w:tcPr>
            <w:tcW w:w="2835" w:type="dxa"/>
            <w:vAlign w:val="center"/>
          </w:tcPr>
          <w:p w14:paraId="232127A1" w14:textId="58ADD561" w:rsidR="00822350" w:rsidRPr="00250643" w:rsidRDefault="00822350">
            <w:pPr>
              <w:rPr>
                <w:lang w:val="pl-PL"/>
              </w:rPr>
            </w:pPr>
          </w:p>
        </w:tc>
        <w:tc>
          <w:tcPr>
            <w:tcW w:w="3402" w:type="dxa"/>
            <w:vAlign w:val="center"/>
          </w:tcPr>
          <w:p w14:paraId="49FA16B7" w14:textId="5F72F856" w:rsidR="00822350" w:rsidRPr="00250643" w:rsidRDefault="00822350">
            <w:pPr>
              <w:rPr>
                <w:lang w:val="pl-PL"/>
              </w:rPr>
            </w:pPr>
          </w:p>
        </w:tc>
        <w:tc>
          <w:tcPr>
            <w:tcW w:w="2268" w:type="dxa"/>
            <w:vAlign w:val="center"/>
          </w:tcPr>
          <w:p w14:paraId="1A465269" w14:textId="7B073B18" w:rsidR="00822350" w:rsidRPr="00250643" w:rsidRDefault="00822350">
            <w:pPr>
              <w:rPr>
                <w:lang w:val="pl-PL"/>
              </w:rPr>
            </w:pPr>
          </w:p>
        </w:tc>
      </w:tr>
      <w:tr w:rsidR="00822350" w:rsidRPr="00250643" w14:paraId="528D8752" w14:textId="77777777" w:rsidTr="00250643">
        <w:tblPrEx>
          <w:tblBorders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  <w:insideH w:val="single" w:sz="6" w:space="0" w:color="A6A6A6"/>
            <w:insideV w:val="single" w:sz="6" w:space="0" w:color="A6A6A6"/>
          </w:tblBorders>
        </w:tblPrEx>
        <w:tc>
          <w:tcPr>
            <w:tcW w:w="10200" w:type="dxa"/>
            <w:gridSpan w:val="4"/>
            <w:vAlign w:val="center"/>
          </w:tcPr>
          <w:p w14:paraId="66547EB3" w14:textId="77777777" w:rsidR="00822350" w:rsidRPr="00250643" w:rsidRDefault="006B30B4">
            <w:pPr>
              <w:rPr>
                <w:lang w:val="pl-PL"/>
              </w:rPr>
            </w:pPr>
            <w:r w:rsidRPr="00250643">
              <w:rPr>
                <w:sz w:val="18"/>
                <w:lang w:val="pl-PL"/>
              </w:rPr>
              <w:t>Zakresy należy wskazać konkretnie. Ogólne określenia, np. „część robót” albo „wsparcie”, mogą być niewystarczające do oceny spełniania warunku udziału.</w:t>
            </w:r>
          </w:p>
        </w:tc>
      </w:tr>
    </w:tbl>
    <w:p w14:paraId="1A8D3D04" w14:textId="77777777" w:rsidR="00822350" w:rsidRPr="00250643" w:rsidRDefault="00822350">
      <w:pPr>
        <w:rPr>
          <w:lang w:val="pl-PL"/>
        </w:rPr>
      </w:pPr>
    </w:p>
    <w:p w14:paraId="376A8F55" w14:textId="77777777" w:rsidR="00822350" w:rsidRPr="00250643" w:rsidRDefault="006B30B4">
      <w:pPr>
        <w:spacing w:after="80" w:line="252" w:lineRule="auto"/>
        <w:rPr>
          <w:lang w:val="pl-PL"/>
        </w:rPr>
      </w:pPr>
      <w:r w:rsidRPr="00250643">
        <w:rPr>
          <w:lang w:val="pl-PL"/>
        </w:rPr>
        <w:t>Oświadczamy, że zakres wskazany powyżej odpowiada sposobowi spełnienia warunków udziału w postępowaniu oraz będzie uwzględniony przy realizacji zamówienia.</w:t>
      </w:r>
    </w:p>
    <w:p w14:paraId="696602EC" w14:textId="77777777" w:rsidR="00250643" w:rsidRPr="00250643" w:rsidRDefault="00250643">
      <w:pPr>
        <w:spacing w:after="80" w:line="252" w:lineRule="auto"/>
        <w:rPr>
          <w:i/>
          <w:sz w:val="18"/>
          <w:lang w:val="pl-PL"/>
        </w:rPr>
      </w:pPr>
    </w:p>
    <w:p w14:paraId="0E09714B" w14:textId="1FDFD7C9" w:rsidR="00822350" w:rsidRPr="00250643" w:rsidRDefault="006B30B4">
      <w:pPr>
        <w:spacing w:after="80" w:line="252" w:lineRule="auto"/>
        <w:rPr>
          <w:lang w:val="pl-PL"/>
        </w:rPr>
      </w:pPr>
      <w:r w:rsidRPr="00250643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822350" w:rsidRPr="00250643" w:rsidSect="00034616">
      <w:headerReference w:type="default" r:id="rId8"/>
      <w:footerReference w:type="default" r:id="rId9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50DB7A" w14:textId="77777777" w:rsidR="00173147" w:rsidRDefault="00173147">
      <w:pPr>
        <w:spacing w:after="0" w:line="240" w:lineRule="auto"/>
      </w:pPr>
      <w:r>
        <w:separator/>
      </w:r>
    </w:p>
  </w:endnote>
  <w:endnote w:type="continuationSeparator" w:id="0">
    <w:p w14:paraId="6FF2340B" w14:textId="77777777" w:rsidR="00173147" w:rsidRDefault="0017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FF12DC" w14:textId="77777777" w:rsidR="00822350" w:rsidRPr="00250643" w:rsidRDefault="006B30B4">
    <w:pPr>
      <w:pStyle w:val="Stopka"/>
      <w:jc w:val="center"/>
      <w:rPr>
        <w:lang w:val="pl-PL"/>
      </w:rPr>
    </w:pPr>
    <w:r w:rsidRPr="00250643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5162F5" w14:textId="77777777" w:rsidR="00173147" w:rsidRDefault="00173147">
      <w:pPr>
        <w:spacing w:after="0" w:line="240" w:lineRule="auto"/>
      </w:pPr>
      <w:r>
        <w:separator/>
      </w:r>
    </w:p>
  </w:footnote>
  <w:footnote w:type="continuationSeparator" w:id="0">
    <w:p w14:paraId="55CC14CD" w14:textId="77777777" w:rsidR="00173147" w:rsidRDefault="00173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895A49" w14:textId="77777777" w:rsidR="00822350" w:rsidRDefault="006B30B4">
    <w:pPr>
      <w:pStyle w:val="Nagwek"/>
      <w:jc w:val="center"/>
    </w:pPr>
    <w:r>
      <w:rPr>
        <w:noProof/>
      </w:rPr>
      <w:drawing>
        <wp:inline distT="0" distB="0" distL="0" distR="0" wp14:anchorId="25089511" wp14:editId="554B77A7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2533970">
    <w:abstractNumId w:val="8"/>
  </w:num>
  <w:num w:numId="2" w16cid:durableId="1826385926">
    <w:abstractNumId w:val="6"/>
  </w:num>
  <w:num w:numId="3" w16cid:durableId="265190446">
    <w:abstractNumId w:val="5"/>
  </w:num>
  <w:num w:numId="4" w16cid:durableId="1806385051">
    <w:abstractNumId w:val="4"/>
  </w:num>
  <w:num w:numId="5" w16cid:durableId="581064417">
    <w:abstractNumId w:val="7"/>
  </w:num>
  <w:num w:numId="6" w16cid:durableId="989023055">
    <w:abstractNumId w:val="3"/>
  </w:num>
  <w:num w:numId="7" w16cid:durableId="2081754237">
    <w:abstractNumId w:val="2"/>
  </w:num>
  <w:num w:numId="8" w16cid:durableId="1764956088">
    <w:abstractNumId w:val="1"/>
  </w:num>
  <w:num w:numId="9" w16cid:durableId="12858175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74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3147"/>
    <w:rsid w:val="001D5F97"/>
    <w:rsid w:val="00211AE7"/>
    <w:rsid w:val="00250643"/>
    <w:rsid w:val="0029639D"/>
    <w:rsid w:val="00326F90"/>
    <w:rsid w:val="00501A52"/>
    <w:rsid w:val="006B30B4"/>
    <w:rsid w:val="0074401A"/>
    <w:rsid w:val="00822350"/>
    <w:rsid w:val="009457E1"/>
    <w:rsid w:val="00A620C1"/>
    <w:rsid w:val="00AA1D8D"/>
    <w:rsid w:val="00B47730"/>
    <w:rsid w:val="00C45506"/>
    <w:rsid w:val="00CB0664"/>
    <w:rsid w:val="00DA73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68B76E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1272</Characters>
  <Application>Microsoft Office Word</Application>
  <DocSecurity>0</DocSecurity>
  <Lines>10</Lines>
  <Paragraphs>2</Paragraphs>
  <ScaleCrop>false</ScaleCrop>
  <Manager/>
  <Company/>
  <LinksUpToDate>false</LinksUpToDate>
  <CharactersWithSpaces>1482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2026-07-10T07:35:00Z</dcterms:created>
  <dcterms:modified xsi:type="dcterms:W3CDTF">2026-08-03T07:25:00Z</dcterms:modified>
  <cp:category/>
</cp:coreProperties>
</file>