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C4DB4A" w14:textId="77777777" w:rsidR="00E9369B" w:rsidRPr="00984668" w:rsidRDefault="001D48B1">
      <w:pPr>
        <w:jc w:val="right"/>
        <w:rPr>
          <w:lang w:val="pl-PL"/>
        </w:rPr>
      </w:pPr>
      <w:r w:rsidRPr="00984668">
        <w:rPr>
          <w:b/>
          <w:lang w:val="pl-PL"/>
        </w:rPr>
        <w:t>Załącznik nr 3 do SWZ</w:t>
      </w:r>
    </w:p>
    <w:p w14:paraId="4F1D802C" w14:textId="77777777" w:rsidR="00E9369B" w:rsidRPr="00984668" w:rsidRDefault="001D48B1">
      <w:pPr>
        <w:jc w:val="center"/>
        <w:rPr>
          <w:lang w:val="pl-PL"/>
        </w:rPr>
      </w:pPr>
      <w:r w:rsidRPr="00984668">
        <w:rPr>
          <w:b/>
          <w:sz w:val="28"/>
          <w:lang w:val="pl-PL"/>
        </w:rPr>
        <w:t>OŚWIADCZENIE SANKCYJNE WYKONAWCY</w:t>
      </w:r>
    </w:p>
    <w:p w14:paraId="39CAED1B" w14:textId="77777777" w:rsidR="00E9369B" w:rsidRPr="00984668" w:rsidRDefault="001D48B1">
      <w:pPr>
        <w:jc w:val="center"/>
        <w:rPr>
          <w:lang w:val="pl-PL"/>
        </w:rPr>
      </w:pPr>
      <w:r w:rsidRPr="00984668">
        <w:rPr>
          <w:i/>
          <w:lang w:val="pl-PL"/>
        </w:rPr>
        <w:t>składane wraz z ofertą</w:t>
      </w:r>
    </w:p>
    <w:tbl>
      <w:tblPr>
        <w:tblW w:w="0" w:type="auto"/>
        <w:jc w:val="center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1814"/>
        <w:gridCol w:w="7370"/>
      </w:tblGrid>
      <w:tr w:rsidR="00E9369B" w:rsidRPr="001D48B1" w14:paraId="69320FF2" w14:textId="77777777">
        <w:trPr>
          <w:jc w:val="center"/>
        </w:trPr>
        <w:tc>
          <w:tcPr>
            <w:tcW w:w="1814" w:type="dxa"/>
            <w:vAlign w:val="center"/>
          </w:tcPr>
          <w:p w14:paraId="38F6E579" w14:textId="77777777" w:rsidR="00E9369B" w:rsidRPr="00984668" w:rsidRDefault="001D48B1">
            <w:pPr>
              <w:rPr>
                <w:lang w:val="pl-PL"/>
              </w:rPr>
            </w:pPr>
            <w:r w:rsidRPr="00984668">
              <w:rPr>
                <w:b/>
                <w:sz w:val="18"/>
                <w:lang w:val="pl-PL"/>
              </w:rPr>
              <w:t>Postępowanie:</w:t>
            </w:r>
          </w:p>
        </w:tc>
        <w:tc>
          <w:tcPr>
            <w:tcW w:w="7370" w:type="dxa"/>
            <w:vAlign w:val="center"/>
          </w:tcPr>
          <w:p w14:paraId="72CE236D" w14:textId="77777777" w:rsidR="00E9369B" w:rsidRPr="00984668" w:rsidRDefault="001D48B1">
            <w:pPr>
              <w:rPr>
                <w:lang w:val="pl-PL"/>
              </w:rPr>
            </w:pPr>
            <w:r w:rsidRPr="00984668">
              <w:rPr>
                <w:sz w:val="18"/>
                <w:lang w:val="pl-PL"/>
              </w:rPr>
              <w:t>Roboty remontowo-modernizacyjne w placówce oświatowej w ramach projektu pn. „Rozwijamy edukację włączającą w Zespole Szkół Ponadpodstawowych nr 2 im. Stanisława Staszica w Tomaszowie Mazowieckim”</w:t>
            </w:r>
          </w:p>
        </w:tc>
      </w:tr>
      <w:tr w:rsidR="00E9369B" w:rsidRPr="00984668" w14:paraId="1FEA3603" w14:textId="77777777">
        <w:trPr>
          <w:jc w:val="center"/>
        </w:trPr>
        <w:tc>
          <w:tcPr>
            <w:tcW w:w="1814" w:type="dxa"/>
            <w:vAlign w:val="center"/>
          </w:tcPr>
          <w:p w14:paraId="409AA0CA" w14:textId="77777777" w:rsidR="00E9369B" w:rsidRPr="00984668" w:rsidRDefault="001D48B1">
            <w:pPr>
              <w:rPr>
                <w:lang w:val="pl-PL"/>
              </w:rPr>
            </w:pPr>
            <w:r w:rsidRPr="00984668">
              <w:rPr>
                <w:b/>
                <w:sz w:val="18"/>
                <w:lang w:val="pl-PL"/>
              </w:rPr>
              <w:t>Znak sprawy:</w:t>
            </w:r>
          </w:p>
        </w:tc>
        <w:tc>
          <w:tcPr>
            <w:tcW w:w="7370" w:type="dxa"/>
            <w:vAlign w:val="center"/>
          </w:tcPr>
          <w:p w14:paraId="0717321D" w14:textId="1B36D417" w:rsidR="00E9369B" w:rsidRPr="00984668" w:rsidRDefault="001D48B1">
            <w:pPr>
              <w:rPr>
                <w:lang w:val="pl-PL"/>
              </w:rPr>
            </w:pPr>
            <w:r w:rsidRPr="00ED0507">
              <w:rPr>
                <w:sz w:val="18"/>
                <w:lang w:val="pl-PL"/>
              </w:rPr>
              <w:t>AiO.272.1.</w:t>
            </w:r>
            <w:r w:rsidR="001114C3">
              <w:rPr>
                <w:sz w:val="18"/>
                <w:lang w:val="pl-PL"/>
              </w:rPr>
              <w:t>5</w:t>
            </w:r>
            <w:bookmarkStart w:id="0" w:name="_GoBack"/>
            <w:bookmarkEnd w:id="0"/>
            <w:r w:rsidRPr="00ED0507">
              <w:rPr>
                <w:sz w:val="18"/>
                <w:lang w:val="pl-PL"/>
              </w:rPr>
              <w:t>.VI</w:t>
            </w:r>
            <w:r w:rsidR="00ED0507" w:rsidRPr="00ED0507">
              <w:rPr>
                <w:sz w:val="18"/>
                <w:lang w:val="pl-PL"/>
              </w:rPr>
              <w:t>I</w:t>
            </w:r>
            <w:r w:rsidRPr="00ED0507">
              <w:rPr>
                <w:sz w:val="18"/>
                <w:lang w:val="pl-PL"/>
              </w:rPr>
              <w:t>I.2026</w:t>
            </w:r>
          </w:p>
        </w:tc>
      </w:tr>
      <w:tr w:rsidR="00E9369B" w:rsidRPr="001D48B1" w14:paraId="186BA1BD" w14:textId="77777777">
        <w:trPr>
          <w:jc w:val="center"/>
        </w:trPr>
        <w:tc>
          <w:tcPr>
            <w:tcW w:w="1814" w:type="dxa"/>
            <w:vAlign w:val="center"/>
          </w:tcPr>
          <w:p w14:paraId="7726E2C2" w14:textId="77777777" w:rsidR="00E9369B" w:rsidRPr="00984668" w:rsidRDefault="001D48B1">
            <w:pPr>
              <w:rPr>
                <w:lang w:val="pl-PL"/>
              </w:rPr>
            </w:pPr>
            <w:r w:rsidRPr="00984668">
              <w:rPr>
                <w:b/>
                <w:sz w:val="18"/>
                <w:lang w:val="pl-PL"/>
              </w:rPr>
              <w:t>Zamawiający:</w:t>
            </w:r>
          </w:p>
        </w:tc>
        <w:tc>
          <w:tcPr>
            <w:tcW w:w="7370" w:type="dxa"/>
            <w:vAlign w:val="center"/>
          </w:tcPr>
          <w:p w14:paraId="29D62C3B" w14:textId="77777777" w:rsidR="00E9369B" w:rsidRPr="00984668" w:rsidRDefault="001D48B1">
            <w:pPr>
              <w:rPr>
                <w:lang w:val="pl-PL"/>
              </w:rPr>
            </w:pPr>
            <w:r w:rsidRPr="00984668">
              <w:rPr>
                <w:sz w:val="18"/>
                <w:lang w:val="pl-PL"/>
              </w:rPr>
              <w:t>Powiat Tomaszowski, ul. św. Antoniego 41, 97-200 Tomaszów Mazowiecki, NIP 7732321115, REGON 590648451, reprezentowany przez Zespół Szkół Ponadpodstawowych nr 2 im. Stanisława Staszica w Tomaszowie Mazowieckim, ul. św. Antoniego 57/61, 97-200 Tomaszów Mazowiecki.</w:t>
            </w:r>
          </w:p>
        </w:tc>
      </w:tr>
    </w:tbl>
    <w:p w14:paraId="74287C04" w14:textId="77777777" w:rsidR="00E9369B" w:rsidRPr="00984668" w:rsidRDefault="00E9369B">
      <w:pPr>
        <w:rPr>
          <w:lang w:val="pl-PL"/>
        </w:rPr>
      </w:pPr>
    </w:p>
    <w:p w14:paraId="502A93AC" w14:textId="77777777" w:rsidR="00E9369B" w:rsidRPr="00984668" w:rsidRDefault="001D48B1">
      <w:pPr>
        <w:spacing w:before="160" w:after="80"/>
        <w:rPr>
          <w:lang w:val="pl-PL"/>
        </w:rPr>
      </w:pPr>
      <w:r w:rsidRPr="00984668">
        <w:rPr>
          <w:b/>
          <w:sz w:val="22"/>
          <w:lang w:val="pl-PL"/>
        </w:rPr>
        <w:t>I. DANE WYKONAWCY</w:t>
      </w:r>
    </w:p>
    <w:tbl>
      <w:tblPr>
        <w:tblW w:w="0" w:type="auto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3253"/>
        <w:gridCol w:w="5932"/>
      </w:tblGrid>
      <w:tr w:rsidR="00E9369B" w:rsidRPr="00984668" w14:paraId="78A0F11B" w14:textId="77777777" w:rsidTr="00C50A3C">
        <w:tc>
          <w:tcPr>
            <w:tcW w:w="3253" w:type="dxa"/>
            <w:vAlign w:val="center"/>
          </w:tcPr>
          <w:p w14:paraId="0C700ED2" w14:textId="77777777" w:rsidR="00E9369B" w:rsidRPr="00984668" w:rsidRDefault="001D48B1">
            <w:pPr>
              <w:rPr>
                <w:lang w:val="pl-PL"/>
              </w:rPr>
            </w:pPr>
            <w:r w:rsidRPr="00984668">
              <w:rPr>
                <w:b/>
                <w:lang w:val="pl-PL"/>
              </w:rPr>
              <w:t>Nazwa / firma</w:t>
            </w:r>
          </w:p>
        </w:tc>
        <w:tc>
          <w:tcPr>
            <w:tcW w:w="5932" w:type="dxa"/>
            <w:vAlign w:val="center"/>
          </w:tcPr>
          <w:p w14:paraId="41F53FE4" w14:textId="6F58FA59" w:rsidR="00E9369B" w:rsidRPr="00984668" w:rsidRDefault="00E9369B">
            <w:pPr>
              <w:rPr>
                <w:lang w:val="pl-PL"/>
              </w:rPr>
            </w:pPr>
          </w:p>
        </w:tc>
      </w:tr>
      <w:tr w:rsidR="00E9369B" w:rsidRPr="00984668" w14:paraId="7BCFD37C" w14:textId="77777777" w:rsidTr="00C50A3C">
        <w:tc>
          <w:tcPr>
            <w:tcW w:w="3253" w:type="dxa"/>
            <w:vAlign w:val="center"/>
          </w:tcPr>
          <w:p w14:paraId="514E8C7F" w14:textId="77777777" w:rsidR="00E9369B" w:rsidRPr="00984668" w:rsidRDefault="001D48B1">
            <w:pPr>
              <w:rPr>
                <w:lang w:val="pl-PL"/>
              </w:rPr>
            </w:pPr>
            <w:r w:rsidRPr="00984668">
              <w:rPr>
                <w:b/>
                <w:lang w:val="pl-PL"/>
              </w:rPr>
              <w:t>Adres</w:t>
            </w:r>
          </w:p>
        </w:tc>
        <w:tc>
          <w:tcPr>
            <w:tcW w:w="5932" w:type="dxa"/>
            <w:vAlign w:val="center"/>
          </w:tcPr>
          <w:p w14:paraId="4D70CF5C" w14:textId="43892576" w:rsidR="00E9369B" w:rsidRPr="00984668" w:rsidRDefault="00E9369B">
            <w:pPr>
              <w:rPr>
                <w:lang w:val="pl-PL"/>
              </w:rPr>
            </w:pPr>
          </w:p>
        </w:tc>
      </w:tr>
      <w:tr w:rsidR="00E9369B" w:rsidRPr="001D48B1" w14:paraId="63D50B5A" w14:textId="77777777" w:rsidTr="00C50A3C">
        <w:tc>
          <w:tcPr>
            <w:tcW w:w="3253" w:type="dxa"/>
            <w:vAlign w:val="center"/>
          </w:tcPr>
          <w:p w14:paraId="6EF13ECB" w14:textId="77777777" w:rsidR="00E9369B" w:rsidRPr="00984668" w:rsidRDefault="001D48B1">
            <w:pPr>
              <w:rPr>
                <w:lang w:val="pl-PL"/>
              </w:rPr>
            </w:pPr>
            <w:r w:rsidRPr="00984668">
              <w:rPr>
                <w:b/>
                <w:lang w:val="pl-PL"/>
              </w:rPr>
              <w:t>NIP / REGON / KRS lub CEIDG</w:t>
            </w:r>
          </w:p>
        </w:tc>
        <w:tc>
          <w:tcPr>
            <w:tcW w:w="5932" w:type="dxa"/>
            <w:vAlign w:val="center"/>
          </w:tcPr>
          <w:p w14:paraId="3802F09A" w14:textId="7F6F06E4" w:rsidR="00E9369B" w:rsidRPr="00984668" w:rsidRDefault="00E9369B">
            <w:pPr>
              <w:rPr>
                <w:lang w:val="pl-PL"/>
              </w:rPr>
            </w:pPr>
          </w:p>
        </w:tc>
      </w:tr>
    </w:tbl>
    <w:p w14:paraId="79C509E4" w14:textId="77777777" w:rsidR="00984668" w:rsidRPr="00984668" w:rsidRDefault="00984668">
      <w:pPr>
        <w:spacing w:before="160" w:after="80"/>
        <w:rPr>
          <w:b/>
          <w:sz w:val="22"/>
          <w:lang w:val="pl-PL"/>
        </w:rPr>
      </w:pPr>
    </w:p>
    <w:p w14:paraId="7F215981" w14:textId="61684FAA" w:rsidR="00E9369B" w:rsidRPr="00984668" w:rsidRDefault="001D48B1">
      <w:pPr>
        <w:spacing w:before="160" w:after="80"/>
        <w:rPr>
          <w:lang w:val="pl-PL"/>
        </w:rPr>
      </w:pPr>
      <w:r w:rsidRPr="00984668">
        <w:rPr>
          <w:b/>
          <w:sz w:val="22"/>
          <w:lang w:val="pl-PL"/>
        </w:rPr>
        <w:t>II. OŚWIADCZENIE</w:t>
      </w:r>
    </w:p>
    <w:p w14:paraId="3D739396" w14:textId="77777777" w:rsidR="00E9369B" w:rsidRPr="00984668" w:rsidRDefault="001D48B1" w:rsidP="00984668">
      <w:pPr>
        <w:spacing w:after="80" w:line="252" w:lineRule="auto"/>
        <w:jc w:val="both"/>
        <w:rPr>
          <w:lang w:val="pl-PL"/>
        </w:rPr>
      </w:pPr>
      <w:r w:rsidRPr="00984668">
        <w:rPr>
          <w:lang w:val="pl-PL"/>
        </w:rPr>
        <w:t>Działając w imieniu wykonawcy wskazanego powyżej, oświadczam/y, że:</w:t>
      </w:r>
    </w:p>
    <w:p w14:paraId="15F1C6B9" w14:textId="5A22E4AC" w:rsidR="00E9369B" w:rsidRPr="00984668" w:rsidRDefault="001D48B1" w:rsidP="00984668">
      <w:pPr>
        <w:spacing w:after="40"/>
        <w:ind w:left="340" w:hanging="340"/>
        <w:jc w:val="both"/>
        <w:rPr>
          <w:lang w:val="pl-PL"/>
        </w:rPr>
      </w:pPr>
      <w:r w:rsidRPr="00984668">
        <w:rPr>
          <w:lang w:val="pl-PL"/>
        </w:rPr>
        <w:t>1) Wykonawc</w:t>
      </w:r>
      <w:r w:rsidR="00961315">
        <w:rPr>
          <w:lang w:val="pl-PL"/>
        </w:rPr>
        <w:t>a</w:t>
      </w:r>
      <w:r w:rsidRPr="00984668">
        <w:rPr>
          <w:lang w:val="pl-PL"/>
        </w:rPr>
        <w:t xml:space="preserve"> nie podlega wykluczeniu na podstawie art. 7 ust. 1 ustawy z dnia 13 kwietnia 2022 r. o szczególnych rozwiązaniach w zakresie przeciwdziałania wspieraniu agresji na Ukrainę oraz służących ochronie bezpieczeństwa narodowego.</w:t>
      </w:r>
    </w:p>
    <w:p w14:paraId="769EEB27" w14:textId="104B2417" w:rsidR="00E9369B" w:rsidRPr="00984668" w:rsidRDefault="002808B0" w:rsidP="00984668">
      <w:pPr>
        <w:spacing w:after="40"/>
        <w:ind w:left="340" w:hanging="340"/>
        <w:jc w:val="both"/>
        <w:rPr>
          <w:lang w:val="pl-PL"/>
        </w:rPr>
      </w:pPr>
      <w:r>
        <w:rPr>
          <w:lang w:val="pl-PL"/>
        </w:rPr>
        <w:t>2</w:t>
      </w:r>
      <w:r w:rsidR="001D48B1" w:rsidRPr="00984668">
        <w:rPr>
          <w:lang w:val="pl-PL"/>
        </w:rPr>
        <w:t xml:space="preserve">) </w:t>
      </w:r>
      <w:r>
        <w:rPr>
          <w:lang w:val="pl-PL"/>
        </w:rPr>
        <w:t>Z</w:t>
      </w:r>
      <w:r w:rsidR="001D48B1" w:rsidRPr="00984668">
        <w:rPr>
          <w:lang w:val="pl-PL"/>
        </w:rPr>
        <w:t>obowiązujemy się niezwłocznie poinformować Zamawiającego o każdej zmianie okoliczności objętych niniejszym oświadczeniem.</w:t>
      </w:r>
    </w:p>
    <w:p w14:paraId="44A6E358" w14:textId="77777777" w:rsidR="00984668" w:rsidRPr="00984668" w:rsidRDefault="00984668">
      <w:pPr>
        <w:spacing w:after="80" w:line="252" w:lineRule="auto"/>
        <w:rPr>
          <w:i/>
          <w:sz w:val="18"/>
          <w:lang w:val="pl-PL"/>
        </w:rPr>
      </w:pPr>
    </w:p>
    <w:p w14:paraId="47A818A0" w14:textId="77777777" w:rsidR="00984668" w:rsidRPr="00984668" w:rsidRDefault="00984668">
      <w:pPr>
        <w:spacing w:after="80" w:line="252" w:lineRule="auto"/>
        <w:rPr>
          <w:i/>
          <w:sz w:val="18"/>
          <w:lang w:val="pl-PL"/>
        </w:rPr>
      </w:pPr>
    </w:p>
    <w:p w14:paraId="49B03220" w14:textId="516C6D40" w:rsidR="00E9369B" w:rsidRPr="00984668" w:rsidRDefault="001D48B1">
      <w:pPr>
        <w:spacing w:after="80" w:line="252" w:lineRule="auto"/>
        <w:rPr>
          <w:lang w:val="pl-PL"/>
        </w:rPr>
      </w:pPr>
      <w:r w:rsidRPr="00984668">
        <w:rPr>
          <w:i/>
          <w:sz w:val="18"/>
          <w:lang w:val="pl-PL"/>
        </w:rPr>
        <w:t>Dokument należy sporządzić w postaci elektronicznej i opatrzyć kwalifikowanym podpisem elektronicznym, podpisem zaufanym albo podpisem osobistym, zgodnie z wymaganiami SWZ. Miejscowość i data wynikają z podpisu elektronicznego.</w:t>
      </w:r>
    </w:p>
    <w:sectPr w:rsidR="00E9369B" w:rsidRPr="00984668" w:rsidSect="00034616">
      <w:headerReference w:type="default" r:id="rId9"/>
      <w:footerReference w:type="default" r:id="rId10"/>
      <w:pgSz w:w="12240" w:h="15840"/>
      <w:pgMar w:top="850" w:right="1020" w:bottom="850" w:left="1020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CDEC6E" w14:textId="77777777" w:rsidR="00B81DD8" w:rsidRDefault="00B81DD8">
      <w:pPr>
        <w:spacing w:after="0" w:line="240" w:lineRule="auto"/>
      </w:pPr>
      <w:r>
        <w:separator/>
      </w:r>
    </w:p>
  </w:endnote>
  <w:endnote w:type="continuationSeparator" w:id="0">
    <w:p w14:paraId="26C94941" w14:textId="77777777" w:rsidR="00B81DD8" w:rsidRDefault="00B81D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03C69C" w14:textId="77777777" w:rsidR="00E9369B" w:rsidRPr="00984668" w:rsidRDefault="001D48B1">
    <w:pPr>
      <w:pStyle w:val="Stopka"/>
      <w:jc w:val="center"/>
      <w:rPr>
        <w:lang w:val="pl-PL"/>
      </w:rPr>
    </w:pPr>
    <w:r w:rsidRPr="00984668">
      <w:rPr>
        <w:color w:val="5A5A5A"/>
        <w:sz w:val="14"/>
        <w:lang w:val="pl-PL"/>
      </w:rPr>
      <w:t>Projekt współfinansowany ze środków Europejskiego Funduszu Społecznego Plus w ramach programu Fundusze Europejskie dla Łódzkiego 2021-2027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F7266E" w14:textId="77777777" w:rsidR="00B81DD8" w:rsidRDefault="00B81DD8">
      <w:pPr>
        <w:spacing w:after="0" w:line="240" w:lineRule="auto"/>
      </w:pPr>
      <w:r>
        <w:separator/>
      </w:r>
    </w:p>
  </w:footnote>
  <w:footnote w:type="continuationSeparator" w:id="0">
    <w:p w14:paraId="14365C0C" w14:textId="77777777" w:rsidR="00B81DD8" w:rsidRDefault="00B81D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B2A3DA" w14:textId="77777777" w:rsidR="00E9369B" w:rsidRDefault="001D48B1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2DB335BF" wp14:editId="4F21A6F8">
          <wp:extent cx="5760000" cy="78002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y_lodzkie_matche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000" cy="7800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9"/>
  <w:removePersonalInformation/>
  <w:removeDateAndTim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114C3"/>
    <w:rsid w:val="00135B8B"/>
    <w:rsid w:val="0015074B"/>
    <w:rsid w:val="001D48B1"/>
    <w:rsid w:val="002808B0"/>
    <w:rsid w:val="0029639D"/>
    <w:rsid w:val="00326F90"/>
    <w:rsid w:val="003534F1"/>
    <w:rsid w:val="003C6B3C"/>
    <w:rsid w:val="00501A52"/>
    <w:rsid w:val="006C4919"/>
    <w:rsid w:val="006E631B"/>
    <w:rsid w:val="007022B3"/>
    <w:rsid w:val="007E7687"/>
    <w:rsid w:val="008C48FA"/>
    <w:rsid w:val="00957484"/>
    <w:rsid w:val="00961315"/>
    <w:rsid w:val="00984668"/>
    <w:rsid w:val="00A062A9"/>
    <w:rsid w:val="00AA1D8D"/>
    <w:rsid w:val="00AA7280"/>
    <w:rsid w:val="00B47730"/>
    <w:rsid w:val="00B81DD8"/>
    <w:rsid w:val="00C50A3C"/>
    <w:rsid w:val="00CB0664"/>
    <w:rsid w:val="00D86264"/>
    <w:rsid w:val="00DA73E7"/>
    <w:rsid w:val="00E10B1D"/>
    <w:rsid w:val="00E9369B"/>
    <w:rsid w:val="00ED050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C624883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93F"/>
    <w:rPr>
      <w:rFonts w:ascii="Arial" w:eastAsia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111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14C3"/>
    <w:rPr>
      <w:rFonts w:ascii="Tahoma" w:eastAsia="Arial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93F"/>
    <w:rPr>
      <w:rFonts w:ascii="Arial" w:eastAsia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111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14C3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0EF8DE2-08F9-4B85-AEBA-1A3E782D6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1160</Characters>
  <Application>Microsoft Office Word</Application>
  <DocSecurity>0</DocSecurity>
  <Lines>9</Lines>
  <Paragraphs>2</Paragraphs>
  <ScaleCrop>false</ScaleCrop>
  <Manager/>
  <Company/>
  <LinksUpToDate>false</LinksUpToDate>
  <CharactersWithSpaces>1351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2026-07-10T09:03:00Z</dcterms:created>
  <dcterms:modified xsi:type="dcterms:W3CDTF">2026-08-20T07:57:00Z</dcterms:modified>
  <cp:category/>
</cp:coreProperties>
</file>