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5DCC3" w14:textId="77777777" w:rsidR="00844A83" w:rsidRPr="008A5549" w:rsidRDefault="008E12C1">
      <w:pPr>
        <w:jc w:val="right"/>
        <w:rPr>
          <w:lang w:val="pl-PL"/>
        </w:rPr>
      </w:pPr>
      <w:r w:rsidRPr="008A5549">
        <w:rPr>
          <w:b/>
          <w:lang w:val="pl-PL"/>
        </w:rPr>
        <w:t>Załącznik nr 10 do SWZ</w:t>
      </w:r>
    </w:p>
    <w:p w14:paraId="0F72F53E" w14:textId="77777777" w:rsidR="00844A83" w:rsidRPr="008A5549" w:rsidRDefault="008E12C1">
      <w:pPr>
        <w:jc w:val="center"/>
        <w:rPr>
          <w:lang w:val="pl-PL"/>
        </w:rPr>
      </w:pPr>
      <w:r w:rsidRPr="008A5549">
        <w:rPr>
          <w:b/>
          <w:sz w:val="28"/>
          <w:lang w:val="pl-PL"/>
        </w:rPr>
        <w:t>ZOBOWIĄZANIE PODMIOTU UDOSTĘPNIAJĄCEGO ZASOBY</w:t>
      </w:r>
    </w:p>
    <w:p w14:paraId="4836FB2D" w14:textId="77777777" w:rsidR="00844A83" w:rsidRPr="008A5549" w:rsidRDefault="008E12C1">
      <w:pPr>
        <w:jc w:val="center"/>
        <w:rPr>
          <w:lang w:val="pl-PL"/>
        </w:rPr>
      </w:pPr>
      <w:r w:rsidRPr="008A5549">
        <w:rPr>
          <w:i/>
          <w:lang w:val="pl-PL"/>
        </w:rPr>
        <w:t>składane wraz z ofertą, jeżeli Wykonawca polega na zasobach podmiotu trzeciego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844A83" w:rsidRPr="000D573A" w14:paraId="3B443C43" w14:textId="77777777">
        <w:trPr>
          <w:jc w:val="center"/>
        </w:trPr>
        <w:tc>
          <w:tcPr>
            <w:tcW w:w="1814" w:type="dxa"/>
            <w:vAlign w:val="center"/>
          </w:tcPr>
          <w:p w14:paraId="004EDB46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6C3EAB73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844A83" w:rsidRPr="008A5549" w14:paraId="01557C45" w14:textId="77777777">
        <w:trPr>
          <w:jc w:val="center"/>
        </w:trPr>
        <w:tc>
          <w:tcPr>
            <w:tcW w:w="1814" w:type="dxa"/>
            <w:vAlign w:val="center"/>
          </w:tcPr>
          <w:p w14:paraId="43C8A457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03557AD2" w14:textId="716077EB" w:rsidR="00844A83" w:rsidRPr="008A5549" w:rsidRDefault="00D2296C">
            <w:pPr>
              <w:rPr>
                <w:lang w:val="pl-PL"/>
              </w:rPr>
            </w:pPr>
            <w:r>
              <w:rPr>
                <w:sz w:val="18"/>
                <w:lang w:val="pl-PL"/>
              </w:rPr>
              <w:t>AiO.272.1.5</w:t>
            </w:r>
            <w:bookmarkStart w:id="0" w:name="_GoBack"/>
            <w:bookmarkEnd w:id="0"/>
            <w:r w:rsidR="008825C8" w:rsidRPr="009457E1">
              <w:rPr>
                <w:sz w:val="18"/>
                <w:lang w:val="pl-PL"/>
              </w:rPr>
              <w:t>.VIII.2026</w:t>
            </w:r>
          </w:p>
        </w:tc>
      </w:tr>
      <w:tr w:rsidR="00844A83" w:rsidRPr="000D573A" w14:paraId="3DAF97D6" w14:textId="77777777">
        <w:trPr>
          <w:jc w:val="center"/>
        </w:trPr>
        <w:tc>
          <w:tcPr>
            <w:tcW w:w="1814" w:type="dxa"/>
            <w:vAlign w:val="center"/>
          </w:tcPr>
          <w:p w14:paraId="478D1C76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0B89B9F5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1460D08D" w14:textId="77777777" w:rsidR="00844A83" w:rsidRPr="008A5549" w:rsidRDefault="00844A83">
      <w:pPr>
        <w:rPr>
          <w:lang w:val="pl-PL"/>
        </w:rPr>
      </w:pPr>
    </w:p>
    <w:p w14:paraId="612D6299" w14:textId="77777777" w:rsidR="00844A83" w:rsidRPr="008A5549" w:rsidRDefault="008E12C1">
      <w:pPr>
        <w:spacing w:before="160" w:after="80"/>
        <w:rPr>
          <w:lang w:val="pl-PL"/>
        </w:rPr>
      </w:pPr>
      <w:r w:rsidRPr="008A5549">
        <w:rPr>
          <w:b/>
          <w:sz w:val="22"/>
          <w:lang w:val="pl-PL"/>
        </w:rPr>
        <w:t>I. DANE PODMIOTU UDOSTĘPNIAJĄCEGO ZASOBY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844A83" w:rsidRPr="008A5549" w14:paraId="39EC456B" w14:textId="77777777">
        <w:tc>
          <w:tcPr>
            <w:tcW w:w="2835" w:type="dxa"/>
            <w:vAlign w:val="center"/>
          </w:tcPr>
          <w:p w14:paraId="252C7C53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Nazwa / firma podmiotu</w:t>
            </w:r>
          </w:p>
        </w:tc>
        <w:tc>
          <w:tcPr>
            <w:tcW w:w="6350" w:type="dxa"/>
            <w:vAlign w:val="center"/>
          </w:tcPr>
          <w:p w14:paraId="36AA2F7B" w14:textId="01884293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8A5549" w14:paraId="09CD4968" w14:textId="77777777">
        <w:tc>
          <w:tcPr>
            <w:tcW w:w="2835" w:type="dxa"/>
            <w:vAlign w:val="center"/>
          </w:tcPr>
          <w:p w14:paraId="382FFB81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Adres</w:t>
            </w:r>
          </w:p>
        </w:tc>
        <w:tc>
          <w:tcPr>
            <w:tcW w:w="6350" w:type="dxa"/>
            <w:vAlign w:val="center"/>
          </w:tcPr>
          <w:p w14:paraId="23D05157" w14:textId="636EB6AD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5DF96AC4" w14:textId="77777777">
        <w:tc>
          <w:tcPr>
            <w:tcW w:w="2835" w:type="dxa"/>
            <w:vAlign w:val="center"/>
          </w:tcPr>
          <w:p w14:paraId="2385C33F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NIP / REGON / KRS lub CEIDG</w:t>
            </w:r>
          </w:p>
        </w:tc>
        <w:tc>
          <w:tcPr>
            <w:tcW w:w="6350" w:type="dxa"/>
            <w:vAlign w:val="center"/>
          </w:tcPr>
          <w:p w14:paraId="5D9FFEA8" w14:textId="2962EA4F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8A5549" w14:paraId="63D7F4DC" w14:textId="77777777">
        <w:tc>
          <w:tcPr>
            <w:tcW w:w="2835" w:type="dxa"/>
            <w:vAlign w:val="center"/>
          </w:tcPr>
          <w:p w14:paraId="4481C515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Reprezentowany przez</w:t>
            </w:r>
          </w:p>
        </w:tc>
        <w:tc>
          <w:tcPr>
            <w:tcW w:w="6350" w:type="dxa"/>
            <w:vAlign w:val="center"/>
          </w:tcPr>
          <w:p w14:paraId="41729557" w14:textId="52C3A760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60D337B9" w14:textId="77777777">
        <w:tc>
          <w:tcPr>
            <w:tcW w:w="2835" w:type="dxa"/>
            <w:vAlign w:val="center"/>
          </w:tcPr>
          <w:p w14:paraId="6ED975FC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Wykonawca, któremu zasoby są udostępniane</w:t>
            </w:r>
          </w:p>
        </w:tc>
        <w:tc>
          <w:tcPr>
            <w:tcW w:w="6350" w:type="dxa"/>
            <w:vAlign w:val="center"/>
          </w:tcPr>
          <w:p w14:paraId="27902B20" w14:textId="36F8DD13" w:rsidR="00844A83" w:rsidRPr="008A5549" w:rsidRDefault="00844A83">
            <w:pPr>
              <w:rPr>
                <w:lang w:val="pl-PL"/>
              </w:rPr>
            </w:pPr>
          </w:p>
        </w:tc>
      </w:tr>
    </w:tbl>
    <w:p w14:paraId="4DEEA611" w14:textId="77777777" w:rsidR="000D573A" w:rsidRDefault="000D573A">
      <w:pPr>
        <w:spacing w:before="160" w:after="80"/>
        <w:rPr>
          <w:b/>
          <w:sz w:val="22"/>
          <w:lang w:val="pl-PL"/>
        </w:rPr>
      </w:pPr>
    </w:p>
    <w:p w14:paraId="220DB0E4" w14:textId="21B593AA" w:rsidR="00844A83" w:rsidRPr="008A5549" w:rsidRDefault="008E12C1">
      <w:pPr>
        <w:spacing w:before="160" w:after="80"/>
        <w:rPr>
          <w:lang w:val="pl-PL"/>
        </w:rPr>
      </w:pPr>
      <w:r w:rsidRPr="008A5549">
        <w:rPr>
          <w:b/>
          <w:sz w:val="22"/>
          <w:lang w:val="pl-PL"/>
        </w:rPr>
        <w:t>II. ZOBOWIĄZANIE</w:t>
      </w:r>
    </w:p>
    <w:p w14:paraId="0247D7E6" w14:textId="77777777" w:rsidR="00844A83" w:rsidRPr="008A5549" w:rsidRDefault="008E12C1">
      <w:pPr>
        <w:spacing w:after="80" w:line="252" w:lineRule="auto"/>
        <w:rPr>
          <w:lang w:val="pl-PL"/>
        </w:rPr>
      </w:pPr>
      <w:r w:rsidRPr="008A5549">
        <w:rPr>
          <w:lang w:val="pl-PL"/>
        </w:rPr>
        <w:t>Zobowiązuję/</w:t>
      </w:r>
      <w:proofErr w:type="spellStart"/>
      <w:r w:rsidRPr="008A5549">
        <w:rPr>
          <w:lang w:val="pl-PL"/>
        </w:rPr>
        <w:t>emy</w:t>
      </w:r>
      <w:proofErr w:type="spellEnd"/>
      <w:r w:rsidRPr="008A5549">
        <w:rPr>
          <w:lang w:val="pl-PL"/>
        </w:rPr>
        <w:t xml:space="preserve"> się oddać Wykonawcy do dyspozycji niezbędne zasoby na potrzeby realizacji niniejszego zamówienia, w sposób rzeczywisty i zapewniający Wykonawcy możliwość korzystania z nich przy wykonaniu zamówienia.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402"/>
        <w:gridCol w:w="6798"/>
      </w:tblGrid>
      <w:tr w:rsidR="00844A83" w:rsidRPr="008A5549" w14:paraId="53336414" w14:textId="77777777">
        <w:tc>
          <w:tcPr>
            <w:tcW w:w="3402" w:type="dxa"/>
            <w:vAlign w:val="center"/>
          </w:tcPr>
          <w:p w14:paraId="19324775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Zakres udostępnianych zasobów</w:t>
            </w:r>
          </w:p>
        </w:tc>
        <w:tc>
          <w:tcPr>
            <w:tcW w:w="5783" w:type="dxa"/>
            <w:vAlign w:val="center"/>
          </w:tcPr>
          <w:p w14:paraId="38EC1020" w14:textId="0FA9D620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11DFCFF6" w14:textId="77777777">
        <w:tc>
          <w:tcPr>
            <w:tcW w:w="3402" w:type="dxa"/>
            <w:vAlign w:val="center"/>
          </w:tcPr>
          <w:p w14:paraId="759345E7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Warunek udziału, którego dotyczy udostępnienie</w:t>
            </w:r>
          </w:p>
        </w:tc>
        <w:tc>
          <w:tcPr>
            <w:tcW w:w="5783" w:type="dxa"/>
            <w:vAlign w:val="center"/>
          </w:tcPr>
          <w:p w14:paraId="2DEDABAD" w14:textId="1851C04C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6E9B5D3C" w14:textId="77777777">
        <w:tc>
          <w:tcPr>
            <w:tcW w:w="3402" w:type="dxa"/>
            <w:vAlign w:val="center"/>
          </w:tcPr>
          <w:p w14:paraId="5239C81D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Sposób i okres udostępnienia zasobów</w:t>
            </w:r>
          </w:p>
        </w:tc>
        <w:tc>
          <w:tcPr>
            <w:tcW w:w="5783" w:type="dxa"/>
            <w:vAlign w:val="center"/>
          </w:tcPr>
          <w:p w14:paraId="0DBEDFC6" w14:textId="134AE34D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7C40A982" w14:textId="77777777">
        <w:tc>
          <w:tcPr>
            <w:tcW w:w="3402" w:type="dxa"/>
            <w:vAlign w:val="center"/>
          </w:tcPr>
          <w:p w14:paraId="5954AA60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Zakres robót wykonywany osobiście przez podmiot, jeżeli udostępniane jest doświadczenie</w:t>
            </w:r>
          </w:p>
        </w:tc>
        <w:tc>
          <w:tcPr>
            <w:tcW w:w="5783" w:type="dxa"/>
            <w:vAlign w:val="center"/>
          </w:tcPr>
          <w:p w14:paraId="20190E27" w14:textId="3AFEC396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130810FD" w14:textId="77777777">
        <w:tc>
          <w:tcPr>
            <w:tcW w:w="3402" w:type="dxa"/>
            <w:vAlign w:val="center"/>
          </w:tcPr>
          <w:p w14:paraId="57B3DB08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 xml:space="preserve">Wartość albo procentowy udział robót wykonywanych osobiście </w:t>
            </w:r>
            <w:r w:rsidRPr="008A5549">
              <w:rPr>
                <w:b/>
                <w:lang w:val="pl-PL"/>
              </w:rPr>
              <w:lastRenderedPageBreak/>
              <w:t>przez podmiot</w:t>
            </w:r>
          </w:p>
        </w:tc>
        <w:tc>
          <w:tcPr>
            <w:tcW w:w="5783" w:type="dxa"/>
            <w:vAlign w:val="center"/>
          </w:tcPr>
          <w:p w14:paraId="29E6B705" w14:textId="5AA21753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4A5588F2" w14:textId="77777777">
        <w:tc>
          <w:tcPr>
            <w:tcW w:w="3402" w:type="dxa"/>
            <w:vAlign w:val="center"/>
          </w:tcPr>
          <w:p w14:paraId="3780690A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lastRenderedPageBreak/>
              <w:t>Sposób udziału podmiotu w realizacji zamówienia</w:t>
            </w:r>
          </w:p>
        </w:tc>
        <w:tc>
          <w:tcPr>
            <w:tcW w:w="5783" w:type="dxa"/>
            <w:vAlign w:val="center"/>
          </w:tcPr>
          <w:p w14:paraId="544A8823" w14:textId="1765B015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419FA61F" w14:textId="77777777" w:rsidTr="008A5549">
        <w:tblPrEx>
          <w:tblBorders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  <w:insideH w:val="single" w:sz="6" w:space="0" w:color="A6A6A6"/>
            <w:insideV w:val="single" w:sz="6" w:space="0" w:color="A6A6A6"/>
          </w:tblBorders>
        </w:tblPrEx>
        <w:tc>
          <w:tcPr>
            <w:tcW w:w="10200" w:type="dxa"/>
            <w:gridSpan w:val="2"/>
            <w:vAlign w:val="center"/>
          </w:tcPr>
          <w:p w14:paraId="4E738AC6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sz w:val="18"/>
                <w:lang w:val="pl-PL"/>
              </w:rPr>
              <w:t>Zobowiązanie musi być konkretne. Przy udostępnianiu doświadczenia w robotach budowlanych należy wskazać realny zakres robót, który podmiot wykona osobiście, wraz z wartością albo udziałem procentowym. Ogólne deklaracje, np. „doradztwo”, „konsultacje” albo „wsparcie”, mogą być niewystarczające.</w:t>
            </w:r>
          </w:p>
        </w:tc>
      </w:tr>
    </w:tbl>
    <w:p w14:paraId="24B4C516" w14:textId="77777777" w:rsidR="00844A83" w:rsidRPr="008A5549" w:rsidRDefault="00844A83">
      <w:pPr>
        <w:rPr>
          <w:lang w:val="pl-PL"/>
        </w:rPr>
      </w:pPr>
    </w:p>
    <w:p w14:paraId="45F99DF4" w14:textId="77777777" w:rsidR="00844A83" w:rsidRPr="008A5549" w:rsidRDefault="008E12C1">
      <w:pPr>
        <w:spacing w:before="160" w:after="80"/>
        <w:rPr>
          <w:lang w:val="pl-PL"/>
        </w:rPr>
      </w:pPr>
      <w:r w:rsidRPr="008A5549">
        <w:rPr>
          <w:b/>
          <w:sz w:val="22"/>
          <w:lang w:val="pl-PL"/>
        </w:rPr>
        <w:t>III. OŚWIADCZENIA PODMIOTU</w:t>
      </w:r>
    </w:p>
    <w:p w14:paraId="142D85FD" w14:textId="77777777" w:rsidR="00844A83" w:rsidRPr="008A5549" w:rsidRDefault="008E12C1">
      <w:pPr>
        <w:spacing w:after="40"/>
        <w:ind w:left="340" w:hanging="340"/>
        <w:rPr>
          <w:lang w:val="pl-PL"/>
        </w:rPr>
      </w:pPr>
      <w:r w:rsidRPr="008A5549">
        <w:rPr>
          <w:lang w:val="pl-PL"/>
        </w:rPr>
        <w:t>1) Podmiot udostępniający zasoby zobowiązuje się zapewnić Wykonawcy korzystanie z zasobów przez cały okres niezbędny do należytego wykonania zamówienia.</w:t>
      </w:r>
    </w:p>
    <w:p w14:paraId="317A076A" w14:textId="77777777" w:rsidR="00844A83" w:rsidRPr="008A5549" w:rsidRDefault="008E12C1">
      <w:pPr>
        <w:spacing w:after="40"/>
        <w:ind w:left="340" w:hanging="340"/>
        <w:rPr>
          <w:lang w:val="pl-PL"/>
        </w:rPr>
      </w:pPr>
      <w:r w:rsidRPr="008A5549">
        <w:rPr>
          <w:lang w:val="pl-PL"/>
        </w:rPr>
        <w:t>2) Podmiot przyjmuje do wiadomości, że w zakresie, w jakim udostępnia zasoby dotyczące doświadczenia, jest zobowiązany do osobistego wykonania robót, do których te zdolności są wymagane.</w:t>
      </w:r>
    </w:p>
    <w:p w14:paraId="317B3271" w14:textId="71BE7411" w:rsidR="00844A83" w:rsidRPr="008A5549" w:rsidRDefault="008E12C1">
      <w:pPr>
        <w:spacing w:after="40"/>
        <w:ind w:left="340" w:hanging="340"/>
        <w:rPr>
          <w:lang w:val="pl-PL"/>
        </w:rPr>
      </w:pPr>
      <w:r w:rsidRPr="008A5549">
        <w:rPr>
          <w:lang w:val="pl-PL"/>
        </w:rPr>
        <w:t>3) Podmiot przyjmuje solidarną odpowiedzialność z Wykonawcą za szkodę Zamawiającego powstałą wskutek nieudostępnienia zasobów, chyba że za nieudostępnienie nie ponosi winy, zgodnie z art. 120 ustawy Pzp</w:t>
      </w:r>
      <w:r w:rsidR="00846127">
        <w:rPr>
          <w:lang w:val="pl-PL"/>
        </w:rPr>
        <w:t xml:space="preserve"> (</w:t>
      </w:r>
      <w:r w:rsidR="00846127" w:rsidRPr="00846127">
        <w:rPr>
          <w:lang w:val="pl-PL"/>
        </w:rPr>
        <w:t>jeżeli podmiot udostępnia sytuację finansową lub ekonomiczną</w:t>
      </w:r>
      <w:r w:rsidRPr="008A5549">
        <w:rPr>
          <w:lang w:val="pl-PL"/>
        </w:rPr>
        <w:t>.</w:t>
      </w:r>
    </w:p>
    <w:p w14:paraId="73D1ADF5" w14:textId="77777777" w:rsidR="000D573A" w:rsidRDefault="000D573A">
      <w:pPr>
        <w:spacing w:after="80" w:line="252" w:lineRule="auto"/>
        <w:rPr>
          <w:i/>
          <w:sz w:val="18"/>
          <w:lang w:val="pl-PL"/>
        </w:rPr>
      </w:pPr>
    </w:p>
    <w:p w14:paraId="5E4AF716" w14:textId="5765B4B0" w:rsidR="00844A83" w:rsidRPr="008A5549" w:rsidRDefault="008E12C1">
      <w:pPr>
        <w:spacing w:after="80" w:line="252" w:lineRule="auto"/>
        <w:rPr>
          <w:lang w:val="pl-PL"/>
        </w:rPr>
      </w:pPr>
      <w:r w:rsidRPr="008A5549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844A83" w:rsidRPr="008A5549" w:rsidSect="00034616">
      <w:headerReference w:type="default" r:id="rId9"/>
      <w:footerReference w:type="default" r:id="rId10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2B895A" w14:textId="77777777" w:rsidR="00E02009" w:rsidRDefault="00E02009">
      <w:pPr>
        <w:spacing w:after="0" w:line="240" w:lineRule="auto"/>
      </w:pPr>
      <w:r>
        <w:separator/>
      </w:r>
    </w:p>
  </w:endnote>
  <w:endnote w:type="continuationSeparator" w:id="0">
    <w:p w14:paraId="51918494" w14:textId="77777777" w:rsidR="00E02009" w:rsidRDefault="00E0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2DAA8" w14:textId="77777777" w:rsidR="00844A83" w:rsidRPr="008A5549" w:rsidRDefault="008E12C1">
    <w:pPr>
      <w:pStyle w:val="Stopka"/>
      <w:jc w:val="center"/>
      <w:rPr>
        <w:lang w:val="pl-PL"/>
      </w:rPr>
    </w:pPr>
    <w:r w:rsidRPr="008A5549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A1FAE" w14:textId="77777777" w:rsidR="00E02009" w:rsidRDefault="00E02009">
      <w:pPr>
        <w:spacing w:after="0" w:line="240" w:lineRule="auto"/>
      </w:pPr>
      <w:r>
        <w:separator/>
      </w:r>
    </w:p>
  </w:footnote>
  <w:footnote w:type="continuationSeparator" w:id="0">
    <w:p w14:paraId="6F8A8F8D" w14:textId="77777777" w:rsidR="00E02009" w:rsidRDefault="00E02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B8BFA" w14:textId="77777777" w:rsidR="00844A83" w:rsidRDefault="008E12C1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26BD739" wp14:editId="3E2C767C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7681"/>
    <w:rsid w:val="000D573A"/>
    <w:rsid w:val="0015074B"/>
    <w:rsid w:val="001F3EDC"/>
    <w:rsid w:val="001F4750"/>
    <w:rsid w:val="0029639D"/>
    <w:rsid w:val="002B6CFA"/>
    <w:rsid w:val="00326F90"/>
    <w:rsid w:val="004834BA"/>
    <w:rsid w:val="00501A52"/>
    <w:rsid w:val="00503C02"/>
    <w:rsid w:val="006D1175"/>
    <w:rsid w:val="00753873"/>
    <w:rsid w:val="00844A83"/>
    <w:rsid w:val="00846127"/>
    <w:rsid w:val="008825C8"/>
    <w:rsid w:val="008A5549"/>
    <w:rsid w:val="008B57B0"/>
    <w:rsid w:val="008E12C1"/>
    <w:rsid w:val="00AA1D8D"/>
    <w:rsid w:val="00B47730"/>
    <w:rsid w:val="00BE44AF"/>
    <w:rsid w:val="00CB0664"/>
    <w:rsid w:val="00D2296C"/>
    <w:rsid w:val="00D67425"/>
    <w:rsid w:val="00D76F8B"/>
    <w:rsid w:val="00DA73E7"/>
    <w:rsid w:val="00E020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8D7952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D2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96C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D2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96C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917302-6413-4687-9C8E-B3229C3D3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2206</Characters>
  <Application>Microsoft Office Word</Application>
  <DocSecurity>0</DocSecurity>
  <Lines>18</Lines>
  <Paragraphs>5</Paragraphs>
  <ScaleCrop>false</ScaleCrop>
  <Manager/>
  <Company/>
  <LinksUpToDate>false</LinksUpToDate>
  <CharactersWithSpaces>2568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2026-07-10T09:04:00Z</dcterms:created>
  <dcterms:modified xsi:type="dcterms:W3CDTF">2026-08-20T08:02:00Z</dcterms:modified>
  <cp:category/>
</cp:coreProperties>
</file>