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F3BAF" w14:textId="77777777" w:rsidR="005679D8" w:rsidRPr="0045033F" w:rsidRDefault="00FA4C11">
      <w:pPr>
        <w:jc w:val="right"/>
        <w:rPr>
          <w:lang w:val="pl-PL"/>
        </w:rPr>
      </w:pPr>
      <w:r w:rsidRPr="0045033F">
        <w:rPr>
          <w:b/>
          <w:lang w:val="pl-PL"/>
        </w:rPr>
        <w:t>Załącznik nr 9 do SWZ</w:t>
      </w:r>
    </w:p>
    <w:p w14:paraId="4CE15CCC" w14:textId="77777777" w:rsidR="005679D8" w:rsidRPr="0045033F" w:rsidRDefault="00FA4C11">
      <w:pPr>
        <w:jc w:val="center"/>
        <w:rPr>
          <w:lang w:val="pl-PL"/>
        </w:rPr>
      </w:pPr>
      <w:r w:rsidRPr="0045033F">
        <w:rPr>
          <w:b/>
          <w:sz w:val="28"/>
          <w:lang w:val="pl-PL"/>
        </w:rPr>
        <w:t>OŚWIADCZENIE O PRZYNALEŻNOŚCI ALBO BRAKU PRZYNALEŻNOŚCI DO TEJ SAMEJ GRUPY KAPITAŁOWEJ</w:t>
      </w:r>
    </w:p>
    <w:p w14:paraId="7CB1EF19" w14:textId="77777777" w:rsidR="005679D8" w:rsidRPr="0045033F" w:rsidRDefault="00FA4C11">
      <w:pPr>
        <w:jc w:val="center"/>
        <w:rPr>
          <w:lang w:val="pl-PL"/>
        </w:rPr>
      </w:pPr>
      <w:r w:rsidRPr="0045033F">
        <w:rPr>
          <w:i/>
          <w:lang w:val="pl-PL"/>
        </w:rPr>
        <w:t>składane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5679D8" w:rsidRPr="009D37AE" w14:paraId="12C4F9E0" w14:textId="77777777">
        <w:trPr>
          <w:jc w:val="center"/>
        </w:trPr>
        <w:tc>
          <w:tcPr>
            <w:tcW w:w="1814" w:type="dxa"/>
            <w:vAlign w:val="center"/>
          </w:tcPr>
          <w:p w14:paraId="512E8EFD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023051F6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5679D8" w:rsidRPr="0045033F" w14:paraId="4804CE5E" w14:textId="77777777">
        <w:trPr>
          <w:jc w:val="center"/>
        </w:trPr>
        <w:tc>
          <w:tcPr>
            <w:tcW w:w="1814" w:type="dxa"/>
            <w:vAlign w:val="center"/>
          </w:tcPr>
          <w:p w14:paraId="29B2C000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97C7E44" w14:textId="28EE74B8" w:rsidR="005679D8" w:rsidRPr="00195BB0" w:rsidRDefault="00D33AEC">
            <w:pPr>
              <w:rPr>
                <w:highlight w:val="yellow"/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BF6F50" w:rsidRPr="009457E1">
              <w:rPr>
                <w:sz w:val="18"/>
                <w:lang w:val="pl-PL"/>
              </w:rPr>
              <w:t>.VIII.2026</w:t>
            </w:r>
          </w:p>
        </w:tc>
      </w:tr>
      <w:tr w:rsidR="005679D8" w:rsidRPr="009D37AE" w14:paraId="081DD070" w14:textId="77777777">
        <w:trPr>
          <w:jc w:val="center"/>
        </w:trPr>
        <w:tc>
          <w:tcPr>
            <w:tcW w:w="1814" w:type="dxa"/>
            <w:vAlign w:val="center"/>
          </w:tcPr>
          <w:p w14:paraId="7B6DD9EA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404DEA2E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AD21779" w14:textId="77777777" w:rsidR="005679D8" w:rsidRPr="0045033F" w:rsidRDefault="005679D8">
      <w:pPr>
        <w:rPr>
          <w:lang w:val="pl-PL"/>
        </w:rPr>
      </w:pPr>
    </w:p>
    <w:p w14:paraId="68DB8566" w14:textId="77777777" w:rsidR="005679D8" w:rsidRPr="0045033F" w:rsidRDefault="00FA4C11">
      <w:pPr>
        <w:spacing w:before="160" w:after="80"/>
        <w:rPr>
          <w:lang w:val="pl-PL"/>
        </w:rPr>
      </w:pPr>
      <w:r w:rsidRPr="0045033F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5679D8" w:rsidRPr="0045033F" w14:paraId="4A1A9598" w14:textId="77777777">
        <w:tc>
          <w:tcPr>
            <w:tcW w:w="2835" w:type="dxa"/>
            <w:vAlign w:val="center"/>
          </w:tcPr>
          <w:p w14:paraId="4899916A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Nazwa / firma</w:t>
            </w:r>
          </w:p>
        </w:tc>
        <w:tc>
          <w:tcPr>
            <w:tcW w:w="6350" w:type="dxa"/>
            <w:vAlign w:val="center"/>
          </w:tcPr>
          <w:p w14:paraId="466C76E9" w14:textId="3C9F2DEB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1C916539" w14:textId="77777777">
        <w:tc>
          <w:tcPr>
            <w:tcW w:w="2835" w:type="dxa"/>
            <w:vAlign w:val="center"/>
          </w:tcPr>
          <w:p w14:paraId="78E9D6F6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3DE8870A" w14:textId="41B1686A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9D37AE" w14:paraId="1838DBFE" w14:textId="77777777">
        <w:tc>
          <w:tcPr>
            <w:tcW w:w="2835" w:type="dxa"/>
            <w:vAlign w:val="center"/>
          </w:tcPr>
          <w:p w14:paraId="10E50657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3D30E7C9" w14:textId="4DFF8565" w:rsidR="005679D8" w:rsidRPr="0045033F" w:rsidRDefault="005679D8">
            <w:pPr>
              <w:rPr>
                <w:lang w:val="pl-PL"/>
              </w:rPr>
            </w:pPr>
          </w:p>
        </w:tc>
      </w:tr>
    </w:tbl>
    <w:p w14:paraId="011FF505" w14:textId="77777777" w:rsidR="009D37AE" w:rsidRDefault="009D37AE">
      <w:pPr>
        <w:spacing w:before="160" w:after="80"/>
        <w:rPr>
          <w:b/>
          <w:sz w:val="22"/>
          <w:lang w:val="pl-PL"/>
        </w:rPr>
      </w:pPr>
    </w:p>
    <w:p w14:paraId="585C6E2C" w14:textId="6BA3AC90" w:rsidR="005679D8" w:rsidRPr="0045033F" w:rsidRDefault="00FA4C11">
      <w:pPr>
        <w:spacing w:before="160" w:after="80"/>
        <w:rPr>
          <w:lang w:val="pl-PL"/>
        </w:rPr>
      </w:pPr>
      <w:r w:rsidRPr="0045033F">
        <w:rPr>
          <w:b/>
          <w:sz w:val="22"/>
          <w:lang w:val="pl-PL"/>
        </w:rPr>
        <w:t>II. OŚWIADCZENIE</w:t>
      </w:r>
    </w:p>
    <w:p w14:paraId="6CFB7216" w14:textId="77777777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lang w:val="pl-PL"/>
        </w:rPr>
        <w:t xml:space="preserve">W związku z art. 108 ust. 1 pkt 5 ustawy </w:t>
      </w:r>
      <w:proofErr w:type="spellStart"/>
      <w:r w:rsidRPr="0045033F">
        <w:rPr>
          <w:lang w:val="pl-PL"/>
        </w:rPr>
        <w:t>Pzp</w:t>
      </w:r>
      <w:proofErr w:type="spellEnd"/>
      <w:r w:rsidRPr="0045033F">
        <w:rPr>
          <w:lang w:val="pl-PL"/>
        </w:rPr>
        <w:t xml:space="preserve"> oświadczam/y, że Wykonawca:</w:t>
      </w:r>
    </w:p>
    <w:p w14:paraId="0554A99C" w14:textId="78CC62CA" w:rsidR="005679D8" w:rsidRPr="0045033F" w:rsidRDefault="00D33AEC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BB0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FA4C11" w:rsidRPr="0045033F">
        <w:rPr>
          <w:lang w:val="pl-PL"/>
        </w:rPr>
        <w:t xml:space="preserve"> nie należy do tej samej grupy kapitałowej w rozumieniu ustawy o ochronie konkurencji i konsumentów z żadnym innym Wykonawcą, który złożył ofertę w niniejszym postępowaniu;</w:t>
      </w:r>
    </w:p>
    <w:p w14:paraId="1BFB83A4" w14:textId="6F08DF85" w:rsidR="005679D8" w:rsidRPr="0045033F" w:rsidRDefault="00D33AEC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-158251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BB0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FA4C11" w:rsidRPr="0045033F">
        <w:rPr>
          <w:lang w:val="pl-PL"/>
        </w:rPr>
        <w:t xml:space="preserve"> należy do tej samej grupy kapitałowej z następującym Wykonawcą / Wykonawcami, którzy złożyli ofertę w niniejszym postępowaniu: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567"/>
        <w:gridCol w:w="4535"/>
        <w:gridCol w:w="4082"/>
      </w:tblGrid>
      <w:tr w:rsidR="005679D8" w:rsidRPr="009D37AE" w14:paraId="0E164862" w14:textId="77777777" w:rsidTr="0045033F">
        <w:tc>
          <w:tcPr>
            <w:tcW w:w="567" w:type="dxa"/>
            <w:vAlign w:val="center"/>
          </w:tcPr>
          <w:p w14:paraId="1AF5E660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4535" w:type="dxa"/>
            <w:vAlign w:val="center"/>
          </w:tcPr>
          <w:p w14:paraId="6693A267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Nazwa Wykonawcy</w:t>
            </w:r>
          </w:p>
        </w:tc>
        <w:tc>
          <w:tcPr>
            <w:tcW w:w="4082" w:type="dxa"/>
            <w:vAlign w:val="center"/>
          </w:tcPr>
          <w:p w14:paraId="48CA25BB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Wyjaśnienie niezależności przygotowania oferty / załączone dowody</w:t>
            </w:r>
          </w:p>
        </w:tc>
      </w:tr>
      <w:tr w:rsidR="005679D8" w:rsidRPr="0045033F" w14:paraId="406DB105" w14:textId="77777777">
        <w:tc>
          <w:tcPr>
            <w:tcW w:w="567" w:type="dxa"/>
            <w:vAlign w:val="center"/>
          </w:tcPr>
          <w:p w14:paraId="07E39C17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1</w:t>
            </w:r>
          </w:p>
        </w:tc>
        <w:tc>
          <w:tcPr>
            <w:tcW w:w="4535" w:type="dxa"/>
            <w:vAlign w:val="center"/>
          </w:tcPr>
          <w:p w14:paraId="41E7D295" w14:textId="56BC74DE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758668C1" w14:textId="56E628EA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07B867CC" w14:textId="77777777">
        <w:tc>
          <w:tcPr>
            <w:tcW w:w="567" w:type="dxa"/>
            <w:vAlign w:val="center"/>
          </w:tcPr>
          <w:p w14:paraId="4B2CDEDD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2</w:t>
            </w:r>
          </w:p>
        </w:tc>
        <w:tc>
          <w:tcPr>
            <w:tcW w:w="4535" w:type="dxa"/>
            <w:vAlign w:val="center"/>
          </w:tcPr>
          <w:p w14:paraId="136E9A28" w14:textId="1EE9194E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151CAA27" w14:textId="16DC5D04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1D6EB143" w14:textId="77777777">
        <w:tc>
          <w:tcPr>
            <w:tcW w:w="567" w:type="dxa"/>
            <w:vAlign w:val="center"/>
          </w:tcPr>
          <w:p w14:paraId="4872B77A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3</w:t>
            </w:r>
          </w:p>
        </w:tc>
        <w:tc>
          <w:tcPr>
            <w:tcW w:w="4535" w:type="dxa"/>
            <w:vAlign w:val="center"/>
          </w:tcPr>
          <w:p w14:paraId="73F5B043" w14:textId="14FA17D3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3377FE97" w14:textId="6F7C774F" w:rsidR="005679D8" w:rsidRPr="0045033F" w:rsidRDefault="005679D8">
            <w:pPr>
              <w:rPr>
                <w:lang w:val="pl-PL"/>
              </w:rPr>
            </w:pPr>
          </w:p>
        </w:tc>
      </w:tr>
    </w:tbl>
    <w:p w14:paraId="3A9318FA" w14:textId="77777777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lang w:val="pl-PL"/>
        </w:rPr>
        <w:t>W przypadku przynależności do tej samej grupy kapitałowej Wykonawca może przedstawić dokumenty lub informacje potwierdzające przygotowanie oferty niezależnie od innego Wykonawcy należącego do tej samej grupy kapitałowej.</w:t>
      </w:r>
    </w:p>
    <w:p w14:paraId="1F61822A" w14:textId="77777777" w:rsidR="0045033F" w:rsidRPr="0045033F" w:rsidRDefault="0045033F">
      <w:pPr>
        <w:spacing w:after="80" w:line="252" w:lineRule="auto"/>
        <w:rPr>
          <w:i/>
          <w:sz w:val="18"/>
          <w:lang w:val="pl-PL"/>
        </w:rPr>
      </w:pPr>
    </w:p>
    <w:p w14:paraId="38320D28" w14:textId="37A06578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5679D8" w:rsidRPr="0045033F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66458" w14:textId="77777777" w:rsidR="009F3AA4" w:rsidRDefault="009F3AA4">
      <w:pPr>
        <w:spacing w:after="0" w:line="240" w:lineRule="auto"/>
      </w:pPr>
      <w:r>
        <w:separator/>
      </w:r>
    </w:p>
  </w:endnote>
  <w:endnote w:type="continuationSeparator" w:id="0">
    <w:p w14:paraId="44D8D6D1" w14:textId="77777777" w:rsidR="009F3AA4" w:rsidRDefault="009F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EB4B6" w14:textId="77777777" w:rsidR="005679D8" w:rsidRPr="008E0FF9" w:rsidRDefault="00FA4C11">
    <w:pPr>
      <w:pStyle w:val="Stopka"/>
      <w:jc w:val="center"/>
      <w:rPr>
        <w:lang w:val="pl-PL"/>
      </w:rPr>
    </w:pPr>
    <w:r w:rsidRPr="008E0FF9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F8084" w14:textId="77777777" w:rsidR="009F3AA4" w:rsidRDefault="009F3AA4">
      <w:pPr>
        <w:spacing w:after="0" w:line="240" w:lineRule="auto"/>
      </w:pPr>
      <w:r>
        <w:separator/>
      </w:r>
    </w:p>
  </w:footnote>
  <w:footnote w:type="continuationSeparator" w:id="0">
    <w:p w14:paraId="4420CCA3" w14:textId="77777777" w:rsidR="009F3AA4" w:rsidRDefault="009F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FC922" w14:textId="77777777" w:rsidR="005679D8" w:rsidRDefault="00FA4C1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49271F5" wp14:editId="112A9D79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30B"/>
    <w:rsid w:val="0015074B"/>
    <w:rsid w:val="0019192A"/>
    <w:rsid w:val="00195BB0"/>
    <w:rsid w:val="001A146A"/>
    <w:rsid w:val="0029639D"/>
    <w:rsid w:val="00326F90"/>
    <w:rsid w:val="0045033F"/>
    <w:rsid w:val="00501A52"/>
    <w:rsid w:val="00553606"/>
    <w:rsid w:val="005679D8"/>
    <w:rsid w:val="006912B4"/>
    <w:rsid w:val="006F5A9C"/>
    <w:rsid w:val="008E0FF9"/>
    <w:rsid w:val="009D37AE"/>
    <w:rsid w:val="009F3AA4"/>
    <w:rsid w:val="00AA1D8D"/>
    <w:rsid w:val="00B47730"/>
    <w:rsid w:val="00BF6F50"/>
    <w:rsid w:val="00C93A03"/>
    <w:rsid w:val="00CB0664"/>
    <w:rsid w:val="00D33AEC"/>
    <w:rsid w:val="00DA73E7"/>
    <w:rsid w:val="00F81D55"/>
    <w:rsid w:val="00FA4C11"/>
    <w:rsid w:val="00FC693F"/>
    <w:rsid w:val="00F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9AE20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3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AEC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3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AE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6F3AFA-1E6A-4376-8EC2-612F13C8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1450</Characters>
  <Application>Microsoft Office Word</Application>
  <DocSecurity>0</DocSecurity>
  <Lines>12</Lines>
  <Paragraphs>3</Paragraphs>
  <ScaleCrop>false</ScaleCrop>
  <Manager/>
  <Company/>
  <LinksUpToDate>false</LinksUpToDate>
  <CharactersWithSpaces>1688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2026-07-10T09:02:00Z</dcterms:created>
  <dcterms:modified xsi:type="dcterms:W3CDTF">2026-08-20T08:02:00Z</dcterms:modified>
  <cp:category/>
</cp:coreProperties>
</file>