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95C6B" w14:textId="77777777" w:rsidR="00260C1C" w:rsidRPr="00F94B8E" w:rsidRDefault="00442652">
      <w:pPr>
        <w:jc w:val="right"/>
        <w:rPr>
          <w:lang w:val="pl-PL"/>
        </w:rPr>
      </w:pPr>
      <w:r w:rsidRPr="00F94B8E">
        <w:rPr>
          <w:b/>
          <w:lang w:val="pl-PL"/>
        </w:rPr>
        <w:t>Załącznik nr 5 do SWZ</w:t>
      </w:r>
    </w:p>
    <w:p w14:paraId="388B547B" w14:textId="77777777" w:rsidR="00260C1C" w:rsidRPr="00F94B8E" w:rsidRDefault="00442652">
      <w:pPr>
        <w:jc w:val="center"/>
        <w:rPr>
          <w:lang w:val="pl-PL"/>
        </w:rPr>
      </w:pPr>
      <w:r w:rsidRPr="00F94B8E">
        <w:rPr>
          <w:b/>
          <w:sz w:val="28"/>
          <w:lang w:val="pl-PL"/>
        </w:rPr>
        <w:t>WYKAZ OSÓB SKIEROWANYCH DO REALIZACJI ZAMÓWIENIA</w:t>
      </w:r>
    </w:p>
    <w:p w14:paraId="5434C3D4" w14:textId="77777777" w:rsidR="00260C1C" w:rsidRPr="00F94B8E" w:rsidRDefault="00442652">
      <w:pPr>
        <w:jc w:val="center"/>
        <w:rPr>
          <w:lang w:val="pl-PL"/>
        </w:rPr>
      </w:pPr>
      <w:r w:rsidRPr="00F94B8E">
        <w:rPr>
          <w:i/>
          <w:lang w:val="pl-PL"/>
        </w:rPr>
        <w:t>składany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260C1C" w:rsidRPr="00F94B8E" w14:paraId="16DB92B3" w14:textId="77777777">
        <w:trPr>
          <w:jc w:val="center"/>
        </w:trPr>
        <w:tc>
          <w:tcPr>
            <w:tcW w:w="1814" w:type="dxa"/>
            <w:vAlign w:val="center"/>
          </w:tcPr>
          <w:p w14:paraId="0749915B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2C5A14C5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260C1C" w:rsidRPr="00F94B8E" w14:paraId="0F5ECF6B" w14:textId="77777777">
        <w:trPr>
          <w:jc w:val="center"/>
        </w:trPr>
        <w:tc>
          <w:tcPr>
            <w:tcW w:w="1814" w:type="dxa"/>
            <w:vAlign w:val="center"/>
          </w:tcPr>
          <w:p w14:paraId="00979B4C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532D63E9" w14:textId="2D5CD9BC" w:rsidR="00260C1C" w:rsidRPr="00F94B8E" w:rsidRDefault="00C7040D">
            <w:pPr>
              <w:rPr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bookmarkStart w:id="0" w:name="_GoBack"/>
            <w:bookmarkEnd w:id="0"/>
            <w:r w:rsidR="005C52D8" w:rsidRPr="009457E1">
              <w:rPr>
                <w:sz w:val="18"/>
                <w:lang w:val="pl-PL"/>
              </w:rPr>
              <w:t>.VIII.2026</w:t>
            </w:r>
          </w:p>
        </w:tc>
      </w:tr>
      <w:tr w:rsidR="00260C1C" w:rsidRPr="00F94B8E" w14:paraId="5214643B" w14:textId="77777777">
        <w:trPr>
          <w:jc w:val="center"/>
        </w:trPr>
        <w:tc>
          <w:tcPr>
            <w:tcW w:w="1814" w:type="dxa"/>
            <w:vAlign w:val="center"/>
          </w:tcPr>
          <w:p w14:paraId="4347FEC8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3C06205D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355FA1B" w14:textId="77777777" w:rsidR="00260C1C" w:rsidRPr="00F94B8E" w:rsidRDefault="00260C1C">
      <w:pPr>
        <w:rPr>
          <w:lang w:val="pl-PL"/>
        </w:rPr>
      </w:pPr>
    </w:p>
    <w:p w14:paraId="4468D35F" w14:textId="77777777" w:rsidR="00260C1C" w:rsidRPr="00F94B8E" w:rsidRDefault="00442652">
      <w:pPr>
        <w:spacing w:after="80" w:line="252" w:lineRule="auto"/>
        <w:rPr>
          <w:lang w:val="pl-PL"/>
        </w:rPr>
      </w:pPr>
      <w:r w:rsidRPr="00F94B8E">
        <w:rPr>
          <w:lang w:val="pl-PL"/>
        </w:rPr>
        <w:t>Wykonawca wykazuje osoby, którymi dysponuje lub będzie dysponował, w zakresie wymaganym w rozdziale IX SWZ.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566"/>
        <w:gridCol w:w="1867"/>
        <w:gridCol w:w="1755"/>
        <w:gridCol w:w="1868"/>
        <w:gridCol w:w="1755"/>
        <w:gridCol w:w="2373"/>
      </w:tblGrid>
      <w:tr w:rsidR="00260C1C" w:rsidRPr="00F94B8E" w14:paraId="5CBF90BB" w14:textId="77777777" w:rsidTr="00FE3A11">
        <w:tc>
          <w:tcPr>
            <w:tcW w:w="566" w:type="dxa"/>
            <w:vAlign w:val="center"/>
          </w:tcPr>
          <w:p w14:paraId="0481BD34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1867" w:type="dxa"/>
            <w:vAlign w:val="center"/>
          </w:tcPr>
          <w:p w14:paraId="004437A1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Imię i nazwisko</w:t>
            </w:r>
          </w:p>
        </w:tc>
        <w:tc>
          <w:tcPr>
            <w:tcW w:w="1755" w:type="dxa"/>
            <w:vAlign w:val="center"/>
          </w:tcPr>
          <w:p w14:paraId="5416D6C1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Funkcja / zakres czynności</w:t>
            </w:r>
          </w:p>
        </w:tc>
        <w:tc>
          <w:tcPr>
            <w:tcW w:w="1868" w:type="dxa"/>
            <w:vAlign w:val="center"/>
          </w:tcPr>
          <w:p w14:paraId="0B399DF5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Uprawnienia / kwalifikacje</w:t>
            </w:r>
          </w:p>
        </w:tc>
        <w:tc>
          <w:tcPr>
            <w:tcW w:w="1755" w:type="dxa"/>
            <w:vAlign w:val="center"/>
          </w:tcPr>
          <w:p w14:paraId="3C6D7AD3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Podstawa dysponowania</w:t>
            </w:r>
          </w:p>
        </w:tc>
        <w:tc>
          <w:tcPr>
            <w:tcW w:w="2373" w:type="dxa"/>
            <w:vAlign w:val="center"/>
          </w:tcPr>
          <w:p w14:paraId="4F0DBAAE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b/>
                <w:sz w:val="16"/>
                <w:lang w:val="pl-PL"/>
              </w:rPr>
              <w:t>Doświadczenie / uwagi</w:t>
            </w:r>
          </w:p>
        </w:tc>
      </w:tr>
      <w:tr w:rsidR="00260C1C" w:rsidRPr="00F94B8E" w14:paraId="5BCE0653" w14:textId="77777777" w:rsidTr="00FE3A11">
        <w:tc>
          <w:tcPr>
            <w:tcW w:w="566" w:type="dxa"/>
            <w:vAlign w:val="center"/>
          </w:tcPr>
          <w:p w14:paraId="3C2048E0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sz w:val="16"/>
                <w:lang w:val="pl-PL"/>
              </w:rPr>
              <w:t>1</w:t>
            </w:r>
          </w:p>
        </w:tc>
        <w:tc>
          <w:tcPr>
            <w:tcW w:w="1867" w:type="dxa"/>
            <w:vAlign w:val="center"/>
          </w:tcPr>
          <w:p w14:paraId="3D988547" w14:textId="6BDDF036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1F3DCEB6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6"/>
                <w:lang w:val="pl-PL"/>
              </w:rPr>
              <w:t>Kierownik budowy albo kierownik robót - specjalność konstrukcyjno-budowlana</w:t>
            </w:r>
          </w:p>
        </w:tc>
        <w:tc>
          <w:tcPr>
            <w:tcW w:w="1868" w:type="dxa"/>
            <w:vAlign w:val="center"/>
          </w:tcPr>
          <w:p w14:paraId="212FCE65" w14:textId="05B01210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420DCDF6" w14:textId="329E8063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2373" w:type="dxa"/>
            <w:vAlign w:val="center"/>
          </w:tcPr>
          <w:p w14:paraId="26A324F8" w14:textId="01083323" w:rsidR="00260C1C" w:rsidRPr="00F94B8E" w:rsidRDefault="00260C1C">
            <w:pPr>
              <w:rPr>
                <w:lang w:val="pl-PL"/>
              </w:rPr>
            </w:pPr>
          </w:p>
        </w:tc>
      </w:tr>
      <w:tr w:rsidR="00260C1C" w:rsidRPr="00F94B8E" w14:paraId="52572815" w14:textId="77777777" w:rsidTr="00FE3A11">
        <w:tc>
          <w:tcPr>
            <w:tcW w:w="566" w:type="dxa"/>
            <w:vAlign w:val="center"/>
          </w:tcPr>
          <w:p w14:paraId="09D57BE4" w14:textId="77777777" w:rsidR="00260C1C" w:rsidRPr="00F94B8E" w:rsidRDefault="00442652">
            <w:pPr>
              <w:jc w:val="center"/>
              <w:rPr>
                <w:lang w:val="pl-PL"/>
              </w:rPr>
            </w:pPr>
            <w:r w:rsidRPr="00F94B8E">
              <w:rPr>
                <w:sz w:val="16"/>
                <w:lang w:val="pl-PL"/>
              </w:rPr>
              <w:t>2</w:t>
            </w:r>
          </w:p>
        </w:tc>
        <w:tc>
          <w:tcPr>
            <w:tcW w:w="1867" w:type="dxa"/>
            <w:vAlign w:val="center"/>
          </w:tcPr>
          <w:p w14:paraId="5DFE9638" w14:textId="3C554127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0AD5CB9F" w14:textId="20CA4D62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868" w:type="dxa"/>
            <w:vAlign w:val="center"/>
          </w:tcPr>
          <w:p w14:paraId="46F14E1B" w14:textId="28A1384E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1755" w:type="dxa"/>
            <w:vAlign w:val="center"/>
          </w:tcPr>
          <w:p w14:paraId="324E3641" w14:textId="0FAE312D" w:rsidR="00260C1C" w:rsidRPr="00F94B8E" w:rsidRDefault="00260C1C">
            <w:pPr>
              <w:rPr>
                <w:lang w:val="pl-PL"/>
              </w:rPr>
            </w:pPr>
          </w:p>
        </w:tc>
        <w:tc>
          <w:tcPr>
            <w:tcW w:w="2373" w:type="dxa"/>
            <w:vAlign w:val="center"/>
          </w:tcPr>
          <w:p w14:paraId="7D842A49" w14:textId="4EB1A25A" w:rsidR="00260C1C" w:rsidRPr="00F94B8E" w:rsidRDefault="00260C1C">
            <w:pPr>
              <w:rPr>
                <w:lang w:val="pl-PL"/>
              </w:rPr>
            </w:pPr>
          </w:p>
        </w:tc>
      </w:tr>
      <w:tr w:rsidR="00260C1C" w:rsidRPr="00F94B8E" w14:paraId="051D043C" w14:textId="77777777" w:rsidTr="00FE3A11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184" w:type="dxa"/>
            <w:gridSpan w:val="6"/>
            <w:vAlign w:val="center"/>
          </w:tcPr>
          <w:p w14:paraId="3E595BA1" w14:textId="77777777" w:rsidR="00260C1C" w:rsidRPr="00F94B8E" w:rsidRDefault="00442652">
            <w:pPr>
              <w:rPr>
                <w:lang w:val="pl-PL"/>
              </w:rPr>
            </w:pPr>
            <w:r w:rsidRPr="00F94B8E">
              <w:rPr>
                <w:sz w:val="18"/>
                <w:lang w:val="pl-PL"/>
              </w:rPr>
              <w:t>Minimalnie należy wykazać co najmniej jedną osobę pełniącą funkcję kierownika budowy albo kierownika robót, posiadającą uprawnienia budowlane w specjalności konstrukcyjno-budowlanej w zakresie umożliwiającym kierowanie robotami objętymi zamówieniem. Zamawiający dopuszcza łączenie funkcji, jeżeli osoba posiada wymagane uprawnienia.</w:t>
            </w:r>
          </w:p>
        </w:tc>
      </w:tr>
    </w:tbl>
    <w:p w14:paraId="453835FB" w14:textId="77777777" w:rsidR="00260C1C" w:rsidRPr="00F94B8E" w:rsidRDefault="00260C1C">
      <w:pPr>
        <w:rPr>
          <w:lang w:val="pl-PL"/>
        </w:rPr>
      </w:pPr>
    </w:p>
    <w:p w14:paraId="187BC344" w14:textId="77777777" w:rsidR="00260C1C" w:rsidRPr="00F94B8E" w:rsidRDefault="00442652">
      <w:pPr>
        <w:spacing w:after="80" w:line="252" w:lineRule="auto"/>
        <w:rPr>
          <w:lang w:val="pl-PL"/>
        </w:rPr>
      </w:pPr>
      <w:r w:rsidRPr="00F94B8E">
        <w:rPr>
          <w:lang w:val="pl-PL"/>
        </w:rPr>
        <w:t>Oświadczam/y, że osoby wskazane w wykazie będą uczestniczyć w realizacji zamówienia oraz posiadają wymagane kwalifikacje, uprawnienia i podstawę dysponowania.</w:t>
      </w:r>
    </w:p>
    <w:p w14:paraId="5EFEBC73" w14:textId="77777777" w:rsidR="00260C1C" w:rsidRPr="00F94B8E" w:rsidRDefault="00442652">
      <w:pPr>
        <w:spacing w:after="80" w:line="252" w:lineRule="auto"/>
        <w:rPr>
          <w:lang w:val="pl-PL"/>
        </w:rPr>
      </w:pPr>
      <w:r w:rsidRPr="00F94B8E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260C1C" w:rsidRPr="00F94B8E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FA78F" w14:textId="77777777" w:rsidR="004E7128" w:rsidRDefault="004E7128">
      <w:pPr>
        <w:spacing w:after="0" w:line="240" w:lineRule="auto"/>
      </w:pPr>
      <w:r>
        <w:separator/>
      </w:r>
    </w:p>
  </w:endnote>
  <w:endnote w:type="continuationSeparator" w:id="0">
    <w:p w14:paraId="4044A4C0" w14:textId="77777777" w:rsidR="004E7128" w:rsidRDefault="004E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61A2B" w14:textId="77777777" w:rsidR="00260C1C" w:rsidRPr="00F94B8E" w:rsidRDefault="00442652">
    <w:pPr>
      <w:pStyle w:val="Stopka"/>
      <w:jc w:val="center"/>
      <w:rPr>
        <w:lang w:val="pl-PL"/>
      </w:rPr>
    </w:pPr>
    <w:r w:rsidRPr="00F94B8E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F872D" w14:textId="77777777" w:rsidR="004E7128" w:rsidRDefault="004E7128">
      <w:pPr>
        <w:spacing w:after="0" w:line="240" w:lineRule="auto"/>
      </w:pPr>
      <w:r>
        <w:separator/>
      </w:r>
    </w:p>
  </w:footnote>
  <w:footnote w:type="continuationSeparator" w:id="0">
    <w:p w14:paraId="4AE113D4" w14:textId="77777777" w:rsidR="004E7128" w:rsidRDefault="004E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2FDBA" w14:textId="77777777" w:rsidR="00260C1C" w:rsidRDefault="00442652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F461EAE" wp14:editId="1013AE30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1FC1"/>
    <w:rsid w:val="001C1311"/>
    <w:rsid w:val="00260C1C"/>
    <w:rsid w:val="0029639D"/>
    <w:rsid w:val="00326F90"/>
    <w:rsid w:val="003C14CC"/>
    <w:rsid w:val="00442652"/>
    <w:rsid w:val="004E7128"/>
    <w:rsid w:val="00501A52"/>
    <w:rsid w:val="005C52D8"/>
    <w:rsid w:val="006F7D7F"/>
    <w:rsid w:val="00A74E83"/>
    <w:rsid w:val="00AA1D8D"/>
    <w:rsid w:val="00AD6100"/>
    <w:rsid w:val="00B47730"/>
    <w:rsid w:val="00C7040D"/>
    <w:rsid w:val="00C9285A"/>
    <w:rsid w:val="00CB0664"/>
    <w:rsid w:val="00DA73E7"/>
    <w:rsid w:val="00F12B2C"/>
    <w:rsid w:val="00F94B8E"/>
    <w:rsid w:val="00FC693F"/>
    <w:rsid w:val="00FE3A11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558DF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7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40D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7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40D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31CD69-F727-4424-93E0-97E17617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1433</Characters>
  <Application>Microsoft Office Word</Application>
  <DocSecurity>0</DocSecurity>
  <Lines>11</Lines>
  <Paragraphs>3</Paragraphs>
  <ScaleCrop>false</ScaleCrop>
  <Manager/>
  <Company/>
  <LinksUpToDate>false</LinksUpToDate>
  <CharactersWithSpaces>1668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2026-07-10T09:02:00Z</dcterms:created>
  <dcterms:modified xsi:type="dcterms:W3CDTF">2026-08-20T08:01:00Z</dcterms:modified>
  <cp:category/>
</cp:coreProperties>
</file>