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4C6EC" w14:textId="77777777" w:rsidR="00A73CBC" w:rsidRPr="00956D7D" w:rsidRDefault="00000000">
      <w:pPr>
        <w:spacing w:after="60"/>
        <w:jc w:val="right"/>
        <w:rPr>
          <w:lang w:val="pl-PL"/>
        </w:rPr>
      </w:pPr>
      <w:r w:rsidRPr="00956D7D">
        <w:rPr>
          <w:b/>
          <w:lang w:val="pl-PL"/>
        </w:rPr>
        <w:t>ZAŁĄCZNIK NR 6 DO SWZ</w:t>
      </w:r>
    </w:p>
    <w:p w14:paraId="048DC9EB" w14:textId="77777777" w:rsidR="004471DA" w:rsidRDefault="004471DA">
      <w:pPr>
        <w:spacing w:before="120" w:after="60"/>
        <w:jc w:val="center"/>
        <w:rPr>
          <w:b/>
          <w:sz w:val="28"/>
          <w:lang w:val="pl-PL"/>
        </w:rPr>
      </w:pPr>
    </w:p>
    <w:p w14:paraId="24D045DF" w14:textId="4674A940" w:rsidR="00A73CBC" w:rsidRDefault="00000000">
      <w:pPr>
        <w:spacing w:before="120" w:after="60"/>
        <w:jc w:val="center"/>
        <w:rPr>
          <w:b/>
          <w:sz w:val="28"/>
          <w:lang w:val="pl-PL"/>
        </w:rPr>
      </w:pPr>
      <w:r w:rsidRPr="00956D7D">
        <w:rPr>
          <w:b/>
          <w:sz w:val="28"/>
          <w:lang w:val="pl-PL"/>
        </w:rPr>
        <w:t>OŚWIADCZENIE DOTYCZĄCE GRUPY KAPITAŁOWEJ</w:t>
      </w:r>
    </w:p>
    <w:p w14:paraId="4EB8D8A2" w14:textId="77777777" w:rsidR="004471DA" w:rsidRPr="00956D7D" w:rsidRDefault="004471DA">
      <w:pPr>
        <w:spacing w:before="120" w:after="60"/>
        <w:jc w:val="center"/>
        <w:rPr>
          <w:lang w:val="pl-PL"/>
        </w:rPr>
      </w:pPr>
    </w:p>
    <w:p w14:paraId="65154943" w14:textId="77777777" w:rsidR="00A73CBC" w:rsidRPr="00956D7D" w:rsidRDefault="00000000">
      <w:pPr>
        <w:spacing w:after="160"/>
        <w:jc w:val="center"/>
        <w:rPr>
          <w:lang w:val="pl-PL"/>
        </w:rPr>
      </w:pPr>
      <w:r w:rsidRPr="00956D7D">
        <w:rPr>
          <w:b/>
          <w:sz w:val="19"/>
          <w:lang w:val="pl-PL"/>
        </w:rPr>
        <w:t>„Budowa budynku socjalno-magazynowego z częścią biurową wraz z infrastrukturą techniczną i zagospodarowaniem terenu, w tym budową miejsc postojowych na działce 2654 w Gorzowie Wlkp. – ETAP II”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00"/>
        <w:gridCol w:w="5100"/>
      </w:tblGrid>
      <w:tr w:rsidR="00A73CBC" w:rsidRPr="00956D7D" w14:paraId="4B4396DE" w14:textId="77777777">
        <w:trPr>
          <w:jc w:val="center"/>
        </w:trPr>
        <w:tc>
          <w:tcPr>
            <w:tcW w:w="5100" w:type="dxa"/>
            <w:vAlign w:val="center"/>
          </w:tcPr>
          <w:p w14:paraId="7CA87397" w14:textId="77777777" w:rsidR="00A73CBC" w:rsidRPr="00956D7D" w:rsidRDefault="00000000">
            <w:pPr>
              <w:spacing w:after="0"/>
              <w:rPr>
                <w:lang w:val="pl-PL"/>
              </w:rPr>
            </w:pPr>
            <w:r w:rsidRPr="00956D7D">
              <w:rPr>
                <w:b/>
                <w:sz w:val="19"/>
                <w:lang w:val="pl-PL"/>
              </w:rPr>
              <w:t>Wykonawca – pełna nazwa / firma</w:t>
            </w:r>
          </w:p>
        </w:tc>
        <w:tc>
          <w:tcPr>
            <w:tcW w:w="5100" w:type="dxa"/>
            <w:vAlign w:val="center"/>
          </w:tcPr>
          <w:p w14:paraId="65676968" w14:textId="77777777" w:rsidR="00A73CBC" w:rsidRPr="00956D7D" w:rsidRDefault="00000000">
            <w:pPr>
              <w:spacing w:after="0"/>
              <w:rPr>
                <w:lang w:val="pl-PL"/>
              </w:rPr>
            </w:pPr>
            <w:r w:rsidRPr="00956D7D">
              <w:rPr>
                <w:sz w:val="19"/>
                <w:lang w:val="pl-PL"/>
              </w:rPr>
              <w:t>……………………………………………………………………………………………………………………</w:t>
            </w:r>
          </w:p>
        </w:tc>
      </w:tr>
      <w:tr w:rsidR="00A73CBC" w:rsidRPr="00956D7D" w14:paraId="7099C0DC" w14:textId="77777777">
        <w:trPr>
          <w:jc w:val="center"/>
        </w:trPr>
        <w:tc>
          <w:tcPr>
            <w:tcW w:w="5100" w:type="dxa"/>
            <w:vAlign w:val="center"/>
          </w:tcPr>
          <w:p w14:paraId="7AFFA58D" w14:textId="77777777" w:rsidR="00A73CBC" w:rsidRPr="00956D7D" w:rsidRDefault="00000000">
            <w:pPr>
              <w:spacing w:after="0"/>
              <w:rPr>
                <w:lang w:val="pl-PL"/>
              </w:rPr>
            </w:pPr>
            <w:r w:rsidRPr="00956D7D">
              <w:rPr>
                <w:b/>
                <w:sz w:val="19"/>
                <w:lang w:val="pl-PL"/>
              </w:rPr>
              <w:t>Adres / siedziba</w:t>
            </w:r>
          </w:p>
        </w:tc>
        <w:tc>
          <w:tcPr>
            <w:tcW w:w="5100" w:type="dxa"/>
            <w:vAlign w:val="center"/>
          </w:tcPr>
          <w:p w14:paraId="3C7F096F" w14:textId="77777777" w:rsidR="00A73CBC" w:rsidRPr="00956D7D" w:rsidRDefault="00000000">
            <w:pPr>
              <w:spacing w:after="0"/>
              <w:rPr>
                <w:lang w:val="pl-PL"/>
              </w:rPr>
            </w:pPr>
            <w:r w:rsidRPr="00956D7D">
              <w:rPr>
                <w:sz w:val="19"/>
                <w:lang w:val="pl-PL"/>
              </w:rPr>
              <w:t>……………………………………………………………………………………………………………………</w:t>
            </w:r>
          </w:p>
        </w:tc>
      </w:tr>
      <w:tr w:rsidR="00A73CBC" w:rsidRPr="00956D7D" w14:paraId="4883909C" w14:textId="77777777">
        <w:trPr>
          <w:jc w:val="center"/>
        </w:trPr>
        <w:tc>
          <w:tcPr>
            <w:tcW w:w="5100" w:type="dxa"/>
            <w:vAlign w:val="center"/>
          </w:tcPr>
          <w:p w14:paraId="5588BA72" w14:textId="77777777" w:rsidR="00A73CBC" w:rsidRPr="00956D7D" w:rsidRDefault="00000000">
            <w:pPr>
              <w:spacing w:after="0"/>
              <w:rPr>
                <w:lang w:val="pl-PL"/>
              </w:rPr>
            </w:pPr>
            <w:r w:rsidRPr="00956D7D">
              <w:rPr>
                <w:b/>
                <w:sz w:val="19"/>
                <w:lang w:val="pl-PL"/>
              </w:rPr>
              <w:t>NIP / PESEL; KRS / CEIDG – stosownie do podmiotu</w:t>
            </w:r>
          </w:p>
        </w:tc>
        <w:tc>
          <w:tcPr>
            <w:tcW w:w="5100" w:type="dxa"/>
            <w:vAlign w:val="center"/>
          </w:tcPr>
          <w:p w14:paraId="79659149" w14:textId="77777777" w:rsidR="00A73CBC" w:rsidRPr="00956D7D" w:rsidRDefault="00000000">
            <w:pPr>
              <w:spacing w:after="0"/>
              <w:rPr>
                <w:lang w:val="pl-PL"/>
              </w:rPr>
            </w:pPr>
            <w:r w:rsidRPr="00956D7D">
              <w:rPr>
                <w:sz w:val="19"/>
                <w:lang w:val="pl-PL"/>
              </w:rPr>
              <w:t>……………………………………………………………………………………………………………………</w:t>
            </w:r>
          </w:p>
        </w:tc>
      </w:tr>
      <w:tr w:rsidR="00A73CBC" w:rsidRPr="00956D7D" w14:paraId="7E4804BA" w14:textId="77777777">
        <w:trPr>
          <w:jc w:val="center"/>
        </w:trPr>
        <w:tc>
          <w:tcPr>
            <w:tcW w:w="5100" w:type="dxa"/>
            <w:vAlign w:val="center"/>
          </w:tcPr>
          <w:p w14:paraId="7A4F8A82" w14:textId="77777777" w:rsidR="00A73CBC" w:rsidRPr="00956D7D" w:rsidRDefault="00000000">
            <w:pPr>
              <w:spacing w:after="0"/>
              <w:rPr>
                <w:lang w:val="pl-PL"/>
              </w:rPr>
            </w:pPr>
            <w:r w:rsidRPr="00956D7D">
              <w:rPr>
                <w:b/>
                <w:sz w:val="19"/>
                <w:lang w:val="pl-PL"/>
              </w:rPr>
              <w:t>Osoba reprezentująca / podstawa umocowania</w:t>
            </w:r>
          </w:p>
        </w:tc>
        <w:tc>
          <w:tcPr>
            <w:tcW w:w="5100" w:type="dxa"/>
            <w:vAlign w:val="center"/>
          </w:tcPr>
          <w:p w14:paraId="58819543" w14:textId="77777777" w:rsidR="00A73CBC" w:rsidRPr="00956D7D" w:rsidRDefault="00000000">
            <w:pPr>
              <w:spacing w:after="0"/>
              <w:rPr>
                <w:lang w:val="pl-PL"/>
              </w:rPr>
            </w:pPr>
            <w:r w:rsidRPr="00956D7D">
              <w:rPr>
                <w:sz w:val="19"/>
                <w:lang w:val="pl-PL"/>
              </w:rPr>
              <w:t>……………………………………………………………………………………………………………………</w:t>
            </w:r>
          </w:p>
        </w:tc>
      </w:tr>
    </w:tbl>
    <w:p w14:paraId="2BEA4829" w14:textId="77777777" w:rsidR="00A73CBC" w:rsidRPr="00956D7D" w:rsidRDefault="00000000">
      <w:pPr>
        <w:spacing w:after="60"/>
        <w:rPr>
          <w:lang w:val="pl-PL"/>
        </w:rPr>
      </w:pPr>
      <w:r w:rsidRPr="00956D7D">
        <w:rPr>
          <w:i/>
          <w:sz w:val="19"/>
          <w:lang w:val="pl-PL"/>
        </w:rPr>
        <w:t xml:space="preserve">Oświadczenie dotyczące przesłanki z art. 108 ust. 1 pkt 5 ustawy </w:t>
      </w:r>
      <w:proofErr w:type="spellStart"/>
      <w:r w:rsidRPr="00956D7D">
        <w:rPr>
          <w:i/>
          <w:sz w:val="19"/>
          <w:lang w:val="pl-PL"/>
        </w:rPr>
        <w:t>Pzp</w:t>
      </w:r>
      <w:proofErr w:type="spellEnd"/>
      <w:r w:rsidRPr="00956D7D">
        <w:rPr>
          <w:i/>
          <w:sz w:val="19"/>
          <w:lang w:val="pl-PL"/>
        </w:rPr>
        <w:t>, składane zgodnie z Rozdziałem XX SWZ, jeżeli w postępowaniu złożono co najmniej dwie oferty.</w:t>
      </w:r>
    </w:p>
    <w:p w14:paraId="55DF18A5" w14:textId="77777777" w:rsidR="00A73CBC" w:rsidRPr="00956D7D" w:rsidRDefault="00000000">
      <w:pPr>
        <w:spacing w:after="40"/>
        <w:ind w:left="283"/>
        <w:rPr>
          <w:lang w:val="pl-PL"/>
        </w:rPr>
      </w:pPr>
      <w:proofErr w:type="gramStart"/>
      <w:r w:rsidRPr="00956D7D">
        <w:rPr>
          <w:sz w:val="20"/>
          <w:lang w:val="pl-PL"/>
        </w:rPr>
        <w:t>[ ]</w:t>
      </w:r>
      <w:proofErr w:type="gramEnd"/>
      <w:r w:rsidRPr="00956D7D">
        <w:rPr>
          <w:sz w:val="20"/>
          <w:lang w:val="pl-PL"/>
        </w:rPr>
        <w:t xml:space="preserve"> Oświadczam, że nie należę do tej samej grupy kapitałowej, w rozumieniu ustawy z dnia 16 lutego 2007 r. o ochronie konkurencji i konsumentów (</w:t>
      </w:r>
      <w:proofErr w:type="spellStart"/>
      <w:r w:rsidRPr="00956D7D">
        <w:rPr>
          <w:sz w:val="20"/>
          <w:lang w:val="pl-PL"/>
        </w:rPr>
        <w:t>t.j</w:t>
      </w:r>
      <w:proofErr w:type="spellEnd"/>
      <w:r w:rsidRPr="00956D7D">
        <w:rPr>
          <w:sz w:val="20"/>
          <w:lang w:val="pl-PL"/>
        </w:rPr>
        <w:t xml:space="preserve">. Dz.U. z 2025 r. poz. 1714 z </w:t>
      </w:r>
      <w:proofErr w:type="spellStart"/>
      <w:r w:rsidRPr="00956D7D">
        <w:rPr>
          <w:sz w:val="20"/>
          <w:lang w:val="pl-PL"/>
        </w:rPr>
        <w:t>późn</w:t>
      </w:r>
      <w:proofErr w:type="spellEnd"/>
      <w:r w:rsidRPr="00956D7D">
        <w:rPr>
          <w:sz w:val="20"/>
          <w:lang w:val="pl-PL"/>
        </w:rPr>
        <w:t>. zm.), z innym Wykonawcą, który złożył odrębną ofertę w niniejszym postępowaniu.</w:t>
      </w:r>
    </w:p>
    <w:p w14:paraId="6AC16448" w14:textId="77777777" w:rsidR="00A73CBC" w:rsidRPr="00956D7D" w:rsidRDefault="00000000">
      <w:pPr>
        <w:spacing w:after="40"/>
        <w:ind w:left="283"/>
        <w:rPr>
          <w:lang w:val="pl-PL"/>
        </w:rPr>
      </w:pPr>
      <w:proofErr w:type="gramStart"/>
      <w:r w:rsidRPr="00956D7D">
        <w:rPr>
          <w:sz w:val="20"/>
          <w:lang w:val="pl-PL"/>
        </w:rPr>
        <w:t>[ ]</w:t>
      </w:r>
      <w:proofErr w:type="gramEnd"/>
      <w:r w:rsidRPr="00956D7D">
        <w:rPr>
          <w:sz w:val="20"/>
          <w:lang w:val="pl-PL"/>
        </w:rPr>
        <w:t xml:space="preserve"> Oświadczam, że należę do tej samej grupy kapitałowej co niżej wskazany Wykonawca / Wykonawcy, którzy złożyli odrębne oferty w niniejszym postępowaniu:</w:t>
      </w:r>
    </w:p>
    <w:p w14:paraId="1830FF0B" w14:textId="77777777" w:rsidR="00A73CBC" w:rsidRPr="00956D7D" w:rsidRDefault="00000000">
      <w:pPr>
        <w:spacing w:after="60"/>
        <w:ind w:left="283"/>
        <w:rPr>
          <w:lang w:val="pl-PL"/>
        </w:rPr>
      </w:pPr>
      <w:r w:rsidRPr="00956D7D">
        <w:rPr>
          <w:sz w:val="19"/>
          <w:lang w:val="pl-PL"/>
        </w:rPr>
        <w:t>……………………………………………………………………………………………………………………………………………………</w:t>
      </w:r>
    </w:p>
    <w:p w14:paraId="2AB4F727" w14:textId="77777777" w:rsidR="00A73CBC" w:rsidRPr="00956D7D" w:rsidRDefault="00000000">
      <w:pPr>
        <w:spacing w:after="60"/>
        <w:rPr>
          <w:lang w:val="pl-PL"/>
        </w:rPr>
      </w:pPr>
      <w:r w:rsidRPr="00956D7D">
        <w:rPr>
          <w:sz w:val="19"/>
          <w:lang w:val="pl-PL"/>
        </w:rPr>
        <w:t>W przypadku zaznaczenia drugiej opcji załączam dokumenty lub informacje potwierdzające przygotowanie oferty niezależnie od innego Wykonawcy należącego do tej samej grupy kapitałowej.</w:t>
      </w:r>
    </w:p>
    <w:p w14:paraId="7B7A68CF" w14:textId="77777777" w:rsidR="00A73CBC" w:rsidRPr="00956D7D" w:rsidRDefault="00000000">
      <w:pPr>
        <w:spacing w:after="60"/>
        <w:rPr>
          <w:lang w:val="pl-PL"/>
        </w:rPr>
      </w:pPr>
      <w:r w:rsidRPr="00956D7D">
        <w:rPr>
          <w:b/>
          <w:sz w:val="19"/>
          <w:lang w:val="pl-PL"/>
        </w:rPr>
        <w:t>UWAGA:</w:t>
      </w:r>
      <w:r w:rsidRPr="00956D7D">
        <w:rPr>
          <w:sz w:val="19"/>
          <w:lang w:val="pl-PL"/>
        </w:rPr>
        <w:t xml:space="preserve"> Oświadczenia nie składa się wraz z ofertą. Składa je Wykonawca wezwany przez Zamawiającego, jeżeli w postępowaniu złożono co najmniej dwie oferty.</w:t>
      </w:r>
    </w:p>
    <w:p w14:paraId="2213BEA5" w14:textId="77777777" w:rsidR="00A73CBC" w:rsidRPr="00956D7D" w:rsidRDefault="00A73CBC">
      <w:pPr>
        <w:rPr>
          <w:lang w:val="pl-PL"/>
        </w:rPr>
      </w:pPr>
    </w:p>
    <w:p w14:paraId="6A857391" w14:textId="77777777" w:rsidR="00A73CBC" w:rsidRPr="00956D7D" w:rsidRDefault="00000000">
      <w:pPr>
        <w:spacing w:after="20"/>
        <w:jc w:val="right"/>
        <w:rPr>
          <w:lang w:val="pl-PL"/>
        </w:rPr>
      </w:pPr>
      <w:r w:rsidRPr="00956D7D">
        <w:rPr>
          <w:sz w:val="21"/>
          <w:lang w:val="pl-PL"/>
        </w:rPr>
        <w:t>…………………………………………………………………………</w:t>
      </w:r>
    </w:p>
    <w:p w14:paraId="1CAF6149" w14:textId="77777777" w:rsidR="00A73CBC" w:rsidRPr="00956D7D" w:rsidRDefault="00000000">
      <w:pPr>
        <w:spacing w:after="20"/>
        <w:jc w:val="right"/>
        <w:rPr>
          <w:lang w:val="pl-PL"/>
        </w:rPr>
      </w:pPr>
      <w:r w:rsidRPr="00956D7D">
        <w:rPr>
          <w:i/>
          <w:sz w:val="19"/>
          <w:lang w:val="pl-PL"/>
        </w:rPr>
        <w:t>podpis osoby uprawnionej do reprezentowania Wykonawcy</w:t>
      </w:r>
    </w:p>
    <w:p w14:paraId="0F33FEAC" w14:textId="77777777" w:rsidR="00A73CBC" w:rsidRPr="00956D7D" w:rsidRDefault="00000000">
      <w:pPr>
        <w:jc w:val="right"/>
        <w:rPr>
          <w:lang w:val="pl-PL"/>
        </w:rPr>
      </w:pPr>
      <w:r w:rsidRPr="00956D7D">
        <w:rPr>
          <w:i/>
          <w:sz w:val="17"/>
          <w:lang w:val="pl-PL"/>
        </w:rPr>
        <w:t>(kwalifikowany podpis elektroniczny / podpis zaufany / podpis osobisty – zgodnie z SWZ)</w:t>
      </w:r>
    </w:p>
    <w:sectPr w:rsidR="00A73CBC" w:rsidRPr="00956D7D" w:rsidSect="00034616">
      <w:headerReference w:type="default" r:id="rId8"/>
      <w:footerReference w:type="default" r:id="rId9"/>
      <w:pgSz w:w="12240" w:h="15840"/>
      <w:pgMar w:top="935" w:right="1020" w:bottom="879" w:left="1020" w:header="312" w:footer="31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79C71" w14:textId="77777777" w:rsidR="00D71775" w:rsidRDefault="00D71775">
      <w:pPr>
        <w:spacing w:after="0" w:line="240" w:lineRule="auto"/>
      </w:pPr>
      <w:r>
        <w:separator/>
      </w:r>
    </w:p>
  </w:endnote>
  <w:endnote w:type="continuationSeparator" w:id="0">
    <w:p w14:paraId="5F309892" w14:textId="77777777" w:rsidR="00D71775" w:rsidRDefault="00D717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F6E69" w14:textId="77777777" w:rsidR="00A73CBC" w:rsidRDefault="00000000">
    <w:pPr>
      <w:pStyle w:val="Stopka"/>
      <w:jc w:val="right"/>
    </w:pPr>
    <w:r>
      <w:fldChar w:fldCharType="begin"/>
    </w:r>
    <w:r>
      <w:instrText>PAGE</w:instrText>
    </w:r>
    <w:r>
      <w:fldChar w:fldCharType="separate"/>
    </w:r>
    <w:r w:rsidR="00956D7D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29C8B7" w14:textId="77777777" w:rsidR="00D71775" w:rsidRDefault="00D71775">
      <w:pPr>
        <w:spacing w:after="0" w:line="240" w:lineRule="auto"/>
      </w:pPr>
      <w:r>
        <w:separator/>
      </w:r>
    </w:p>
  </w:footnote>
  <w:footnote w:type="continuationSeparator" w:id="0">
    <w:p w14:paraId="51A95E98" w14:textId="77777777" w:rsidR="00D71775" w:rsidRDefault="00D717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61290" w14:textId="77777777" w:rsidR="004471DA" w:rsidRDefault="004471DA" w:rsidP="004471DA">
    <w:pPr>
      <w:pBdr>
        <w:bottom w:val="single" w:sz="2" w:space="9" w:color="000000" w:shadow="1"/>
      </w:pBdr>
      <w:tabs>
        <w:tab w:val="center" w:pos="4356"/>
        <w:tab w:val="center" w:pos="4536"/>
        <w:tab w:val="left" w:pos="6710"/>
        <w:tab w:val="right" w:pos="9072"/>
      </w:tabs>
      <w:ind w:right="360"/>
      <w:jc w:val="center"/>
      <w:rPr>
        <w:rFonts w:ascii="Times New Roman" w:hAnsi="Times New Roman" w:cs="Times New Roman"/>
        <w:b/>
        <w:sz w:val="16"/>
        <w:szCs w:val="16"/>
      </w:rPr>
    </w:pPr>
    <w:bookmarkStart w:id="0" w:name="_Hlk156982192"/>
    <w:r>
      <w:rPr>
        <w:rFonts w:ascii="Times New Roman" w:hAnsi="Times New Roman" w:cs="Times New Roman"/>
        <w:b/>
        <w:sz w:val="16"/>
        <w:szCs w:val="16"/>
      </w:rPr>
      <w:t>„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Budowa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 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budynku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 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socjalno-magazynowego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 z 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częścią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 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biurową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 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wraz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 z 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infrastrukturą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 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techniczną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 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i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 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zagospodarowaniem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 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terenu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, w 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tym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 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budową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 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miejsc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 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postojowych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 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na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 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działce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 2654 w 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Gorzowie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 Wlkp. – ETAP II</w:t>
    </w:r>
    <w:r>
      <w:rPr>
        <w:rFonts w:ascii="Times New Roman" w:hAnsi="Times New Roman" w:cs="Times New Roman"/>
        <w:b/>
        <w:sz w:val="16"/>
        <w:szCs w:val="16"/>
      </w:rPr>
      <w:t>”</w:t>
    </w:r>
  </w:p>
  <w:p w14:paraId="61930410" w14:textId="77777777" w:rsidR="004471DA" w:rsidRDefault="004471DA" w:rsidP="004471DA">
    <w:pPr>
      <w:pBdr>
        <w:bottom w:val="single" w:sz="2" w:space="9" w:color="000000" w:shadow="1"/>
      </w:pBdr>
      <w:tabs>
        <w:tab w:val="center" w:pos="4356"/>
        <w:tab w:val="center" w:pos="4536"/>
        <w:tab w:val="left" w:pos="6710"/>
        <w:tab w:val="right" w:pos="9072"/>
      </w:tabs>
      <w:ind w:right="360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ab/>
    </w:r>
  </w:p>
  <w:p w14:paraId="600FCD46" w14:textId="77777777" w:rsidR="004471DA" w:rsidRDefault="004471DA" w:rsidP="004471DA">
    <w:pPr>
      <w:pBdr>
        <w:bottom w:val="single" w:sz="2" w:space="9" w:color="000000" w:shadow="1"/>
      </w:pBdr>
      <w:tabs>
        <w:tab w:val="center" w:pos="4356"/>
        <w:tab w:val="center" w:pos="4536"/>
        <w:tab w:val="left" w:pos="6710"/>
        <w:tab w:val="right" w:pos="9072"/>
      </w:tabs>
      <w:ind w:right="360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ab/>
      <w:t xml:space="preserve">Znak </w:t>
    </w:r>
    <w:proofErr w:type="spellStart"/>
    <w:r>
      <w:rPr>
        <w:rFonts w:ascii="Times New Roman" w:hAnsi="Times New Roman" w:cs="Times New Roman"/>
        <w:sz w:val="16"/>
        <w:szCs w:val="16"/>
      </w:rPr>
      <w:t>sprawy</w:t>
    </w:r>
    <w:proofErr w:type="spellEnd"/>
    <w:r>
      <w:rPr>
        <w:rFonts w:ascii="Times New Roman" w:hAnsi="Times New Roman" w:cs="Times New Roman"/>
        <w:sz w:val="16"/>
        <w:szCs w:val="16"/>
      </w:rPr>
      <w:t>: WITD-WP.272.3.2026.IM</w:t>
    </w:r>
    <w:bookmarkEnd w:id="0"/>
  </w:p>
  <w:p w14:paraId="0E3F7EA9" w14:textId="4FDADE15" w:rsidR="00A73CBC" w:rsidRPr="004471DA" w:rsidRDefault="00A73CBC" w:rsidP="004471D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10268039">
    <w:abstractNumId w:val="8"/>
  </w:num>
  <w:num w:numId="2" w16cid:durableId="1134253817">
    <w:abstractNumId w:val="6"/>
  </w:num>
  <w:num w:numId="3" w16cid:durableId="665012198">
    <w:abstractNumId w:val="5"/>
  </w:num>
  <w:num w:numId="4" w16cid:durableId="997458595">
    <w:abstractNumId w:val="4"/>
  </w:num>
  <w:num w:numId="5" w16cid:durableId="978537770">
    <w:abstractNumId w:val="7"/>
  </w:num>
  <w:num w:numId="6" w16cid:durableId="1152410365">
    <w:abstractNumId w:val="3"/>
  </w:num>
  <w:num w:numId="7" w16cid:durableId="285741775">
    <w:abstractNumId w:val="2"/>
  </w:num>
  <w:num w:numId="8" w16cid:durableId="1544519273">
    <w:abstractNumId w:val="1"/>
  </w:num>
  <w:num w:numId="9" w16cid:durableId="806162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471DA"/>
    <w:rsid w:val="005F32A1"/>
    <w:rsid w:val="006F0F9E"/>
    <w:rsid w:val="00956D7D"/>
    <w:rsid w:val="00A73CBC"/>
    <w:rsid w:val="00AA1D8D"/>
    <w:rsid w:val="00B47730"/>
    <w:rsid w:val="00CB0664"/>
    <w:rsid w:val="00D71775"/>
    <w:rsid w:val="00F124A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8BB81"/>
  <w14:defaultImageDpi w14:val="300"/>
  <w15:docId w15:val="{AD28E049-AD1F-C840-89A0-CAA674C46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80" w:line="252" w:lineRule="auto"/>
    </w:pPr>
    <w:rPr>
      <w:rFonts w:ascii="Arial" w:eastAsia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WITD-2464 .</cp:lastModifiedBy>
  <cp:revision>4</cp:revision>
  <dcterms:created xsi:type="dcterms:W3CDTF">2026-08-19T13:41:00Z</dcterms:created>
  <dcterms:modified xsi:type="dcterms:W3CDTF">2026-08-20T10:54:00Z</dcterms:modified>
  <cp:category/>
</cp:coreProperties>
</file>