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902B" w14:textId="77777777" w:rsidR="00B40A65" w:rsidRPr="008E729B" w:rsidRDefault="00000000">
      <w:pPr>
        <w:spacing w:after="60"/>
        <w:jc w:val="right"/>
        <w:rPr>
          <w:lang w:val="pl-PL"/>
        </w:rPr>
      </w:pPr>
      <w:r w:rsidRPr="008E729B">
        <w:rPr>
          <w:b/>
          <w:lang w:val="pl-PL"/>
        </w:rPr>
        <w:t>ZAŁĄCZNIK NR 7 DO SWZ</w:t>
      </w:r>
    </w:p>
    <w:p w14:paraId="1642584C" w14:textId="77777777" w:rsidR="00232D7A" w:rsidRDefault="00232D7A">
      <w:pPr>
        <w:spacing w:before="120" w:after="60"/>
        <w:jc w:val="center"/>
        <w:rPr>
          <w:b/>
          <w:sz w:val="28"/>
          <w:lang w:val="pl-PL"/>
        </w:rPr>
      </w:pPr>
    </w:p>
    <w:p w14:paraId="2591166A" w14:textId="77777777" w:rsidR="00232D7A" w:rsidRDefault="00232D7A">
      <w:pPr>
        <w:spacing w:before="120" w:after="60"/>
        <w:jc w:val="center"/>
        <w:rPr>
          <w:b/>
          <w:sz w:val="28"/>
          <w:lang w:val="pl-PL"/>
        </w:rPr>
      </w:pPr>
    </w:p>
    <w:p w14:paraId="3EA4ADE5" w14:textId="0A421E4D" w:rsidR="00B40A65" w:rsidRDefault="00000000">
      <w:pPr>
        <w:spacing w:before="120" w:after="60"/>
        <w:jc w:val="center"/>
        <w:rPr>
          <w:b/>
          <w:sz w:val="28"/>
          <w:lang w:val="pl-PL"/>
        </w:rPr>
      </w:pPr>
      <w:r w:rsidRPr="008E729B">
        <w:rPr>
          <w:b/>
          <w:sz w:val="28"/>
          <w:lang w:val="pl-PL"/>
        </w:rPr>
        <w:t xml:space="preserve">OŚWIADCZENIE WYKONAWCÓW WSPÓLNIE UBIEGAJĄCYCH SIĘ </w:t>
      </w:r>
      <w:proofErr w:type="gramStart"/>
      <w:r w:rsidRPr="008E729B">
        <w:rPr>
          <w:b/>
          <w:sz w:val="28"/>
          <w:lang w:val="pl-PL"/>
        </w:rPr>
        <w:t>O</w:t>
      </w:r>
      <w:r w:rsidR="00232D7A">
        <w:rPr>
          <w:b/>
          <w:sz w:val="28"/>
          <w:lang w:val="pl-PL"/>
        </w:rPr>
        <w:t> </w:t>
      </w:r>
      <w:r w:rsidRPr="008E729B">
        <w:rPr>
          <w:b/>
          <w:sz w:val="28"/>
          <w:lang w:val="pl-PL"/>
        </w:rPr>
        <w:t xml:space="preserve"> UDZIELENIE</w:t>
      </w:r>
      <w:proofErr w:type="gramEnd"/>
      <w:r w:rsidRPr="008E729B">
        <w:rPr>
          <w:b/>
          <w:sz w:val="28"/>
          <w:lang w:val="pl-PL"/>
        </w:rPr>
        <w:t xml:space="preserve"> ZAMÓWIENIA</w:t>
      </w:r>
    </w:p>
    <w:p w14:paraId="39E65031" w14:textId="77777777" w:rsidR="00232D7A" w:rsidRPr="008E729B" w:rsidRDefault="00232D7A">
      <w:pPr>
        <w:spacing w:before="120" w:after="60"/>
        <w:jc w:val="center"/>
        <w:rPr>
          <w:lang w:val="pl-PL"/>
        </w:rPr>
      </w:pPr>
    </w:p>
    <w:p w14:paraId="4EAFEFB9" w14:textId="77777777" w:rsidR="00B40A65" w:rsidRPr="008E729B" w:rsidRDefault="00000000">
      <w:pPr>
        <w:spacing w:after="160"/>
        <w:jc w:val="center"/>
        <w:rPr>
          <w:lang w:val="pl-PL"/>
        </w:rPr>
      </w:pPr>
      <w:r w:rsidRPr="008E729B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p w14:paraId="4E8C7BA0" w14:textId="77777777" w:rsidR="00B40A65" w:rsidRPr="008E729B" w:rsidRDefault="00000000">
      <w:pPr>
        <w:spacing w:after="60"/>
        <w:rPr>
          <w:lang w:val="pl-PL"/>
        </w:rPr>
      </w:pPr>
      <w:r w:rsidRPr="008E729B">
        <w:rPr>
          <w:i/>
          <w:sz w:val="19"/>
          <w:lang w:val="pl-PL"/>
        </w:rPr>
        <w:t xml:space="preserve">Oświadczenie składane na podstawie art. 117 ust. 4 ustawy </w:t>
      </w:r>
      <w:proofErr w:type="spellStart"/>
      <w:r w:rsidRPr="008E729B">
        <w:rPr>
          <w:i/>
          <w:sz w:val="19"/>
          <w:lang w:val="pl-PL"/>
        </w:rPr>
        <w:t>Pzp</w:t>
      </w:r>
      <w:proofErr w:type="spellEnd"/>
      <w:r w:rsidRPr="008E729B">
        <w:rPr>
          <w:i/>
          <w:sz w:val="19"/>
          <w:lang w:val="pl-PL"/>
        </w:rPr>
        <w:t xml:space="preserve"> – jeżeli zachodzą okoliczności, o których mowa w art. 117 ust. 2 lub 3 ustawy </w:t>
      </w:r>
      <w:proofErr w:type="spellStart"/>
      <w:r w:rsidRPr="008E729B">
        <w:rPr>
          <w:i/>
          <w:sz w:val="19"/>
          <w:lang w:val="pl-PL"/>
        </w:rPr>
        <w:t>Pzp</w:t>
      </w:r>
      <w:proofErr w:type="spellEnd"/>
      <w:r w:rsidRPr="008E729B">
        <w:rPr>
          <w:i/>
          <w:sz w:val="19"/>
          <w:lang w:val="pl-PL"/>
        </w:rPr>
        <w:t>.</w:t>
      </w:r>
    </w:p>
    <w:p w14:paraId="7E6F86C8" w14:textId="77777777" w:rsidR="00B40A65" w:rsidRPr="008E729B" w:rsidRDefault="00000000">
      <w:pPr>
        <w:spacing w:after="60"/>
        <w:rPr>
          <w:lang w:val="pl-PL"/>
        </w:rPr>
      </w:pPr>
      <w:r w:rsidRPr="008E729B">
        <w:rPr>
          <w:sz w:val="20"/>
          <w:lang w:val="pl-PL"/>
        </w:rPr>
        <w:t>Pełnomocnik / lider Wykonawców wspólnie ubiegających się o udzielenie zamówienia: ………………………………………………………</w:t>
      </w:r>
    </w:p>
    <w:p w14:paraId="1792A8CF" w14:textId="77777777" w:rsidR="00B40A65" w:rsidRPr="008E729B" w:rsidRDefault="00000000">
      <w:pPr>
        <w:spacing w:after="60"/>
        <w:rPr>
          <w:lang w:val="pl-PL"/>
        </w:rPr>
      </w:pPr>
      <w:r w:rsidRPr="008E729B">
        <w:rPr>
          <w:sz w:val="20"/>
          <w:lang w:val="pl-PL"/>
        </w:rPr>
        <w:t>Oświadczamy, że poszczególni Wykonawcy wykonają następujące roboty budowlane: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B40A65" w:rsidRPr="008E729B" w14:paraId="79533C1A" w14:textId="77777777">
        <w:trPr>
          <w:jc w:val="center"/>
        </w:trPr>
        <w:tc>
          <w:tcPr>
            <w:tcW w:w="3400" w:type="dxa"/>
            <w:vAlign w:val="center"/>
          </w:tcPr>
          <w:p w14:paraId="7062D44E" w14:textId="77777777" w:rsidR="00B40A65" w:rsidRPr="008E729B" w:rsidRDefault="00000000">
            <w:pPr>
              <w:spacing w:after="0"/>
              <w:jc w:val="center"/>
              <w:rPr>
                <w:lang w:val="pl-PL"/>
              </w:rPr>
            </w:pPr>
            <w:r w:rsidRPr="008E729B">
              <w:rPr>
                <w:b/>
                <w:sz w:val="17"/>
                <w:lang w:val="pl-PL"/>
              </w:rPr>
              <w:t>Wykonawca wspólnie ubiegający się o zamówienie</w:t>
            </w:r>
          </w:p>
        </w:tc>
        <w:tc>
          <w:tcPr>
            <w:tcW w:w="3400" w:type="dxa"/>
            <w:vAlign w:val="center"/>
          </w:tcPr>
          <w:p w14:paraId="1A779CA4" w14:textId="77777777" w:rsidR="00B40A65" w:rsidRPr="008E729B" w:rsidRDefault="00000000">
            <w:pPr>
              <w:spacing w:after="0"/>
              <w:jc w:val="center"/>
              <w:rPr>
                <w:lang w:val="pl-PL"/>
              </w:rPr>
            </w:pPr>
            <w:r w:rsidRPr="008E729B">
              <w:rPr>
                <w:b/>
                <w:sz w:val="17"/>
                <w:lang w:val="pl-PL"/>
              </w:rPr>
              <w:t>Warunek udziału, którego spełnienie wykazuje dany Wykonawca (jeżeli dotyczy)</w:t>
            </w:r>
          </w:p>
        </w:tc>
        <w:tc>
          <w:tcPr>
            <w:tcW w:w="3400" w:type="dxa"/>
            <w:vAlign w:val="center"/>
          </w:tcPr>
          <w:p w14:paraId="79C0ED0E" w14:textId="77777777" w:rsidR="00B40A65" w:rsidRPr="008E729B" w:rsidRDefault="00000000">
            <w:pPr>
              <w:spacing w:after="0"/>
              <w:jc w:val="center"/>
              <w:rPr>
                <w:lang w:val="pl-PL"/>
              </w:rPr>
            </w:pPr>
            <w:r w:rsidRPr="008E729B">
              <w:rPr>
                <w:b/>
                <w:sz w:val="17"/>
                <w:lang w:val="pl-PL"/>
              </w:rPr>
              <w:t>Roboty budowlane, które wykona dany Wykonawca</w:t>
            </w:r>
          </w:p>
        </w:tc>
      </w:tr>
      <w:tr w:rsidR="00B40A65" w:rsidRPr="008E729B" w14:paraId="5750C257" w14:textId="77777777">
        <w:trPr>
          <w:jc w:val="center"/>
        </w:trPr>
        <w:tc>
          <w:tcPr>
            <w:tcW w:w="3400" w:type="dxa"/>
            <w:vAlign w:val="center"/>
          </w:tcPr>
          <w:p w14:paraId="0935A19E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6985DABA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4F24F17A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</w:tr>
      <w:tr w:rsidR="00B40A65" w:rsidRPr="008E729B" w14:paraId="52242CA2" w14:textId="77777777">
        <w:trPr>
          <w:jc w:val="center"/>
        </w:trPr>
        <w:tc>
          <w:tcPr>
            <w:tcW w:w="3400" w:type="dxa"/>
            <w:vAlign w:val="center"/>
          </w:tcPr>
          <w:p w14:paraId="503C6875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38803D13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2AB3E350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</w:tr>
      <w:tr w:rsidR="00B40A65" w:rsidRPr="008E729B" w14:paraId="24BA5175" w14:textId="77777777">
        <w:trPr>
          <w:jc w:val="center"/>
        </w:trPr>
        <w:tc>
          <w:tcPr>
            <w:tcW w:w="3400" w:type="dxa"/>
            <w:vAlign w:val="center"/>
          </w:tcPr>
          <w:p w14:paraId="50D12203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02129ACB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1EC91F16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</w:tr>
      <w:tr w:rsidR="00B40A65" w:rsidRPr="008E729B" w14:paraId="7A4F4AB6" w14:textId="77777777">
        <w:trPr>
          <w:jc w:val="center"/>
        </w:trPr>
        <w:tc>
          <w:tcPr>
            <w:tcW w:w="3400" w:type="dxa"/>
            <w:vAlign w:val="center"/>
          </w:tcPr>
          <w:p w14:paraId="1AD3C468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49228786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  <w:tc>
          <w:tcPr>
            <w:tcW w:w="3400" w:type="dxa"/>
            <w:vAlign w:val="center"/>
          </w:tcPr>
          <w:p w14:paraId="4CB5ECEE" w14:textId="77777777" w:rsidR="00B40A65" w:rsidRPr="008E729B" w:rsidRDefault="00000000">
            <w:pPr>
              <w:spacing w:after="0"/>
              <w:rPr>
                <w:lang w:val="pl-PL"/>
              </w:rPr>
            </w:pPr>
            <w:r w:rsidRPr="008E729B">
              <w:rPr>
                <w:sz w:val="17"/>
                <w:lang w:val="pl-PL"/>
              </w:rPr>
              <w:t>………………………………………………………………</w:t>
            </w:r>
          </w:p>
        </w:tc>
      </w:tr>
    </w:tbl>
    <w:p w14:paraId="4EF229AB" w14:textId="77777777" w:rsidR="00B40A65" w:rsidRPr="008E729B" w:rsidRDefault="00000000">
      <w:pPr>
        <w:spacing w:after="60"/>
        <w:rPr>
          <w:lang w:val="pl-PL"/>
        </w:rPr>
      </w:pPr>
      <w:r w:rsidRPr="008E729B">
        <w:rPr>
          <w:sz w:val="19"/>
          <w:lang w:val="pl-PL"/>
        </w:rPr>
        <w:t xml:space="preserve">Oświadczamy, że powyższy podział odpowiada sposobowi wykazywania warunków udziału w postępowaniu i będzie respektowany przy realizacji zamówienia, z zastrzeżeniem zmian dopuszczalnych zgodnie z ustawą </w:t>
      </w:r>
      <w:proofErr w:type="spellStart"/>
      <w:r w:rsidRPr="008E729B">
        <w:rPr>
          <w:sz w:val="19"/>
          <w:lang w:val="pl-PL"/>
        </w:rPr>
        <w:t>Pzp</w:t>
      </w:r>
      <w:proofErr w:type="spellEnd"/>
      <w:r w:rsidRPr="008E729B">
        <w:rPr>
          <w:sz w:val="19"/>
          <w:lang w:val="pl-PL"/>
        </w:rPr>
        <w:t xml:space="preserve"> i dokumentami zamówienia.</w:t>
      </w:r>
    </w:p>
    <w:p w14:paraId="3B356135" w14:textId="77777777" w:rsidR="00B40A65" w:rsidRPr="008E729B" w:rsidRDefault="00B40A65">
      <w:pPr>
        <w:rPr>
          <w:lang w:val="pl-PL"/>
        </w:rPr>
      </w:pPr>
    </w:p>
    <w:p w14:paraId="09DF112A" w14:textId="77777777" w:rsidR="00B40A65" w:rsidRPr="008E729B" w:rsidRDefault="00000000">
      <w:pPr>
        <w:spacing w:after="20"/>
        <w:jc w:val="right"/>
        <w:rPr>
          <w:lang w:val="pl-PL"/>
        </w:rPr>
      </w:pPr>
      <w:r w:rsidRPr="008E729B">
        <w:rPr>
          <w:sz w:val="21"/>
          <w:lang w:val="pl-PL"/>
        </w:rPr>
        <w:t>…………………………………………………………………………</w:t>
      </w:r>
    </w:p>
    <w:p w14:paraId="4DA222BE" w14:textId="77777777" w:rsidR="00B40A65" w:rsidRPr="008E729B" w:rsidRDefault="00000000">
      <w:pPr>
        <w:spacing w:after="20"/>
        <w:jc w:val="right"/>
        <w:rPr>
          <w:lang w:val="pl-PL"/>
        </w:rPr>
      </w:pPr>
      <w:r w:rsidRPr="008E729B">
        <w:rPr>
          <w:i/>
          <w:sz w:val="19"/>
          <w:lang w:val="pl-PL"/>
        </w:rPr>
        <w:t>podpis / podpisy osób uprawnionych zgodnie z zasadami reprezentacji Wykonawców wspólnie ubiegających się o zamówienie</w:t>
      </w:r>
    </w:p>
    <w:p w14:paraId="601BAC7C" w14:textId="77777777" w:rsidR="00B40A65" w:rsidRPr="008E729B" w:rsidRDefault="00000000">
      <w:pPr>
        <w:jc w:val="right"/>
        <w:rPr>
          <w:lang w:val="pl-PL"/>
        </w:rPr>
      </w:pPr>
      <w:r w:rsidRPr="008E729B">
        <w:rPr>
          <w:i/>
          <w:sz w:val="17"/>
          <w:lang w:val="pl-PL"/>
        </w:rPr>
        <w:t>(kwalifikowany podpis elektroniczny / podpis zaufany / podpis osobisty – zgodnie z SWZ)</w:t>
      </w:r>
    </w:p>
    <w:sectPr w:rsidR="00B40A65" w:rsidRPr="008E729B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8CAD" w14:textId="77777777" w:rsidR="00091F50" w:rsidRDefault="00091F50">
      <w:pPr>
        <w:spacing w:after="0" w:line="240" w:lineRule="auto"/>
      </w:pPr>
      <w:r>
        <w:separator/>
      </w:r>
    </w:p>
  </w:endnote>
  <w:endnote w:type="continuationSeparator" w:id="0">
    <w:p w14:paraId="2A96DAEE" w14:textId="77777777" w:rsidR="00091F50" w:rsidRDefault="0009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8ABE" w14:textId="77777777" w:rsidR="00B40A65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8E729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FFA4" w14:textId="77777777" w:rsidR="00091F50" w:rsidRDefault="00091F50">
      <w:pPr>
        <w:spacing w:after="0" w:line="240" w:lineRule="auto"/>
      </w:pPr>
      <w:r>
        <w:separator/>
      </w:r>
    </w:p>
  </w:footnote>
  <w:footnote w:type="continuationSeparator" w:id="0">
    <w:p w14:paraId="3248D310" w14:textId="77777777" w:rsidR="00091F50" w:rsidRDefault="0009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5F34" w14:textId="77777777" w:rsidR="00232D7A" w:rsidRDefault="00232D7A" w:rsidP="00232D7A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>
      <w:rPr>
        <w:rFonts w:ascii="Times New Roman" w:hAnsi="Times New Roman" w:cs="Times New Roman"/>
        <w:b/>
        <w:sz w:val="16"/>
        <w:szCs w:val="16"/>
      </w:rPr>
      <w:t>„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>
      <w:rPr>
        <w:rFonts w:ascii="Times New Roman" w:hAnsi="Times New Roman" w:cs="Times New Roman"/>
        <w:b/>
        <w:sz w:val="16"/>
        <w:szCs w:val="16"/>
      </w:rPr>
      <w:t>”</w:t>
    </w:r>
  </w:p>
  <w:p w14:paraId="327F5237" w14:textId="77777777" w:rsidR="00232D7A" w:rsidRDefault="00232D7A" w:rsidP="00232D7A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  <w:p w14:paraId="5981D96D" w14:textId="77777777" w:rsidR="00232D7A" w:rsidRDefault="00232D7A" w:rsidP="00232D7A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>
      <w:rPr>
        <w:rFonts w:ascii="Times New Roman" w:hAnsi="Times New Roman" w:cs="Times New Roman"/>
        <w:sz w:val="16"/>
        <w:szCs w:val="16"/>
      </w:rPr>
      <w:t>sprawy</w:t>
    </w:r>
    <w:proofErr w:type="spellEnd"/>
    <w:r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25D78FB5" w14:textId="79A692F4" w:rsidR="00B40A65" w:rsidRPr="00232D7A" w:rsidRDefault="00B40A65" w:rsidP="00232D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8869881">
    <w:abstractNumId w:val="8"/>
  </w:num>
  <w:num w:numId="2" w16cid:durableId="389839643">
    <w:abstractNumId w:val="6"/>
  </w:num>
  <w:num w:numId="3" w16cid:durableId="105925137">
    <w:abstractNumId w:val="5"/>
  </w:num>
  <w:num w:numId="4" w16cid:durableId="519589578">
    <w:abstractNumId w:val="4"/>
  </w:num>
  <w:num w:numId="5" w16cid:durableId="1996259041">
    <w:abstractNumId w:val="7"/>
  </w:num>
  <w:num w:numId="6" w16cid:durableId="1433621471">
    <w:abstractNumId w:val="3"/>
  </w:num>
  <w:num w:numId="7" w16cid:durableId="1961957262">
    <w:abstractNumId w:val="2"/>
  </w:num>
  <w:num w:numId="8" w16cid:durableId="447706135">
    <w:abstractNumId w:val="1"/>
  </w:num>
  <w:num w:numId="9" w16cid:durableId="122494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1F50"/>
    <w:rsid w:val="0015074B"/>
    <w:rsid w:val="00232D7A"/>
    <w:rsid w:val="00292DB4"/>
    <w:rsid w:val="0029639D"/>
    <w:rsid w:val="00326F90"/>
    <w:rsid w:val="004C7396"/>
    <w:rsid w:val="008E729B"/>
    <w:rsid w:val="00AA1D8D"/>
    <w:rsid w:val="00B40A65"/>
    <w:rsid w:val="00B47730"/>
    <w:rsid w:val="00CB0664"/>
    <w:rsid w:val="00F124AC"/>
    <w:rsid w:val="00FC693F"/>
    <w:rsid w:val="00FD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D55DE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2026-08-19T13:45:00Z</dcterms:created>
  <dcterms:modified xsi:type="dcterms:W3CDTF">2026-08-20T10:56:00Z</dcterms:modified>
  <cp:category/>
</cp:coreProperties>
</file>