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06E6" w14:textId="77777777" w:rsidR="00BD0037" w:rsidRPr="00E46FA8" w:rsidRDefault="00000000">
      <w:pPr>
        <w:spacing w:after="60"/>
        <w:jc w:val="right"/>
        <w:rPr>
          <w:lang w:val="pl-PL"/>
        </w:rPr>
      </w:pPr>
      <w:r w:rsidRPr="00E46FA8">
        <w:rPr>
          <w:b/>
          <w:lang w:val="pl-PL"/>
        </w:rPr>
        <w:t>ZAŁĄCZNIK NR 8 DO SWZ</w:t>
      </w:r>
    </w:p>
    <w:p w14:paraId="10600742" w14:textId="77777777" w:rsidR="005E0F4F" w:rsidRDefault="005E0F4F">
      <w:pPr>
        <w:spacing w:before="120" w:after="60"/>
        <w:jc w:val="center"/>
        <w:rPr>
          <w:b/>
          <w:sz w:val="28"/>
          <w:lang w:val="pl-PL"/>
        </w:rPr>
      </w:pPr>
    </w:p>
    <w:p w14:paraId="32087D99" w14:textId="1436AB8D" w:rsidR="00BD0037" w:rsidRPr="00E46FA8" w:rsidRDefault="00000000">
      <w:pPr>
        <w:spacing w:before="120" w:after="60"/>
        <w:jc w:val="center"/>
        <w:rPr>
          <w:lang w:val="pl-PL"/>
        </w:rPr>
      </w:pPr>
      <w:r w:rsidRPr="00E46FA8">
        <w:rPr>
          <w:b/>
          <w:sz w:val="28"/>
          <w:lang w:val="pl-PL"/>
        </w:rPr>
        <w:t>WYKAZ ROBÓT BUDOWLANYCH</w:t>
      </w:r>
    </w:p>
    <w:p w14:paraId="0AC71A78" w14:textId="77777777" w:rsidR="00BD0037" w:rsidRPr="00E46FA8" w:rsidRDefault="00000000">
      <w:pPr>
        <w:spacing w:after="160"/>
        <w:jc w:val="center"/>
        <w:rPr>
          <w:lang w:val="pl-PL"/>
        </w:rPr>
      </w:pPr>
      <w:r w:rsidRPr="00E46FA8">
        <w:rPr>
          <w:b/>
          <w:sz w:val="19"/>
          <w:lang w:val="pl-PL"/>
        </w:rPr>
        <w:t>„Budowa budynku socjalno-magazynowego z częścią biurową wraz z infrastrukturą techniczną i zagospodarowaniem terenu, w tym budową miejsc postojowych na działce 2654 w Gorzowie Wlkp. – ETAP II”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BD0037" w:rsidRPr="00E46FA8" w14:paraId="5C91C24C" w14:textId="77777777">
        <w:trPr>
          <w:jc w:val="center"/>
        </w:trPr>
        <w:tc>
          <w:tcPr>
            <w:tcW w:w="5100" w:type="dxa"/>
            <w:vAlign w:val="center"/>
          </w:tcPr>
          <w:p w14:paraId="134F36CD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b/>
                <w:sz w:val="19"/>
                <w:lang w:val="pl-PL"/>
              </w:rPr>
              <w:t>Wykonawca – pełna nazwa / firma</w:t>
            </w:r>
          </w:p>
        </w:tc>
        <w:tc>
          <w:tcPr>
            <w:tcW w:w="5100" w:type="dxa"/>
            <w:vAlign w:val="center"/>
          </w:tcPr>
          <w:p w14:paraId="60F61BB4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BD0037" w:rsidRPr="00E46FA8" w14:paraId="69FA9589" w14:textId="77777777">
        <w:trPr>
          <w:jc w:val="center"/>
        </w:trPr>
        <w:tc>
          <w:tcPr>
            <w:tcW w:w="5100" w:type="dxa"/>
            <w:vAlign w:val="center"/>
          </w:tcPr>
          <w:p w14:paraId="5ED7CBC1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b/>
                <w:sz w:val="19"/>
                <w:lang w:val="pl-PL"/>
              </w:rPr>
              <w:t>Adres / siedziba</w:t>
            </w:r>
          </w:p>
        </w:tc>
        <w:tc>
          <w:tcPr>
            <w:tcW w:w="5100" w:type="dxa"/>
            <w:vAlign w:val="center"/>
          </w:tcPr>
          <w:p w14:paraId="17B08568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BD0037" w:rsidRPr="00E46FA8" w14:paraId="1D34121E" w14:textId="77777777">
        <w:trPr>
          <w:jc w:val="center"/>
        </w:trPr>
        <w:tc>
          <w:tcPr>
            <w:tcW w:w="5100" w:type="dxa"/>
            <w:vAlign w:val="center"/>
          </w:tcPr>
          <w:p w14:paraId="4D478FCC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b/>
                <w:sz w:val="19"/>
                <w:lang w:val="pl-PL"/>
              </w:rPr>
              <w:t>NIP / PESEL; KRS / CEIDG – stosownie do podmiotu</w:t>
            </w:r>
          </w:p>
        </w:tc>
        <w:tc>
          <w:tcPr>
            <w:tcW w:w="5100" w:type="dxa"/>
            <w:vAlign w:val="center"/>
          </w:tcPr>
          <w:p w14:paraId="4D645595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BD0037" w:rsidRPr="00E46FA8" w14:paraId="14D06F0A" w14:textId="77777777">
        <w:trPr>
          <w:jc w:val="center"/>
        </w:trPr>
        <w:tc>
          <w:tcPr>
            <w:tcW w:w="5100" w:type="dxa"/>
            <w:vAlign w:val="center"/>
          </w:tcPr>
          <w:p w14:paraId="71A7CC55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b/>
                <w:sz w:val="19"/>
                <w:lang w:val="pl-PL"/>
              </w:rPr>
              <w:t>Osoba reprezentująca / podstawa umocowania</w:t>
            </w:r>
          </w:p>
        </w:tc>
        <w:tc>
          <w:tcPr>
            <w:tcW w:w="5100" w:type="dxa"/>
            <w:vAlign w:val="center"/>
          </w:tcPr>
          <w:p w14:paraId="4D56C500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1B40848A" w14:textId="77777777" w:rsidR="00BD0037" w:rsidRPr="00E46FA8" w:rsidRDefault="00000000">
      <w:pPr>
        <w:spacing w:after="60"/>
        <w:rPr>
          <w:lang w:val="pl-PL"/>
        </w:rPr>
      </w:pPr>
      <w:r w:rsidRPr="00E46FA8">
        <w:rPr>
          <w:i/>
          <w:sz w:val="19"/>
          <w:lang w:val="pl-PL"/>
        </w:rPr>
        <w:t>Wykaz składany na wezwanie Zamawiającego w celu potwierdzenia spełniania warunku zdolności technicznej lub zawodowej określonego w Rozdziale XIX SWZ.</w:t>
      </w:r>
    </w:p>
    <w:p w14:paraId="15295490" w14:textId="77777777" w:rsidR="00BD0037" w:rsidRPr="00E46FA8" w:rsidRDefault="00000000">
      <w:pPr>
        <w:spacing w:after="60"/>
        <w:rPr>
          <w:lang w:val="pl-PL"/>
        </w:rPr>
      </w:pPr>
      <w:r w:rsidRPr="00E46FA8">
        <w:rPr>
          <w:sz w:val="19"/>
          <w:lang w:val="pl-PL"/>
        </w:rPr>
        <w:t>Warunek obejmuje należyte wykonanie, w okresie ostatnich 5 lat przed upływem terminu składania ofert, a jeżeli okres prowadzenia działalności jest krótszy – w tym okresie, co najmniej jednej roboty budowlanej polegającej na budowie, rozbudowie, przebudowie lub nadbudowie budynku użyteczności publicznej lub budynku usługowego, o wartości nie mniejszej niż 500 000,00 zł brutto, obejmującej co najmniej roboty konstrukcyjno-budowlane, w tym roboty żelbetowe lub murowe.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"/>
        <w:gridCol w:w="1642"/>
        <w:gridCol w:w="1642"/>
        <w:gridCol w:w="1641"/>
        <w:gridCol w:w="1641"/>
        <w:gridCol w:w="1641"/>
        <w:gridCol w:w="1641"/>
      </w:tblGrid>
      <w:tr w:rsidR="00BD0037" w:rsidRPr="00E46FA8" w14:paraId="37D2ED45" w14:textId="77777777">
        <w:trPr>
          <w:jc w:val="center"/>
        </w:trPr>
        <w:tc>
          <w:tcPr>
            <w:tcW w:w="1457" w:type="dxa"/>
            <w:vAlign w:val="center"/>
          </w:tcPr>
          <w:p w14:paraId="6D9DD527" w14:textId="77777777" w:rsidR="00BD0037" w:rsidRPr="00E46FA8" w:rsidRDefault="00000000">
            <w:pPr>
              <w:spacing w:after="0"/>
              <w:jc w:val="center"/>
              <w:rPr>
                <w:lang w:val="pl-PL"/>
              </w:rPr>
            </w:pPr>
            <w:r w:rsidRPr="00E46FA8">
              <w:rPr>
                <w:b/>
                <w:sz w:val="15"/>
                <w:lang w:val="pl-PL"/>
              </w:rPr>
              <w:t>Lp.</w:t>
            </w:r>
          </w:p>
        </w:tc>
        <w:tc>
          <w:tcPr>
            <w:tcW w:w="1457" w:type="dxa"/>
            <w:vAlign w:val="center"/>
          </w:tcPr>
          <w:p w14:paraId="5B0725E3" w14:textId="77777777" w:rsidR="00BD0037" w:rsidRPr="00E46FA8" w:rsidRDefault="00000000">
            <w:pPr>
              <w:spacing w:after="0"/>
              <w:jc w:val="center"/>
              <w:rPr>
                <w:lang w:val="pl-PL"/>
              </w:rPr>
            </w:pPr>
            <w:r w:rsidRPr="00E46FA8">
              <w:rPr>
                <w:b/>
                <w:sz w:val="15"/>
                <w:lang w:val="pl-PL"/>
              </w:rPr>
              <w:t>Rodzaj roboty i opis obiektu</w:t>
            </w:r>
            <w:r w:rsidRPr="00E46FA8">
              <w:rPr>
                <w:b/>
                <w:sz w:val="15"/>
                <w:lang w:val="pl-PL"/>
              </w:rPr>
              <w:br/>
              <w:t>(w tym kwalifikacja: budynek użyteczności publicznej / usługowy)</w:t>
            </w:r>
          </w:p>
        </w:tc>
        <w:tc>
          <w:tcPr>
            <w:tcW w:w="1457" w:type="dxa"/>
            <w:vAlign w:val="center"/>
          </w:tcPr>
          <w:p w14:paraId="3C4564E2" w14:textId="77777777" w:rsidR="00BD0037" w:rsidRPr="00E46FA8" w:rsidRDefault="00000000">
            <w:pPr>
              <w:spacing w:after="0"/>
              <w:jc w:val="center"/>
              <w:rPr>
                <w:lang w:val="pl-PL"/>
              </w:rPr>
            </w:pPr>
            <w:r w:rsidRPr="00E46FA8">
              <w:rPr>
                <w:b/>
                <w:sz w:val="15"/>
                <w:lang w:val="pl-PL"/>
              </w:rPr>
              <w:t>Zakres konstrukcyjno-budowlany</w:t>
            </w:r>
            <w:r w:rsidRPr="00E46FA8">
              <w:rPr>
                <w:b/>
                <w:sz w:val="15"/>
                <w:lang w:val="pl-PL"/>
              </w:rPr>
              <w:br/>
              <w:t>(w tym roboty żelbetowe lub murowe)</w:t>
            </w:r>
          </w:p>
        </w:tc>
        <w:tc>
          <w:tcPr>
            <w:tcW w:w="1457" w:type="dxa"/>
            <w:vAlign w:val="center"/>
          </w:tcPr>
          <w:p w14:paraId="4D3C0FC3" w14:textId="77777777" w:rsidR="00BD0037" w:rsidRPr="00E46FA8" w:rsidRDefault="00000000">
            <w:pPr>
              <w:spacing w:after="0"/>
              <w:jc w:val="center"/>
              <w:rPr>
                <w:lang w:val="pl-PL"/>
              </w:rPr>
            </w:pPr>
            <w:r w:rsidRPr="00E46FA8">
              <w:rPr>
                <w:b/>
                <w:sz w:val="15"/>
                <w:lang w:val="pl-PL"/>
              </w:rPr>
              <w:t>Wartość brutto robót wykonanych przez podmiot wykazujący doświadczenie</w:t>
            </w:r>
          </w:p>
        </w:tc>
        <w:tc>
          <w:tcPr>
            <w:tcW w:w="1457" w:type="dxa"/>
            <w:vAlign w:val="center"/>
          </w:tcPr>
          <w:p w14:paraId="143587A1" w14:textId="77777777" w:rsidR="00BD0037" w:rsidRPr="00E46FA8" w:rsidRDefault="00000000">
            <w:pPr>
              <w:spacing w:after="0"/>
              <w:jc w:val="center"/>
              <w:rPr>
                <w:lang w:val="pl-PL"/>
              </w:rPr>
            </w:pPr>
            <w:r w:rsidRPr="00E46FA8">
              <w:rPr>
                <w:b/>
                <w:sz w:val="15"/>
                <w:lang w:val="pl-PL"/>
              </w:rPr>
              <w:t>Termin realizacji</w:t>
            </w:r>
            <w:r w:rsidRPr="00E46FA8">
              <w:rPr>
                <w:b/>
                <w:sz w:val="15"/>
                <w:lang w:val="pl-PL"/>
              </w:rPr>
              <w:br/>
              <w:t>od – do</w:t>
            </w:r>
          </w:p>
        </w:tc>
        <w:tc>
          <w:tcPr>
            <w:tcW w:w="1457" w:type="dxa"/>
            <w:vAlign w:val="center"/>
          </w:tcPr>
          <w:p w14:paraId="64A0F285" w14:textId="77777777" w:rsidR="00BD0037" w:rsidRPr="00E46FA8" w:rsidRDefault="00000000">
            <w:pPr>
              <w:spacing w:after="0"/>
              <w:jc w:val="center"/>
              <w:rPr>
                <w:lang w:val="pl-PL"/>
              </w:rPr>
            </w:pPr>
            <w:r w:rsidRPr="00E46FA8">
              <w:rPr>
                <w:b/>
                <w:sz w:val="15"/>
                <w:lang w:val="pl-PL"/>
              </w:rPr>
              <w:t>Miejsce wykonania</w:t>
            </w:r>
          </w:p>
        </w:tc>
        <w:tc>
          <w:tcPr>
            <w:tcW w:w="1457" w:type="dxa"/>
            <w:vAlign w:val="center"/>
          </w:tcPr>
          <w:p w14:paraId="0D84B9A7" w14:textId="77777777" w:rsidR="00BD0037" w:rsidRPr="00E46FA8" w:rsidRDefault="00000000">
            <w:pPr>
              <w:spacing w:after="0"/>
              <w:jc w:val="center"/>
              <w:rPr>
                <w:lang w:val="pl-PL"/>
              </w:rPr>
            </w:pPr>
            <w:r w:rsidRPr="00E46FA8">
              <w:rPr>
                <w:b/>
                <w:sz w:val="15"/>
                <w:lang w:val="pl-PL"/>
              </w:rPr>
              <w:t>Podmiot, na rzecz którego roboty wykonano</w:t>
            </w:r>
          </w:p>
        </w:tc>
      </w:tr>
      <w:tr w:rsidR="00BD0037" w:rsidRPr="00E46FA8" w14:paraId="4144F1C0" w14:textId="77777777">
        <w:trPr>
          <w:jc w:val="center"/>
        </w:trPr>
        <w:tc>
          <w:tcPr>
            <w:tcW w:w="1457" w:type="dxa"/>
            <w:vAlign w:val="center"/>
          </w:tcPr>
          <w:p w14:paraId="31E55359" w14:textId="77777777" w:rsidR="00BD0037" w:rsidRPr="00E46FA8" w:rsidRDefault="00000000">
            <w:pPr>
              <w:spacing w:after="0"/>
              <w:jc w:val="center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1.</w:t>
            </w:r>
          </w:p>
        </w:tc>
        <w:tc>
          <w:tcPr>
            <w:tcW w:w="1457" w:type="dxa"/>
            <w:vAlign w:val="center"/>
          </w:tcPr>
          <w:p w14:paraId="45BB4AA8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3D2BFA41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5B2C66AE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516BFD99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36ECAF00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3102535D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</w:tr>
      <w:tr w:rsidR="00BD0037" w:rsidRPr="00E46FA8" w14:paraId="08C4F9E9" w14:textId="77777777">
        <w:trPr>
          <w:jc w:val="center"/>
        </w:trPr>
        <w:tc>
          <w:tcPr>
            <w:tcW w:w="1457" w:type="dxa"/>
            <w:vAlign w:val="center"/>
          </w:tcPr>
          <w:p w14:paraId="0CFB19DC" w14:textId="77777777" w:rsidR="00BD0037" w:rsidRPr="00E46FA8" w:rsidRDefault="00000000">
            <w:pPr>
              <w:spacing w:after="0"/>
              <w:jc w:val="center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2.</w:t>
            </w:r>
          </w:p>
        </w:tc>
        <w:tc>
          <w:tcPr>
            <w:tcW w:w="1457" w:type="dxa"/>
            <w:vAlign w:val="center"/>
          </w:tcPr>
          <w:p w14:paraId="181BCEDD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7DDBA1C3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6DD9BFDB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55A224BA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4867CA43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50C74C3F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</w:tr>
      <w:tr w:rsidR="00BD0037" w:rsidRPr="00E46FA8" w14:paraId="2E1C9BA5" w14:textId="77777777">
        <w:trPr>
          <w:jc w:val="center"/>
        </w:trPr>
        <w:tc>
          <w:tcPr>
            <w:tcW w:w="1457" w:type="dxa"/>
            <w:vAlign w:val="center"/>
          </w:tcPr>
          <w:p w14:paraId="07B41E23" w14:textId="77777777" w:rsidR="00BD0037" w:rsidRPr="00E46FA8" w:rsidRDefault="00000000">
            <w:pPr>
              <w:spacing w:after="0"/>
              <w:jc w:val="center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3.</w:t>
            </w:r>
          </w:p>
        </w:tc>
        <w:tc>
          <w:tcPr>
            <w:tcW w:w="1457" w:type="dxa"/>
            <w:vAlign w:val="center"/>
          </w:tcPr>
          <w:p w14:paraId="23F4EAED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05E54125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4700E103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07C50F41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2DE6D7F4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457" w:type="dxa"/>
            <w:vAlign w:val="center"/>
          </w:tcPr>
          <w:p w14:paraId="0BF76CFB" w14:textId="77777777" w:rsidR="00BD0037" w:rsidRPr="00E46FA8" w:rsidRDefault="00000000">
            <w:pPr>
              <w:spacing w:after="0"/>
              <w:rPr>
                <w:lang w:val="pl-PL"/>
              </w:rPr>
            </w:pPr>
            <w:r w:rsidRPr="00E46FA8">
              <w:rPr>
                <w:sz w:val="16"/>
                <w:lang w:val="pl-PL"/>
              </w:rPr>
              <w:t>…………………………………………</w:t>
            </w:r>
          </w:p>
        </w:tc>
      </w:tr>
    </w:tbl>
    <w:p w14:paraId="1A8BE734" w14:textId="77777777" w:rsidR="00BD0037" w:rsidRPr="00E46FA8" w:rsidRDefault="00000000">
      <w:pPr>
        <w:spacing w:after="60"/>
        <w:rPr>
          <w:lang w:val="pl-PL"/>
        </w:rPr>
      </w:pPr>
      <w:r w:rsidRPr="00E46FA8">
        <w:rPr>
          <w:sz w:val="19"/>
          <w:lang w:val="pl-PL"/>
        </w:rPr>
        <w:t xml:space="preserve">Załączam dowody </w:t>
      </w:r>
      <w:proofErr w:type="gramStart"/>
      <w:r w:rsidRPr="00E46FA8">
        <w:rPr>
          <w:sz w:val="19"/>
          <w:lang w:val="pl-PL"/>
        </w:rPr>
        <w:t>określające,</w:t>
      </w:r>
      <w:proofErr w:type="gramEnd"/>
      <w:r w:rsidRPr="00E46FA8">
        <w:rPr>
          <w:sz w:val="19"/>
          <w:lang w:val="pl-PL"/>
        </w:rPr>
        <w:t xml:space="preserve"> czy wskazane roboty budowlane zostały wykonane należycie, tj. referencje bądź inne dokumenty sporządzone przez podmiot, na rzecz którego roboty wykonano, a jeżeli z przyczyn niezależnych od Wykonawcy nie jest możliwe uzyskanie takich dokumentów – inne odpowiednie dokumenty.</w:t>
      </w:r>
    </w:p>
    <w:p w14:paraId="04317CB4" w14:textId="77777777" w:rsidR="00BD0037" w:rsidRPr="00E46FA8" w:rsidRDefault="00000000">
      <w:pPr>
        <w:spacing w:after="60"/>
        <w:rPr>
          <w:lang w:val="pl-PL"/>
        </w:rPr>
      </w:pPr>
      <w:r w:rsidRPr="00E46FA8">
        <w:rPr>
          <w:sz w:val="19"/>
          <w:lang w:val="pl-PL"/>
        </w:rPr>
        <w:t>Liczba załączonych dowodów: ………………</w:t>
      </w:r>
    </w:p>
    <w:p w14:paraId="7989AB73" w14:textId="77777777" w:rsidR="00BD0037" w:rsidRPr="00E46FA8" w:rsidRDefault="00000000">
      <w:pPr>
        <w:spacing w:after="60"/>
        <w:rPr>
          <w:lang w:val="pl-PL"/>
        </w:rPr>
      </w:pPr>
      <w:r w:rsidRPr="00E46FA8">
        <w:rPr>
          <w:b/>
          <w:sz w:val="18"/>
          <w:lang w:val="pl-PL"/>
        </w:rPr>
        <w:t>UWAGA:</w:t>
      </w:r>
      <w:r w:rsidRPr="00E46FA8">
        <w:rPr>
          <w:sz w:val="18"/>
          <w:lang w:val="pl-PL"/>
        </w:rPr>
        <w:t xml:space="preserve"> Opis każdej roboty powinien umożliwiać jednoznaczną ocenę spełniania warunku z Rozdziału XIX SWZ. Jeżeli doświadczenie pochodzi z zamówienia realizowanego wspólnie z innymi podmiotami, należy wskazać zakres i wartość robót faktycznie wykonanych przez podmiot, którego doświadczenie jest wykazywane.</w:t>
      </w:r>
    </w:p>
    <w:p w14:paraId="31836579" w14:textId="77777777" w:rsidR="00BD0037" w:rsidRPr="00E46FA8" w:rsidRDefault="00BD0037">
      <w:pPr>
        <w:rPr>
          <w:lang w:val="pl-PL"/>
        </w:rPr>
      </w:pPr>
    </w:p>
    <w:p w14:paraId="18D88ED4" w14:textId="77777777" w:rsidR="00BD0037" w:rsidRPr="00E46FA8" w:rsidRDefault="00000000">
      <w:pPr>
        <w:spacing w:after="20"/>
        <w:jc w:val="right"/>
        <w:rPr>
          <w:lang w:val="pl-PL"/>
        </w:rPr>
      </w:pPr>
      <w:r w:rsidRPr="00E46FA8">
        <w:rPr>
          <w:sz w:val="21"/>
          <w:lang w:val="pl-PL"/>
        </w:rPr>
        <w:t>…………………………………………………………………………</w:t>
      </w:r>
    </w:p>
    <w:p w14:paraId="46EC1383" w14:textId="77777777" w:rsidR="00BD0037" w:rsidRPr="00E46FA8" w:rsidRDefault="00000000">
      <w:pPr>
        <w:spacing w:after="20"/>
        <w:jc w:val="right"/>
        <w:rPr>
          <w:lang w:val="pl-PL"/>
        </w:rPr>
      </w:pPr>
      <w:r w:rsidRPr="00E46FA8">
        <w:rPr>
          <w:i/>
          <w:sz w:val="19"/>
          <w:lang w:val="pl-PL"/>
        </w:rPr>
        <w:t>podpis osoby uprawnionej do reprezentowania Wykonawcy</w:t>
      </w:r>
    </w:p>
    <w:p w14:paraId="69B560C7" w14:textId="77777777" w:rsidR="00BD0037" w:rsidRPr="00E46FA8" w:rsidRDefault="00000000">
      <w:pPr>
        <w:jc w:val="right"/>
        <w:rPr>
          <w:lang w:val="pl-PL"/>
        </w:rPr>
      </w:pPr>
      <w:r w:rsidRPr="00E46FA8">
        <w:rPr>
          <w:i/>
          <w:sz w:val="17"/>
          <w:lang w:val="pl-PL"/>
        </w:rPr>
        <w:t>(kwalifikowany podpis elektroniczny / podpis zaufany / podpis osobisty – zgodnie z SWZ)</w:t>
      </w:r>
    </w:p>
    <w:sectPr w:rsidR="00BD0037" w:rsidRPr="00E46FA8" w:rsidSect="00034616">
      <w:headerReference w:type="default" r:id="rId8"/>
      <w:footerReference w:type="default" r:id="rId9"/>
      <w:pgSz w:w="12240" w:h="15840"/>
      <w:pgMar w:top="935" w:right="1020" w:bottom="879" w:left="1020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BA777" w14:textId="77777777" w:rsidR="00902C8F" w:rsidRDefault="00902C8F">
      <w:pPr>
        <w:spacing w:after="0" w:line="240" w:lineRule="auto"/>
      </w:pPr>
      <w:r>
        <w:separator/>
      </w:r>
    </w:p>
  </w:endnote>
  <w:endnote w:type="continuationSeparator" w:id="0">
    <w:p w14:paraId="0249A313" w14:textId="77777777" w:rsidR="00902C8F" w:rsidRDefault="0090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CE64" w14:textId="77777777" w:rsidR="00BD0037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E46FA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F1C5D" w14:textId="77777777" w:rsidR="00902C8F" w:rsidRDefault="00902C8F">
      <w:pPr>
        <w:spacing w:after="0" w:line="240" w:lineRule="auto"/>
      </w:pPr>
      <w:r>
        <w:separator/>
      </w:r>
    </w:p>
  </w:footnote>
  <w:footnote w:type="continuationSeparator" w:id="0">
    <w:p w14:paraId="23B93451" w14:textId="77777777" w:rsidR="00902C8F" w:rsidRDefault="00902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C7908" w14:textId="77777777" w:rsidR="005E0F4F" w:rsidRDefault="005E0F4F" w:rsidP="005E0F4F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jc w:val="center"/>
      <w:rPr>
        <w:rFonts w:ascii="Times New Roman" w:hAnsi="Times New Roman" w:cs="Times New Roman"/>
        <w:b/>
        <w:sz w:val="16"/>
        <w:szCs w:val="16"/>
      </w:rPr>
    </w:pPr>
    <w:bookmarkStart w:id="0" w:name="_Hlk156982192"/>
    <w:r>
      <w:rPr>
        <w:rFonts w:ascii="Times New Roman" w:hAnsi="Times New Roman" w:cs="Times New Roman"/>
        <w:b/>
        <w:sz w:val="16"/>
        <w:szCs w:val="16"/>
      </w:rPr>
      <w:t>„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budynku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socjalno-magazynowego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częścią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biurową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wraz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infrastrukturą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techniczną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zagospodarowaniem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terenu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,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tym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miejsc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postojowych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na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działce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2654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Gorzowie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Wlkp. – ETAP II</w:t>
    </w:r>
    <w:r>
      <w:rPr>
        <w:rFonts w:ascii="Times New Roman" w:hAnsi="Times New Roman" w:cs="Times New Roman"/>
        <w:b/>
        <w:sz w:val="16"/>
        <w:szCs w:val="16"/>
      </w:rPr>
      <w:t>”</w:t>
    </w:r>
  </w:p>
  <w:p w14:paraId="7F9BF47B" w14:textId="77777777" w:rsidR="005E0F4F" w:rsidRDefault="005E0F4F" w:rsidP="005E0F4F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</w:p>
  <w:p w14:paraId="1CFF04F4" w14:textId="77777777" w:rsidR="005E0F4F" w:rsidRDefault="005E0F4F" w:rsidP="005E0F4F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  <w:t xml:space="preserve">Znak </w:t>
    </w:r>
    <w:proofErr w:type="spellStart"/>
    <w:r>
      <w:rPr>
        <w:rFonts w:ascii="Times New Roman" w:hAnsi="Times New Roman" w:cs="Times New Roman"/>
        <w:sz w:val="16"/>
        <w:szCs w:val="16"/>
      </w:rPr>
      <w:t>sprawy</w:t>
    </w:r>
    <w:proofErr w:type="spellEnd"/>
    <w:r>
      <w:rPr>
        <w:rFonts w:ascii="Times New Roman" w:hAnsi="Times New Roman" w:cs="Times New Roman"/>
        <w:sz w:val="16"/>
        <w:szCs w:val="16"/>
      </w:rPr>
      <w:t>: WITD-WP.272.3.2026.IM</w:t>
    </w:r>
    <w:bookmarkEnd w:id="0"/>
  </w:p>
  <w:p w14:paraId="48A7C011" w14:textId="45F9791C" w:rsidR="00BD0037" w:rsidRPr="005E0F4F" w:rsidRDefault="00BD0037" w:rsidP="005E0F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6072752">
    <w:abstractNumId w:val="8"/>
  </w:num>
  <w:num w:numId="2" w16cid:durableId="1887524943">
    <w:abstractNumId w:val="6"/>
  </w:num>
  <w:num w:numId="3" w16cid:durableId="933781200">
    <w:abstractNumId w:val="5"/>
  </w:num>
  <w:num w:numId="4" w16cid:durableId="959457188">
    <w:abstractNumId w:val="4"/>
  </w:num>
  <w:num w:numId="5" w16cid:durableId="1274364191">
    <w:abstractNumId w:val="7"/>
  </w:num>
  <w:num w:numId="6" w16cid:durableId="57437944">
    <w:abstractNumId w:val="3"/>
  </w:num>
  <w:num w:numId="7" w16cid:durableId="1910113186">
    <w:abstractNumId w:val="2"/>
  </w:num>
  <w:num w:numId="8" w16cid:durableId="1966809875">
    <w:abstractNumId w:val="1"/>
  </w:num>
  <w:num w:numId="9" w16cid:durableId="4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4D07"/>
    <w:rsid w:val="0029639D"/>
    <w:rsid w:val="00326F90"/>
    <w:rsid w:val="00523165"/>
    <w:rsid w:val="005E0F4F"/>
    <w:rsid w:val="00902C8F"/>
    <w:rsid w:val="00AA1D8D"/>
    <w:rsid w:val="00B47730"/>
    <w:rsid w:val="00BD0037"/>
    <w:rsid w:val="00CB0664"/>
    <w:rsid w:val="00E46FA8"/>
    <w:rsid w:val="00F124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3985A"/>
  <w14:defaultImageDpi w14:val="300"/>
  <w15:docId w15:val="{AD28E049-AD1F-C840-89A0-CAA674C4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WITD-2464 .</cp:lastModifiedBy>
  <cp:revision>4</cp:revision>
  <dcterms:created xsi:type="dcterms:W3CDTF">2026-08-19T13:47:00Z</dcterms:created>
  <dcterms:modified xsi:type="dcterms:W3CDTF">2026-08-20T10:56:00Z</dcterms:modified>
  <cp:category/>
</cp:coreProperties>
</file>