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7ABDE" w14:textId="77777777" w:rsidR="004D69F4" w:rsidRPr="00F55913" w:rsidRDefault="00000000">
      <w:pPr>
        <w:spacing w:after="60"/>
        <w:jc w:val="right"/>
        <w:rPr>
          <w:lang w:val="pl-PL"/>
        </w:rPr>
      </w:pPr>
      <w:r w:rsidRPr="00F55913">
        <w:rPr>
          <w:b/>
          <w:lang w:val="pl-PL"/>
        </w:rPr>
        <w:t>ZAŁĄCZNIK NR 9 DO SWZ</w:t>
      </w:r>
    </w:p>
    <w:p w14:paraId="77EAC449" w14:textId="77777777" w:rsidR="00044315" w:rsidRDefault="00044315">
      <w:pPr>
        <w:spacing w:before="120" w:after="60"/>
        <w:jc w:val="center"/>
        <w:rPr>
          <w:b/>
          <w:sz w:val="28"/>
          <w:lang w:val="pl-PL"/>
        </w:rPr>
      </w:pPr>
    </w:p>
    <w:p w14:paraId="1619407D" w14:textId="4FEAA5E3" w:rsidR="004D69F4" w:rsidRPr="00F55913" w:rsidRDefault="00000000">
      <w:pPr>
        <w:spacing w:before="120" w:after="60"/>
        <w:jc w:val="center"/>
        <w:rPr>
          <w:lang w:val="pl-PL"/>
        </w:rPr>
      </w:pPr>
      <w:r w:rsidRPr="00F55913">
        <w:rPr>
          <w:b/>
          <w:sz w:val="28"/>
          <w:lang w:val="pl-PL"/>
        </w:rPr>
        <w:t>WYKAZ OSÓB SKIEROWANYCH DO REALIZACJI ZAMÓWIENIA</w:t>
      </w:r>
    </w:p>
    <w:p w14:paraId="61CBB0E8" w14:textId="77777777" w:rsidR="004D69F4" w:rsidRPr="00F55913" w:rsidRDefault="00000000">
      <w:pPr>
        <w:spacing w:after="160"/>
        <w:jc w:val="center"/>
        <w:rPr>
          <w:lang w:val="pl-PL"/>
        </w:rPr>
      </w:pPr>
      <w:r w:rsidRPr="00F55913">
        <w:rPr>
          <w:b/>
          <w:sz w:val="19"/>
          <w:lang w:val="pl-PL"/>
        </w:rPr>
        <w:t>„Budowa budynku socjalno-magazynowego z częścią biurową wraz z infrastrukturą techniczną i zagospodarowaniem terenu, w tym budową miejsc postojowych na działce 2654 w Gorzowie Wlkp. – ETAP II”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4D69F4" w:rsidRPr="00F55913" w14:paraId="01EE7383" w14:textId="77777777">
        <w:trPr>
          <w:jc w:val="center"/>
        </w:trPr>
        <w:tc>
          <w:tcPr>
            <w:tcW w:w="5100" w:type="dxa"/>
            <w:vAlign w:val="center"/>
          </w:tcPr>
          <w:p w14:paraId="5E4EA8A5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b/>
                <w:sz w:val="19"/>
                <w:lang w:val="pl-PL"/>
              </w:rPr>
              <w:t>Wykonawca – pełna nazwa / firma</w:t>
            </w:r>
          </w:p>
        </w:tc>
        <w:tc>
          <w:tcPr>
            <w:tcW w:w="5100" w:type="dxa"/>
            <w:vAlign w:val="center"/>
          </w:tcPr>
          <w:p w14:paraId="0AA89F28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4D69F4" w:rsidRPr="00F55913" w14:paraId="71EEE796" w14:textId="77777777">
        <w:trPr>
          <w:jc w:val="center"/>
        </w:trPr>
        <w:tc>
          <w:tcPr>
            <w:tcW w:w="5100" w:type="dxa"/>
            <w:vAlign w:val="center"/>
          </w:tcPr>
          <w:p w14:paraId="33D221FC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b/>
                <w:sz w:val="19"/>
                <w:lang w:val="pl-PL"/>
              </w:rPr>
              <w:t>Adres / siedziba</w:t>
            </w:r>
          </w:p>
        </w:tc>
        <w:tc>
          <w:tcPr>
            <w:tcW w:w="5100" w:type="dxa"/>
            <w:vAlign w:val="center"/>
          </w:tcPr>
          <w:p w14:paraId="1F6E9FA3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4D69F4" w:rsidRPr="00F55913" w14:paraId="541D40AD" w14:textId="77777777">
        <w:trPr>
          <w:jc w:val="center"/>
        </w:trPr>
        <w:tc>
          <w:tcPr>
            <w:tcW w:w="5100" w:type="dxa"/>
            <w:vAlign w:val="center"/>
          </w:tcPr>
          <w:p w14:paraId="7537483F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b/>
                <w:sz w:val="19"/>
                <w:lang w:val="pl-PL"/>
              </w:rPr>
              <w:t>NIP / PESEL; KRS / CEIDG – stosownie do podmiotu</w:t>
            </w:r>
          </w:p>
        </w:tc>
        <w:tc>
          <w:tcPr>
            <w:tcW w:w="5100" w:type="dxa"/>
            <w:vAlign w:val="center"/>
          </w:tcPr>
          <w:p w14:paraId="64DB8229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4D69F4" w:rsidRPr="00F55913" w14:paraId="3F9F6CC4" w14:textId="77777777">
        <w:trPr>
          <w:jc w:val="center"/>
        </w:trPr>
        <w:tc>
          <w:tcPr>
            <w:tcW w:w="5100" w:type="dxa"/>
            <w:vAlign w:val="center"/>
          </w:tcPr>
          <w:p w14:paraId="01470844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b/>
                <w:sz w:val="19"/>
                <w:lang w:val="pl-PL"/>
              </w:rPr>
              <w:t>Osoba reprezentująca / podstawa umocowania</w:t>
            </w:r>
          </w:p>
        </w:tc>
        <w:tc>
          <w:tcPr>
            <w:tcW w:w="5100" w:type="dxa"/>
            <w:vAlign w:val="center"/>
          </w:tcPr>
          <w:p w14:paraId="1D14BCE5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</w:tbl>
    <w:p w14:paraId="621C7CCC" w14:textId="77777777" w:rsidR="004D69F4" w:rsidRPr="00F55913" w:rsidRDefault="00000000">
      <w:pPr>
        <w:spacing w:after="60"/>
        <w:rPr>
          <w:lang w:val="pl-PL"/>
        </w:rPr>
      </w:pPr>
      <w:r w:rsidRPr="00F55913">
        <w:rPr>
          <w:i/>
          <w:sz w:val="19"/>
          <w:lang w:val="pl-PL"/>
        </w:rPr>
        <w:t>Wykaz składany na wezwanie Zamawiającego w celu potwierdzenia spełniania warunku zdolności technicznej lub zawodowej dotyczącego osób skierowanych do realizacji zamówienia, określonego w Rozdziale XIX SWZ.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9"/>
        <w:gridCol w:w="1699"/>
        <w:gridCol w:w="1698"/>
        <w:gridCol w:w="1698"/>
        <w:gridCol w:w="1698"/>
        <w:gridCol w:w="1698"/>
      </w:tblGrid>
      <w:tr w:rsidR="004D69F4" w:rsidRPr="00F55913" w14:paraId="08B5384E" w14:textId="77777777">
        <w:trPr>
          <w:jc w:val="center"/>
        </w:trPr>
        <w:tc>
          <w:tcPr>
            <w:tcW w:w="1700" w:type="dxa"/>
            <w:vAlign w:val="center"/>
          </w:tcPr>
          <w:p w14:paraId="79EC7B51" w14:textId="77777777" w:rsidR="004D69F4" w:rsidRPr="00F55913" w:rsidRDefault="00000000">
            <w:pPr>
              <w:spacing w:after="0"/>
              <w:jc w:val="center"/>
              <w:rPr>
                <w:lang w:val="pl-PL"/>
              </w:rPr>
            </w:pPr>
            <w:r w:rsidRPr="00F55913">
              <w:rPr>
                <w:b/>
                <w:sz w:val="15"/>
                <w:lang w:val="pl-PL"/>
              </w:rPr>
              <w:t>Imię i nazwisko</w:t>
            </w:r>
          </w:p>
        </w:tc>
        <w:tc>
          <w:tcPr>
            <w:tcW w:w="1700" w:type="dxa"/>
            <w:vAlign w:val="center"/>
          </w:tcPr>
          <w:p w14:paraId="0043D122" w14:textId="77777777" w:rsidR="004D69F4" w:rsidRPr="00F55913" w:rsidRDefault="00000000">
            <w:pPr>
              <w:spacing w:after="0"/>
              <w:jc w:val="center"/>
              <w:rPr>
                <w:lang w:val="pl-PL"/>
              </w:rPr>
            </w:pPr>
            <w:r w:rsidRPr="00F55913">
              <w:rPr>
                <w:b/>
                <w:sz w:val="15"/>
                <w:lang w:val="pl-PL"/>
              </w:rPr>
              <w:t>Funkcja / zakres czynności w zamówieniu</w:t>
            </w:r>
          </w:p>
        </w:tc>
        <w:tc>
          <w:tcPr>
            <w:tcW w:w="1700" w:type="dxa"/>
            <w:vAlign w:val="center"/>
          </w:tcPr>
          <w:p w14:paraId="44BABED2" w14:textId="77777777" w:rsidR="004D69F4" w:rsidRPr="00F55913" w:rsidRDefault="00000000">
            <w:pPr>
              <w:spacing w:after="0"/>
              <w:jc w:val="center"/>
              <w:rPr>
                <w:lang w:val="pl-PL"/>
              </w:rPr>
            </w:pPr>
            <w:r w:rsidRPr="00F55913">
              <w:rPr>
                <w:b/>
                <w:sz w:val="15"/>
                <w:lang w:val="pl-PL"/>
              </w:rPr>
              <w:t>Uprawnienia budowlane</w:t>
            </w:r>
            <w:r w:rsidRPr="00F55913">
              <w:rPr>
                <w:b/>
                <w:sz w:val="15"/>
                <w:lang w:val="pl-PL"/>
              </w:rPr>
              <w:br/>
              <w:t>(nr, specjalność, zakres, data uzyskania)</w:t>
            </w:r>
          </w:p>
        </w:tc>
        <w:tc>
          <w:tcPr>
            <w:tcW w:w="1700" w:type="dxa"/>
            <w:vAlign w:val="center"/>
          </w:tcPr>
          <w:p w14:paraId="4B376458" w14:textId="77777777" w:rsidR="004D69F4" w:rsidRPr="00F55913" w:rsidRDefault="00000000">
            <w:pPr>
              <w:spacing w:after="0"/>
              <w:jc w:val="center"/>
              <w:rPr>
                <w:lang w:val="pl-PL"/>
              </w:rPr>
            </w:pPr>
            <w:r w:rsidRPr="00F55913">
              <w:rPr>
                <w:b/>
                <w:sz w:val="15"/>
                <w:lang w:val="pl-PL"/>
              </w:rPr>
              <w:t>Doświadczenie zawodowe wymagane SWZ</w:t>
            </w:r>
            <w:r w:rsidRPr="00F55913">
              <w:rPr>
                <w:b/>
                <w:sz w:val="15"/>
                <w:lang w:val="pl-PL"/>
              </w:rPr>
              <w:br/>
              <w:t>(okres i opis)</w:t>
            </w:r>
          </w:p>
        </w:tc>
        <w:tc>
          <w:tcPr>
            <w:tcW w:w="1700" w:type="dxa"/>
            <w:vAlign w:val="center"/>
          </w:tcPr>
          <w:p w14:paraId="271154F8" w14:textId="77777777" w:rsidR="004D69F4" w:rsidRPr="00F55913" w:rsidRDefault="00000000">
            <w:pPr>
              <w:spacing w:after="0"/>
              <w:jc w:val="center"/>
              <w:rPr>
                <w:lang w:val="pl-PL"/>
              </w:rPr>
            </w:pPr>
            <w:r w:rsidRPr="00F55913">
              <w:rPr>
                <w:b/>
                <w:sz w:val="15"/>
                <w:lang w:val="pl-PL"/>
              </w:rPr>
              <w:t>Członkostwo we właściwej izbie samorządu zawodowego</w:t>
            </w:r>
            <w:r w:rsidRPr="00F55913">
              <w:rPr>
                <w:b/>
                <w:sz w:val="15"/>
                <w:lang w:val="pl-PL"/>
              </w:rPr>
              <w:br/>
              <w:t>(jeżeli wymagane)</w:t>
            </w:r>
          </w:p>
        </w:tc>
        <w:tc>
          <w:tcPr>
            <w:tcW w:w="1700" w:type="dxa"/>
            <w:vAlign w:val="center"/>
          </w:tcPr>
          <w:p w14:paraId="5EF56F21" w14:textId="77777777" w:rsidR="004D69F4" w:rsidRPr="00F55913" w:rsidRDefault="00000000">
            <w:pPr>
              <w:spacing w:after="0"/>
              <w:jc w:val="center"/>
              <w:rPr>
                <w:lang w:val="pl-PL"/>
              </w:rPr>
            </w:pPr>
            <w:r w:rsidRPr="00F55913">
              <w:rPr>
                <w:b/>
                <w:sz w:val="15"/>
                <w:lang w:val="pl-PL"/>
              </w:rPr>
              <w:t>Podstawa dysponowania osobą</w:t>
            </w:r>
          </w:p>
        </w:tc>
      </w:tr>
      <w:tr w:rsidR="004D69F4" w:rsidRPr="00F55913" w14:paraId="0420CAA8" w14:textId="77777777">
        <w:trPr>
          <w:jc w:val="center"/>
        </w:trPr>
        <w:tc>
          <w:tcPr>
            <w:tcW w:w="1700" w:type="dxa"/>
            <w:vAlign w:val="center"/>
          </w:tcPr>
          <w:p w14:paraId="2B3DD0B8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700" w:type="dxa"/>
            <w:vAlign w:val="center"/>
          </w:tcPr>
          <w:p w14:paraId="7D7CE826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700" w:type="dxa"/>
            <w:vAlign w:val="center"/>
          </w:tcPr>
          <w:p w14:paraId="3BE2FAAF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700" w:type="dxa"/>
            <w:vAlign w:val="center"/>
          </w:tcPr>
          <w:p w14:paraId="0DB7CF3D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700" w:type="dxa"/>
            <w:vAlign w:val="center"/>
          </w:tcPr>
          <w:p w14:paraId="5F960B75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700" w:type="dxa"/>
            <w:vAlign w:val="center"/>
          </w:tcPr>
          <w:p w14:paraId="1A427F77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6"/>
                <w:lang w:val="pl-PL"/>
              </w:rPr>
              <w:t>…………………………………………</w:t>
            </w:r>
          </w:p>
        </w:tc>
      </w:tr>
      <w:tr w:rsidR="004D69F4" w:rsidRPr="00F55913" w14:paraId="3565177F" w14:textId="77777777">
        <w:trPr>
          <w:jc w:val="center"/>
        </w:trPr>
        <w:tc>
          <w:tcPr>
            <w:tcW w:w="1700" w:type="dxa"/>
            <w:vAlign w:val="center"/>
          </w:tcPr>
          <w:p w14:paraId="790B3B03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700" w:type="dxa"/>
            <w:vAlign w:val="center"/>
          </w:tcPr>
          <w:p w14:paraId="3EE3D3D5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700" w:type="dxa"/>
            <w:vAlign w:val="center"/>
          </w:tcPr>
          <w:p w14:paraId="454261E1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700" w:type="dxa"/>
            <w:vAlign w:val="center"/>
          </w:tcPr>
          <w:p w14:paraId="1EB1C3DD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700" w:type="dxa"/>
            <w:vAlign w:val="center"/>
          </w:tcPr>
          <w:p w14:paraId="24B3C7EF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700" w:type="dxa"/>
            <w:vAlign w:val="center"/>
          </w:tcPr>
          <w:p w14:paraId="2009DCB7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6"/>
                <w:lang w:val="pl-PL"/>
              </w:rPr>
              <w:t>…………………………………………</w:t>
            </w:r>
          </w:p>
        </w:tc>
      </w:tr>
      <w:tr w:rsidR="004D69F4" w:rsidRPr="00F55913" w14:paraId="3D5CF7E9" w14:textId="77777777">
        <w:trPr>
          <w:jc w:val="center"/>
        </w:trPr>
        <w:tc>
          <w:tcPr>
            <w:tcW w:w="1700" w:type="dxa"/>
            <w:vAlign w:val="center"/>
          </w:tcPr>
          <w:p w14:paraId="024333C3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700" w:type="dxa"/>
            <w:vAlign w:val="center"/>
          </w:tcPr>
          <w:p w14:paraId="67258466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700" w:type="dxa"/>
            <w:vAlign w:val="center"/>
          </w:tcPr>
          <w:p w14:paraId="25551E9E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700" w:type="dxa"/>
            <w:vAlign w:val="center"/>
          </w:tcPr>
          <w:p w14:paraId="4D844A8C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700" w:type="dxa"/>
            <w:vAlign w:val="center"/>
          </w:tcPr>
          <w:p w14:paraId="672CAAB5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6"/>
                <w:lang w:val="pl-PL"/>
              </w:rPr>
              <w:t>…………………………………………</w:t>
            </w:r>
          </w:p>
        </w:tc>
        <w:tc>
          <w:tcPr>
            <w:tcW w:w="1700" w:type="dxa"/>
            <w:vAlign w:val="center"/>
          </w:tcPr>
          <w:p w14:paraId="379DD764" w14:textId="77777777" w:rsidR="004D69F4" w:rsidRPr="00F55913" w:rsidRDefault="00000000">
            <w:pPr>
              <w:spacing w:after="0"/>
              <w:rPr>
                <w:lang w:val="pl-PL"/>
              </w:rPr>
            </w:pPr>
            <w:r w:rsidRPr="00F55913">
              <w:rPr>
                <w:sz w:val="16"/>
                <w:lang w:val="pl-PL"/>
              </w:rPr>
              <w:t>…………………………………………</w:t>
            </w:r>
          </w:p>
        </w:tc>
      </w:tr>
    </w:tbl>
    <w:p w14:paraId="329F84A8" w14:textId="77777777" w:rsidR="004D69F4" w:rsidRPr="00F55913" w:rsidRDefault="00000000">
      <w:pPr>
        <w:spacing w:after="60"/>
        <w:rPr>
          <w:lang w:val="pl-PL"/>
        </w:rPr>
      </w:pPr>
      <w:r w:rsidRPr="00F55913">
        <w:rPr>
          <w:sz w:val="18"/>
          <w:lang w:val="pl-PL"/>
        </w:rPr>
        <w:t>Dla osoby przewidzianej do pełnienia funkcji Kierownika Budowy należy podać informacje pozwalające zweryfikować wymagane w Rozdziale XIX SWZ uprawnienia w specjalności konstrukcyjno-budowlanej oraz minimum pięcioletnie doświadczenie zawodowe.</w:t>
      </w:r>
    </w:p>
    <w:p w14:paraId="2CB0E0CC" w14:textId="77777777" w:rsidR="004D69F4" w:rsidRPr="00F55913" w:rsidRDefault="004D69F4">
      <w:pPr>
        <w:rPr>
          <w:lang w:val="pl-PL"/>
        </w:rPr>
      </w:pPr>
    </w:p>
    <w:p w14:paraId="18ACBBB1" w14:textId="77777777" w:rsidR="004D69F4" w:rsidRPr="00F55913" w:rsidRDefault="00000000">
      <w:pPr>
        <w:spacing w:after="20"/>
        <w:jc w:val="right"/>
        <w:rPr>
          <w:lang w:val="pl-PL"/>
        </w:rPr>
      </w:pPr>
      <w:r w:rsidRPr="00F55913">
        <w:rPr>
          <w:sz w:val="21"/>
          <w:lang w:val="pl-PL"/>
        </w:rPr>
        <w:t>…………………………………………………………………………</w:t>
      </w:r>
    </w:p>
    <w:p w14:paraId="35A93704" w14:textId="77777777" w:rsidR="004D69F4" w:rsidRPr="00F55913" w:rsidRDefault="00000000">
      <w:pPr>
        <w:spacing w:after="20"/>
        <w:jc w:val="right"/>
        <w:rPr>
          <w:lang w:val="pl-PL"/>
        </w:rPr>
      </w:pPr>
      <w:r w:rsidRPr="00F55913">
        <w:rPr>
          <w:i/>
          <w:sz w:val="19"/>
          <w:lang w:val="pl-PL"/>
        </w:rPr>
        <w:t>podpis osoby uprawnionej do reprezentowania Wykonawcy</w:t>
      </w:r>
    </w:p>
    <w:p w14:paraId="37B05365" w14:textId="77777777" w:rsidR="004D69F4" w:rsidRPr="00F55913" w:rsidRDefault="00000000">
      <w:pPr>
        <w:jc w:val="right"/>
        <w:rPr>
          <w:lang w:val="pl-PL"/>
        </w:rPr>
      </w:pPr>
      <w:r w:rsidRPr="00F55913">
        <w:rPr>
          <w:i/>
          <w:sz w:val="17"/>
          <w:lang w:val="pl-PL"/>
        </w:rPr>
        <w:t>(kwalifikowany podpis elektroniczny / podpis zaufany / podpis osobisty – zgodnie z SWZ)</w:t>
      </w:r>
    </w:p>
    <w:sectPr w:rsidR="004D69F4" w:rsidRPr="00F55913" w:rsidSect="00034616">
      <w:headerReference w:type="default" r:id="rId8"/>
      <w:footerReference w:type="default" r:id="rId9"/>
      <w:pgSz w:w="12240" w:h="15840"/>
      <w:pgMar w:top="935" w:right="1020" w:bottom="879" w:left="1020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BB742" w14:textId="77777777" w:rsidR="0029755B" w:rsidRDefault="0029755B">
      <w:pPr>
        <w:spacing w:after="0" w:line="240" w:lineRule="auto"/>
      </w:pPr>
      <w:r>
        <w:separator/>
      </w:r>
    </w:p>
  </w:endnote>
  <w:endnote w:type="continuationSeparator" w:id="0">
    <w:p w14:paraId="280ED502" w14:textId="77777777" w:rsidR="0029755B" w:rsidRDefault="00297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A929" w14:textId="77777777" w:rsidR="004D69F4" w:rsidRDefault="00000000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F5591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9CDBE" w14:textId="77777777" w:rsidR="0029755B" w:rsidRDefault="0029755B">
      <w:pPr>
        <w:spacing w:after="0" w:line="240" w:lineRule="auto"/>
      </w:pPr>
      <w:r>
        <w:separator/>
      </w:r>
    </w:p>
  </w:footnote>
  <w:footnote w:type="continuationSeparator" w:id="0">
    <w:p w14:paraId="72E368AD" w14:textId="77777777" w:rsidR="0029755B" w:rsidRDefault="00297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84CD4" w14:textId="77777777" w:rsidR="00044315" w:rsidRDefault="00044315" w:rsidP="00044315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jc w:val="center"/>
      <w:rPr>
        <w:rFonts w:ascii="Times New Roman" w:hAnsi="Times New Roman" w:cs="Times New Roman"/>
        <w:b/>
        <w:sz w:val="16"/>
        <w:szCs w:val="16"/>
      </w:rPr>
    </w:pPr>
    <w:bookmarkStart w:id="0" w:name="_Hlk156982192"/>
    <w:r>
      <w:rPr>
        <w:rFonts w:ascii="Times New Roman" w:hAnsi="Times New Roman" w:cs="Times New Roman"/>
        <w:b/>
        <w:sz w:val="16"/>
        <w:szCs w:val="16"/>
      </w:rPr>
      <w:t>„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Budowa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budynku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socjalno-magazynowego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z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częścią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biurową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wraz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z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infrastrukturą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techniczną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i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zagospodarowaniem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terenu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, w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tym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budową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miejsc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postojowych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na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działce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2654 w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Gorzowie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Wlkp. – ETAP II</w:t>
    </w:r>
    <w:r>
      <w:rPr>
        <w:rFonts w:ascii="Times New Roman" w:hAnsi="Times New Roman" w:cs="Times New Roman"/>
        <w:b/>
        <w:sz w:val="16"/>
        <w:szCs w:val="16"/>
      </w:rPr>
      <w:t>”</w:t>
    </w:r>
  </w:p>
  <w:p w14:paraId="3B182294" w14:textId="77777777" w:rsidR="00044315" w:rsidRDefault="00044315" w:rsidP="00044315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</w:p>
  <w:p w14:paraId="27F35F22" w14:textId="77777777" w:rsidR="00044315" w:rsidRDefault="00044315" w:rsidP="00044315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  <w:t xml:space="preserve">Znak </w:t>
    </w:r>
    <w:proofErr w:type="spellStart"/>
    <w:r>
      <w:rPr>
        <w:rFonts w:ascii="Times New Roman" w:hAnsi="Times New Roman" w:cs="Times New Roman"/>
        <w:sz w:val="16"/>
        <w:szCs w:val="16"/>
      </w:rPr>
      <w:t>sprawy</w:t>
    </w:r>
    <w:proofErr w:type="spellEnd"/>
    <w:r>
      <w:rPr>
        <w:rFonts w:ascii="Times New Roman" w:hAnsi="Times New Roman" w:cs="Times New Roman"/>
        <w:sz w:val="16"/>
        <w:szCs w:val="16"/>
      </w:rPr>
      <w:t>: WITD-WP.272.3.2026.IM</w:t>
    </w:r>
    <w:bookmarkEnd w:id="0"/>
  </w:p>
  <w:p w14:paraId="7F22130D" w14:textId="54F87AF0" w:rsidR="004D69F4" w:rsidRPr="00044315" w:rsidRDefault="004D69F4" w:rsidP="000443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4580358">
    <w:abstractNumId w:val="8"/>
  </w:num>
  <w:num w:numId="2" w16cid:durableId="256064293">
    <w:abstractNumId w:val="6"/>
  </w:num>
  <w:num w:numId="3" w16cid:durableId="392432561">
    <w:abstractNumId w:val="5"/>
  </w:num>
  <w:num w:numId="4" w16cid:durableId="737746986">
    <w:abstractNumId w:val="4"/>
  </w:num>
  <w:num w:numId="5" w16cid:durableId="793984973">
    <w:abstractNumId w:val="7"/>
  </w:num>
  <w:num w:numId="6" w16cid:durableId="609775217">
    <w:abstractNumId w:val="3"/>
  </w:num>
  <w:num w:numId="7" w16cid:durableId="140318541">
    <w:abstractNumId w:val="2"/>
  </w:num>
  <w:num w:numId="8" w16cid:durableId="1906644887">
    <w:abstractNumId w:val="1"/>
  </w:num>
  <w:num w:numId="9" w16cid:durableId="142148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315"/>
    <w:rsid w:val="0006063C"/>
    <w:rsid w:val="0015074B"/>
    <w:rsid w:val="0029639D"/>
    <w:rsid w:val="0029755B"/>
    <w:rsid w:val="00326F90"/>
    <w:rsid w:val="004D69F4"/>
    <w:rsid w:val="00504777"/>
    <w:rsid w:val="00915A88"/>
    <w:rsid w:val="00AA1D8D"/>
    <w:rsid w:val="00B47730"/>
    <w:rsid w:val="00CB0664"/>
    <w:rsid w:val="00F124AC"/>
    <w:rsid w:val="00F559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B373EC"/>
  <w14:defaultImageDpi w14:val="300"/>
  <w15:docId w15:val="{AD28E049-AD1F-C840-89A0-CAA674C4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Arial" w:eastAsia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WITD-2464 .</cp:lastModifiedBy>
  <cp:revision>4</cp:revision>
  <dcterms:created xsi:type="dcterms:W3CDTF">2026-08-19T13:48:00Z</dcterms:created>
  <dcterms:modified xsi:type="dcterms:W3CDTF">2026-08-20T10:57:00Z</dcterms:modified>
  <cp:category/>
</cp:coreProperties>
</file>