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BDA7" w14:textId="77777777" w:rsidR="00FD3F93" w:rsidRPr="005B72F1" w:rsidRDefault="00000000">
      <w:pPr>
        <w:spacing w:after="60"/>
        <w:jc w:val="right"/>
        <w:rPr>
          <w:lang w:val="pl-PL"/>
        </w:rPr>
      </w:pPr>
      <w:r w:rsidRPr="005B72F1">
        <w:rPr>
          <w:b/>
          <w:lang w:val="pl-PL"/>
        </w:rPr>
        <w:t>ZAŁĄCZNIK NR 2a DO SWZ</w:t>
      </w:r>
    </w:p>
    <w:p w14:paraId="35C99EA3" w14:textId="77777777" w:rsidR="00FD3F93" w:rsidRPr="005B72F1" w:rsidRDefault="00000000">
      <w:pPr>
        <w:spacing w:before="120" w:after="60"/>
        <w:jc w:val="center"/>
        <w:rPr>
          <w:lang w:val="pl-PL"/>
        </w:rPr>
      </w:pPr>
      <w:r w:rsidRPr="005B72F1">
        <w:rPr>
          <w:b/>
          <w:sz w:val="28"/>
          <w:lang w:val="pl-PL"/>
        </w:rPr>
        <w:t>OŚWIADCZENIE PODMIOTU UDOSTĘPNIAJĄCEGO ZASOBY</w:t>
      </w:r>
    </w:p>
    <w:p w14:paraId="12D7AD6E" w14:textId="77777777" w:rsidR="00FD3F93" w:rsidRPr="005B72F1" w:rsidRDefault="00000000">
      <w:pPr>
        <w:spacing w:after="160"/>
        <w:jc w:val="center"/>
        <w:rPr>
          <w:lang w:val="pl-PL"/>
        </w:rPr>
      </w:pPr>
      <w:r w:rsidRPr="005B72F1">
        <w:rPr>
          <w:b/>
          <w:sz w:val="19"/>
          <w:lang w:val="pl-PL"/>
        </w:rPr>
        <w:t>„Budowa budynku socjalno-magazynowego z częścią biurową wraz z infrastrukturą techniczną i zagospodarowaniem terenu, w tym budową miejsc postojowych na działce 2654 w Gorzowie Wlkp. – ETAP II”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FD3F93" w:rsidRPr="005B72F1" w14:paraId="0E9E1DE4" w14:textId="77777777">
        <w:trPr>
          <w:jc w:val="center"/>
        </w:trPr>
        <w:tc>
          <w:tcPr>
            <w:tcW w:w="5100" w:type="dxa"/>
            <w:vAlign w:val="center"/>
          </w:tcPr>
          <w:p w14:paraId="7725231C" w14:textId="77777777" w:rsidR="00FD3F93" w:rsidRPr="005B72F1" w:rsidRDefault="00000000">
            <w:pPr>
              <w:spacing w:after="0"/>
              <w:rPr>
                <w:lang w:val="pl-PL"/>
              </w:rPr>
            </w:pPr>
            <w:r w:rsidRPr="005B72F1">
              <w:rPr>
                <w:b/>
                <w:sz w:val="19"/>
                <w:lang w:val="pl-PL"/>
              </w:rPr>
              <w:t>Podmiot udostępniający zasoby – pełna nazwa / firma</w:t>
            </w:r>
          </w:p>
        </w:tc>
        <w:tc>
          <w:tcPr>
            <w:tcW w:w="5100" w:type="dxa"/>
            <w:vAlign w:val="center"/>
          </w:tcPr>
          <w:p w14:paraId="66C0D451" w14:textId="77777777" w:rsidR="00FD3F93" w:rsidRPr="005B72F1" w:rsidRDefault="00000000">
            <w:pPr>
              <w:spacing w:after="0"/>
              <w:rPr>
                <w:lang w:val="pl-PL"/>
              </w:rPr>
            </w:pPr>
            <w:r w:rsidRPr="005B72F1">
              <w:rPr>
                <w:sz w:val="19"/>
                <w:lang w:val="pl-PL"/>
              </w:rPr>
              <w:t>……………………………………………………………………………………………………………………</w:t>
            </w:r>
          </w:p>
        </w:tc>
      </w:tr>
      <w:tr w:rsidR="00FD3F93" w:rsidRPr="005B72F1" w14:paraId="372C0F63" w14:textId="77777777">
        <w:trPr>
          <w:jc w:val="center"/>
        </w:trPr>
        <w:tc>
          <w:tcPr>
            <w:tcW w:w="5100" w:type="dxa"/>
            <w:vAlign w:val="center"/>
          </w:tcPr>
          <w:p w14:paraId="62ED6DF8" w14:textId="77777777" w:rsidR="00FD3F93" w:rsidRPr="005B72F1" w:rsidRDefault="00000000">
            <w:pPr>
              <w:spacing w:after="0"/>
              <w:rPr>
                <w:lang w:val="pl-PL"/>
              </w:rPr>
            </w:pPr>
            <w:r w:rsidRPr="005B72F1">
              <w:rPr>
                <w:b/>
                <w:sz w:val="19"/>
                <w:lang w:val="pl-PL"/>
              </w:rPr>
              <w:t>Adres / siedziba</w:t>
            </w:r>
          </w:p>
        </w:tc>
        <w:tc>
          <w:tcPr>
            <w:tcW w:w="5100" w:type="dxa"/>
            <w:vAlign w:val="center"/>
          </w:tcPr>
          <w:p w14:paraId="49A0C17F" w14:textId="77777777" w:rsidR="00FD3F93" w:rsidRPr="005B72F1" w:rsidRDefault="00000000">
            <w:pPr>
              <w:spacing w:after="0"/>
              <w:rPr>
                <w:lang w:val="pl-PL"/>
              </w:rPr>
            </w:pPr>
            <w:r w:rsidRPr="005B72F1">
              <w:rPr>
                <w:sz w:val="19"/>
                <w:lang w:val="pl-PL"/>
              </w:rPr>
              <w:t>……………………………………………………………………………………………………………………</w:t>
            </w:r>
          </w:p>
        </w:tc>
      </w:tr>
      <w:tr w:rsidR="00FD3F93" w:rsidRPr="005B72F1" w14:paraId="7B9322E3" w14:textId="77777777">
        <w:trPr>
          <w:jc w:val="center"/>
        </w:trPr>
        <w:tc>
          <w:tcPr>
            <w:tcW w:w="5100" w:type="dxa"/>
            <w:vAlign w:val="center"/>
          </w:tcPr>
          <w:p w14:paraId="3057122C" w14:textId="77777777" w:rsidR="00FD3F93" w:rsidRPr="005B72F1" w:rsidRDefault="00000000">
            <w:pPr>
              <w:spacing w:after="0"/>
              <w:rPr>
                <w:lang w:val="pl-PL"/>
              </w:rPr>
            </w:pPr>
            <w:r w:rsidRPr="005B72F1">
              <w:rPr>
                <w:b/>
                <w:sz w:val="19"/>
                <w:lang w:val="pl-PL"/>
              </w:rPr>
              <w:t>NIP / PESEL; KRS / CEIDG – stosownie do podmiotu</w:t>
            </w:r>
          </w:p>
        </w:tc>
        <w:tc>
          <w:tcPr>
            <w:tcW w:w="5100" w:type="dxa"/>
            <w:vAlign w:val="center"/>
          </w:tcPr>
          <w:p w14:paraId="1760E739" w14:textId="77777777" w:rsidR="00FD3F93" w:rsidRPr="005B72F1" w:rsidRDefault="00000000">
            <w:pPr>
              <w:spacing w:after="0"/>
              <w:rPr>
                <w:lang w:val="pl-PL"/>
              </w:rPr>
            </w:pPr>
            <w:r w:rsidRPr="005B72F1">
              <w:rPr>
                <w:sz w:val="19"/>
                <w:lang w:val="pl-PL"/>
              </w:rPr>
              <w:t>……………………………………………………………………………………………………………………</w:t>
            </w:r>
          </w:p>
        </w:tc>
      </w:tr>
      <w:tr w:rsidR="00FD3F93" w:rsidRPr="005B72F1" w14:paraId="48EC707C" w14:textId="77777777">
        <w:trPr>
          <w:jc w:val="center"/>
        </w:trPr>
        <w:tc>
          <w:tcPr>
            <w:tcW w:w="5100" w:type="dxa"/>
            <w:vAlign w:val="center"/>
          </w:tcPr>
          <w:p w14:paraId="56AE4C9C" w14:textId="77777777" w:rsidR="00FD3F93" w:rsidRPr="005B72F1" w:rsidRDefault="00000000">
            <w:pPr>
              <w:spacing w:after="0"/>
              <w:rPr>
                <w:lang w:val="pl-PL"/>
              </w:rPr>
            </w:pPr>
            <w:r w:rsidRPr="005B72F1">
              <w:rPr>
                <w:b/>
                <w:sz w:val="19"/>
                <w:lang w:val="pl-PL"/>
              </w:rPr>
              <w:t>Osoba reprezentująca / podstawa umocowania</w:t>
            </w:r>
          </w:p>
        </w:tc>
        <w:tc>
          <w:tcPr>
            <w:tcW w:w="5100" w:type="dxa"/>
            <w:vAlign w:val="center"/>
          </w:tcPr>
          <w:p w14:paraId="77BDD6F5" w14:textId="77777777" w:rsidR="00FD3F93" w:rsidRPr="005B72F1" w:rsidRDefault="00000000">
            <w:pPr>
              <w:spacing w:after="0"/>
              <w:rPr>
                <w:lang w:val="pl-PL"/>
              </w:rPr>
            </w:pPr>
            <w:r w:rsidRPr="005B72F1">
              <w:rPr>
                <w:sz w:val="19"/>
                <w:lang w:val="pl-PL"/>
              </w:rPr>
              <w:t>……………………………………………………………………………………………………………………</w:t>
            </w:r>
          </w:p>
        </w:tc>
      </w:tr>
    </w:tbl>
    <w:p w14:paraId="31A42C13" w14:textId="77777777" w:rsidR="00FD3F93" w:rsidRPr="005B72F1" w:rsidRDefault="00000000">
      <w:pPr>
        <w:spacing w:after="60"/>
        <w:rPr>
          <w:lang w:val="pl-PL"/>
        </w:rPr>
      </w:pPr>
      <w:r w:rsidRPr="005B72F1">
        <w:rPr>
          <w:sz w:val="20"/>
          <w:lang w:val="pl-PL"/>
        </w:rPr>
        <w:t>Nazwa Wykonawcy, któremu udostępniane są zasoby: ………………………………………………………………………………………</w:t>
      </w:r>
    </w:p>
    <w:p w14:paraId="023BA561" w14:textId="77777777" w:rsidR="00FD3F93" w:rsidRPr="005B72F1" w:rsidRDefault="00000000">
      <w:pPr>
        <w:spacing w:after="60"/>
        <w:rPr>
          <w:lang w:val="pl-PL"/>
        </w:rPr>
      </w:pPr>
      <w:r w:rsidRPr="005B72F1">
        <w:rPr>
          <w:i/>
          <w:sz w:val="19"/>
          <w:lang w:val="pl-PL"/>
        </w:rPr>
        <w:t>Oświadczenie składane na podstawie art. 125 ust. 5 ustawy z dnia 11 września 2019 r. – Prawo zamówień publicznych (</w:t>
      </w:r>
      <w:proofErr w:type="spellStart"/>
      <w:r w:rsidRPr="005B72F1">
        <w:rPr>
          <w:i/>
          <w:sz w:val="19"/>
          <w:lang w:val="pl-PL"/>
        </w:rPr>
        <w:t>t.j</w:t>
      </w:r>
      <w:proofErr w:type="spellEnd"/>
      <w:r w:rsidRPr="005B72F1">
        <w:rPr>
          <w:i/>
          <w:sz w:val="19"/>
          <w:lang w:val="pl-PL"/>
        </w:rPr>
        <w:t xml:space="preserve">. Dz.U. z 2026 r. poz. 793 z </w:t>
      </w:r>
      <w:proofErr w:type="spellStart"/>
      <w:r w:rsidRPr="005B72F1">
        <w:rPr>
          <w:i/>
          <w:sz w:val="19"/>
          <w:lang w:val="pl-PL"/>
        </w:rPr>
        <w:t>późn</w:t>
      </w:r>
      <w:proofErr w:type="spellEnd"/>
      <w:r w:rsidRPr="005B72F1">
        <w:rPr>
          <w:i/>
          <w:sz w:val="19"/>
          <w:lang w:val="pl-PL"/>
        </w:rPr>
        <w:t>. zm.).</w:t>
      </w:r>
    </w:p>
    <w:p w14:paraId="454430DC" w14:textId="77777777" w:rsidR="00FD3F93" w:rsidRPr="005B72F1" w:rsidRDefault="00000000">
      <w:pPr>
        <w:spacing w:before="140" w:after="60"/>
        <w:rPr>
          <w:lang w:val="pl-PL"/>
        </w:rPr>
      </w:pPr>
      <w:r w:rsidRPr="005B72F1">
        <w:rPr>
          <w:b/>
          <w:lang w:val="pl-PL"/>
        </w:rPr>
        <w:t>I. OŚWIADCZENIE DOTYCZĄCE PODSTAW WYKLUCZENIA</w:t>
      </w:r>
    </w:p>
    <w:p w14:paraId="641351B9" w14:textId="77777777" w:rsidR="00FD3F93" w:rsidRPr="005B72F1" w:rsidRDefault="00000000">
      <w:pPr>
        <w:spacing w:after="40"/>
        <w:ind w:left="283"/>
        <w:rPr>
          <w:lang w:val="pl-PL"/>
        </w:rPr>
      </w:pPr>
      <w:proofErr w:type="gramStart"/>
      <w:r w:rsidRPr="005B72F1">
        <w:rPr>
          <w:sz w:val="20"/>
          <w:lang w:val="pl-PL"/>
        </w:rPr>
        <w:t>[ ]</w:t>
      </w:r>
      <w:proofErr w:type="gramEnd"/>
      <w:r w:rsidRPr="005B72F1">
        <w:rPr>
          <w:sz w:val="20"/>
          <w:lang w:val="pl-PL"/>
        </w:rPr>
        <w:t xml:space="preserve"> Oświadczam, że nie zachodzą wobec podmiotu udostępniającego zasoby podstawy wykluczenia określone w art. 108 ust. 1 ustawy </w:t>
      </w:r>
      <w:proofErr w:type="spellStart"/>
      <w:r w:rsidRPr="005B72F1">
        <w:rPr>
          <w:sz w:val="20"/>
          <w:lang w:val="pl-PL"/>
        </w:rPr>
        <w:t>Pzp</w:t>
      </w:r>
      <w:proofErr w:type="spellEnd"/>
      <w:r w:rsidRPr="005B72F1">
        <w:rPr>
          <w:sz w:val="20"/>
          <w:lang w:val="pl-PL"/>
        </w:rPr>
        <w:t>.</w:t>
      </w:r>
    </w:p>
    <w:p w14:paraId="543302F8" w14:textId="77777777" w:rsidR="00FD3F93" w:rsidRPr="005B72F1" w:rsidRDefault="00000000">
      <w:pPr>
        <w:spacing w:after="40"/>
        <w:ind w:left="283"/>
        <w:rPr>
          <w:lang w:val="pl-PL"/>
        </w:rPr>
      </w:pPr>
      <w:proofErr w:type="gramStart"/>
      <w:r w:rsidRPr="005B72F1">
        <w:rPr>
          <w:sz w:val="20"/>
          <w:lang w:val="pl-PL"/>
        </w:rPr>
        <w:t>[ ]</w:t>
      </w:r>
      <w:proofErr w:type="gramEnd"/>
      <w:r w:rsidRPr="005B72F1">
        <w:rPr>
          <w:sz w:val="20"/>
          <w:lang w:val="pl-PL"/>
        </w:rPr>
        <w:t xml:space="preserve"> Oświadczam, że nie zachodzą wobec podmiotu udostępniającego zasoby podstawy wykluczenia określone w art. 109 ust. 1 pkt 1 i 4 ustawy </w:t>
      </w:r>
      <w:proofErr w:type="spellStart"/>
      <w:r w:rsidRPr="005B72F1">
        <w:rPr>
          <w:sz w:val="20"/>
          <w:lang w:val="pl-PL"/>
        </w:rPr>
        <w:t>Pzp</w:t>
      </w:r>
      <w:proofErr w:type="spellEnd"/>
      <w:r w:rsidRPr="005B72F1">
        <w:rPr>
          <w:sz w:val="20"/>
          <w:lang w:val="pl-PL"/>
        </w:rPr>
        <w:t>.</w:t>
      </w:r>
    </w:p>
    <w:p w14:paraId="4405B8FD" w14:textId="77777777" w:rsidR="00FD3F93" w:rsidRPr="005B72F1" w:rsidRDefault="00000000">
      <w:pPr>
        <w:spacing w:after="40"/>
        <w:ind w:left="283"/>
        <w:rPr>
          <w:lang w:val="pl-PL"/>
        </w:rPr>
      </w:pPr>
      <w:proofErr w:type="gramStart"/>
      <w:r w:rsidRPr="005B72F1">
        <w:rPr>
          <w:sz w:val="20"/>
          <w:lang w:val="pl-PL"/>
        </w:rPr>
        <w:t>[ ]</w:t>
      </w:r>
      <w:proofErr w:type="gramEnd"/>
      <w:r w:rsidRPr="005B72F1">
        <w:rPr>
          <w:sz w:val="20"/>
          <w:lang w:val="pl-PL"/>
        </w:rPr>
        <w:t xml:space="preserve"> Oświadczam, że nie zachodzą wobec podmiotu udostępniającego zasoby przesłanki wykluczenia określone w art. 7 ust. 1 ustawy z dnia 13 kwietnia 2022 r. o szczególnych rozwiązaniach w zakresie przeciwdziałania wspieraniu agresji na Ukrainę oraz służących ochronie bezpieczeństwa narodowego (</w:t>
      </w:r>
      <w:proofErr w:type="spellStart"/>
      <w:r w:rsidRPr="005B72F1">
        <w:rPr>
          <w:sz w:val="20"/>
          <w:lang w:val="pl-PL"/>
        </w:rPr>
        <w:t>t.j</w:t>
      </w:r>
      <w:proofErr w:type="spellEnd"/>
      <w:r w:rsidRPr="005B72F1">
        <w:rPr>
          <w:sz w:val="20"/>
          <w:lang w:val="pl-PL"/>
        </w:rPr>
        <w:t xml:space="preserve">. Dz.U. z 2025 r. poz. 514 z </w:t>
      </w:r>
      <w:proofErr w:type="spellStart"/>
      <w:r w:rsidRPr="005B72F1">
        <w:rPr>
          <w:sz w:val="20"/>
          <w:lang w:val="pl-PL"/>
        </w:rPr>
        <w:t>późn</w:t>
      </w:r>
      <w:proofErr w:type="spellEnd"/>
      <w:r w:rsidRPr="005B72F1">
        <w:rPr>
          <w:sz w:val="20"/>
          <w:lang w:val="pl-PL"/>
        </w:rPr>
        <w:t>. zm.).</w:t>
      </w:r>
    </w:p>
    <w:p w14:paraId="2A969408" w14:textId="77777777" w:rsidR="00FD3F93" w:rsidRPr="005B72F1" w:rsidRDefault="00000000">
      <w:pPr>
        <w:spacing w:after="60"/>
        <w:rPr>
          <w:lang w:val="pl-PL"/>
        </w:rPr>
      </w:pPr>
      <w:r w:rsidRPr="005B72F1">
        <w:rPr>
          <w:sz w:val="19"/>
          <w:lang w:val="pl-PL"/>
        </w:rPr>
        <w:t xml:space="preserve">Jeżeli zachodzi podstawa wykluczenia, lecz podmiot korzysta z instytucji określonej w art. 110 ust. 2 ustawy </w:t>
      </w:r>
      <w:proofErr w:type="spellStart"/>
      <w:r w:rsidRPr="005B72F1">
        <w:rPr>
          <w:sz w:val="19"/>
          <w:lang w:val="pl-PL"/>
        </w:rPr>
        <w:t>Pzp</w:t>
      </w:r>
      <w:proofErr w:type="spellEnd"/>
      <w:r w:rsidRPr="005B72F1">
        <w:rPr>
          <w:sz w:val="19"/>
          <w:lang w:val="pl-PL"/>
        </w:rPr>
        <w:t>, należy wskazać podstawę i opisać podjęte środki naprawcze:</w:t>
      </w:r>
    </w:p>
    <w:p w14:paraId="6DB9D3BD" w14:textId="77777777" w:rsidR="00FD3F93" w:rsidRPr="005B72F1" w:rsidRDefault="00000000">
      <w:pPr>
        <w:spacing w:after="60"/>
        <w:ind w:left="283"/>
        <w:rPr>
          <w:lang w:val="pl-PL"/>
        </w:rPr>
      </w:pPr>
      <w:r w:rsidRPr="005B72F1">
        <w:rPr>
          <w:sz w:val="19"/>
          <w:lang w:val="pl-PL"/>
        </w:rPr>
        <w:t>Podstawa / środki naprawcze: ………………………………………………………………………………………………………</w:t>
      </w:r>
    </w:p>
    <w:p w14:paraId="0CFCFBE4" w14:textId="77777777" w:rsidR="00FD3F93" w:rsidRPr="005B72F1" w:rsidRDefault="00000000">
      <w:pPr>
        <w:spacing w:before="140" w:after="60"/>
        <w:rPr>
          <w:lang w:val="pl-PL"/>
        </w:rPr>
      </w:pPr>
      <w:r w:rsidRPr="005B72F1">
        <w:rPr>
          <w:b/>
          <w:lang w:val="pl-PL"/>
        </w:rPr>
        <w:t>II. OŚWIADCZENIE DOTYCZĄCE UDOSTĘPNIANYCH ZASOBÓW</w:t>
      </w:r>
    </w:p>
    <w:p w14:paraId="60580177" w14:textId="77777777" w:rsidR="00FD3F93" w:rsidRPr="005B72F1" w:rsidRDefault="00000000">
      <w:pPr>
        <w:spacing w:after="60"/>
        <w:rPr>
          <w:lang w:val="pl-PL"/>
        </w:rPr>
      </w:pPr>
      <w:r w:rsidRPr="005B72F1">
        <w:rPr>
          <w:sz w:val="20"/>
          <w:lang w:val="pl-PL"/>
        </w:rPr>
        <w:t>Oświadczam, że w zakresie, w jakim Wykonawca powołuje się na zasoby niniejszego podmiotu, zasoby te pozwalają na wykazanie spełniania warunków udziału w postępowaniu określonych w Rozdziale XIX SWZ.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74"/>
        <w:gridCol w:w="7416"/>
      </w:tblGrid>
      <w:tr w:rsidR="00FD3F93" w:rsidRPr="005B72F1" w14:paraId="187AEE17" w14:textId="77777777">
        <w:trPr>
          <w:jc w:val="center"/>
        </w:trPr>
        <w:tc>
          <w:tcPr>
            <w:tcW w:w="5100" w:type="dxa"/>
            <w:vAlign w:val="center"/>
          </w:tcPr>
          <w:p w14:paraId="2B3D0F71" w14:textId="77777777" w:rsidR="00FD3F93" w:rsidRPr="005B72F1" w:rsidRDefault="00000000">
            <w:pPr>
              <w:spacing w:after="0"/>
              <w:rPr>
                <w:lang w:val="pl-PL"/>
              </w:rPr>
            </w:pPr>
            <w:r w:rsidRPr="005B72F1">
              <w:rPr>
                <w:b/>
                <w:sz w:val="18"/>
                <w:lang w:val="pl-PL"/>
              </w:rPr>
              <w:t>Rodzaj / zakres udostępnianych zasobów</w:t>
            </w:r>
          </w:p>
        </w:tc>
        <w:tc>
          <w:tcPr>
            <w:tcW w:w="5100" w:type="dxa"/>
            <w:vAlign w:val="center"/>
          </w:tcPr>
          <w:p w14:paraId="60863A64" w14:textId="77777777" w:rsidR="00FD3F93" w:rsidRPr="005B72F1" w:rsidRDefault="00000000">
            <w:pPr>
              <w:spacing w:after="0"/>
              <w:rPr>
                <w:lang w:val="pl-PL"/>
              </w:rPr>
            </w:pPr>
            <w:r w:rsidRPr="005B72F1">
              <w:rPr>
                <w:sz w:val="18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FD3F93" w:rsidRPr="005B72F1" w14:paraId="39F31C76" w14:textId="77777777">
        <w:trPr>
          <w:jc w:val="center"/>
        </w:trPr>
        <w:tc>
          <w:tcPr>
            <w:tcW w:w="5100" w:type="dxa"/>
            <w:vAlign w:val="center"/>
          </w:tcPr>
          <w:p w14:paraId="3F0CA114" w14:textId="77777777" w:rsidR="00FD3F93" w:rsidRPr="005B72F1" w:rsidRDefault="00000000">
            <w:pPr>
              <w:spacing w:after="0"/>
              <w:rPr>
                <w:lang w:val="pl-PL"/>
              </w:rPr>
            </w:pPr>
            <w:r w:rsidRPr="005B72F1">
              <w:rPr>
                <w:b/>
                <w:sz w:val="18"/>
                <w:lang w:val="pl-PL"/>
              </w:rPr>
              <w:t>Warunek udziału w postępowaniu, którego zasoby dotyczą</w:t>
            </w:r>
          </w:p>
        </w:tc>
        <w:tc>
          <w:tcPr>
            <w:tcW w:w="5100" w:type="dxa"/>
            <w:vAlign w:val="center"/>
          </w:tcPr>
          <w:p w14:paraId="628C42FF" w14:textId="77777777" w:rsidR="00FD3F93" w:rsidRPr="005B72F1" w:rsidRDefault="00000000">
            <w:pPr>
              <w:spacing w:after="0"/>
              <w:rPr>
                <w:lang w:val="pl-PL"/>
              </w:rPr>
            </w:pPr>
            <w:r w:rsidRPr="005B72F1">
              <w:rPr>
                <w:sz w:val="18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FD3F93" w:rsidRPr="005B72F1" w14:paraId="4A34F0A6" w14:textId="77777777">
        <w:trPr>
          <w:jc w:val="center"/>
        </w:trPr>
        <w:tc>
          <w:tcPr>
            <w:tcW w:w="5100" w:type="dxa"/>
            <w:vAlign w:val="center"/>
          </w:tcPr>
          <w:p w14:paraId="3E979CF4" w14:textId="77777777" w:rsidR="00FD3F93" w:rsidRPr="005B72F1" w:rsidRDefault="00000000">
            <w:pPr>
              <w:spacing w:after="0"/>
              <w:rPr>
                <w:lang w:val="pl-PL"/>
              </w:rPr>
            </w:pPr>
            <w:r w:rsidRPr="005B72F1">
              <w:rPr>
                <w:b/>
                <w:sz w:val="18"/>
                <w:lang w:val="pl-PL"/>
              </w:rPr>
              <w:t>Zakres robót, które podmiot będzie realizował, jeżeli udostępniane są kwalifikacje lub doświadczenie</w:t>
            </w:r>
          </w:p>
        </w:tc>
        <w:tc>
          <w:tcPr>
            <w:tcW w:w="5100" w:type="dxa"/>
            <w:vAlign w:val="center"/>
          </w:tcPr>
          <w:p w14:paraId="596D1E6C" w14:textId="77777777" w:rsidR="00FD3F93" w:rsidRPr="005B72F1" w:rsidRDefault="00000000">
            <w:pPr>
              <w:spacing w:after="0"/>
              <w:rPr>
                <w:lang w:val="pl-PL"/>
              </w:rPr>
            </w:pPr>
            <w:r w:rsidRPr="005B72F1">
              <w:rPr>
                <w:sz w:val="18"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</w:tbl>
    <w:p w14:paraId="6C00DADB" w14:textId="77777777" w:rsidR="00FD3F93" w:rsidRPr="005B72F1" w:rsidRDefault="00000000">
      <w:pPr>
        <w:spacing w:before="140" w:after="60"/>
        <w:rPr>
          <w:lang w:val="pl-PL"/>
        </w:rPr>
      </w:pPr>
      <w:r w:rsidRPr="005B72F1">
        <w:rPr>
          <w:b/>
          <w:lang w:val="pl-PL"/>
        </w:rPr>
        <w:t>III. INFORMACJA O DOSTĘPIE DO PODMIOTOWYCH ŚRODKÓW DOWODOWYCH</w:t>
      </w:r>
    </w:p>
    <w:p w14:paraId="77D8F97E" w14:textId="77777777" w:rsidR="00FD3F93" w:rsidRPr="005B72F1" w:rsidRDefault="00000000">
      <w:pPr>
        <w:spacing w:after="60"/>
        <w:rPr>
          <w:lang w:val="pl-PL"/>
        </w:rPr>
      </w:pPr>
      <w:r w:rsidRPr="005B72F1">
        <w:rPr>
          <w:sz w:val="19"/>
          <w:lang w:val="pl-PL"/>
        </w:rPr>
        <w:t>Wskazuję dane umożliwiające uzyskanie podmiotowych środków dowodowych dotyczących podmiotu za pomocą bezpłatnych i ogólnodostępnych baz danych (jeżeli dotyczy):</w:t>
      </w:r>
    </w:p>
    <w:p w14:paraId="59E8533A" w14:textId="77777777" w:rsidR="00FD3F93" w:rsidRPr="005B72F1" w:rsidRDefault="00000000">
      <w:pPr>
        <w:spacing w:after="60"/>
        <w:ind w:left="227"/>
        <w:rPr>
          <w:lang w:val="pl-PL"/>
        </w:rPr>
      </w:pPr>
      <w:r w:rsidRPr="005B72F1">
        <w:rPr>
          <w:sz w:val="19"/>
          <w:lang w:val="pl-PL"/>
        </w:rPr>
        <w:t>…………………………………………………………………………………………………………………………………………</w:t>
      </w:r>
    </w:p>
    <w:p w14:paraId="40CDCD09" w14:textId="77777777" w:rsidR="00FD3F93" w:rsidRPr="005B72F1" w:rsidRDefault="00000000">
      <w:pPr>
        <w:spacing w:before="140" w:after="60"/>
        <w:rPr>
          <w:lang w:val="pl-PL"/>
        </w:rPr>
      </w:pPr>
      <w:r w:rsidRPr="005B72F1">
        <w:rPr>
          <w:b/>
          <w:lang w:val="pl-PL"/>
        </w:rPr>
        <w:t>IV. OŚWIADCZENIE KOŃCOWE</w:t>
      </w:r>
    </w:p>
    <w:p w14:paraId="323F9A80" w14:textId="77777777" w:rsidR="00FD3F93" w:rsidRPr="005B72F1" w:rsidRDefault="00000000">
      <w:pPr>
        <w:spacing w:after="60"/>
        <w:rPr>
          <w:lang w:val="pl-PL"/>
        </w:rPr>
      </w:pPr>
      <w:r w:rsidRPr="005B72F1">
        <w:rPr>
          <w:sz w:val="20"/>
          <w:lang w:val="pl-PL"/>
        </w:rPr>
        <w:t>Oświadczam, że wszystkie informacje podane w niniejszym oświadczeniu są aktualne i zgodne z prawdą oraz zostały przedstawione ze świadomością konsekwencji wprowadzenia Zamawiającego w błąd.</w:t>
      </w:r>
    </w:p>
    <w:p w14:paraId="4D16FE3C" w14:textId="77777777" w:rsidR="00FD3F93" w:rsidRPr="005B72F1" w:rsidRDefault="00FD3F93">
      <w:pPr>
        <w:rPr>
          <w:lang w:val="pl-PL"/>
        </w:rPr>
      </w:pPr>
    </w:p>
    <w:p w14:paraId="0624268E" w14:textId="77777777" w:rsidR="00FD3F93" w:rsidRPr="005B72F1" w:rsidRDefault="00000000">
      <w:pPr>
        <w:spacing w:after="20"/>
        <w:jc w:val="right"/>
        <w:rPr>
          <w:lang w:val="pl-PL"/>
        </w:rPr>
      </w:pPr>
      <w:r w:rsidRPr="005B72F1">
        <w:rPr>
          <w:sz w:val="21"/>
          <w:lang w:val="pl-PL"/>
        </w:rPr>
        <w:t>…………………………………………………………………………</w:t>
      </w:r>
    </w:p>
    <w:p w14:paraId="33E7D87F" w14:textId="77777777" w:rsidR="00FD3F93" w:rsidRPr="005B72F1" w:rsidRDefault="00000000">
      <w:pPr>
        <w:spacing w:after="20"/>
        <w:jc w:val="right"/>
        <w:rPr>
          <w:lang w:val="pl-PL"/>
        </w:rPr>
      </w:pPr>
      <w:r w:rsidRPr="005B72F1">
        <w:rPr>
          <w:i/>
          <w:sz w:val="19"/>
          <w:lang w:val="pl-PL"/>
        </w:rPr>
        <w:t>podpis osoby uprawnionej do reprezentowania podmiotu udostępniającego zasoby</w:t>
      </w:r>
    </w:p>
    <w:p w14:paraId="606961D7" w14:textId="77777777" w:rsidR="00FD3F93" w:rsidRPr="005B72F1" w:rsidRDefault="00000000">
      <w:pPr>
        <w:jc w:val="right"/>
        <w:rPr>
          <w:lang w:val="pl-PL"/>
        </w:rPr>
      </w:pPr>
      <w:r w:rsidRPr="005B72F1">
        <w:rPr>
          <w:i/>
          <w:sz w:val="17"/>
          <w:lang w:val="pl-PL"/>
        </w:rPr>
        <w:lastRenderedPageBreak/>
        <w:t>(kwalifikowany podpis elektroniczny / podpis zaufany / podpis osobisty – zgodnie z SWZ)</w:t>
      </w:r>
    </w:p>
    <w:sectPr w:rsidR="00FD3F93" w:rsidRPr="005B72F1" w:rsidSect="00034616">
      <w:headerReference w:type="default" r:id="rId8"/>
      <w:footerReference w:type="default" r:id="rId9"/>
      <w:pgSz w:w="12240" w:h="15840"/>
      <w:pgMar w:top="935" w:right="1020" w:bottom="879" w:left="1020" w:header="312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EFA19" w14:textId="77777777" w:rsidR="004E3288" w:rsidRDefault="004E3288">
      <w:pPr>
        <w:spacing w:after="0" w:line="240" w:lineRule="auto"/>
      </w:pPr>
      <w:r>
        <w:separator/>
      </w:r>
    </w:p>
  </w:endnote>
  <w:endnote w:type="continuationSeparator" w:id="0">
    <w:p w14:paraId="6D03287F" w14:textId="77777777" w:rsidR="004E3288" w:rsidRDefault="004E3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5B428" w14:textId="77777777" w:rsidR="00FD3F93" w:rsidRDefault="00000000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5B72F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6E9E2" w14:textId="77777777" w:rsidR="004E3288" w:rsidRDefault="004E3288">
      <w:pPr>
        <w:spacing w:after="0" w:line="240" w:lineRule="auto"/>
      </w:pPr>
      <w:r>
        <w:separator/>
      </w:r>
    </w:p>
  </w:footnote>
  <w:footnote w:type="continuationSeparator" w:id="0">
    <w:p w14:paraId="03656BC8" w14:textId="77777777" w:rsidR="004E3288" w:rsidRDefault="004E3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10206" w14:textId="77777777" w:rsidR="00FD3F93" w:rsidRDefault="00000000">
    <w:pPr>
      <w:pStyle w:val="Nagwek"/>
      <w:jc w:val="center"/>
    </w:pPr>
    <w:r>
      <w:rPr>
        <w:b/>
        <w:sz w:val="15"/>
      </w:rPr>
      <w:t>„</w:t>
    </w:r>
    <w:proofErr w:type="spellStart"/>
    <w:r>
      <w:rPr>
        <w:b/>
        <w:sz w:val="15"/>
      </w:rPr>
      <w:t>Budowa</w:t>
    </w:r>
    <w:proofErr w:type="spellEnd"/>
    <w:r>
      <w:rPr>
        <w:b/>
        <w:sz w:val="15"/>
      </w:rPr>
      <w:t xml:space="preserve"> </w:t>
    </w:r>
    <w:proofErr w:type="spellStart"/>
    <w:r>
      <w:rPr>
        <w:b/>
        <w:sz w:val="15"/>
      </w:rPr>
      <w:t>budynku</w:t>
    </w:r>
    <w:proofErr w:type="spellEnd"/>
    <w:r>
      <w:rPr>
        <w:b/>
        <w:sz w:val="15"/>
      </w:rPr>
      <w:t xml:space="preserve"> </w:t>
    </w:r>
    <w:proofErr w:type="spellStart"/>
    <w:r>
      <w:rPr>
        <w:b/>
        <w:sz w:val="15"/>
      </w:rPr>
      <w:t>socjalno-magazynowego</w:t>
    </w:r>
    <w:proofErr w:type="spellEnd"/>
    <w:r>
      <w:rPr>
        <w:b/>
        <w:sz w:val="15"/>
      </w:rPr>
      <w:t xml:space="preserve"> z </w:t>
    </w:r>
    <w:proofErr w:type="spellStart"/>
    <w:r>
      <w:rPr>
        <w:b/>
        <w:sz w:val="15"/>
      </w:rPr>
      <w:t>częścią</w:t>
    </w:r>
    <w:proofErr w:type="spellEnd"/>
    <w:r>
      <w:rPr>
        <w:b/>
        <w:sz w:val="15"/>
      </w:rPr>
      <w:t xml:space="preserve"> </w:t>
    </w:r>
    <w:proofErr w:type="spellStart"/>
    <w:r>
      <w:rPr>
        <w:b/>
        <w:sz w:val="15"/>
      </w:rPr>
      <w:t>biurową</w:t>
    </w:r>
    <w:proofErr w:type="spellEnd"/>
    <w:r>
      <w:rPr>
        <w:b/>
        <w:sz w:val="15"/>
      </w:rPr>
      <w:t xml:space="preserve"> </w:t>
    </w:r>
    <w:proofErr w:type="spellStart"/>
    <w:r>
      <w:rPr>
        <w:b/>
        <w:sz w:val="15"/>
      </w:rPr>
      <w:t>wraz</w:t>
    </w:r>
    <w:proofErr w:type="spellEnd"/>
    <w:r>
      <w:rPr>
        <w:b/>
        <w:sz w:val="15"/>
      </w:rPr>
      <w:t xml:space="preserve"> z </w:t>
    </w:r>
    <w:proofErr w:type="spellStart"/>
    <w:r>
      <w:rPr>
        <w:b/>
        <w:sz w:val="15"/>
      </w:rPr>
      <w:t>infrastrukturą</w:t>
    </w:r>
    <w:proofErr w:type="spellEnd"/>
    <w:r>
      <w:rPr>
        <w:b/>
        <w:sz w:val="15"/>
      </w:rPr>
      <w:t xml:space="preserve"> </w:t>
    </w:r>
    <w:proofErr w:type="spellStart"/>
    <w:r>
      <w:rPr>
        <w:b/>
        <w:sz w:val="15"/>
      </w:rPr>
      <w:t>techniczną</w:t>
    </w:r>
    <w:proofErr w:type="spellEnd"/>
    <w:r>
      <w:rPr>
        <w:b/>
        <w:sz w:val="15"/>
      </w:rPr>
      <w:t xml:space="preserve"> </w:t>
    </w:r>
    <w:proofErr w:type="spellStart"/>
    <w:r>
      <w:rPr>
        <w:b/>
        <w:sz w:val="15"/>
      </w:rPr>
      <w:t>i</w:t>
    </w:r>
    <w:proofErr w:type="spellEnd"/>
    <w:r>
      <w:rPr>
        <w:b/>
        <w:sz w:val="15"/>
      </w:rPr>
      <w:t xml:space="preserve"> </w:t>
    </w:r>
    <w:proofErr w:type="spellStart"/>
    <w:r>
      <w:rPr>
        <w:b/>
        <w:sz w:val="15"/>
      </w:rPr>
      <w:t>zagospodarowaniem</w:t>
    </w:r>
    <w:proofErr w:type="spellEnd"/>
    <w:r>
      <w:rPr>
        <w:b/>
        <w:sz w:val="15"/>
      </w:rPr>
      <w:t xml:space="preserve"> </w:t>
    </w:r>
    <w:proofErr w:type="spellStart"/>
    <w:r>
      <w:rPr>
        <w:b/>
        <w:sz w:val="15"/>
      </w:rPr>
      <w:t>terenu</w:t>
    </w:r>
    <w:proofErr w:type="spellEnd"/>
    <w:r>
      <w:rPr>
        <w:b/>
        <w:sz w:val="15"/>
      </w:rPr>
      <w:t xml:space="preserve">, w </w:t>
    </w:r>
    <w:proofErr w:type="spellStart"/>
    <w:r>
      <w:rPr>
        <w:b/>
        <w:sz w:val="15"/>
      </w:rPr>
      <w:t>tym</w:t>
    </w:r>
    <w:proofErr w:type="spellEnd"/>
    <w:r>
      <w:rPr>
        <w:b/>
        <w:sz w:val="15"/>
      </w:rPr>
      <w:t xml:space="preserve"> </w:t>
    </w:r>
    <w:proofErr w:type="spellStart"/>
    <w:r>
      <w:rPr>
        <w:b/>
        <w:sz w:val="15"/>
      </w:rPr>
      <w:t>budową</w:t>
    </w:r>
    <w:proofErr w:type="spellEnd"/>
    <w:r>
      <w:rPr>
        <w:b/>
        <w:sz w:val="15"/>
      </w:rPr>
      <w:t xml:space="preserve"> </w:t>
    </w:r>
    <w:proofErr w:type="spellStart"/>
    <w:r>
      <w:rPr>
        <w:b/>
        <w:sz w:val="15"/>
      </w:rPr>
      <w:t>miejsc</w:t>
    </w:r>
    <w:proofErr w:type="spellEnd"/>
    <w:r>
      <w:rPr>
        <w:b/>
        <w:sz w:val="15"/>
      </w:rPr>
      <w:t xml:space="preserve"> </w:t>
    </w:r>
    <w:proofErr w:type="spellStart"/>
    <w:r>
      <w:rPr>
        <w:b/>
        <w:sz w:val="15"/>
      </w:rPr>
      <w:t>postojowych</w:t>
    </w:r>
    <w:proofErr w:type="spellEnd"/>
    <w:r>
      <w:rPr>
        <w:b/>
        <w:sz w:val="15"/>
      </w:rPr>
      <w:t xml:space="preserve"> </w:t>
    </w:r>
    <w:proofErr w:type="spellStart"/>
    <w:r>
      <w:rPr>
        <w:b/>
        <w:sz w:val="15"/>
      </w:rPr>
      <w:t>na</w:t>
    </w:r>
    <w:proofErr w:type="spellEnd"/>
    <w:r>
      <w:rPr>
        <w:b/>
        <w:sz w:val="15"/>
      </w:rPr>
      <w:t xml:space="preserve"> </w:t>
    </w:r>
    <w:proofErr w:type="spellStart"/>
    <w:r>
      <w:rPr>
        <w:b/>
        <w:sz w:val="15"/>
      </w:rPr>
      <w:t>działce</w:t>
    </w:r>
    <w:proofErr w:type="spellEnd"/>
    <w:r>
      <w:rPr>
        <w:b/>
        <w:sz w:val="15"/>
      </w:rPr>
      <w:t xml:space="preserve"> 2654 w </w:t>
    </w:r>
    <w:proofErr w:type="spellStart"/>
    <w:r>
      <w:rPr>
        <w:b/>
        <w:sz w:val="15"/>
      </w:rPr>
      <w:t>Gorzowie</w:t>
    </w:r>
    <w:proofErr w:type="spellEnd"/>
    <w:r>
      <w:rPr>
        <w:b/>
        <w:sz w:val="15"/>
      </w:rPr>
      <w:t xml:space="preserve"> Wlkp. – ETAP II”</w:t>
    </w:r>
  </w:p>
  <w:p w14:paraId="6D776B2C" w14:textId="31F286B3" w:rsidR="00FD3F93" w:rsidRDefault="00000000">
    <w:pPr>
      <w:jc w:val="center"/>
    </w:pPr>
    <w:r>
      <w:rPr>
        <w:sz w:val="15"/>
      </w:rPr>
      <w:t xml:space="preserve">Znak </w:t>
    </w:r>
    <w:proofErr w:type="spellStart"/>
    <w:r>
      <w:rPr>
        <w:sz w:val="15"/>
      </w:rPr>
      <w:t>sprawy</w:t>
    </w:r>
    <w:proofErr w:type="spellEnd"/>
    <w:r>
      <w:rPr>
        <w:sz w:val="15"/>
      </w:rPr>
      <w:t>: WITD-WP.272.</w:t>
    </w:r>
    <w:r w:rsidR="00DE2395">
      <w:rPr>
        <w:sz w:val="15"/>
      </w:rPr>
      <w:t>3</w:t>
    </w:r>
    <w:r>
      <w:rPr>
        <w:sz w:val="15"/>
      </w:rPr>
      <w:t>.2026.IM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84314669">
    <w:abstractNumId w:val="8"/>
  </w:num>
  <w:num w:numId="2" w16cid:durableId="437605179">
    <w:abstractNumId w:val="6"/>
  </w:num>
  <w:num w:numId="3" w16cid:durableId="728918648">
    <w:abstractNumId w:val="5"/>
  </w:num>
  <w:num w:numId="4" w16cid:durableId="1062363660">
    <w:abstractNumId w:val="4"/>
  </w:num>
  <w:num w:numId="5" w16cid:durableId="94833612">
    <w:abstractNumId w:val="7"/>
  </w:num>
  <w:num w:numId="6" w16cid:durableId="1685672196">
    <w:abstractNumId w:val="3"/>
  </w:num>
  <w:num w:numId="7" w16cid:durableId="49034296">
    <w:abstractNumId w:val="2"/>
  </w:num>
  <w:num w:numId="8" w16cid:durableId="250742738">
    <w:abstractNumId w:val="1"/>
  </w:num>
  <w:num w:numId="9" w16cid:durableId="1044907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E3288"/>
    <w:rsid w:val="005B72F1"/>
    <w:rsid w:val="007A5476"/>
    <w:rsid w:val="00AA1D8D"/>
    <w:rsid w:val="00B47730"/>
    <w:rsid w:val="00CB0664"/>
    <w:rsid w:val="00CC0794"/>
    <w:rsid w:val="00DE2395"/>
    <w:rsid w:val="00F124AC"/>
    <w:rsid w:val="00FC693F"/>
    <w:rsid w:val="00FD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D1F669"/>
  <w14:defaultImageDpi w14:val="300"/>
  <w15:docId w15:val="{AD28E049-AD1F-C840-89A0-CAA674C4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2" w:lineRule="auto"/>
    </w:pPr>
    <w:rPr>
      <w:rFonts w:ascii="Arial" w:eastAsia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WITD-2464 .</cp:lastModifiedBy>
  <cp:revision>4</cp:revision>
  <dcterms:created xsi:type="dcterms:W3CDTF">2026-08-19T10:19:00Z</dcterms:created>
  <dcterms:modified xsi:type="dcterms:W3CDTF">2026-08-21T08:15:00Z</dcterms:modified>
  <cp:category/>
</cp:coreProperties>
</file>